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0" w:after="240"/>
        <w:jc w:val="center"/>
      </w:pPr>
      <w:r>
        <w:rPr>
          <w:rFonts w:ascii="Calibri" w:hAnsi="Calibri"/>
          <w:b/>
          <w:color w:val="0F172A"/>
          <w:sz w:val="56"/>
        </w:rPr>
        <w:t>CODING INTERVIEW PATTERNS</w:t>
      </w:r>
    </w:p>
    <w:p>
      <w:pPr>
        <w:spacing w:after="720"/>
        <w:jc w:val="center"/>
      </w:pPr>
      <w:r>
        <w:rPr>
          <w:i/>
          <w:color w:val="4B5563"/>
          <w:sz w:val="28"/>
        </w:rPr>
        <w:t>120 Algorithmic Blueprints</w:t>
      </w:r>
    </w:p>
    <w:p>
      <w:pPr>
        <w:spacing w:before="1600" w:after="2800"/>
        <w:jc w:val="center"/>
      </w:pPr>
      <w:r>
        <w:rPr>
          <w:b/>
          <w:color w:val="111827"/>
          <w:sz w:val="28"/>
        </w:rPr>
        <w:t>By Alex Xu</w:t>
      </w:r>
    </w:p>
    <w:p>
      <w:r>
        <w:br w:type="page"/>
      </w:r>
    </w:p>
    <w:p>
      <w:pPr>
        <w:pStyle w:val="Heading1"/>
        <w:spacing w:after="320"/>
      </w:pPr>
      <w:r>
        <w:t>Table of Contents</w:t>
      </w:r>
    </w:p>
    <w:p>
      <w:pPr>
        <w:spacing w:after="80"/>
      </w:pPr>
      <w:r>
        <w:rPr>
          <w:b/>
          <w:color w:val="008A60"/>
        </w:rPr>
        <w:t xml:space="preserve">Chapter 01: </w:t>
      </w:r>
      <w:r>
        <w:t>Introduction to Two Pointers</w:t>
      </w:r>
    </w:p>
    <w:p>
      <w:pPr>
        <w:spacing w:after="80"/>
      </w:pPr>
      <w:r>
        <w:rPr>
          <w:b/>
          <w:color w:val="008A60"/>
        </w:rPr>
        <w:t xml:space="preserve">Chapter 02: </w:t>
      </w:r>
      <w:r>
        <w:t>Pair Sum - Sorted</w:t>
      </w:r>
    </w:p>
    <w:p>
      <w:pPr>
        <w:spacing w:after="80"/>
      </w:pPr>
      <w:r>
        <w:rPr>
          <w:b/>
          <w:color w:val="008A60"/>
        </w:rPr>
        <w:t xml:space="preserve">Chapter 03: </w:t>
      </w:r>
      <w:r>
        <w:t>Triplet Sum</w:t>
      </w:r>
    </w:p>
    <w:p>
      <w:pPr>
        <w:spacing w:after="80"/>
      </w:pPr>
      <w:r>
        <w:rPr>
          <w:b/>
          <w:color w:val="008A60"/>
        </w:rPr>
        <w:t xml:space="preserve">Chapter 04: </w:t>
      </w:r>
      <w:r>
        <w:t>Is Palindrome Valid</w:t>
      </w:r>
    </w:p>
    <w:p>
      <w:pPr>
        <w:spacing w:after="80"/>
      </w:pPr>
      <w:r>
        <w:rPr>
          <w:b/>
          <w:color w:val="008A60"/>
        </w:rPr>
        <w:t xml:space="preserve">Chapter 05: </w:t>
      </w:r>
      <w:r>
        <w:t>Largest Container</w:t>
      </w:r>
    </w:p>
    <w:p>
      <w:pPr>
        <w:spacing w:after="80"/>
      </w:pPr>
      <w:r>
        <w:rPr>
          <w:b/>
          <w:color w:val="008A60"/>
        </w:rPr>
        <w:t xml:space="preserve">Chapter 06: </w:t>
      </w:r>
      <w:r>
        <w:t>Shift Zeros to the End</w:t>
      </w:r>
    </w:p>
    <w:p>
      <w:pPr>
        <w:spacing w:after="80"/>
      </w:pPr>
      <w:r>
        <w:rPr>
          <w:b/>
          <w:color w:val="008A60"/>
        </w:rPr>
        <w:t xml:space="preserve">Chapter 07: </w:t>
      </w:r>
      <w:r>
        <w:t>Next Lexicographical Sequence</w:t>
      </w:r>
    </w:p>
    <w:p>
      <w:pPr>
        <w:spacing w:after="80"/>
      </w:pPr>
      <w:r>
        <w:rPr>
          <w:b/>
          <w:color w:val="008A60"/>
        </w:rPr>
        <w:t xml:space="preserve">Chapter 08: </w:t>
      </w:r>
      <w:r>
        <w:t>Introduction to Hash Maps and Sets</w:t>
      </w:r>
    </w:p>
    <w:p>
      <w:pPr>
        <w:spacing w:after="80"/>
      </w:pPr>
      <w:r>
        <w:rPr>
          <w:b/>
          <w:color w:val="008A60"/>
        </w:rPr>
        <w:t xml:space="preserve">Chapter 09: </w:t>
      </w:r>
      <w:r>
        <w:t>Pair Sum - Unsorted</w:t>
      </w:r>
    </w:p>
    <w:p>
      <w:pPr>
        <w:spacing w:after="80"/>
      </w:pPr>
      <w:r>
        <w:rPr>
          <w:b/>
          <w:color w:val="008A60"/>
        </w:rPr>
        <w:t xml:space="preserve">Chapter 10: </w:t>
      </w:r>
      <w:r>
        <w:t>Verify Sudoku Board</w:t>
      </w:r>
    </w:p>
    <w:p>
      <w:pPr>
        <w:spacing w:after="80"/>
      </w:pPr>
      <w:r>
        <w:rPr>
          <w:b/>
          <w:color w:val="008A60"/>
        </w:rPr>
        <w:t xml:space="preserve">Chapter 11: </w:t>
      </w:r>
      <w:r>
        <w:t>Zero Striping</w:t>
      </w:r>
    </w:p>
    <w:p>
      <w:pPr>
        <w:spacing w:after="80"/>
      </w:pPr>
      <w:r>
        <w:rPr>
          <w:b/>
          <w:color w:val="008A60"/>
        </w:rPr>
        <w:t xml:space="preserve">Chapter 12: </w:t>
      </w:r>
      <w:r>
        <w:t>Longest Chain of Consecutive Numbers</w:t>
      </w:r>
    </w:p>
    <w:p>
      <w:pPr>
        <w:spacing w:after="80"/>
      </w:pPr>
      <w:r>
        <w:rPr>
          <w:b/>
          <w:color w:val="008A60"/>
        </w:rPr>
        <w:t xml:space="preserve">Chapter 13: </w:t>
      </w:r>
      <w:r>
        <w:t>Geometric Sequence Triplets</w:t>
      </w:r>
    </w:p>
    <w:p>
      <w:pPr>
        <w:spacing w:after="80"/>
      </w:pPr>
      <w:r>
        <w:rPr>
          <w:b/>
          <w:color w:val="008A60"/>
        </w:rPr>
        <w:t xml:space="preserve">Chapter 14: </w:t>
      </w:r>
      <w:r>
        <w:t>Introduction to Linked Lists</w:t>
      </w:r>
    </w:p>
    <w:p>
      <w:pPr>
        <w:spacing w:after="80"/>
      </w:pPr>
      <w:r>
        <w:rPr>
          <w:b/>
          <w:color w:val="008A60"/>
        </w:rPr>
        <w:t xml:space="preserve">Chapter 15: </w:t>
      </w:r>
      <w:r>
        <w:t>Linked List Reversal</w:t>
      </w:r>
    </w:p>
    <w:p>
      <w:pPr>
        <w:spacing w:after="80"/>
      </w:pPr>
      <w:r>
        <w:rPr>
          <w:b/>
          <w:color w:val="008A60"/>
        </w:rPr>
        <w:t xml:space="preserve">Chapter 16: </w:t>
      </w:r>
      <w:r>
        <w:t>Remove the Kth Last Node From a Linked List</w:t>
      </w:r>
    </w:p>
    <w:p>
      <w:pPr>
        <w:spacing w:after="80"/>
      </w:pPr>
      <w:r>
        <w:rPr>
          <w:b/>
          <w:color w:val="008A60"/>
        </w:rPr>
        <w:t xml:space="preserve">Chapter 17: </w:t>
      </w:r>
      <w:r>
        <w:t>Linked List Intersection</w:t>
      </w:r>
    </w:p>
    <w:p>
      <w:pPr>
        <w:spacing w:after="80"/>
      </w:pPr>
      <w:r>
        <w:rPr>
          <w:b/>
          <w:color w:val="008A60"/>
        </w:rPr>
        <w:t xml:space="preserve">Chapter 18: </w:t>
      </w:r>
      <w:r>
        <w:t>LRU Cache</w:t>
      </w:r>
    </w:p>
    <w:p>
      <w:pPr>
        <w:spacing w:after="80"/>
      </w:pPr>
      <w:r>
        <w:rPr>
          <w:b/>
          <w:color w:val="008A60"/>
        </w:rPr>
        <w:t xml:space="preserve">Chapter 19: </w:t>
      </w:r>
      <w:r>
        <w:t>Palindromic Linked List</w:t>
      </w:r>
    </w:p>
    <w:p>
      <w:pPr>
        <w:spacing w:after="80"/>
      </w:pPr>
      <w:r>
        <w:rPr>
          <w:b/>
          <w:color w:val="008A60"/>
        </w:rPr>
        <w:t xml:space="preserve">Chapter 20: </w:t>
      </w:r>
      <w:r>
        <w:t>Flatten a Multi-Level Linked List</w:t>
      </w:r>
    </w:p>
    <w:p>
      <w:pPr>
        <w:spacing w:after="80"/>
      </w:pPr>
      <w:r>
        <w:rPr>
          <w:b/>
          <w:color w:val="008A60"/>
        </w:rPr>
        <w:t xml:space="preserve">Chapter 21: </w:t>
      </w:r>
      <w:r>
        <w:t>Introduction to Fast and Slow Pointers</w:t>
      </w:r>
    </w:p>
    <w:p>
      <w:pPr>
        <w:spacing w:after="80"/>
      </w:pPr>
      <w:r>
        <w:rPr>
          <w:b/>
          <w:color w:val="008A60"/>
        </w:rPr>
        <w:t xml:space="preserve">Chapter 22: </w:t>
      </w:r>
      <w:r>
        <w:t>Linked List Loop</w:t>
      </w:r>
    </w:p>
    <w:p>
      <w:pPr>
        <w:spacing w:after="80"/>
      </w:pPr>
      <w:r>
        <w:rPr>
          <w:b/>
          <w:color w:val="008A60"/>
        </w:rPr>
        <w:t xml:space="preserve">Chapter 23: </w:t>
      </w:r>
      <w:r>
        <w:t>Linked List Midpoint</w:t>
      </w:r>
    </w:p>
    <w:p>
      <w:pPr>
        <w:spacing w:after="80"/>
      </w:pPr>
      <w:r>
        <w:rPr>
          <w:b/>
          <w:color w:val="008A60"/>
        </w:rPr>
        <w:t xml:space="preserve">Chapter 24: </w:t>
      </w:r>
      <w:r>
        <w:t>Happy Number</w:t>
      </w:r>
    </w:p>
    <w:p>
      <w:pPr>
        <w:spacing w:after="80"/>
      </w:pPr>
      <w:r>
        <w:rPr>
          <w:b/>
          <w:color w:val="008A60"/>
        </w:rPr>
        <w:t xml:space="preserve">Chapter 25: </w:t>
      </w:r>
      <w:r>
        <w:t>Introduction to Sliding Windows</w:t>
      </w:r>
    </w:p>
    <w:p>
      <w:pPr>
        <w:spacing w:after="80"/>
      </w:pPr>
      <w:r>
        <w:rPr>
          <w:b/>
          <w:color w:val="008A60"/>
        </w:rPr>
        <w:t xml:space="preserve">Chapter 26: </w:t>
      </w:r>
      <w:r>
        <w:t>Substring Anagrams</w:t>
      </w:r>
    </w:p>
    <w:p>
      <w:pPr>
        <w:spacing w:after="80"/>
      </w:pPr>
      <w:r>
        <w:rPr>
          <w:b/>
          <w:color w:val="008A60"/>
        </w:rPr>
        <w:t xml:space="preserve">Chapter 27: </w:t>
      </w:r>
      <w:r>
        <w:t>Longest Substring With Unique Characters</w:t>
      </w:r>
    </w:p>
    <w:p>
      <w:pPr>
        <w:spacing w:after="80"/>
      </w:pPr>
      <w:r>
        <w:rPr>
          <w:b/>
          <w:color w:val="008A60"/>
        </w:rPr>
        <w:t xml:space="preserve">Chapter 28: </w:t>
      </w:r>
      <w:r>
        <w:t>Longest Uniform Substring After Replacements</w:t>
      </w:r>
    </w:p>
    <w:p>
      <w:pPr>
        <w:spacing w:after="80"/>
      </w:pPr>
      <w:r>
        <w:rPr>
          <w:b/>
          <w:color w:val="008A60"/>
        </w:rPr>
        <w:t xml:space="preserve">Chapter 29: </w:t>
      </w:r>
      <w:r>
        <w:t>Introduction to Binary Search</w:t>
      </w:r>
    </w:p>
    <w:p>
      <w:pPr>
        <w:spacing w:after="80"/>
      </w:pPr>
      <w:r>
        <w:rPr>
          <w:b/>
          <w:color w:val="008A60"/>
        </w:rPr>
        <w:t xml:space="preserve">Chapter 30: </w:t>
      </w:r>
      <w:r>
        <w:t>Find the Insertion Index</w:t>
      </w:r>
    </w:p>
    <w:p>
      <w:pPr>
        <w:spacing w:after="80"/>
      </w:pPr>
      <w:r>
        <w:rPr>
          <w:b/>
          <w:color w:val="008A60"/>
        </w:rPr>
        <w:t xml:space="preserve">Chapter 31: </w:t>
      </w:r>
      <w:r>
        <w:t>First and Last Occurrences of a Number</w:t>
      </w:r>
    </w:p>
    <w:p>
      <w:pPr>
        <w:spacing w:after="80"/>
      </w:pPr>
      <w:r>
        <w:rPr>
          <w:b/>
          <w:color w:val="008A60"/>
        </w:rPr>
        <w:t xml:space="preserve">Chapter 32: </w:t>
      </w:r>
      <w:r>
        <w:t>Cutting Wood</w:t>
      </w:r>
    </w:p>
    <w:p>
      <w:pPr>
        <w:spacing w:after="80"/>
      </w:pPr>
      <w:r>
        <w:rPr>
          <w:b/>
          <w:color w:val="008A60"/>
        </w:rPr>
        <w:t xml:space="preserve">Chapter 33: </w:t>
      </w:r>
      <w:r>
        <w:t>Find the Target in a Rotated Sorted Array</w:t>
      </w:r>
    </w:p>
    <w:p>
      <w:pPr>
        <w:spacing w:after="80"/>
      </w:pPr>
      <w:r>
        <w:rPr>
          <w:b/>
          <w:color w:val="008A60"/>
        </w:rPr>
        <w:t xml:space="preserve">Chapter 34: </w:t>
      </w:r>
      <w:r>
        <w:t>Find the Median From Two Sorted Arrays</w:t>
      </w:r>
    </w:p>
    <w:p>
      <w:pPr>
        <w:spacing w:after="80"/>
      </w:pPr>
      <w:r>
        <w:rPr>
          <w:b/>
          <w:color w:val="008A60"/>
        </w:rPr>
        <w:t xml:space="preserve">Chapter 35: </w:t>
      </w:r>
      <w:r>
        <w:t>Matrix Search</w:t>
      </w:r>
    </w:p>
    <w:p>
      <w:pPr>
        <w:spacing w:after="80"/>
      </w:pPr>
      <w:r>
        <w:rPr>
          <w:b/>
          <w:color w:val="008A60"/>
        </w:rPr>
        <w:t xml:space="preserve">Chapter 36: </w:t>
      </w:r>
      <w:r>
        <w:t>Local Maxima in Array</w:t>
      </w:r>
    </w:p>
    <w:p>
      <w:pPr>
        <w:spacing w:after="80"/>
      </w:pPr>
      <w:r>
        <w:rPr>
          <w:b/>
          <w:color w:val="008A60"/>
        </w:rPr>
        <w:t xml:space="preserve">Chapter 37: </w:t>
      </w:r>
      <w:r>
        <w:t>Weighted Random Selection</w:t>
      </w:r>
    </w:p>
    <w:p>
      <w:pPr>
        <w:spacing w:after="80"/>
      </w:pPr>
      <w:r>
        <w:rPr>
          <w:b/>
          <w:color w:val="008A60"/>
        </w:rPr>
        <w:t xml:space="preserve">Chapter 38: </w:t>
      </w:r>
      <w:r>
        <w:t>Introduction to Stacks</w:t>
      </w:r>
    </w:p>
    <w:p>
      <w:pPr>
        <w:spacing w:after="80"/>
      </w:pPr>
      <w:r>
        <w:rPr>
          <w:b/>
          <w:color w:val="008A60"/>
        </w:rPr>
        <w:t xml:space="preserve">Chapter 39: </w:t>
      </w:r>
      <w:r>
        <w:t>Valid Parenthesis Expression</w:t>
      </w:r>
    </w:p>
    <w:p>
      <w:pPr>
        <w:spacing w:after="80"/>
      </w:pPr>
      <w:r>
        <w:rPr>
          <w:b/>
          <w:color w:val="008A60"/>
        </w:rPr>
        <w:t xml:space="preserve">Chapter 40: </w:t>
      </w:r>
      <w:r>
        <w:t>Next Largest Number to the Right</w:t>
      </w:r>
    </w:p>
    <w:p>
      <w:pPr>
        <w:spacing w:after="80"/>
      </w:pPr>
      <w:r>
        <w:rPr>
          <w:b/>
          <w:color w:val="008A60"/>
        </w:rPr>
        <w:t xml:space="preserve">Chapter 41: </w:t>
      </w:r>
      <w:r>
        <w:t>Evaluate Expression</w:t>
      </w:r>
    </w:p>
    <w:p>
      <w:pPr>
        <w:spacing w:after="80"/>
      </w:pPr>
      <w:r>
        <w:rPr>
          <w:b/>
          <w:color w:val="008A60"/>
        </w:rPr>
        <w:t xml:space="preserve">Chapter 42: </w:t>
      </w:r>
      <w:r>
        <w:t>Repeated Removal of Adjacent Duplicates</w:t>
      </w:r>
    </w:p>
    <w:p>
      <w:pPr>
        <w:spacing w:after="80"/>
      </w:pPr>
      <w:r>
        <w:rPr>
          <w:b/>
          <w:color w:val="008A60"/>
        </w:rPr>
        <w:t xml:space="preserve">Chapter 43: </w:t>
      </w:r>
      <w:r>
        <w:t>Implement a Queue using Stacks</w:t>
      </w:r>
    </w:p>
    <w:p>
      <w:pPr>
        <w:spacing w:after="80"/>
      </w:pPr>
      <w:r>
        <w:rPr>
          <w:b/>
          <w:color w:val="008A60"/>
        </w:rPr>
        <w:t xml:space="preserve">Chapter 44: </w:t>
      </w:r>
      <w:r>
        <w:t>Maximums of Sliding Window</w:t>
      </w:r>
    </w:p>
    <w:p>
      <w:pPr>
        <w:spacing w:after="80"/>
      </w:pPr>
      <w:r>
        <w:rPr>
          <w:b/>
          <w:color w:val="008A60"/>
        </w:rPr>
        <w:t xml:space="preserve">Chapter 45: </w:t>
      </w:r>
      <w:r>
        <w:t>Introduction to Heaps</w:t>
      </w:r>
    </w:p>
    <w:p>
      <w:pPr>
        <w:spacing w:after="80"/>
      </w:pPr>
      <w:r>
        <w:rPr>
          <w:b/>
          <w:color w:val="008A60"/>
        </w:rPr>
        <w:t xml:space="preserve">Chapter 46: </w:t>
      </w:r>
      <w:r>
        <w:t>K Most Frequent Strings</w:t>
      </w:r>
    </w:p>
    <w:p>
      <w:pPr>
        <w:spacing w:after="80"/>
      </w:pPr>
      <w:r>
        <w:rPr>
          <w:b/>
          <w:color w:val="008A60"/>
        </w:rPr>
        <w:t xml:space="preserve">Chapter 47: </w:t>
      </w:r>
      <w:r>
        <w:t>Combine Sorted Linked Lists</w:t>
      </w:r>
    </w:p>
    <w:p>
      <w:pPr>
        <w:spacing w:after="80"/>
      </w:pPr>
      <w:r>
        <w:rPr>
          <w:b/>
          <w:color w:val="008A60"/>
        </w:rPr>
        <w:t xml:space="preserve">Chapter 48: </w:t>
      </w:r>
      <w:r>
        <w:t>Median of an Integer Stream</w:t>
      </w:r>
    </w:p>
    <w:p>
      <w:pPr>
        <w:spacing w:after="80"/>
      </w:pPr>
      <w:r>
        <w:rPr>
          <w:b/>
          <w:color w:val="008A60"/>
        </w:rPr>
        <w:t xml:space="preserve">Chapter 49: </w:t>
      </w:r>
      <w:r>
        <w:t>Sort a K-Sorted Array</w:t>
      </w:r>
    </w:p>
    <w:p>
      <w:pPr>
        <w:spacing w:after="80"/>
      </w:pPr>
      <w:r>
        <w:rPr>
          <w:b/>
          <w:color w:val="008A60"/>
        </w:rPr>
        <w:t xml:space="preserve">Chapter 50: </w:t>
      </w:r>
      <w:r>
        <w:t>Introduction to Intervals</w:t>
      </w:r>
    </w:p>
    <w:p>
      <w:pPr>
        <w:spacing w:after="80"/>
      </w:pPr>
      <w:r>
        <w:rPr>
          <w:b/>
          <w:color w:val="008A60"/>
        </w:rPr>
        <w:t xml:space="preserve">Chapter 51: </w:t>
      </w:r>
      <w:r>
        <w:t>Merge Overlapping Intervals</w:t>
      </w:r>
    </w:p>
    <w:p>
      <w:pPr>
        <w:spacing w:after="80"/>
      </w:pPr>
      <w:r>
        <w:rPr>
          <w:b/>
          <w:color w:val="008A60"/>
        </w:rPr>
        <w:t xml:space="preserve">Chapter 52: </w:t>
      </w:r>
      <w:r>
        <w:t>Identify All Interval Overlaps</w:t>
      </w:r>
    </w:p>
    <w:p>
      <w:pPr>
        <w:spacing w:after="80"/>
      </w:pPr>
      <w:r>
        <w:rPr>
          <w:b/>
          <w:color w:val="008A60"/>
        </w:rPr>
        <w:t xml:space="preserve">Chapter 53: </w:t>
      </w:r>
      <w:r>
        <w:t>Largest Overlap of Intervals</w:t>
      </w:r>
    </w:p>
    <w:p>
      <w:pPr>
        <w:spacing w:after="80"/>
      </w:pPr>
      <w:r>
        <w:rPr>
          <w:b/>
          <w:color w:val="008A60"/>
        </w:rPr>
        <w:t xml:space="preserve">Chapter 54: </w:t>
      </w:r>
      <w:r>
        <w:t>Introduction to Prefix Sums</w:t>
      </w:r>
    </w:p>
    <w:p>
      <w:pPr>
        <w:spacing w:after="80"/>
      </w:pPr>
      <w:r>
        <w:rPr>
          <w:b/>
          <w:color w:val="008A60"/>
        </w:rPr>
        <w:t xml:space="preserve">Chapter 55: </w:t>
      </w:r>
      <w:r>
        <w:t>Sum Between Range</w:t>
      </w:r>
    </w:p>
    <w:p>
      <w:pPr>
        <w:spacing w:after="80"/>
      </w:pPr>
      <w:r>
        <w:rPr>
          <w:b/>
          <w:color w:val="008A60"/>
        </w:rPr>
        <w:t xml:space="preserve">Chapter 56: </w:t>
      </w:r>
      <w:r>
        <w:t>K-Sum Subarrays</w:t>
      </w:r>
    </w:p>
    <w:p>
      <w:pPr>
        <w:spacing w:after="80"/>
      </w:pPr>
      <w:r>
        <w:rPr>
          <w:b/>
          <w:color w:val="008A60"/>
        </w:rPr>
        <w:t xml:space="preserve">Chapter 57: </w:t>
      </w:r>
      <w:r>
        <w:t>Product Array Without Current Element</w:t>
      </w:r>
    </w:p>
    <w:p>
      <w:pPr>
        <w:spacing w:after="80"/>
      </w:pPr>
      <w:r>
        <w:rPr>
          <w:b/>
          <w:color w:val="008A60"/>
        </w:rPr>
        <w:t xml:space="preserve">Chapter 58: </w:t>
      </w:r>
      <w:r>
        <w:t>Introduction to Trees</w:t>
      </w:r>
    </w:p>
    <w:p>
      <w:pPr>
        <w:spacing w:after="80"/>
      </w:pPr>
      <w:r>
        <w:rPr>
          <w:b/>
          <w:color w:val="008A60"/>
        </w:rPr>
        <w:t xml:space="preserve">Chapter 59: </w:t>
      </w:r>
      <w:r>
        <w:t>Invert Binary Tree</w:t>
      </w:r>
    </w:p>
    <w:p>
      <w:pPr>
        <w:spacing w:after="80"/>
      </w:pPr>
      <w:r>
        <w:rPr>
          <w:b/>
          <w:color w:val="008A60"/>
        </w:rPr>
        <w:t xml:space="preserve">Chapter 60: </w:t>
      </w:r>
      <w:r>
        <w:t>Balanced Binary Tree Validation</w:t>
      </w:r>
    </w:p>
    <w:p>
      <w:pPr>
        <w:spacing w:after="80"/>
      </w:pPr>
      <w:r>
        <w:rPr>
          <w:b/>
          <w:color w:val="008A60"/>
        </w:rPr>
        <w:t xml:space="preserve">Chapter 61: </w:t>
      </w:r>
      <w:r>
        <w:t>Rightmost Nodes of a Binary Tree</w:t>
      </w:r>
    </w:p>
    <w:p>
      <w:pPr>
        <w:spacing w:after="80"/>
      </w:pPr>
      <w:r>
        <w:rPr>
          <w:b/>
          <w:color w:val="008A60"/>
        </w:rPr>
        <w:t xml:space="preserve">Chapter 62: </w:t>
      </w:r>
      <w:r>
        <w:t>Widest Binary Tree Level</w:t>
      </w:r>
    </w:p>
    <w:p>
      <w:pPr>
        <w:spacing w:after="80"/>
      </w:pPr>
      <w:r>
        <w:rPr>
          <w:b/>
          <w:color w:val="008A60"/>
        </w:rPr>
        <w:t xml:space="preserve">Chapter 63: </w:t>
      </w:r>
      <w:r>
        <w:t>Binary Search Tree Validation</w:t>
      </w:r>
    </w:p>
    <w:p>
      <w:pPr>
        <w:spacing w:after="80"/>
      </w:pPr>
      <w:r>
        <w:rPr>
          <w:b/>
          <w:color w:val="008A60"/>
        </w:rPr>
        <w:t xml:space="preserve">Chapter 64: </w:t>
      </w:r>
      <w:r>
        <w:t>Lowest Common Ancestor</w:t>
      </w:r>
    </w:p>
    <w:p>
      <w:pPr>
        <w:spacing w:after="80"/>
      </w:pPr>
      <w:r>
        <w:rPr>
          <w:b/>
          <w:color w:val="008A60"/>
        </w:rPr>
        <w:t xml:space="preserve">Chapter 65: </w:t>
      </w:r>
      <w:r>
        <w:t>Build Binary Tree From Preorder and Inorder Traversals</w:t>
      </w:r>
    </w:p>
    <w:p>
      <w:pPr>
        <w:spacing w:after="80"/>
      </w:pPr>
      <w:r>
        <w:rPr>
          <w:b/>
          <w:color w:val="008A60"/>
        </w:rPr>
        <w:t xml:space="preserve">Chapter 66: </w:t>
      </w:r>
      <w:r>
        <w:t>Maximum Sum of a Continuous Path in a Binary Tree</w:t>
      </w:r>
    </w:p>
    <w:p>
      <w:pPr>
        <w:spacing w:after="80"/>
      </w:pPr>
      <w:r>
        <w:rPr>
          <w:b/>
          <w:color w:val="008A60"/>
        </w:rPr>
        <w:t xml:space="preserve">Chapter 67: </w:t>
      </w:r>
      <w:r>
        <w:t>Binary Tree Symmetry</w:t>
      </w:r>
    </w:p>
    <w:p>
      <w:pPr>
        <w:spacing w:after="80"/>
      </w:pPr>
      <w:r>
        <w:rPr>
          <w:b/>
          <w:color w:val="008A60"/>
        </w:rPr>
        <w:t xml:space="preserve">Chapter 68: </w:t>
      </w:r>
      <w:r>
        <w:t>Binary Tree Columns</w:t>
      </w:r>
    </w:p>
    <w:p>
      <w:pPr>
        <w:spacing w:after="80"/>
      </w:pPr>
      <w:r>
        <w:rPr>
          <w:b/>
          <w:color w:val="008A60"/>
        </w:rPr>
        <w:t xml:space="preserve">Chapter 69: </w:t>
      </w:r>
      <w:r>
        <w:t>Kth Smallest Number in a Binary Search Tree</w:t>
      </w:r>
    </w:p>
    <w:p>
      <w:pPr>
        <w:spacing w:after="80"/>
      </w:pPr>
      <w:r>
        <w:rPr>
          <w:b/>
          <w:color w:val="008A60"/>
        </w:rPr>
        <w:t xml:space="preserve">Chapter 70: </w:t>
      </w:r>
      <w:r>
        <w:t>Serialize and Deserialize a Binary Tree</w:t>
      </w:r>
    </w:p>
    <w:p>
      <w:pPr>
        <w:spacing w:after="80"/>
      </w:pPr>
      <w:r>
        <w:rPr>
          <w:b/>
          <w:color w:val="008A60"/>
        </w:rPr>
        <w:t xml:space="preserve">Chapter 71: </w:t>
      </w:r>
      <w:r>
        <w:t>Introduction to Tries</w:t>
      </w:r>
    </w:p>
    <w:p>
      <w:pPr>
        <w:spacing w:after="80"/>
      </w:pPr>
      <w:r>
        <w:rPr>
          <w:b/>
          <w:color w:val="008A60"/>
        </w:rPr>
        <w:t xml:space="preserve">Chapter 72: </w:t>
      </w:r>
      <w:r>
        <w:t>Design a Trie</w:t>
      </w:r>
    </w:p>
    <w:p>
      <w:pPr>
        <w:spacing w:after="80"/>
      </w:pPr>
      <w:r>
        <w:rPr>
          <w:b/>
          <w:color w:val="008A60"/>
        </w:rPr>
        <w:t xml:space="preserve">Chapter 73: </w:t>
      </w:r>
      <w:r>
        <w:t>Insert and Search Words with Wildcards</w:t>
      </w:r>
    </w:p>
    <w:p>
      <w:pPr>
        <w:spacing w:after="80"/>
      </w:pPr>
      <w:r>
        <w:rPr>
          <w:b/>
          <w:color w:val="008A60"/>
        </w:rPr>
        <w:t xml:space="preserve">Chapter 74: </w:t>
      </w:r>
      <w:r>
        <w:t>Find All Words on a Board</w:t>
      </w:r>
    </w:p>
    <w:p>
      <w:pPr>
        <w:spacing w:after="80"/>
      </w:pPr>
      <w:r>
        <w:rPr>
          <w:b/>
          <w:color w:val="008A60"/>
        </w:rPr>
        <w:t xml:space="preserve">Chapter 75: </w:t>
      </w:r>
      <w:r>
        <w:t>Introduction to Graphs</w:t>
      </w:r>
    </w:p>
    <w:p>
      <w:pPr>
        <w:spacing w:after="80"/>
      </w:pPr>
      <w:r>
        <w:rPr>
          <w:b/>
          <w:color w:val="008A60"/>
        </w:rPr>
        <w:t xml:space="preserve">Chapter 76: </w:t>
      </w:r>
      <w:r>
        <w:t>Graph Deep Copy</w:t>
      </w:r>
    </w:p>
    <w:p>
      <w:pPr>
        <w:spacing w:after="80"/>
      </w:pPr>
      <w:r>
        <w:rPr>
          <w:b/>
          <w:color w:val="008A60"/>
        </w:rPr>
        <w:t xml:space="preserve">Chapter 77: </w:t>
      </w:r>
      <w:r>
        <w:t>Count Islands</w:t>
      </w:r>
    </w:p>
    <w:p>
      <w:pPr>
        <w:spacing w:after="80"/>
      </w:pPr>
      <w:r>
        <w:rPr>
          <w:b/>
          <w:color w:val="008A60"/>
        </w:rPr>
        <w:t xml:space="preserve">Chapter 78: </w:t>
      </w:r>
      <w:r>
        <w:t>Matrix Infection</w:t>
      </w:r>
    </w:p>
    <w:p>
      <w:pPr>
        <w:spacing w:after="80"/>
      </w:pPr>
      <w:r>
        <w:rPr>
          <w:b/>
          <w:color w:val="008A60"/>
        </w:rPr>
        <w:t xml:space="preserve">Chapter 79: </w:t>
      </w:r>
      <w:r>
        <w:t>Bipartite Graph Validation</w:t>
      </w:r>
    </w:p>
    <w:p>
      <w:pPr>
        <w:spacing w:after="80"/>
      </w:pPr>
      <w:r>
        <w:rPr>
          <w:b/>
          <w:color w:val="008A60"/>
        </w:rPr>
        <w:t xml:space="preserve">Chapter 80: </w:t>
      </w:r>
      <w:r>
        <w:t>Longest Increasing Path</w:t>
      </w:r>
    </w:p>
    <w:p>
      <w:pPr>
        <w:spacing w:after="80"/>
      </w:pPr>
      <w:r>
        <w:rPr>
          <w:b/>
          <w:color w:val="008A60"/>
        </w:rPr>
        <w:t xml:space="preserve">Chapter 81: </w:t>
      </w:r>
      <w:r>
        <w:t>Shortest Transformation Sequence</w:t>
      </w:r>
    </w:p>
    <w:p>
      <w:pPr>
        <w:spacing w:after="80"/>
      </w:pPr>
      <w:r>
        <w:rPr>
          <w:b/>
          <w:color w:val="008A60"/>
        </w:rPr>
        <w:t xml:space="preserve">Chapter 82: </w:t>
      </w:r>
      <w:r>
        <w:t>Merging Communities</w:t>
      </w:r>
    </w:p>
    <w:p>
      <w:pPr>
        <w:spacing w:after="80"/>
      </w:pPr>
      <w:r>
        <w:rPr>
          <w:b/>
          <w:color w:val="008A60"/>
        </w:rPr>
        <w:t xml:space="preserve">Chapter 83: </w:t>
      </w:r>
      <w:r>
        <w:t>Prerequisites</w:t>
      </w:r>
    </w:p>
    <w:p>
      <w:pPr>
        <w:spacing w:after="80"/>
      </w:pPr>
      <w:r>
        <w:rPr>
          <w:b/>
          <w:color w:val="008A60"/>
        </w:rPr>
        <w:t xml:space="preserve">Chapter 84: </w:t>
      </w:r>
      <w:r>
        <w:t>Shortest Path</w:t>
      </w:r>
    </w:p>
    <w:p>
      <w:pPr>
        <w:spacing w:after="80"/>
      </w:pPr>
      <w:r>
        <w:rPr>
          <w:b/>
          <w:color w:val="008A60"/>
        </w:rPr>
        <w:t xml:space="preserve">Chapter 85: </w:t>
      </w:r>
      <w:r>
        <w:t>Connect the Dots</w:t>
      </w:r>
    </w:p>
    <w:p>
      <w:pPr>
        <w:spacing w:after="80"/>
      </w:pPr>
      <w:r>
        <w:rPr>
          <w:b/>
          <w:color w:val="008A60"/>
        </w:rPr>
        <w:t xml:space="preserve">Chapter 86: </w:t>
      </w:r>
      <w:r>
        <w:t>Introduction to Backtracking</w:t>
      </w:r>
    </w:p>
    <w:p>
      <w:pPr>
        <w:spacing w:after="80"/>
      </w:pPr>
      <w:r>
        <w:rPr>
          <w:b/>
          <w:color w:val="008A60"/>
        </w:rPr>
        <w:t xml:space="preserve">Chapter 87: </w:t>
      </w:r>
      <w:r>
        <w:t>Find All Permutations</w:t>
      </w:r>
    </w:p>
    <w:p>
      <w:pPr>
        <w:spacing w:after="80"/>
      </w:pPr>
      <w:r>
        <w:rPr>
          <w:b/>
          <w:color w:val="008A60"/>
        </w:rPr>
        <w:t xml:space="preserve">Chapter 88: </w:t>
      </w:r>
      <w:r>
        <w:t>Find All Subsets</w:t>
      </w:r>
    </w:p>
    <w:p>
      <w:pPr>
        <w:spacing w:after="80"/>
      </w:pPr>
      <w:r>
        <w:rPr>
          <w:b/>
          <w:color w:val="008A60"/>
        </w:rPr>
        <w:t xml:space="preserve">Chapter 89: </w:t>
      </w:r>
      <w:r>
        <w:t>N Queens</w:t>
      </w:r>
    </w:p>
    <w:p>
      <w:pPr>
        <w:spacing w:after="80"/>
      </w:pPr>
      <w:r>
        <w:rPr>
          <w:b/>
          <w:color w:val="008A60"/>
        </w:rPr>
        <w:t xml:space="preserve">Chapter 90: </w:t>
      </w:r>
      <w:r>
        <w:t>Combinations of a Sum</w:t>
      </w:r>
    </w:p>
    <w:p>
      <w:pPr>
        <w:spacing w:after="80"/>
      </w:pPr>
      <w:r>
        <w:rPr>
          <w:b/>
          <w:color w:val="008A60"/>
        </w:rPr>
        <w:t xml:space="preserve">Chapter 91: </w:t>
      </w:r>
      <w:r>
        <w:t>Phone Keypad Combinations</w:t>
      </w:r>
    </w:p>
    <w:p>
      <w:pPr>
        <w:spacing w:after="80"/>
      </w:pPr>
      <w:r>
        <w:rPr>
          <w:b/>
          <w:color w:val="008A60"/>
        </w:rPr>
        <w:t xml:space="preserve">Chapter 92: </w:t>
      </w:r>
      <w:r>
        <w:t>Introduction to Dynamic Programming</w:t>
      </w:r>
    </w:p>
    <w:p>
      <w:pPr>
        <w:spacing w:after="80"/>
      </w:pPr>
      <w:r>
        <w:rPr>
          <w:b/>
          <w:color w:val="008A60"/>
        </w:rPr>
        <w:t xml:space="preserve">Chapter 93: </w:t>
      </w:r>
      <w:r>
        <w:t>Climbing Stairs</w:t>
      </w:r>
    </w:p>
    <w:p>
      <w:pPr>
        <w:spacing w:after="80"/>
      </w:pPr>
      <w:r>
        <w:rPr>
          <w:b/>
          <w:color w:val="008A60"/>
        </w:rPr>
        <w:t xml:space="preserve">Chapter 94: </w:t>
      </w:r>
      <w:r>
        <w:t>Minimum Coin Combination</w:t>
      </w:r>
    </w:p>
    <w:p>
      <w:pPr>
        <w:spacing w:after="80"/>
      </w:pPr>
      <w:r>
        <w:rPr>
          <w:b/>
          <w:color w:val="008A60"/>
        </w:rPr>
        <w:t xml:space="preserve">Chapter 95: </w:t>
      </w:r>
      <w:r>
        <w:t>Matrix Pathways</w:t>
      </w:r>
    </w:p>
    <w:p>
      <w:pPr>
        <w:spacing w:after="80"/>
      </w:pPr>
      <w:r>
        <w:rPr>
          <w:b/>
          <w:color w:val="008A60"/>
        </w:rPr>
        <w:t xml:space="preserve">Chapter 96: </w:t>
      </w:r>
      <w:r>
        <w:t>Neighborhood Burglary</w:t>
      </w:r>
    </w:p>
    <w:p>
      <w:pPr>
        <w:spacing w:after="80"/>
      </w:pPr>
      <w:r>
        <w:rPr>
          <w:b/>
          <w:color w:val="008A60"/>
        </w:rPr>
        <w:t xml:space="preserve">Chapter 97: </w:t>
      </w:r>
      <w:r>
        <w:t>Longest Common Subsequence</w:t>
      </w:r>
    </w:p>
    <w:p>
      <w:pPr>
        <w:spacing w:after="80"/>
      </w:pPr>
      <w:r>
        <w:rPr>
          <w:b/>
          <w:color w:val="008A60"/>
        </w:rPr>
        <w:t xml:space="preserve">Chapter 98: </w:t>
      </w:r>
      <w:r>
        <w:t>Longest Palindrome in a String</w:t>
      </w:r>
    </w:p>
    <w:p>
      <w:pPr>
        <w:spacing w:after="80"/>
      </w:pPr>
      <w:r>
        <w:rPr>
          <w:b/>
          <w:color w:val="008A60"/>
        </w:rPr>
        <w:t xml:space="preserve">Chapter 99: </w:t>
      </w:r>
      <w:r>
        <w:t>Maximum Subarray Sum</w:t>
      </w:r>
    </w:p>
    <w:p>
      <w:pPr>
        <w:spacing w:after="80"/>
      </w:pPr>
      <w:r>
        <w:rPr>
          <w:b/>
          <w:color w:val="008A60"/>
        </w:rPr>
        <w:t xml:space="preserve">Chapter 100: </w:t>
      </w:r>
      <w:r>
        <w:t>0/1 Knapsack</w:t>
      </w:r>
    </w:p>
    <w:p>
      <w:pPr>
        <w:spacing w:after="80"/>
      </w:pPr>
      <w:r>
        <w:rPr>
          <w:b/>
          <w:color w:val="008A60"/>
        </w:rPr>
        <w:t xml:space="preserve">Chapter 101: </w:t>
      </w:r>
      <w:r>
        <w:t>Largest Square in a Matrix</w:t>
      </w:r>
    </w:p>
    <w:p>
      <w:pPr>
        <w:spacing w:after="80"/>
      </w:pPr>
      <w:r>
        <w:rPr>
          <w:b/>
          <w:color w:val="008A60"/>
        </w:rPr>
        <w:t xml:space="preserve">Chapter 102: </w:t>
      </w:r>
      <w:r>
        <w:t>Introduction to Greedy Algorithms</w:t>
      </w:r>
    </w:p>
    <w:p>
      <w:pPr>
        <w:spacing w:after="80"/>
      </w:pPr>
      <w:r>
        <w:rPr>
          <w:b/>
          <w:color w:val="008A60"/>
        </w:rPr>
        <w:t xml:space="preserve">Chapter 103: </w:t>
      </w:r>
      <w:r>
        <w:t>Jump to the End</w:t>
      </w:r>
    </w:p>
    <w:p>
      <w:pPr>
        <w:spacing w:after="80"/>
      </w:pPr>
      <w:r>
        <w:rPr>
          <w:b/>
          <w:color w:val="008A60"/>
        </w:rPr>
        <w:t xml:space="preserve">Chapter 104: </w:t>
      </w:r>
      <w:r>
        <w:t>Gas Stations</w:t>
      </w:r>
    </w:p>
    <w:p>
      <w:pPr>
        <w:spacing w:after="80"/>
      </w:pPr>
      <w:r>
        <w:rPr>
          <w:b/>
          <w:color w:val="008A60"/>
        </w:rPr>
        <w:t xml:space="preserve">Chapter 105: </w:t>
      </w:r>
      <w:r>
        <w:t>Candies</w:t>
      </w:r>
    </w:p>
    <w:p>
      <w:pPr>
        <w:spacing w:after="80"/>
      </w:pPr>
      <w:r>
        <w:rPr>
          <w:b/>
          <w:color w:val="008A60"/>
        </w:rPr>
        <w:t xml:space="preserve">Chapter 106: </w:t>
      </w:r>
      <w:r>
        <w:t>Introduction to Sort and Search</w:t>
      </w:r>
    </w:p>
    <w:p>
      <w:pPr>
        <w:spacing w:after="80"/>
      </w:pPr>
      <w:r>
        <w:rPr>
          <w:b/>
          <w:color w:val="008A60"/>
        </w:rPr>
        <w:t xml:space="preserve">Chapter 107: </w:t>
      </w:r>
      <w:r>
        <w:t>Sort Linked List</w:t>
      </w:r>
    </w:p>
    <w:p>
      <w:pPr>
        <w:spacing w:after="80"/>
      </w:pPr>
      <w:r>
        <w:rPr>
          <w:b/>
          <w:color w:val="008A60"/>
        </w:rPr>
        <w:t xml:space="preserve">Chapter 108: </w:t>
      </w:r>
      <w:r>
        <w:t>Sort Array</w:t>
      </w:r>
    </w:p>
    <w:p>
      <w:pPr>
        <w:spacing w:after="80"/>
      </w:pPr>
      <w:r>
        <w:rPr>
          <w:b/>
          <w:color w:val="008A60"/>
        </w:rPr>
        <w:t xml:space="preserve">Chapter 109: </w:t>
      </w:r>
      <w:r>
        <w:t>Kth Largest Integer</w:t>
      </w:r>
    </w:p>
    <w:p>
      <w:pPr>
        <w:spacing w:after="80"/>
      </w:pPr>
      <w:r>
        <w:rPr>
          <w:b/>
          <w:color w:val="008A60"/>
        </w:rPr>
        <w:t xml:space="preserve">Chapter 110: </w:t>
      </w:r>
      <w:r>
        <w:t>Dutch National Flag</w:t>
      </w:r>
    </w:p>
    <w:p>
      <w:pPr>
        <w:spacing w:after="80"/>
      </w:pPr>
      <w:r>
        <w:rPr>
          <w:b/>
          <w:color w:val="008A60"/>
        </w:rPr>
        <w:t xml:space="preserve">Chapter 111: </w:t>
      </w:r>
      <w:r>
        <w:t>Introduction to Bit Manipulation</w:t>
      </w:r>
    </w:p>
    <w:p>
      <w:pPr>
        <w:spacing w:after="80"/>
      </w:pPr>
      <w:r>
        <w:rPr>
          <w:b/>
          <w:color w:val="008A60"/>
        </w:rPr>
        <w:t xml:space="preserve">Chapter 112: </w:t>
      </w:r>
      <w:r>
        <w:t>Hamming Weights of Integers</w:t>
      </w:r>
    </w:p>
    <w:p>
      <w:pPr>
        <w:spacing w:after="80"/>
      </w:pPr>
      <w:r>
        <w:rPr>
          <w:b/>
          <w:color w:val="008A60"/>
        </w:rPr>
        <w:t xml:space="preserve">Chapter 113: </w:t>
      </w:r>
      <w:r>
        <w:t>Lonely Integer</w:t>
      </w:r>
    </w:p>
    <w:p>
      <w:pPr>
        <w:spacing w:after="80"/>
      </w:pPr>
      <w:r>
        <w:rPr>
          <w:b/>
          <w:color w:val="008A60"/>
        </w:rPr>
        <w:t xml:space="preserve">Chapter 114: </w:t>
      </w:r>
      <w:r>
        <w:t>Swap Odd and Even Bits</w:t>
      </w:r>
    </w:p>
    <w:p>
      <w:pPr>
        <w:spacing w:after="80"/>
      </w:pPr>
      <w:r>
        <w:rPr>
          <w:b/>
          <w:color w:val="008A60"/>
        </w:rPr>
        <w:t xml:space="preserve">Chapter 115: </w:t>
      </w:r>
      <w:r>
        <w:t>Introduction to Math and Geometry</w:t>
      </w:r>
    </w:p>
    <w:p>
      <w:pPr>
        <w:spacing w:after="80"/>
      </w:pPr>
      <w:r>
        <w:rPr>
          <w:b/>
          <w:color w:val="008A60"/>
        </w:rPr>
        <w:t xml:space="preserve">Chapter 116: </w:t>
      </w:r>
      <w:r>
        <w:t>Spiral Traversal</w:t>
      </w:r>
    </w:p>
    <w:p>
      <w:pPr>
        <w:spacing w:after="80"/>
      </w:pPr>
      <w:r>
        <w:rPr>
          <w:b/>
          <w:color w:val="008A60"/>
        </w:rPr>
        <w:t xml:space="preserve">Chapter 117: </w:t>
      </w:r>
      <w:r>
        <w:t>Reverse 32-Bit Integer</w:t>
      </w:r>
    </w:p>
    <w:p>
      <w:pPr>
        <w:spacing w:after="80"/>
      </w:pPr>
      <w:r>
        <w:rPr>
          <w:b/>
          <w:color w:val="008A60"/>
        </w:rPr>
        <w:t xml:space="preserve">Chapter 118: </w:t>
      </w:r>
      <w:r>
        <w:t>Maximum Collinear Points</w:t>
      </w:r>
    </w:p>
    <w:p>
      <w:pPr>
        <w:spacing w:after="80"/>
      </w:pPr>
      <w:r>
        <w:rPr>
          <w:b/>
          <w:color w:val="008A60"/>
        </w:rPr>
        <w:t xml:space="preserve">Chapter 119: </w:t>
      </w:r>
      <w:r>
        <w:t>The Josephus Problem</w:t>
      </w:r>
    </w:p>
    <w:p>
      <w:pPr>
        <w:spacing w:after="80"/>
      </w:pPr>
      <w:r>
        <w:rPr>
          <w:b/>
          <w:color w:val="008A60"/>
        </w:rPr>
        <w:t xml:space="preserve">Chapter 120: </w:t>
      </w:r>
      <w:r>
        <w:t>Triangle Numbers</w:t>
      </w:r>
    </w:p>
    <w:p>
      <w:r>
        <w:br w:type="page"/>
      </w:r>
    </w:p>
    <w:p>
      <w:pPr>
        <w:pStyle w:val="Heading1"/>
        <w:spacing w:before="480" w:after="280"/>
      </w:pPr>
      <w:r>
        <w:rPr>
          <w:b/>
          <w:color w:val="008A60"/>
          <w:sz w:val="28"/>
        </w:rPr>
        <w:t>Chapter 01</w:t>
        <w:br/>
      </w:r>
      <w:r>
        <w:rPr>
          <w:b/>
          <w:color w:val="0F172A"/>
          <w:sz w:val="40"/>
        </w:rPr>
        <w:t>Introduction to Two Pointers</w:t>
      </w:r>
    </w:p>
    <w:p>
      <w:pPr>
        <w:pStyle w:val="Heading2"/>
        <w:spacing w:before="320" w:after="120"/>
      </w:pPr>
      <w:r>
        <w:t>Intuition</w:t>
      </w:r>
    </w:p>
    <w:p>
      <w:pPr>
        <w:spacing w:after="160" w:line="276" w:lineRule="auto"/>
      </w:pPr>
      <w:r>
        <w:t>As the name implies, a two-pointer pattern refers to an algorithm that utilizes two pointers. But what is a pointer? It's a variable that represents an index or position within a data structure, like an array or linked list. Many algorithms just use a single pointer to attain or keep track of a single element:</w:t>
      </w:r>
    </w:p>
    <w:p>
      <w:pPr>
        <w:spacing w:after="160" w:line="276" w:lineRule="auto"/>
      </w:pPr>
      <w:r>
        <w:t>Introducing a second pointer opens a new world of possibilities. Most importantly, we can now makecomparisons. With pointers at two different positions, we can compare the elements at those positions and make decisions based on the comparison:</w:t>
      </w:r>
    </w:p>
    <w:p>
      <w:pPr>
        <w:spacing w:after="160" w:line="276" w:lineRule="auto"/>
      </w:pPr>
      <w:r>
        <w:t>In many cases, such comparisons are made using two nested for-loops, which takesO(n2)O(n^2)O(n2)time, wherendenotes the length of the data structure. In the code snippet below,iandjare two pointers used to compare every two elements of an array:</w:t>
      </w:r>
    </w:p>
    <w:p>
      <w:pPr>
        <w:spacing w:before="160" w:after="160"/>
        <w:ind w:left="360"/>
      </w:pPr>
      <w:r>
        <w:rPr>
          <w:rFonts w:ascii="Consolas" w:hAnsi="Consolas"/>
          <w:color w:val="1E293B"/>
          <w:sz w:val="19"/>
        </w:rPr>
        <w:t>PythonJavaScriptJavaCopyfor i in range(n):</w:t>
        <w:br/>
        <w:t xml:space="preserve">    for j in range(i + 1, n):</w:t>
        <w:br/>
        <w:t xml:space="preserve">        compare(nums[i], nums[j])for (let i = 0; i &lt; n; i++) {</w:t>
        <w:br/>
        <w:t xml:space="preserve">    for (let j = i + 1; j &lt; n; j++) {</w:t>
        <w:br/>
        <w:t xml:space="preserve">        compare(nums[i], nums[j]);</w:t>
        <w:br/>
        <w:t xml:space="preserve">    }</w:t>
        <w:br/>
        <w:t>}for (int i = 0; i &lt; n; i++) {</w:t>
        <w:br/>
        <w:t xml:space="preserve">    for (int j = i + 1; j &lt; n; j++) {</w:t>
        <w:br/>
        <w:t xml:space="preserve">        compare(nums[i], nums[j]);</w:t>
        <w:br/>
        <w:t xml:space="preserve">    }</w:t>
        <w:br/>
        <w:t>}</w:t>
      </w:r>
    </w:p>
    <w:p>
      <w:pPr>
        <w:spacing w:after="160" w:line="276" w:lineRule="auto"/>
      </w:pPr>
      <w:r>
        <w:t>Often, this approach does not take advantage ofpredictable dynamicsthat might exist in a data structure. An example of a data structure with predictable dynamics is a sorted array: when we move a pointer in a sorted array, we can predict whether the value being moved to is greater or smaller. For example, moving a pointer to the right in an ascending array guarantees we're moving to a value greater than or equal to the current one:</w:t>
      </w:r>
    </w:p>
    <w:p>
      <w:pPr>
        <w:spacing w:after="160" w:line="276" w:lineRule="auto"/>
      </w:pPr>
      <w:r>
        <w:t>As you can see, data structures with predictable dynamics let us move pointers in a logical way. Taking advantage of this predictability can lead to improved time and space complexity, which we will illustrate with real interview problems in this chapter.</w:t>
      </w:r>
    </w:p>
    <w:p>
      <w:pPr>
        <w:pStyle w:val="Heading2"/>
        <w:spacing w:before="320" w:after="120"/>
      </w:pPr>
      <w:r>
        <w:t>Two-pointer Strategies</w:t>
      </w:r>
    </w:p>
    <w:p>
      <w:pPr>
        <w:spacing w:after="160" w:line="276" w:lineRule="auto"/>
      </w:pPr>
      <w:r>
        <w:t>Two-pointer algorithms usually take onlyO(n)O(n)O(n)time by eliminating the need for nested for-loops. There are three main strategies for using two pointers.</w:t>
      </w:r>
    </w:p>
    <w:p>
      <w:pPr>
        <w:spacing w:after="160" w:line="276" w:lineRule="auto"/>
      </w:pPr>
      <w:r>
        <w:t>Inward traversalThis approach has pointers starting at opposite ends of the data structure and moving inward toward each other:</w:t>
      </w:r>
    </w:p>
    <w:p>
      <w:pPr>
        <w:spacing w:after="160" w:line="276" w:lineRule="auto"/>
      </w:pPr>
      <w:r>
        <w:t>The pointers move toward the center, adjusting their positions based on comparisons, until a certain condition is met, or they meet/cross each other. This is ideal for problems where we need to compare elements from different ends of a data structure.</w:t>
      </w:r>
    </w:p>
    <w:p>
      <w:pPr>
        <w:spacing w:after="160" w:line="276" w:lineRule="auto"/>
      </w:pPr>
      <w:r>
        <w:t>Unidirectional traversalIn this approach, both pointers start at the same end of the data structure (usually the beginning) and move in the same direction:</w:t>
      </w:r>
    </w:p>
    <w:p>
      <w:pPr>
        <w:spacing w:after="160" w:line="276" w:lineRule="auto"/>
      </w:pPr>
      <w:r>
        <w:t>These pointers generally serve two different but supplementary purposes. A common application of this is when we want one pointer to find information (usually the right pointer) and another to keep track of information (usually the left pointer).</w:t>
      </w:r>
    </w:p>
    <w:p>
      <w:pPr>
        <w:spacing w:after="160" w:line="276" w:lineRule="auto"/>
      </w:pPr>
      <w:r>
        <w:t>Staged traversalIn this approach, we traverse with one pointer, and when it lands on an element that meets a certain condition, we traverse with the second pointer:</w:t>
      </w:r>
    </w:p>
    <w:p>
      <w:pPr>
        <w:spacing w:after="160" w:line="276" w:lineRule="auto"/>
      </w:pPr>
      <w:r>
        <w:t>Similar to unidirectional traversal, both pointers serve different purposes. Here, the first pointer is used to search for something, and once found, a second pointer finds additional information concerning the value at the first pointer.</w:t>
      </w:r>
    </w:p>
    <w:p>
      <w:pPr>
        <w:spacing w:after="160" w:line="276" w:lineRule="auto"/>
      </w:pPr>
      <w:r>
        <w:t>We discuss all of these techniques in detail throughout the problems in this chapter.</w:t>
      </w:r>
    </w:p>
    <w:p>
      <w:pPr>
        <w:pStyle w:val="Heading2"/>
        <w:spacing w:before="320" w:after="120"/>
      </w:pPr>
      <w:r>
        <w:t>When To Use Two Pointers?</w:t>
      </w:r>
    </w:p>
    <w:p>
      <w:pPr>
        <w:spacing w:after="160" w:line="276" w:lineRule="auto"/>
      </w:pPr>
      <w:r>
        <w:t>A two-pointer algorithm usually requires a linear data structure, such as an array or linked list. Otherwise, an indication that a problem can be solved using the two-pointer algorithm, is when the input follows a predictable dynamic, such as asorted array.</w:t>
      </w:r>
    </w:p>
    <w:p>
      <w:pPr>
        <w:spacing w:after="160" w:line="276" w:lineRule="auto"/>
      </w:pPr>
      <w:r>
        <w:t>Predictable dynamics can take many forms. Take, for instance, a palindromic string. Its symmetrical pattern allows us to logically move two pointers toward the center. As you work through the problems in this chapter, you'll learn to recognize these predictable dynamics more easily.</w:t>
      </w:r>
    </w:p>
    <w:p>
      <w:pPr>
        <w:spacing w:after="160" w:line="276" w:lineRule="auto"/>
      </w:pPr>
      <w:r>
        <w:t>Another potential indicator that a problem can be solved using two pointers is if the problem asks for apair of valuesor a result that can be generated from two values.</w:t>
      </w:r>
    </w:p>
    <w:p>
      <w:pPr>
        <w:pStyle w:val="Heading2"/>
        <w:spacing w:before="320" w:after="120"/>
      </w:pPr>
      <w:r>
        <w:t>Real-world Example</w:t>
      </w:r>
    </w:p>
    <w:p>
      <w:pPr>
        <w:spacing w:after="160" w:line="276" w:lineRule="auto"/>
      </w:pPr>
      <w:r>
        <w:t>Garbage collection algorithms: In memory compaction – which is a key part of garbage collection – the goal is to free up contiguous memory space by eliminating gaps left by deallocated (aka dead) objects. A two-pointer technique helps achieve this efficiently: a 'scan' pointer traverses the heap to identify live objects, while a 'free' pointer keeps track of the next available space to where live objects should be relocated. As the 'scan' pointer moves, it skips over dead objects and shifts live objects to the position indicated by the 'free' pointer, compacting the memory by grouping all live objects together and freeing up continuous blocks of memory.</w:t>
      </w:r>
    </w:p>
    <w:p>
      <w:pPr>
        <w:pStyle w:val="Heading2"/>
        <w:spacing w:before="320" w:after="120"/>
      </w:pPr>
      <w:r>
        <w:t>Chapter Outline</w:t>
      </w:r>
    </w:p>
    <w:p>
      <w:pPr>
        <w:spacing w:after="160" w:line="276" w:lineRule="auto"/>
      </w:pPr>
      <w:r>
        <w:t>The two-pointer pattern is very versatile and, consequently, quite broad. As such, we want to cover more specialized variants of this algorithm in separate chapters, such asFast and Slow PointersandSliding Windows.</w:t>
      </w:r>
    </w:p>
    <w:p>
      <w:r>
        <w:br w:type="page"/>
      </w:r>
    </w:p>
    <w:p>
      <w:pPr>
        <w:pStyle w:val="Heading1"/>
        <w:spacing w:before="480" w:after="280"/>
      </w:pPr>
      <w:r>
        <w:rPr>
          <w:b/>
          <w:color w:val="008A60"/>
          <w:sz w:val="28"/>
        </w:rPr>
        <w:t>Chapter 02</w:t>
        <w:br/>
      </w:r>
      <w:r>
        <w:rPr>
          <w:b/>
          <w:color w:val="0F172A"/>
          <w:sz w:val="40"/>
        </w:rPr>
        <w:t>Pair Sum - Sorted</w:t>
      </w:r>
    </w:p>
    <w:p>
      <w:pPr>
        <w:spacing w:before="160" w:after="160"/>
        <w:ind w:left="360"/>
      </w:pPr>
      <w:r>
        <w:rPr>
          <w:rFonts w:ascii="Consolas" w:hAnsi="Consolas"/>
          <w:color w:val="1E293B"/>
          <w:sz w:val="19"/>
        </w:rPr>
        <w:t>Given an array of integers sorted in ascending order and a target value, return the indexes of any pair of numbers in the array that sum to the target. The order of the indexes in the result doesn't matter. If no pair is found, return an empty array.Example 1:ExampleCopyInput: nums = [-5, -2, 3, 4, 6], target = 7</w:t>
        <w:br/>
        <w:t>Output: [2, 3]</w:t>
        <w:br/>
        <w:t>Explanation: nums[2] + nums[3] = 3 + 4 = 7Example 2:ExampleCopyInput: nums = [1, 1, 1], target = 2</w:t>
        <w:br/>
        <w:t>Output: [0, 1]</w:t>
        <w:br/>
        <w:t>Explanation: other valid outputs could be [1, 0], [0, 2], [2, 0], [1, 2] or [2, 1].</w:t>
      </w:r>
    </w:p>
    <w:p>
      <w:pPr>
        <w:pStyle w:val="Heading2"/>
        <w:spacing w:before="320" w:after="120"/>
      </w:pPr>
      <w:r>
        <w:t>Intuition</w:t>
      </w:r>
    </w:p>
    <w:p>
      <w:pPr>
        <w:spacing w:after="160" w:line="276" w:lineRule="auto"/>
      </w:pPr>
      <w:r>
        <w:t>The brute force solution to this problem involves checking all possible pairs. This is done using two nested loops: an outer loop that traverses the array for the first element of the pair, and an inner loop that traverses the rest of the array to find the second element. Below is the code snippet for this approach:</w:t>
      </w:r>
    </w:p>
    <w:p>
      <w:pPr>
        <w:spacing w:before="160" w:after="160"/>
        <w:ind w:left="360"/>
      </w:pPr>
      <w:r>
        <w:rPr>
          <w:rFonts w:ascii="Consolas" w:hAnsi="Consolas"/>
          <w:color w:val="1E293B"/>
          <w:sz w:val="19"/>
        </w:rPr>
        <w:t>PythonJavaScriptJavaCopyfrom typing import List</w:t>
        <w:br/>
        <w:t xml:space="preserve">  </w:t>
        <w:br/>
        <w:t>def pair_sum_sorted_brute_force(nums: List[int], target: int) -&gt; List[int]:</w:t>
        <w:br/>
        <w:t xml:space="preserve">    n = len(nums)</w:t>
        <w:br/>
        <w:t xml:space="preserve">    for i in range(n):</w:t>
        <w:br/>
        <w:t xml:space="preserve">        for j in range(i + 1, n):</w:t>
        <w:br/>
        <w:t xml:space="preserve">            if nums[i] + nums[j] == target:</w:t>
        <w:br/>
        <w:t xml:space="preserve">                return [i, j]</w:t>
        <w:br/>
        <w:t xml:space="preserve">    return []function pairSumSortedBruteForce(nums, target) {</w:t>
        <w:br/>
        <w:t xml:space="preserve">    const n = nums.length;</w:t>
        <w:br/>
        <w:t xml:space="preserve">    for (let i = 0; i &lt; n; i++) {</w:t>
        <w:br/>
        <w:t xml:space="preserve">        for (let j = i + 1; j &lt; n; j++) {</w:t>
        <w:br/>
        <w:t xml:space="preserve">            if (nums[i] + nums[j] === target) {</w:t>
        <w:br/>
        <w:t xml:space="preserve">                return [i, j];</w:t>
        <w:br/>
        <w:t xml:space="preserve">            }</w:t>
        <w:br/>
        <w:t xml:space="preserve">        }</w:t>
        <w:br/>
        <w:t xml:space="preserve">    }</w:t>
        <w:br/>
        <w:t xml:space="preserve">    return [];</w:t>
        <w:br/>
        <w:t>}public int[] pairSumSortedBruteForce(int[] nums, int target) {</w:t>
        <w:br/>
        <w:t xml:space="preserve">    int n = nums.length;</w:t>
        <w:br/>
        <w:t xml:space="preserve">    for (int i = 0; i &lt; n; i++) {</w:t>
        <w:br/>
        <w:t xml:space="preserve">        for (int j = i + 1; j &lt; n; j++) {</w:t>
        <w:br/>
        <w:t xml:space="preserve">            if (nums[i] + nums[j] == target) {</w:t>
        <w:br/>
        <w:t xml:space="preserve">                return new int[]{i, j};</w:t>
        <w:br/>
        <w:t xml:space="preserve">            }</w:t>
        <w:br/>
        <w:t xml:space="preserve">        }</w:t>
        <w:br/>
        <w:t xml:space="preserve">    }</w:t>
        <w:br/>
        <w:t xml:space="preserve">    return new int[]{};</w:t>
        <w:br/>
        <w:t>}</w:t>
      </w:r>
    </w:p>
    <w:p>
      <w:pPr>
        <w:spacing w:after="160" w:line="276" w:lineRule="auto"/>
      </w:pPr>
      <w:r>
        <w:t>This approach has a time complexity ofO(n2)O(n^2)O(n2), wherennndenotes the length of the array. This approach does not take into account that the input array is sorted. Could we use this fact to come up with a more efficient solution?</w:t>
      </w:r>
    </w:p>
    <w:p>
      <w:pPr>
        <w:spacing w:after="160" w:line="276" w:lineRule="auto"/>
      </w:pPr>
      <w:r>
        <w:t>Atwo-pointer approachis worth considering here because a sorted array allows us to move the pointers in a logical way. Let's see how this works in the example below:</w:t>
      </w:r>
    </w:p>
    <w:p>
      <w:pPr>
        <w:spacing w:after="160" w:line="276" w:lineRule="auto"/>
      </w:pPr>
      <w:r>
        <w:t>A good place to start is by looking at the smallest and largest values: the first and last elements, respectively. The sum of these two values is 1.</w:t>
      </w:r>
    </w:p>
    <w:p>
      <w:pPr>
        <w:spacing w:after="160" w:line="276" w:lineRule="auto"/>
      </w:pPr>
      <w:r>
        <w:t>Since 1 is less than the target, we need tomove one of our pointersto find a new pair with a larger sum.</w:t>
      </w:r>
    </w:p>
    <w:p>
      <w:pPr>
        <w:pStyle w:val="ListBullet"/>
      </w:pPr>
      <w:r>
        <w:t>Left pointer: The left pointer will always point to a value less than or equal to the value at the right pointer because the array is sorted. Incrementing it would result in a sum greater than or equal to the current sum of 1.</w:t>
      </w:r>
    </w:p>
    <w:p>
      <w:pPr>
        <w:pStyle w:val="ListBullet"/>
      </w:pPr>
      <w:r>
        <w:t>Right pointer: Decrementing the right pointer would result in a sum that’s less than or equal to 1.</w:t>
      </w:r>
    </w:p>
    <w:p>
      <w:pPr>
        <w:spacing w:after="160" w:line="276" w:lineRule="auto"/>
      </w:pPr>
      <w:r>
        <w:t>Therefore, we should increment the left pointer to find a larger sum:</w:t>
      </w:r>
    </w:p>
    <w:p>
      <w:pPr>
        <w:spacing w:after="160" w:line="276" w:lineRule="auto"/>
      </w:pPr>
      <w:r>
        <w:t>Again, the sum of the values at those two pointers (4) is too small. So, let's increment the left pointer:</w:t>
      </w:r>
    </w:p>
    <w:p>
      <w:pPr>
        <w:spacing w:after="160" w:line="276" w:lineRule="auto"/>
      </w:pPr>
      <w:r>
        <w:t>Now, the sum (9) is too large. So, we should decrement the right pointer to find a pair of values with a smaller sum:</w:t>
      </w:r>
    </w:p>
    <w:p>
      <w:pPr>
        <w:spacing w:after="160" w:line="276" w:lineRule="auto"/>
      </w:pPr>
      <w:r>
        <w:t>Finally, we found two numbers that yield a sum equal to the target. Let’s return their indexes:</w:t>
      </w:r>
    </w:p>
    <w:p>
      <w:pPr>
        <w:spacing w:after="160" w:line="276" w:lineRule="auto"/>
      </w:pPr>
      <w:r>
        <w:t>Above, we’ve demonstrated a two-pointer algorithm using inward traversal. Let’s summarize this logic. For any pair of values atleftandright:</w:t>
      </w:r>
    </w:p>
    <w:p>
      <w:pPr>
        <w:pStyle w:val="ListBullet"/>
      </w:pPr>
      <w:r>
        <w:t>If their sum is less than the target, incrementleft, aiming to increase the sum towards the target value.</w:t>
      </w:r>
    </w:p>
    <w:p>
      <w:pPr>
        <w:pStyle w:val="ListBullet"/>
      </w:pPr>
      <w:r>
        <w:t>If their sum is greater than the target, decrementright, aiming to decrease the sum towards the target value.</w:t>
      </w:r>
    </w:p>
    <w:p>
      <w:pPr>
        <w:pStyle w:val="ListBullet"/>
      </w:pPr>
      <w:r>
        <w:t>If their sum is equal to the target value, return[left, right].</w:t>
      </w:r>
    </w:p>
    <w:p>
      <w:pPr>
        <w:spacing w:after="160" w:line="276" w:lineRule="auto"/>
      </w:pPr>
      <w:r>
        <w:t>We can stop moving theleftandrightpointers when they meet, as this indicates no pair summing to the target was found.</w:t>
      </w:r>
    </w:p>
    <w:p>
      <w:pPr>
        <w:pStyle w:val="Heading2"/>
        <w:spacing w:before="320" w:after="120"/>
      </w:pPr>
      <w:r>
        <w:t>Implementation</w:t>
      </w:r>
    </w:p>
    <w:p>
      <w:pPr>
        <w:spacing w:before="160" w:after="160"/>
        <w:ind w:left="360"/>
      </w:pPr>
      <w:r>
        <w:rPr>
          <w:rFonts w:ascii="Consolas" w:hAnsi="Consolas"/>
          <w:color w:val="1E293B"/>
          <w:sz w:val="19"/>
        </w:rPr>
        <w:t>PythonJavaScriptJavaCopyfrom typing import List</w:t>
        <w:br/>
        <w:t xml:space="preserve">       </w:t>
        <w:br/>
        <w:t>def pair_sum_sorted(nums: List[int], target: int) -&gt; List[int]:</w:t>
        <w:br/>
        <w:t xml:space="preserve">    left, right = 0, len(nums) - 1</w:t>
        <w:br/>
        <w:t xml:space="preserve">    while left &lt; right:</w:t>
        <w:br/>
        <w:t xml:space="preserve">        sum = nums[left] + nums[right]</w:t>
        <w:br/>
        <w:t xml:space="preserve">        # If the sum is smaller, increment the left pointer, aiming to increase the</w:t>
        <w:br/>
        <w:t xml:space="preserve">        # sum towards the target value.</w:t>
        <w:br/>
        <w:t xml:space="preserve">        if sum &lt; target:</w:t>
        <w:br/>
        <w:t xml:space="preserve">            left += 1</w:t>
        <w:br/>
        <w:t xml:space="preserve">        # If the sum is larger, decrement the right pointer, aiming to decrease the</w:t>
        <w:br/>
        <w:t xml:space="preserve">        # sum towards the target value.</w:t>
        <w:br/>
        <w:t xml:space="preserve">        elif sum &gt; target:</w:t>
        <w:br/>
        <w:t xml:space="preserve">            right -= 1</w:t>
        <w:br/>
        <w:t xml:space="preserve">        # If the target pair is found, return its indexes.</w:t>
        <w:br/>
        <w:t xml:space="preserve">        else:</w:t>
        <w:br/>
        <w:t xml:space="preserve">            return [left, right]</w:t>
        <w:br/>
        <w:t xml:space="preserve">    return []function pairSumSorted(nums, target) {</w:t>
        <w:br/>
        <w:t xml:space="preserve">    let left = 0, right = nums.length - 1;</w:t>
        <w:br/>
        <w:t xml:space="preserve">    while (left &lt; right) {</w:t>
        <w:br/>
        <w:t xml:space="preserve">        const sum = nums[left] + nums[right];</w:t>
        <w:br/>
        <w:t xml:space="preserve">        // If the sum is smaller, increment the left pointer, aiming to increase the</w:t>
        <w:br/>
        <w:t xml:space="preserve">        // sum towards the target value.</w:t>
        <w:br/>
        <w:t xml:space="preserve">        if (sum &lt; target) {</w:t>
        <w:br/>
        <w:t xml:space="preserve">            left++;</w:t>
        <w:br/>
        <w:t xml:space="preserve">        // If the sum is larger, decrement the right pointer, aiming to decrease the</w:t>
        <w:br/>
        <w:t xml:space="preserve">        // sum towards the target value.</w:t>
        <w:br/>
        <w:t xml:space="preserve">        } else if (sum &gt; target) {</w:t>
        <w:br/>
        <w:t xml:space="preserve">            right--;</w:t>
        <w:br/>
        <w:t xml:space="preserve">        // If the target pair is found, return its indexes.</w:t>
        <w:br/>
        <w:t xml:space="preserve">        } else {</w:t>
        <w:br/>
        <w:t xml:space="preserve">            return [left, right];</w:t>
        <w:br/>
        <w:t xml:space="preserve">        }</w:t>
        <w:br/>
        <w:t xml:space="preserve">    }</w:t>
        <w:br/>
        <w:t xml:space="preserve">    return [];</w:t>
        <w:br/>
        <w:t>}public int[] pairSumSorted(int[] nums, int target) {</w:t>
        <w:br/>
        <w:t xml:space="preserve">    int left = 0, right = nums.length - 1;</w:t>
        <w:br/>
        <w:t xml:space="preserve">    while (left &lt; right) {</w:t>
        <w:br/>
        <w:t xml:space="preserve">        int sum = nums[left] + nums[right];</w:t>
        <w:br/>
        <w:t xml:space="preserve">        // If the sum is smaller, increment the left pointer, aiming to increase the</w:t>
        <w:br/>
        <w:t xml:space="preserve">        // sum towards the target value.</w:t>
        <w:br/>
        <w:t xml:space="preserve">        if (sum &lt; target) {</w:t>
        <w:br/>
        <w:t xml:space="preserve">            left++;</w:t>
        <w:br/>
        <w:t xml:space="preserve">        // If the sum is larger, decrement the right pointer, aiming to decrease the</w:t>
        <w:br/>
        <w:t xml:space="preserve">        // sum towards the target value.</w:t>
        <w:br/>
        <w:t xml:space="preserve">        } else if (sum &gt; target) {</w:t>
        <w:br/>
        <w:t xml:space="preserve">            right--;</w:t>
        <w:br/>
        <w:t xml:space="preserve">        // If the target pair is found, return its indexes.</w:t>
        <w:br/>
        <w:t xml:space="preserve">        } else {</w:t>
        <w:br/>
        <w:t xml:space="preserve">            return new int[]{left, right};</w:t>
        <w:br/>
        <w:t xml:space="preserve">        }</w:t>
        <w:br/>
        <w:t xml:space="preserve">    }</w:t>
        <w:br/>
        <w:t xml:space="preserve">    return new int[]{};</w:t>
        <w:br/>
        <w:t>}</w:t>
      </w:r>
    </w:p>
    <w:p>
      <w:pPr>
        <w:pStyle w:val="Heading3"/>
        <w:spacing w:before="320" w:after="120"/>
      </w:pPr>
      <w:r>
        <w:t>Complexity Analysis</w:t>
      </w:r>
    </w:p>
    <w:p>
      <w:pPr>
        <w:spacing w:after="160" w:line="276" w:lineRule="auto"/>
      </w:pPr>
      <w:r>
        <w:t>Time complexity:The time complexity of pair_sum_sorted isO(n)O(n)O(n)because we perform approximatelynnniterations using the two-pointer technique in the worst case.</w:t>
      </w:r>
    </w:p>
    <w:p>
      <w:pPr>
        <w:spacing w:after="160" w:line="276" w:lineRule="auto"/>
      </w:pPr>
      <w:r>
        <w:t>Space complexity:We only allocated a constant number of variables, so the space complexity isO(1)O(1)O(1).</w:t>
      </w:r>
    </w:p>
    <w:p>
      <w:pPr>
        <w:pStyle w:val="Heading3"/>
        <w:spacing w:before="320" w:after="120"/>
      </w:pPr>
      <w:r>
        <w:t>Test Cases</w:t>
      </w:r>
    </w:p>
    <w:p>
      <w:pPr>
        <w:spacing w:after="160" w:line="276" w:lineRule="auto"/>
      </w:pPr>
      <w:r>
        <w:t>In addition to the examples already discussed, here are some other test cases you can use. These extra test cases cover different contexts to ensure the code works well across a range of inputs. Testing is important because it helps identify mistakes in your code, ensures the solution works for uncommon inputs, and brings attention to cases you might have overlooked.</w:t>
      </w:r>
    </w:p>
    <w:p>
      <w:pPr>
        <w:spacing w:before="160" w:after="160"/>
        <w:ind w:left="360"/>
      </w:pPr>
      <w:r>
        <w:rPr>
          <w:rFonts w:ascii="Consolas" w:hAnsi="Consolas"/>
          <w:color w:val="1E293B"/>
          <w:sz w:val="19"/>
        </w:rPr>
        <w:t>InputExpected outputDescriptionnums = [] target = 0[]Tests an empty array.nums = [1] target = 1[]Tests an array with just one element.nums = [2, 3] target = 5[0, 1]Tests a two-element array that contains a pair that sums to the target.nums = [2, 4] target = 5[]Tests a two-element array that doesn’t contain a pair that sums to the target.nums = [2, 2, 3] target = 5[0, 2] or [1, 2]Testing an array with duplicate values.nums = [-1, 2, 3] target = 2[0, 2]Tests if the algorithm works with a negative number in the target pair.nums = [-3, -2, -1] target = -5[0, 1]Tests if the algorithm works with both numbers of the target pair being negative.</w:t>
      </w:r>
    </w:p>
    <w:p>
      <w:pPr>
        <w:pStyle w:val="Heading2"/>
        <w:spacing w:before="320" w:after="120"/>
      </w:pPr>
      <w:r>
        <w:t>Interview Tip</w:t>
      </w:r>
    </w:p>
    <w:p>
      <w:pPr>
        <w:spacing w:after="160" w:line="276" w:lineRule="auto"/>
      </w:pPr>
      <w:r>
        <w:t>Tip: Consider all information provided.When interviewers pose a problem, they sometimes provide only the minimum amount of information required for you to start solving it. Consequently, it’s crucial to thoroughly evaluate all that information to determine which details are essential for solving the problem efficiently. In this problem, the key to arriving at the optimal solution is recognizing that the input is sorted.</w:t>
      </w:r>
    </w:p>
    <w:p>
      <w:r>
        <w:br w:type="page"/>
      </w:r>
    </w:p>
    <w:p>
      <w:pPr>
        <w:pStyle w:val="Heading1"/>
        <w:spacing w:before="480" w:after="280"/>
      </w:pPr>
      <w:r>
        <w:rPr>
          <w:b/>
          <w:color w:val="008A60"/>
          <w:sz w:val="28"/>
        </w:rPr>
        <w:t>Chapter 03</w:t>
        <w:br/>
      </w:r>
      <w:r>
        <w:rPr>
          <w:b/>
          <w:color w:val="0F172A"/>
          <w:sz w:val="40"/>
        </w:rPr>
        <w:t>Triplet Sum</w:t>
      </w:r>
    </w:p>
    <w:p>
      <w:pPr>
        <w:spacing w:before="160" w:after="160"/>
        <w:ind w:left="360"/>
      </w:pPr>
      <w:r>
        <w:rPr>
          <w:rFonts w:ascii="Consolas" w:hAnsi="Consolas"/>
          <w:color w:val="1E293B"/>
          <w:sz w:val="19"/>
        </w:rPr>
        <w:t>Given an array of integers, return all triplets [a, b, c] such that a + b + c = 0 . The solution must not contain duplicate triplets (e.g., [1, 2, 3] and [2, 3, 1] are considered duplicates). If no such triplets are found, return an empty array.Each triplet can be arranged in any order, and the output can be returned in any order.Example:ExampleCopyInput: nums = [0, -1, 2, -3, 1]</w:t>
        <w:br/>
        <w:t>Output: [[-3, 1, 2], [-1, 0, 1]]</w:t>
        <w:br/>
      </w:r>
    </w:p>
    <w:p>
      <w:pPr>
        <w:pStyle w:val="Heading2"/>
        <w:spacing w:before="320" w:after="120"/>
      </w:pPr>
      <w:r>
        <w:t>Intuition</w:t>
      </w:r>
    </w:p>
    <w:p>
      <w:pPr>
        <w:spacing w:after="160" w:line="276" w:lineRule="auto"/>
      </w:pPr>
      <w:r>
        <w:t>A brute force solution involves checking every possible triplet in the array to see if they sum to zero. This can be done using three nested loops, iterating through each combination of three elements.</w:t>
      </w:r>
    </w:p>
    <w:p>
      <w:pPr>
        <w:spacing w:after="160" w:line="276" w:lineRule="auto"/>
      </w:pPr>
      <w:r>
        <w:t>Duplicate triplets can be avoided by sorting each triplet, which ensures that identical triplets with different representations (e.g.,[1, 3, 2]and[3, 2, 1]) are ordered consistently (e.g.,[1, 2, 3]). Once sorted, we can add these triplets to a hash set. This way, if the same triplet is encountered again, the hash set will only keep one instance. Below is the code snippet for this approach:</w:t>
      </w:r>
    </w:p>
    <w:p>
      <w:pPr>
        <w:spacing w:before="160" w:after="160"/>
        <w:ind w:left="360"/>
      </w:pPr>
      <w:r>
        <w:rPr>
          <w:rFonts w:ascii="Consolas" w:hAnsi="Consolas"/>
          <w:color w:val="1E293B"/>
          <w:sz w:val="19"/>
        </w:rPr>
        <w:t>PythonJavaScriptJavaCopyfrom typing import List</w:t>
        <w:br/>
        <w:t xml:space="preserve">   </w:t>
        <w:br/>
        <w:t>def triplet_sum_brute_force(nums: List[int]) -&gt; List[List[int]]:</w:t>
        <w:br/>
        <w:t xml:space="preserve">    n = len(nums)</w:t>
        <w:br/>
        <w:t xml:space="preserve">    # Use a hash set to ensure we don't add duplicate triplets.</w:t>
        <w:br/>
        <w:t xml:space="preserve">    triplets = set()</w:t>
        <w:br/>
        <w:t xml:space="preserve">    # Iterate through the indexes of all triplets.</w:t>
        <w:br/>
        <w:t xml:space="preserve">    for i in range(n):</w:t>
        <w:br/>
        <w:t xml:space="preserve">        for j in range(i + 1, n):</w:t>
        <w:br/>
        <w:t xml:space="preserve">            for k in range(j + 1, n):</w:t>
        <w:br/>
        <w:t xml:space="preserve">                if nums[i] + nums[j] + nums[k] == 0:</w:t>
        <w:br/>
        <w:t xml:space="preserve">                    # Sort the triplet before including it in the hash set.</w:t>
        <w:br/>
        <w:t xml:space="preserve">                    triplet = tuple(sorted([nums[i], nums[j], nums[k]]))</w:t>
        <w:br/>
        <w:t xml:space="preserve">                    triplets.add(triplet)</w:t>
        <w:br/>
        <w:t xml:space="preserve">    return [list(triplet) for triplet in triplets]function tripletSumBruteForce(nums) {</w:t>
        <w:br/>
        <w:t xml:space="preserve">    const n = nums.length;</w:t>
        <w:br/>
        <w:t xml:space="preserve">    // Use a hash set to ensure we don't add duplicate triplets.</w:t>
        <w:br/>
        <w:t xml:space="preserve">    const triplets = new Set();</w:t>
        <w:br/>
        <w:t xml:space="preserve">    // Iterate through the indexes of all triplets.</w:t>
        <w:br/>
        <w:t xml:space="preserve">    for (let i = 0; i &lt; n; i++) {</w:t>
        <w:br/>
        <w:t xml:space="preserve">        for (let j = i + 1; j &lt; n; j++) {</w:t>
        <w:br/>
        <w:t xml:space="preserve">            for (let k = j + 1; k &lt; n; k++) {</w:t>
        <w:br/>
        <w:t xml:space="preserve">                if (nums[i] + nums[j] + nums[k] === 0) {</w:t>
        <w:br/>
        <w:t xml:space="preserve">                    // Sort the triplet before including it in the hash set.</w:t>
        <w:br/>
        <w:t xml:space="preserve">                    const triplet = [nums[i], nums[j], nums[k]].sort((a, b) =&gt; a - b);</w:t>
        <w:br/>
        <w:t xml:space="preserve">                    triplets.add(JSON.stringify(triplet));</w:t>
        <w:br/>
        <w:t xml:space="preserve">                }</w:t>
        <w:br/>
        <w:t xml:space="preserve">            }</w:t>
        <w:br/>
        <w:t xml:space="preserve">        }</w:t>
        <w:br/>
        <w:t xml:space="preserve">    }</w:t>
        <w:br/>
        <w:t xml:space="preserve">    return Array.from(triplets, item =&gt; JSON.parse(item));</w:t>
        <w:br/>
        <w:t>}public List&lt;List&lt;Integer&gt;&gt; tripletSumBruteForce(int[] nums) {</w:t>
        <w:br/>
        <w:t xml:space="preserve">    int n = nums.length;</w:t>
        <w:br/>
        <w:t xml:space="preserve">    // Use a hash set to ensure we don't add duplicate triplets.</w:t>
        <w:br/>
        <w:t xml:space="preserve">    Set&lt;List&lt;Integer&gt;&gt; triplets = new HashSet&lt;&gt;();</w:t>
        <w:br/>
        <w:t xml:space="preserve">    // Iterate through the indexes of all triplets.</w:t>
        <w:br/>
        <w:t xml:space="preserve">    for (int i = 0; i &lt; n; i++) {</w:t>
        <w:br/>
        <w:t xml:space="preserve">        for (int j = i + 1; j &lt; n; j++) {</w:t>
        <w:br/>
        <w:t xml:space="preserve">            for (int k = j + 1; k &lt; n; k++) {</w:t>
        <w:br/>
        <w:t xml:space="preserve">                if (nums[i] + nums[j] + nums[k] == 0) {</w:t>
        <w:br/>
        <w:t xml:space="preserve">                    // Sort the triplet before including it in the hash set.</w:t>
        <w:br/>
        <w:t xml:space="preserve">                    List&lt;Integer&gt; triplet = Arrays.asList(nums[i], nums[j], nums[k]);</w:t>
        <w:br/>
        <w:t xml:space="preserve">                    Collections.sort(triplet);</w:t>
        <w:br/>
        <w:t xml:space="preserve">                    triplets.add(triplet);</w:t>
        <w:br/>
        <w:t xml:space="preserve">                }</w:t>
        <w:br/>
        <w:t xml:space="preserve">            }</w:t>
        <w:br/>
        <w:t xml:space="preserve">        }</w:t>
        <w:br/>
        <w:t xml:space="preserve">    }</w:t>
        <w:br/>
        <w:t xml:space="preserve">    return new ArrayList&lt;&gt;(triplets);</w:t>
        <w:br/>
        <w:t>}</w:t>
      </w:r>
    </w:p>
    <w:p>
      <w:pPr>
        <w:spacing w:after="160" w:line="276" w:lineRule="auto"/>
      </w:pPr>
      <w:r>
        <w:t>This solution is quite inefficient with a time complexity ofO(n3)O(n^3)O(n3), wherennndenotes the length of the input array. How can we do better?</w:t>
      </w:r>
    </w:p>
    <w:p>
      <w:pPr>
        <w:spacing w:after="160" w:line="276" w:lineRule="auto"/>
      </w:pPr>
      <w:r>
        <w:t>Let’s see if we can find at least one triplet that sums to 0. Notice that if we fix one of the numbers in a triplet, the problem can be reduced to finding the other two. This leads to the following observation:</w:t>
      </w:r>
    </w:p>
    <w:p>
      <w:pPr>
        <w:spacing w:before="160" w:after="160"/>
        <w:ind w:left="360"/>
      </w:pPr>
      <w:r>
        <w:rPr>
          <w:rFonts w:ascii="Consolas" w:hAnsi="Consolas"/>
          <w:color w:val="1E293B"/>
          <w:sz w:val="19"/>
        </w:rPr>
        <w:br/>
        <w:t>For any triplet [a, b, c], if we fix 'a', we can focus on finding a pair [b, c] that sums to '-a' (a + b + c = 0 → b + c = -a).</w:t>
        <w:br/>
      </w:r>
    </w:p>
    <w:p>
      <w:pPr>
        <w:spacing w:after="160" w:line="276" w:lineRule="auto"/>
      </w:pPr>
      <w:r>
        <w:t>Sound familiar? That's because the problem of finding a pair of numbers that sum to a target has already been addressed byPair Sum - Sorted. However, we can only use that algorithm on a sorted array. So, the first thing we should do issort the input. Consider the following example:</w:t>
      </w:r>
    </w:p>
    <w:p>
      <w:pPr>
        <w:spacing w:after="160" w:line="276" w:lineRule="auto"/>
      </w:pPr>
      <w:r>
        <w:t>Now, starting at the first element, -2 (i.e., 'a'), we'll use thepair_sum_sortedmethod on the rest of the array to find a pair whose sum equals 2 (i.e., '-a'):</w:t>
      </w:r>
    </w:p>
    <w:p>
      <w:pPr>
        <w:spacing w:after="160" w:line="276" w:lineRule="auto"/>
      </w:pPr>
      <w:r>
        <w:t>As you can see, when we called pair_sum_sorted, we did not find a pair with a sum of 2. This indicates that there are no triplets starting with -2 that add up to 0.</w:t>
      </w:r>
    </w:p>
    <w:p>
      <w:pPr>
        <w:spacing w:after="160" w:line="276" w:lineRule="auto"/>
      </w:pPr>
      <w:r>
        <w:t>So, let's increment our main pointer,i, and try again.</w:t>
      </w:r>
    </w:p>
    <w:p>
      <w:pPr>
        <w:spacing w:after="160" w:line="276" w:lineRule="auto"/>
      </w:pPr>
      <w:r>
        <w:t>This time, we found one pair that resulted in a valid triplet.</w:t>
      </w:r>
    </w:p>
    <w:p>
      <w:pPr>
        <w:spacing w:after="160" w:line="276" w:lineRule="auto"/>
      </w:pPr>
      <w:r>
        <w:t>If we continue this process for the rest of the array, we find that[-1, -1, 2]is the only triplet whose sum is 0.</w:t>
      </w:r>
    </w:p>
    <w:p>
      <w:pPr>
        <w:spacing w:after="160" w:line="276" w:lineRule="auto"/>
      </w:pPr>
      <w:r>
        <w:t>There’s an important difference between thepair_sum_sortedimplementation inPair Sum - Sortedand the one in this problem: for this problem, we don’t stop when we find one pair, we keep going until all target pairs are found.</w:t>
      </w:r>
    </w:p>
    <w:p>
      <w:pPr>
        <w:spacing w:after="160" w:line="276" w:lineRule="auto"/>
      </w:pPr>
      <w:r>
        <w:t>Handling duplicate tripletsSomething we previously glossed over is how to avoid adding duplicate triplets. There are two cases in which this happens. Consider the example below:</w:t>
      </w:r>
    </w:p>
    <w:p>
      <w:pPr>
        <w:spacing w:after="160" w:line="276" w:lineRule="auto"/>
      </w:pPr>
      <w:r>
        <w:t>Case 1: duplicate ‘a’ values‾\underline{\text{Case 1: duplicate ‘a’ values}}Case 1: duplicate ‘a’ values​</w:t>
      </w:r>
    </w:p>
    <w:p>
      <w:pPr>
        <w:spacing w:after="160" w:line="276" w:lineRule="auto"/>
      </w:pPr>
      <w:r>
        <w:t>The first instance where duplicates may occur is when seeking pairs for triplets that start with the same ‘a’ value:</w:t>
      </w:r>
    </w:p>
    <w:p>
      <w:pPr>
        <w:spacing w:after="160" w:line="276" w:lineRule="auto"/>
      </w:pPr>
      <w:r>
        <w:t>Since pair_sum_sorted would look for pairs that sum ‘-a’ in both instances, we’d naturally end up with the same pairs and, hence, the same triplets.</w:t>
      </w:r>
    </w:p>
    <w:p>
      <w:pPr>
        <w:spacing w:after="160" w:line="276" w:lineRule="auto"/>
      </w:pPr>
      <w:r>
        <w:t>To avoid picking the same 'a' value, we keep increasingi(wherenum[i]represents the value 'a') until it reaches a different number from the previous one. We do this before we start looking for pairs using thepair_sum_sortedmethod. This logic works because the array is sorted, meaning equal numbers are next to each other. The code snippet for checking duplicate 'a' values looks like this:</w:t>
      </w:r>
    </w:p>
    <w:p>
      <w:pPr>
        <w:spacing w:before="160" w:after="160"/>
        <w:ind w:left="360"/>
      </w:pPr>
      <w:r>
        <w:rPr>
          <w:rFonts w:ascii="Consolas" w:hAnsi="Consolas"/>
          <w:color w:val="1E293B"/>
          <w:sz w:val="19"/>
        </w:rPr>
        <w:t>PythonJavaScriptJavaCopy# To prevent duplicate triplets, ensure 'a' is not a repeat of the previous element</w:t>
        <w:br/>
        <w:t># in the sorted array.</w:t>
        <w:br/>
        <w:t>if i &gt; 0 and nums[i] == nums[i - 1]:</w:t>
        <w:br/>
        <w:t xml:space="preserve">    continue</w:t>
        <w:br/>
        <w:t>... Find triplets ...// To prevent duplicate triplets, ensure 'a' is not a repeat of the previous element</w:t>
        <w:br/>
        <w:t>// in the sorted array.</w:t>
        <w:br/>
        <w:t>if (i &gt; 0 &amp;&amp; nums[i] === nums[i - 1]) {</w:t>
        <w:br/>
        <w:t xml:space="preserve">    continue;</w:t>
        <w:br/>
        <w:t>}</w:t>
        <w:br/>
        <w:t>// ... Find triplets ...// To prevent duplicate triplets, ensure 'a' is not a repeat of the previous element</w:t>
        <w:br/>
        <w:t>// in the sorted array.</w:t>
        <w:br/>
        <w:t>if (i &gt; 0 &amp;&amp; nums[i] == nums[i - 1]) {</w:t>
        <w:br/>
        <w:t xml:space="preserve">    continue;</w:t>
        <w:br/>
        <w:t>}</w:t>
        <w:br/>
        <w:t>// ... Find triplets ...</w:t>
      </w:r>
    </w:p>
    <w:p>
      <w:pPr>
        <w:spacing w:after="160" w:line="276" w:lineRule="auto"/>
      </w:pPr>
      <w:r>
        <w:t>Case 2: duplicate ‘b’ values‾\underline{\text{Case 2: duplicate ‘b’ values}}Case 2: duplicate ‘b’ values​</w:t>
      </w:r>
    </w:p>
    <w:p>
      <w:pPr>
        <w:spacing w:after="160" w:line="276" w:lineRule="auto"/>
      </w:pPr>
      <w:r>
        <w:t>As for the second case, consider what happens duringpair_sum_sortedwhen we encounter a similar issue. For a fixed target value (‘-a’), pairs that start with the same number ‘b’ will always be the same:</w:t>
      </w:r>
    </w:p>
    <w:p>
      <w:pPr>
        <w:spacing w:after="160" w:line="276" w:lineRule="auto"/>
      </w:pPr>
      <w:r>
        <w:t>The remedy for this is the same as before: ensure the current ‘b’ value isn’t the same as the previous value.</w:t>
      </w:r>
    </w:p>
    <w:p>
      <w:pPr>
        <w:spacing w:after="160" w:line="276" w:lineRule="auto"/>
      </w:pPr>
      <w:r>
        <w:t>It’s important to note that we don’t need to explicitly handle duplicate 'c' values. The adjustments made to avoid duplicate 'a' and 'b' values ensure each pair[a, b]is unique. Since 'c' is determined by the equationc = -(a + b), each unique[a, b]pair will result in a unique 'c' value. Therefore, by just avoiding duplicates in 'a' and 'b', we automatically avoid duplicates in the[a, b, c]triplets.</w:t>
      </w:r>
    </w:p>
    <w:p>
      <w:pPr>
        <w:spacing w:after="160" w:line="276" w:lineRule="auto"/>
      </w:pPr>
      <w:r>
        <w:t>OptimizationAn interesting observation is that triplets that sum to 0 cannot be formed using positive numbers alone. Therefore, we can stop trying to find triplets once we reach a positive ‘a’ value since this implies that ‘b’ and ‘c’ would also be positive.</w:t>
      </w:r>
    </w:p>
    <w:p>
      <w:pPr>
        <w:pStyle w:val="Heading2"/>
        <w:spacing w:before="320" w:after="120"/>
      </w:pPr>
      <w:r>
        <w:t>Implementation</w:t>
      </w:r>
    </w:p>
    <w:p>
      <w:pPr>
        <w:spacing w:after="160" w:line="276" w:lineRule="auto"/>
      </w:pPr>
      <w:r>
        <w:t>From the above intuition, we know we need to slightly modify thepair_sum_sortedfunction to avoid duplicate triplets. We also need to pass in a start value to indicate the beginning of the subarray on which we want to perform the pair-sum algorithm. Otherwise, the two-pointer logic remains nearly identical to that ofPair Sum - Sorted.</w:t>
      </w:r>
    </w:p>
    <w:p>
      <w:pPr>
        <w:spacing w:before="160" w:after="160"/>
        <w:ind w:left="360"/>
      </w:pPr>
      <w:r>
        <w:rPr>
          <w:rFonts w:ascii="Consolas" w:hAnsi="Consolas"/>
          <w:color w:val="1E293B"/>
          <w:sz w:val="19"/>
        </w:rPr>
        <w:t>PythonJavaScriptJavaCopyfrom typing import List</w:t>
        <w:br/>
        <w:t xml:space="preserve">  </w:t>
        <w:br/>
        <w:t>def triplet_sum(nums: List[int]) -&gt; List[List[int]]:</w:t>
        <w:br/>
        <w:t xml:space="preserve">    triplets = []</w:t>
        <w:br/>
        <w:t xml:space="preserve">    nums.sort()</w:t>
        <w:br/>
        <w:t xml:space="preserve">    for i in range(len(nums)):</w:t>
        <w:br/>
        <w:t xml:space="preserve">        # Optimization: triplets consisting of only positive numbers will never sum</w:t>
        <w:br/>
        <w:t xml:space="preserve">        # to 0.</w:t>
        <w:br/>
        <w:t xml:space="preserve">        if nums[i] &gt; 0:</w:t>
        <w:br/>
        <w:t xml:space="preserve">            break</w:t>
        <w:br/>
        <w:t xml:space="preserve">        # To avoid duplicate triplets, skip 'a' if it's the same as the previous</w:t>
        <w:br/>
        <w:t xml:space="preserve">        # number.</w:t>
        <w:br/>
        <w:t xml:space="preserve">        if i &gt; 0 and nums[i] == nums[i - 1]:</w:t>
        <w:br/>
        <w:t xml:space="preserve">            continue</w:t>
        <w:br/>
        <w:t xml:space="preserve">        # Find all pairs that sum to a target of '-a' ('-nums[i]').</w:t>
        <w:br/>
        <w:t xml:space="preserve">        pairs = pair_sum_sorted_all_pairs(nums, i + 1, -nums[i])</w:t>
        <w:br/>
        <w:t xml:space="preserve">        for pair in pairs:</w:t>
        <w:br/>
        <w:t xml:space="preserve">            triplets.append([nums[i]] + pair)</w:t>
        <w:br/>
        <w:t xml:space="preserve">    return triplets</w:t>
        <w:br/>
        <w:t xml:space="preserve">  </w:t>
        <w:br/>
        <w:t>def pair_sum_sorted_all_pairs(nums: List[int], start: int, target: int) -&gt; List[int]:</w:t>
        <w:br/>
        <w:t xml:space="preserve">    pairs = []</w:t>
        <w:br/>
        <w:t xml:space="preserve">    left, right = start, len(nums) - 1</w:t>
        <w:br/>
        <w:t xml:space="preserve">    while left &lt; right:</w:t>
        <w:br/>
        <w:t xml:space="preserve">        sum = nums[left] + nums[right]</w:t>
        <w:br/>
        <w:t xml:space="preserve">        if sum == target:</w:t>
        <w:br/>
        <w:t xml:space="preserve">            pairs.append([nums[left], nums[right]])</w:t>
        <w:br/>
        <w:t xml:space="preserve">            left += 1 # To avoid duplicate '[b, c]' pairs, skip 'b' if it’s the same as the # previous number.</w:t>
        <w:br/>
        <w:t xml:space="preserve">            while left &lt; right and nums[left] == nums[left - 1]:</w:t>
        <w:br/>
        <w:t xml:space="preserve">                left += 1</w:t>
        <w:br/>
        <w:t xml:space="preserve">        elif sum &lt; target:</w:t>
        <w:br/>
        <w:t xml:space="preserve">            left += 1 </w:t>
        <w:br/>
        <w:t xml:space="preserve">        else:</w:t>
        <w:br/>
        <w:t xml:space="preserve">            right -= 1</w:t>
        <w:br/>
        <w:t xml:space="preserve">    return pairsfunction tripletSum(nums) {</w:t>
        <w:br/>
        <w:t xml:space="preserve">    const triplets = [];</w:t>
        <w:br/>
        <w:t xml:space="preserve">    nums.sort((a, b) =&gt; a - b);</w:t>
        <w:br/>
        <w:t xml:space="preserve">    for (let i = 0; i &lt; nums.length; i++) {</w:t>
        <w:br/>
        <w:t xml:space="preserve">        // Optimization: triplets consisting of only positive numbers will never sum</w:t>
        <w:br/>
        <w:t xml:space="preserve">        // to 0.</w:t>
        <w:br/>
        <w:t xml:space="preserve">        if (nums[i] &gt; 0) {</w:t>
        <w:br/>
        <w:t xml:space="preserve">            break;</w:t>
        <w:br/>
        <w:t xml:space="preserve">        }</w:t>
        <w:br/>
        <w:t xml:space="preserve">        // To avoid duplicate triplets, skip 'a' if it's the same as the previous</w:t>
        <w:br/>
        <w:t xml:space="preserve">        // number.</w:t>
        <w:br/>
        <w:t xml:space="preserve">        if (i &gt; 0 &amp;&amp; nums[i] === nums[i - 1]) {</w:t>
        <w:br/>
        <w:t xml:space="preserve">            continue;</w:t>
        <w:br/>
        <w:t xml:space="preserve">        }</w:t>
        <w:br/>
        <w:t xml:space="preserve">        // Find all pairs that sum to a target of '-a' ('-nums[i]').</w:t>
        <w:br/>
        <w:t xml:space="preserve">        const pairs = pairSumSortedAllPairs(nums, i + 1, -nums[i]);</w:t>
        <w:br/>
        <w:t xml:space="preserve">        for (const pair of pairs) {</w:t>
        <w:br/>
        <w:t xml:space="preserve">            triplets.push([nums[i], ...pair]);</w:t>
        <w:br/>
        <w:t xml:space="preserve">        }</w:t>
        <w:br/>
        <w:t xml:space="preserve">    }</w:t>
        <w:br/>
        <w:t xml:space="preserve">    return triplets;</w:t>
        <w:br/>
        <w:t>}</w:t>
        <w:br/>
        <w:br/>
        <w:t>function pairSumSortedAllPairs(nums, start, target) {</w:t>
        <w:br/>
        <w:t xml:space="preserve">    const pairs = [];</w:t>
        <w:br/>
        <w:t xml:space="preserve">    let left = start, right = nums.length - 1;</w:t>
        <w:br/>
        <w:t xml:space="preserve">    while (left &lt; right) {</w:t>
        <w:br/>
        <w:t xml:space="preserve">        const sum = nums[left] + nums[right];</w:t>
        <w:br/>
        <w:t xml:space="preserve">        if (sum === target) {</w:t>
        <w:br/>
        <w:t xml:space="preserve">            pairs.push([nums[left], nums[right]]);</w:t>
        <w:br/>
        <w:t xml:space="preserve">            left++; // To avoid duplicate '[b, c]' pairs, skip 'b' if it’s the same as the previous number.</w:t>
        <w:br/>
        <w:t xml:space="preserve">            while (left &lt; right &amp;&amp; nums[left] === nums[left - 1]) {</w:t>
        <w:br/>
        <w:t xml:space="preserve">                left++;</w:t>
        <w:br/>
        <w:t xml:space="preserve">            }</w:t>
        <w:br/>
        <w:t xml:space="preserve">        } else if (sum &lt; target) {</w:t>
        <w:br/>
        <w:t xml:space="preserve">            left++;</w:t>
        <w:br/>
        <w:t xml:space="preserve">        } else {</w:t>
        <w:br/>
        <w:t xml:space="preserve">            right--;</w:t>
        <w:br/>
        <w:t xml:space="preserve">        }</w:t>
        <w:br/>
        <w:t xml:space="preserve">    }</w:t>
        <w:br/>
        <w:t xml:space="preserve">    return pairs;</w:t>
        <w:br/>
        <w:t>}public List&lt;List&lt;Integer&gt;&gt; tripletSum(int[] nums) {</w:t>
        <w:br/>
        <w:t xml:space="preserve">    List&lt;List&lt;Integer&gt;&gt; triplets = new ArrayList&lt;&gt;();</w:t>
        <w:br/>
        <w:t xml:space="preserve">    Arrays.sort(nums);</w:t>
        <w:br/>
        <w:t xml:space="preserve">    for (int i = 0; i &lt; nums.length; i++) {</w:t>
        <w:br/>
        <w:t xml:space="preserve">        // Optimization: triplets consisting of only positive numbers will never sum</w:t>
        <w:br/>
        <w:t xml:space="preserve">        // to 0.</w:t>
        <w:br/>
        <w:t xml:space="preserve">        if (nums[i] &gt; 0) {</w:t>
        <w:br/>
        <w:t xml:space="preserve">            break;</w:t>
        <w:br/>
        <w:t xml:space="preserve">        }</w:t>
        <w:br/>
        <w:t xml:space="preserve">        // To avoid duplicate triplets, skip 'a' if it's the same as the previous</w:t>
        <w:br/>
        <w:t xml:space="preserve">        // number.</w:t>
        <w:br/>
        <w:t xml:space="preserve">        if (i &gt; 0 &amp;&amp; nums[i] == nums[i - 1]) {</w:t>
        <w:br/>
        <w:t xml:space="preserve">            continue;</w:t>
        <w:br/>
        <w:t xml:space="preserve">        }</w:t>
        <w:br/>
        <w:t xml:space="preserve">        // Find all pairs that sum to a target of '-a' ('-nums[i]').</w:t>
        <w:br/>
        <w:t xml:space="preserve">        List&lt;List&lt;Integer&gt;&gt; pairs = pairSumSortedAllPairs(nums, i + 1, -nums[i]);</w:t>
        <w:br/>
        <w:t xml:space="preserve">        for (List&lt;Integer&gt; pair : pairs) {</w:t>
        <w:br/>
        <w:t xml:space="preserve">            triplets.add(Arrays.asList(nums[i], pair.get(0), pair.get(1)));</w:t>
        <w:br/>
        <w:t xml:space="preserve">        }</w:t>
        <w:br/>
        <w:t xml:space="preserve">    }</w:t>
        <w:br/>
        <w:t xml:space="preserve">    return triplets;</w:t>
        <w:br/>
        <w:t>}</w:t>
        <w:br/>
        <w:br/>
        <w:t>public List&lt;List&lt;Integer&gt;&gt; pairSumSortedAllPairs(int[] nums, int start, int target) {</w:t>
        <w:br/>
        <w:t xml:space="preserve">    List&lt;List&lt;Integer&gt;&gt; pairs = new ArrayList&lt;&gt;();</w:t>
        <w:br/>
        <w:t xml:space="preserve">    int left = start, right = nums.length - 1;</w:t>
        <w:br/>
        <w:t xml:space="preserve">    while (left &lt; right) {</w:t>
        <w:br/>
        <w:t xml:space="preserve">        int sum = nums[left] + nums[right];</w:t>
        <w:br/>
        <w:t xml:space="preserve">        if (sum == target) {</w:t>
        <w:br/>
        <w:t xml:space="preserve">            pairs.add(Arrays.asList(nums[left], nums[right]));</w:t>
        <w:br/>
        <w:t xml:space="preserve">            left++; // To avoid duplicate '[b, c]' pairs, skip 'b' if it’s the same as the previous number.</w:t>
        <w:br/>
        <w:t xml:space="preserve">            while (left &lt; right &amp;&amp; nums[left] == nums[left - 1]) {</w:t>
        <w:br/>
        <w:t xml:space="preserve">                left++;</w:t>
        <w:br/>
        <w:t xml:space="preserve">            }</w:t>
        <w:br/>
        <w:t xml:space="preserve">        } else if (sum &lt; target) {</w:t>
        <w:br/>
        <w:t xml:space="preserve">            left++;</w:t>
        <w:br/>
        <w:t xml:space="preserve">        } else {</w:t>
        <w:br/>
        <w:t xml:space="preserve">            right--;</w:t>
        <w:br/>
        <w:t xml:space="preserve">        }</w:t>
        <w:br/>
        <w:t xml:space="preserve">    }</w:t>
        <w:br/>
        <w:t xml:space="preserve">    return pairs;</w:t>
        <w:br/>
        <w:t>}</w:t>
      </w:r>
    </w:p>
    <w:p>
      <w:pPr>
        <w:pStyle w:val="Heading3"/>
        <w:spacing w:before="320" w:after="120"/>
      </w:pPr>
      <w:r>
        <w:t>Complexity Analysis</w:t>
      </w:r>
    </w:p>
    <w:p>
      <w:pPr>
        <w:spacing w:after="160" w:line="276" w:lineRule="auto"/>
      </w:pPr>
      <w:r>
        <w:t>Time complexity:The time complexity oftriplet_sumisO(n2)O(n^2)O(n2). Here’s why:</w:t>
      </w:r>
    </w:p>
    <w:p>
      <w:pPr>
        <w:pStyle w:val="ListBullet"/>
      </w:pPr>
      <w:r>
        <w:t>We first sort the array, which takesO(nlog⁡(n))O(n\log(n))O(nlog(n))time.</w:t>
      </w:r>
    </w:p>
    <w:p>
      <w:pPr>
        <w:pStyle w:val="ListBullet"/>
      </w:pPr>
      <w:r>
        <w:t>Then, for each of thennnelements in the array, we callpair_sum_sorted_all_pairsat most once, which runs inO(n)O(n)O(n)time.</w:t>
      </w:r>
    </w:p>
    <w:p>
      <w:pPr>
        <w:spacing w:after="160" w:line="276" w:lineRule="auto"/>
      </w:pPr>
      <w:r>
        <w:t>Therefore, the overall time complexity isO(log⁡(n))+O(n2)=O(n2)O(\log(n))+O(n^2)=O(n^2)O(log(n))+O(n2)=O(n2).</w:t>
      </w:r>
    </w:p>
    <w:p>
      <w:pPr>
        <w:spacing w:after="160" w:line="276" w:lineRule="auto"/>
      </w:pPr>
      <w:r>
        <w:t>Space complexity:The space complexity isO(n)O(n)O(n)due to the space taken up by Python’s sorting algorithm. It's important to note that this complexity does not include the output array triplets because we’re only concerned with the additional space used by the algorithm, not the space needed for the output itself.</w:t>
      </w:r>
    </w:p>
    <w:p>
      <w:pPr>
        <w:spacing w:after="160" w:line="276" w:lineRule="auto"/>
      </w:pPr>
      <w:r>
        <w:t>If the interviewer asks what the space complexity would be if we included the output array, it would beO(n2)O(n^2)O(n2). This is because thepair_sum_sorted_all_pairsfunction, in the worst case, can add approximatelynnnpairs to the output. Since this function is called approximatelynnntimes, the overall space complexity isO(n2)O(n^2)O(n2).</w:t>
      </w:r>
    </w:p>
    <w:p>
      <w:pPr>
        <w:pStyle w:val="Heading3"/>
        <w:spacing w:before="320" w:after="120"/>
      </w:pPr>
      <w:r>
        <w:t>Test Cases</w:t>
      </w:r>
    </w:p>
    <w:p>
      <w:pPr>
        <w:spacing w:after="160" w:line="276" w:lineRule="auto"/>
      </w:pPr>
      <w:r>
        <w:t>In addition to the examples already covered in this explanation, below are some others to consider when testing your code.</w:t>
      </w:r>
    </w:p>
    <w:p>
      <w:pPr>
        <w:spacing w:before="160" w:after="160"/>
        <w:ind w:left="360"/>
      </w:pPr>
      <w:r>
        <w:rPr>
          <w:rFonts w:ascii="Consolas" w:hAnsi="Consolas"/>
          <w:color w:val="1E293B"/>
          <w:sz w:val="19"/>
        </w:rPr>
        <w:t>InputExpected outputDescriptionnums = [][]Tests an empty array.nums = [0][]Tests a single-element array.nums = [1, -1][]Tests a two-element array.nums = [0, 0, 0][0, 0, 0]Tests an array where all three of its values are the same.nums = [1, 0, 1][]Tests an array with no triplets that sum to 0.nums = [0, 0, 1, -1, 1, -1][-1, 0, 1]Tests an array with duplicate triplets.</w:t>
      </w:r>
    </w:p>
    <w:p>
      <w:r>
        <w:br w:type="page"/>
      </w:r>
    </w:p>
    <w:p>
      <w:pPr>
        <w:pStyle w:val="Heading1"/>
        <w:spacing w:before="480" w:after="280"/>
      </w:pPr>
      <w:r>
        <w:rPr>
          <w:b/>
          <w:color w:val="008A60"/>
          <w:sz w:val="28"/>
        </w:rPr>
        <w:t>Chapter 04</w:t>
        <w:br/>
      </w:r>
      <w:r>
        <w:rPr>
          <w:b/>
          <w:color w:val="0F172A"/>
          <w:sz w:val="40"/>
        </w:rPr>
        <w:t>Is Palindrome Valid</w:t>
      </w:r>
    </w:p>
    <w:p>
      <w:pPr>
        <w:spacing w:before="160" w:after="160"/>
        <w:ind w:left="360"/>
      </w:pPr>
      <w:r>
        <w:rPr>
          <w:rFonts w:ascii="Consolas" w:hAnsi="Consolas"/>
          <w:color w:val="1E293B"/>
          <w:sz w:val="19"/>
        </w:rPr>
        <w:t>A palindrome is a sequence of characters that reads the same forward and backward.Given a string, determine if it's a palindrome after removing all non-alphanumeric characters. A character is alphanumeric if it's either a letter or a number.Example 1:ExampleCopyInput: s = 'a dog! a panic in a pagoda.'</w:t>
        <w:br/>
        <w:t>Output: True</w:t>
        <w:br/>
        <w:t>Example 2:ExampleCopyInput: s = 'abc123'</w:t>
        <w:br/>
        <w:t>Output: False</w:t>
        <w:br/>
        <w:t>Constraints:</w:t>
        <w:br/>
        <w:t>The string may include a combination of lowercase English letters, numbers, spaces, and punctuations.</w:t>
        <w:br/>
      </w:r>
    </w:p>
    <w:p>
      <w:pPr>
        <w:pStyle w:val="Heading2"/>
        <w:spacing w:before="320" w:after="120"/>
      </w:pPr>
      <w:r>
        <w:t>Intuition</w:t>
      </w:r>
    </w:p>
    <w:p>
      <w:pPr>
        <w:spacing w:after="160" w:line="276" w:lineRule="auto"/>
      </w:pPr>
      <w:r>
        <w:t>Identifying palindromesA string is a palindrome if it remains identical when read from left to right or right to left. In other words, if we reverse the string, it should still read the same, disregarding spaces and punctuation:</w:t>
      </w:r>
    </w:p>
    <w:p>
      <w:pPr>
        <w:spacing w:after="160" w:line="276" w:lineRule="auto"/>
      </w:pPr>
      <w:r>
        <w:t>An important observation is that if a string is a palindrome, the first character would be the same as the last, the second character would be the same as the second-to-last, etc:</w:t>
      </w:r>
    </w:p>
    <w:p>
      <w:pPr>
        <w:spacing w:after="160" w:line="276" w:lineRule="auto"/>
      </w:pPr>
      <w:r>
        <w:t>A palindrome of odd length is different because it has a middle character. In this case, the middle character can be ignored since it has no “mirror” character elsewhere in the string.</w:t>
      </w:r>
    </w:p>
    <w:p>
      <w:pPr>
        <w:spacing w:after="160" w:line="276" w:lineRule="auto"/>
      </w:pPr>
      <w:r>
        <w:t>Palindromes provides an ideal scenario for usingtwo pointers(leftandright). By initially setting the pointers at the beginning and end of the string, we can compare the characters at these positions. Ignoring non-alphanumeric characters for the moment, the logic can be summarized as follows:</w:t>
      </w:r>
    </w:p>
    <w:p>
      <w:pPr>
        <w:pStyle w:val="ListBullet"/>
      </w:pPr>
      <w:r>
        <w:t>If the alphanumeric characters atleftandrightare the same, move both pointers inward to process the next pair of characters.</w:t>
      </w:r>
    </w:p>
    <w:p>
      <w:pPr>
        <w:pStyle w:val="ListBullet"/>
      </w:pPr>
      <w:r>
        <w:t>If not, the string is not a palindrome: return false.</w:t>
      </w:r>
    </w:p>
    <w:p>
      <w:pPr>
        <w:spacing w:after="160" w:line="276" w:lineRule="auto"/>
      </w:pPr>
      <w:r>
        <w:t>If we successfully compare all character pairs without returning false, the string is a palindrome, and we should return true.</w:t>
      </w:r>
    </w:p>
    <w:p>
      <w:pPr>
        <w:spacing w:after="160" w:line="276" w:lineRule="auto"/>
      </w:pPr>
      <w:r>
        <w:t>Processing non-alphanumeric charactersNow, let's explore how to find palindromes that include non-alphanumeric characters.</w:t>
      </w:r>
    </w:p>
    <w:p>
      <w:pPr>
        <w:spacing w:after="160" w:line="276" w:lineRule="auto"/>
      </w:pPr>
      <w:r>
        <w:t>Since non-alphanumeric characters don’t affect whether a string is a palindrome, we should skip them. This can be achieved with the following approach, which ensures the left and right pointers are adjusted to focus only on alphanumeric characters:</w:t>
      </w:r>
    </w:p>
    <w:p>
      <w:pPr>
        <w:pStyle w:val="ListBullet"/>
      </w:pPr>
      <w:r>
        <w:t>Incrementleftuntil the character it points to is alphanumeric.</w:t>
      </w:r>
    </w:p>
    <w:p>
      <w:pPr>
        <w:pStyle w:val="ListBullet"/>
      </w:pPr>
      <w:r>
        <w:t>Decrementrightuntil the character it points to is alphanumeric.</w:t>
      </w:r>
    </w:p>
    <w:p>
      <w:pPr>
        <w:spacing w:after="160" w:line="276" w:lineRule="auto"/>
      </w:pPr>
      <w:r>
        <w:t>With this in mind, let’s check if the string below is a palindrome using all the information we know so far:</w:t>
      </w:r>
    </w:p>
    <w:p>
      <w:pPr>
        <w:spacing w:after="160" w:line="276" w:lineRule="auto"/>
      </w:pPr>
      <w:r>
        <w:t>As shown above, when the left and right pointers meet, it signals our exit condition. When these pointers meet, we've reached the middle character of the palindrome, at which point we can exit the loop since the middle character doesn’t need to be evaluated. However, we need to keep in mind that exiting whenleftequalsrightwon't always be sufficient as an exit condition. For example, if the number of alphanumeric characters is even, the pointers won’t meet. This can be observed below:</w:t>
      </w:r>
    </w:p>
    <w:p>
      <w:pPr>
        <w:spacing w:after="160" w:line="276" w:lineRule="auto"/>
      </w:pPr>
      <w:r>
        <w:t>Therefore, we need to ensure we exit the loop whenleftequalsright, or whenleftpassesright. In other words, the algorithm continues whileleftis less thanright:</w:t>
      </w:r>
    </w:p>
    <w:p>
      <w:pPr>
        <w:spacing w:before="160" w:after="160"/>
        <w:ind w:left="360"/>
      </w:pPr>
      <w:r>
        <w:rPr>
          <w:rFonts w:ascii="Consolas" w:hAnsi="Consolas"/>
          <w:color w:val="1E293B"/>
          <w:sz w:val="19"/>
        </w:rPr>
        <w:t>ExampleCopywhile left &lt; right:</w:t>
        <w:br/>
      </w:r>
    </w:p>
    <w:p>
      <w:pPr>
        <w:pStyle w:val="Heading2"/>
        <w:spacing w:before="320" w:after="120"/>
      </w:pPr>
      <w:r>
        <w:t>Implementation</w:t>
      </w:r>
    </w:p>
    <w:p>
      <w:pPr>
        <w:spacing w:after="160" w:line="276" w:lineRule="auto"/>
      </w:pPr>
      <w:r>
        <w:t>In Python, we can use the inbuiltisalnummethod to check if a character is alphanumeric.</w:t>
      </w:r>
    </w:p>
    <w:p>
      <w:pPr>
        <w:spacing w:before="160" w:after="160"/>
        <w:ind w:left="360"/>
      </w:pPr>
      <w:r>
        <w:rPr>
          <w:rFonts w:ascii="Consolas" w:hAnsi="Consolas"/>
          <w:color w:val="1E293B"/>
          <w:sz w:val="19"/>
        </w:rPr>
        <w:t>PythonJavaScriptJavaCopydef is_palindrome_valid(s: str) -&gt; bool:</w:t>
        <w:br/>
        <w:t xml:space="preserve">    left, right = 0, len(s) - 1</w:t>
        <w:br/>
        <w:t xml:space="preserve">    while left &lt; right:</w:t>
        <w:br/>
        <w:t xml:space="preserve">        # Skip non-alphanumeric characters from the left.</w:t>
        <w:br/>
        <w:t xml:space="preserve">        while left &lt; right and not s[left].isalnum():</w:t>
        <w:br/>
        <w:t xml:space="preserve">            left += 1</w:t>
        <w:br/>
        <w:t xml:space="preserve">        # Skip non-alphanumeric characters from the right.</w:t>
        <w:br/>
        <w:t xml:space="preserve">        while left &lt; right and not s[right].isalnum():</w:t>
        <w:br/>
        <w:t xml:space="preserve">            right -= 1</w:t>
        <w:br/>
        <w:t xml:space="preserve">        # If the characters at the left and right pointers don’t match, the string is</w:t>
        <w:br/>
        <w:t xml:space="preserve">        # not a palindrome.</w:t>
        <w:br/>
        <w:t xml:space="preserve">        if s[left] != s[right]:</w:t>
        <w:br/>
        <w:t xml:space="preserve">            return False</w:t>
        <w:br/>
        <w:t xml:space="preserve">        left += 1</w:t>
        <w:br/>
        <w:t xml:space="preserve">        right -= 1</w:t>
        <w:br/>
        <w:t xml:space="preserve">    return Truefunction isPalindromeValid(s) {</w:t>
        <w:br/>
        <w:t xml:space="preserve">    const isAlnum = (ch) =&gt; /[a-zA-Z0-9]/.test(ch);</w:t>
        <w:br/>
        <w:t xml:space="preserve">    let left = 0, right = s.length - 1;</w:t>
        <w:br/>
        <w:t xml:space="preserve">    while (left &lt; right) {</w:t>
        <w:br/>
        <w:t xml:space="preserve">        // Skip non-alphanumeric characters from the left.</w:t>
        <w:br/>
        <w:t xml:space="preserve">        while (left &lt; right &amp;&amp; !isAlnum(s[left])) {</w:t>
        <w:br/>
        <w:t xml:space="preserve">            left++;</w:t>
        <w:br/>
        <w:t xml:space="preserve">        }</w:t>
        <w:br/>
        <w:t xml:space="preserve">        // Skip non-alphanumeric characters from the right.</w:t>
        <w:br/>
        <w:t xml:space="preserve">        while (left &lt; right &amp;&amp; !isAlnum(s[right])) {</w:t>
        <w:br/>
        <w:t xml:space="preserve">            right--;</w:t>
        <w:br/>
        <w:t xml:space="preserve">        }</w:t>
        <w:br/>
        <w:t xml:space="preserve">        // If the characters at the left and right pointers don’t match, the string is</w:t>
        <w:br/>
        <w:t xml:space="preserve">        // not a palindrome.</w:t>
        <w:br/>
        <w:t xml:space="preserve">        if (s[left] !== s[right]) {</w:t>
        <w:br/>
        <w:t xml:space="preserve">            return false;</w:t>
        <w:br/>
        <w:t xml:space="preserve">        }</w:t>
        <w:br/>
        <w:t xml:space="preserve">        left++;</w:t>
        <w:br/>
        <w:t xml:space="preserve">        right--;</w:t>
        <w:br/>
        <w:t xml:space="preserve">    }</w:t>
        <w:br/>
        <w:t xml:space="preserve">    return true;</w:t>
        <w:br/>
        <w:t>}public boolean isPalindromeValid(String s) {</w:t>
        <w:br/>
        <w:t xml:space="preserve">    int left = 0, right = s.length() - 1;</w:t>
        <w:br/>
        <w:t xml:space="preserve">    while (left &lt; right) {</w:t>
        <w:br/>
        <w:t xml:space="preserve">        // Skip non-alphanumeric characters from the left.</w:t>
        <w:br/>
        <w:t xml:space="preserve">        while (left &lt; right &amp;&amp; !Character.isLetterOrDigit(s.charAt(left))) {</w:t>
        <w:br/>
        <w:t xml:space="preserve">            left++;</w:t>
        <w:br/>
        <w:t xml:space="preserve">        }</w:t>
        <w:br/>
        <w:t xml:space="preserve">        // Skip non-alphanumeric characters from the right.</w:t>
        <w:br/>
        <w:t xml:space="preserve">        while (left &lt; right &amp;&amp; !Character.isLetterOrDigit(s.charAt(right))) {</w:t>
        <w:br/>
        <w:t xml:space="preserve">            right--;</w:t>
        <w:br/>
        <w:t xml:space="preserve">        }</w:t>
        <w:br/>
        <w:t xml:space="preserve">        // If the characters at the left and right pointers don’t match, the string is</w:t>
        <w:br/>
        <w:t xml:space="preserve">        // not a palindrome.</w:t>
        <w:br/>
        <w:t xml:space="preserve">        if (s.charAt(left) != s.charAt(right)) {</w:t>
        <w:br/>
        <w:t xml:space="preserve">            return false;</w:t>
        <w:br/>
        <w:t xml:space="preserve">        }</w:t>
        <w:br/>
        <w:t xml:space="preserve">        left++;</w:t>
        <w:br/>
        <w:t xml:space="preserve">        right--;</w:t>
        <w:br/>
        <w:t xml:space="preserve">    }</w:t>
        <w:br/>
        <w:t xml:space="preserve">    return true;</w:t>
        <w:br/>
        <w:t>}</w:t>
      </w:r>
    </w:p>
    <w:p>
      <w:pPr>
        <w:pStyle w:val="Heading3"/>
        <w:spacing w:before="320" w:after="120"/>
      </w:pPr>
      <w:r>
        <w:t>Complexity Analysis</w:t>
      </w:r>
    </w:p>
    <w:p>
      <w:pPr>
        <w:spacing w:after="160" w:line="276" w:lineRule="auto"/>
      </w:pPr>
      <w:r>
        <w:t>Time complexity:The time complexity ofis_palindrome_validisO(n)O(n)O(n), wherennndenotes the length of the string. This is because we perform approximatelynnniterations using the two-pointer technique.</w:t>
      </w:r>
    </w:p>
    <w:p>
      <w:pPr>
        <w:spacing w:after="160" w:line="276" w:lineRule="auto"/>
      </w:pPr>
      <w:r>
        <w:t>Space complexity:We only allocated a constant number of variables, so the space complexity isO(1)O(1)O(1).</w:t>
      </w:r>
    </w:p>
    <w:p>
      <w:pPr>
        <w:pStyle w:val="Heading3"/>
        <w:spacing w:before="320" w:after="120"/>
      </w:pPr>
      <w:r>
        <w:t>Test Cases</w:t>
      </w:r>
    </w:p>
    <w:p>
      <w:pPr>
        <w:spacing w:after="160" w:line="276" w:lineRule="auto"/>
      </w:pPr>
      <w:r>
        <w:t>In addition to the examples discussed, below are more examples to consider when testing your code.</w:t>
      </w:r>
    </w:p>
    <w:p>
      <w:pPr>
        <w:spacing w:before="160" w:after="160"/>
        <w:ind w:left="360"/>
      </w:pPr>
      <w:r>
        <w:rPr>
          <w:rFonts w:ascii="Consolas" w:hAnsi="Consolas"/>
          <w:color w:val="1E293B"/>
          <w:sz w:val="19"/>
        </w:rPr>
        <w:t>InputExpected outputDescriptions = ""TrueTests an empty string.s = "a"TrueTests a single-character string.s = "aa"TrueTests a palindrome with two characters.s = "ab"FalseTests a non-palindrome with two characters.s = "!, (?)"TrueTests a string with no alphanumeric characters.s = "12.02.2021"TrueTests a palindrome with punctuation and numbers.s = "21.02.2021"FalseTests a non-palindrome with punctuation and numbers.s = "hello, world!"FalseTests a non-palindrome with punctuation.</w:t>
      </w:r>
    </w:p>
    <w:p>
      <w:pPr>
        <w:pStyle w:val="Heading2"/>
        <w:spacing w:before="320" w:after="120"/>
      </w:pPr>
      <w:r>
        <w:t>Interview Tips</w:t>
      </w:r>
    </w:p>
    <w:p>
      <w:pPr>
        <w:spacing w:after="160" w:line="276" w:lineRule="auto"/>
      </w:pPr>
      <w:r>
        <w:t>Tip 1: Clarify problem constraints.It's common to not receive all the details of a problem from an interviewer. For example, you might only be asked to "check if a string is a palindrome." But before diving into a solution, it's important to clarify details with the interviewer, such as the presence of non-alphanumeric characters, their treatment, the role of numbers, the case sensitivity of letters, and other relevant details.</w:t>
      </w:r>
    </w:p>
    <w:p>
      <w:pPr>
        <w:spacing w:after="160" w:line="276" w:lineRule="auto"/>
      </w:pPr>
      <w:r>
        <w:t>Tip 2: Confirm before using significant in-built functions.This problem is made easier by using in-built functions such as.isalnum(or equivalent). Before using an in-built function that simplifies the implementation, ask the interviewer if it's okay to use it, or if they would prefer you implement it yourself.</w:t>
      </w:r>
    </w:p>
    <w:p>
      <w:pPr>
        <w:spacing w:after="160" w:line="276" w:lineRule="auto"/>
      </w:pPr>
      <w:r>
        <w:t>The interviewer will most likely allow the use of an in-built function, or ask you to implement it as an exercise for later in the interview. If you use an in-built function, make sure you understand its time and space complexity.</w:t>
      </w:r>
    </w:p>
    <w:p>
      <w:pPr>
        <w:spacing w:after="160" w:line="276" w:lineRule="auto"/>
      </w:pPr>
      <w:r>
        <w:t>Remember that interviewers are looking for team players, and this shows them you're considerate of their preferences and can adapt your approach based on the requirements.</w:t>
      </w:r>
    </w:p>
    <w:p>
      <w:r>
        <w:br w:type="page"/>
      </w:r>
    </w:p>
    <w:p>
      <w:pPr>
        <w:pStyle w:val="Heading1"/>
        <w:spacing w:before="480" w:after="280"/>
      </w:pPr>
      <w:r>
        <w:rPr>
          <w:b/>
          <w:color w:val="008A60"/>
          <w:sz w:val="28"/>
        </w:rPr>
        <w:t>Chapter 05</w:t>
        <w:br/>
      </w:r>
      <w:r>
        <w:rPr>
          <w:b/>
          <w:color w:val="0F172A"/>
          <w:sz w:val="40"/>
        </w:rPr>
        <w:t>Largest Container</w:t>
      </w:r>
    </w:p>
    <w:p>
      <w:pPr>
        <w:spacing w:before="160" w:after="160"/>
        <w:ind w:left="360"/>
      </w:pPr>
      <w:r>
        <w:rPr>
          <w:rFonts w:ascii="Consolas" w:hAnsi="Consolas"/>
          <w:color w:val="1E293B"/>
          <w:sz w:val="19"/>
        </w:rPr>
        <w:t>You are given an array of numbers, each representing the height of a vertical line on a graph. A container can be formed with any pair of these lines, along with the x-axis of the graph. Return the amount of water which the largest container can hold.Example:ExampleCopyInput: heights = [2, 7, 8, 3, 7, 6]</w:t>
        <w:br/>
        <w:t>Output: 24</w:t>
        <w:br/>
      </w:r>
    </w:p>
    <w:p>
      <w:pPr>
        <w:pStyle w:val="Heading2"/>
        <w:spacing w:before="320" w:after="120"/>
      </w:pPr>
      <w:r>
        <w:t>Intuition</w:t>
      </w:r>
    </w:p>
    <w:p>
      <w:pPr>
        <w:spacing w:after="160" w:line="276" w:lineRule="auto"/>
      </w:pPr>
      <w:r>
        <w:t>If we have two vertical lines,heights[i]andheights[j], the amount of water that can be contained between these two lines ismin(heights[i], heights[j]) * (j - i), wherej - irepresents the width of the container. We take the minimum height because filling water above this height would result in overflow.</w:t>
      </w:r>
    </w:p>
    <w:p>
      <w:pPr>
        <w:spacing w:after="160" w:line="276" w:lineRule="auto"/>
      </w:pPr>
      <w:r>
        <w:t>In other words, the area of the container depends on two things:</w:t>
      </w:r>
    </w:p>
    <w:p>
      <w:pPr>
        <w:pStyle w:val="ListBullet"/>
      </w:pPr>
      <w:r>
        <w:t>Thewidthof the rectangle.</w:t>
      </w:r>
    </w:p>
    <w:p>
      <w:pPr>
        <w:pStyle w:val="ListBullet"/>
      </w:pPr>
      <w:r>
        <w:t>Theheightof the rectangle, as dictated by the shorter of the two lines.</w:t>
      </w:r>
    </w:p>
    <w:p>
      <w:pPr>
        <w:spacing w:after="160" w:line="276" w:lineRule="auto"/>
      </w:pPr>
      <w:r>
        <w:t>The brute force approach to this problem involves checking all pairs of lines, and returning the largest area found between each pair:</w:t>
      </w:r>
    </w:p>
    <w:p>
      <w:pPr>
        <w:spacing w:before="160" w:after="160"/>
        <w:ind w:left="360"/>
      </w:pPr>
      <w:r>
        <w:rPr>
          <w:rFonts w:ascii="Consolas" w:hAnsi="Consolas"/>
          <w:color w:val="1E293B"/>
          <w:sz w:val="19"/>
        </w:rPr>
        <w:t>PythonJavaScriptJavaCopyfrom typing import List</w:t>
        <w:br/>
        <w:t xml:space="preserve">    </w:t>
        <w:br/>
        <w:t>def largest_container_brute_force(heights: List[int]) -&gt; int:</w:t>
        <w:br/>
        <w:t xml:space="preserve">   n = len(heights)</w:t>
        <w:br/>
        <w:t xml:space="preserve">   max_water = 0</w:t>
        <w:br/>
        <w:t xml:space="preserve">   # Find the maximum amount of water stored between all pairs of lines.</w:t>
        <w:br/>
        <w:t xml:space="preserve">   for i in range(n):</w:t>
        <w:br/>
        <w:t xml:space="preserve">       for j in range(i + 1, n):</w:t>
        <w:br/>
        <w:t xml:space="preserve">           water = min(heights[i], heights[j]) * (j - i)</w:t>
        <w:br/>
        <w:t xml:space="preserve">           max_water = max(max_water, water)</w:t>
        <w:br/>
        <w:t xml:space="preserve">   return max_waterfunction largestContainerBruteForce(heights) {</w:t>
        <w:br/>
        <w:t xml:space="preserve">    const n = heights.length;</w:t>
        <w:br/>
        <w:t xml:space="preserve">    let maxWater = 0;</w:t>
        <w:br/>
        <w:t xml:space="preserve">    // Find the maximum amount of water stored between all pairs of lines.</w:t>
        <w:br/>
        <w:t xml:space="preserve">    for (let i = 0; i &lt; n; i++) {</w:t>
        <w:br/>
        <w:t xml:space="preserve">        for (let j = i + 1; j &lt; n; j++) {</w:t>
        <w:br/>
        <w:t xml:space="preserve">            const water = Math.min(heights[i], heights[j]) * (j - i);</w:t>
        <w:br/>
        <w:t xml:space="preserve">            maxWater = Math.max(maxWater, water);</w:t>
        <w:br/>
        <w:t xml:space="preserve">        }</w:t>
        <w:br/>
        <w:t xml:space="preserve">    }</w:t>
        <w:br/>
        <w:t xml:space="preserve">    return maxWater;</w:t>
        <w:br/>
        <w:t>}public int largestContainerBruteForce(int[] heights) {</w:t>
        <w:br/>
        <w:t xml:space="preserve">    int n = heights.length;</w:t>
        <w:br/>
        <w:t xml:space="preserve">    int maxWater = 0;</w:t>
        <w:br/>
        <w:t xml:space="preserve">    // Find the maximum amount of water stored between all pairs of lines.</w:t>
        <w:br/>
        <w:t xml:space="preserve">    for (int i = 0; i &lt; n; i++) {</w:t>
        <w:br/>
        <w:t xml:space="preserve">        for (int j = i + 1; j &lt; n; j++) {</w:t>
        <w:br/>
        <w:t xml:space="preserve">            int water = Math.min(heights[i], heights[j]) * (j - i);</w:t>
        <w:br/>
        <w:t xml:space="preserve">            maxWater = Math.max(maxWater, water);</w:t>
        <w:br/>
        <w:t xml:space="preserve">        }</w:t>
        <w:br/>
        <w:t xml:space="preserve">    }</w:t>
        <w:br/>
        <w:t xml:space="preserve">    return maxWater;</w:t>
        <w:br/>
        <w:t>}</w:t>
      </w:r>
    </w:p>
    <w:p>
      <w:pPr>
        <w:spacing w:after="160" w:line="276" w:lineRule="auto"/>
      </w:pPr>
      <w:r>
        <w:t>Searching through all possible pairs of values takesO(n2)O(n^2)O(n2)time, wherennndenotes the length of the array. Let's look for a more efficient solution.</w:t>
      </w:r>
    </w:p>
    <w:p>
      <w:pPr>
        <w:spacing w:after="160" w:line="276" w:lineRule="auto"/>
      </w:pPr>
      <w:r>
        <w:t>We would like both the height and width to be as large as possible to have the largest container.</w:t>
      </w:r>
    </w:p>
    <w:p>
      <w:pPr>
        <w:spacing w:after="160" w:line="276" w:lineRule="auto"/>
      </w:pPr>
      <w:r>
        <w:t>It’s not immediately obvious how to find the container with the largest height, as the heights of the lines in the array don’t follow a clear pattern. However, we do know the container with the maximum width: the one starting at index 0 and ending at indexn - 1.</w:t>
      </w:r>
    </w:p>
    <w:p>
      <w:pPr>
        <w:spacing w:after="160" w:line="276" w:lineRule="auto"/>
      </w:pPr>
      <w:r>
        <w:t>So, we could start by maximizing the width by setting a pointer at each end of the array. Then, we can gradually reduce the width by moving these two pointers inward, hoping to find a container with a larger height that potentially yields a larger area. This suggests we can use thetwo-pointerpattern to solve the problem.</w:t>
      </w:r>
    </w:p>
    <w:p>
      <w:pPr>
        <w:spacing w:after="160" w:line="276" w:lineRule="auto"/>
      </w:pPr>
      <w:r>
        <w:t>Consider the following example:</w:t>
      </w:r>
    </w:p>
    <w:p>
      <w:pPr>
        <w:spacing w:after="160" w:line="276" w:lineRule="auto"/>
      </w:pPr>
      <w:r>
        <w:t>The widest container can store an area of water equal to 10. Since this is the largest container we’ve found so far, let’s setmax_waterto 10.</w:t>
      </w:r>
    </w:p>
    <w:p>
      <w:pPr>
        <w:spacing w:after="160" w:line="276" w:lineRule="auto"/>
      </w:pPr>
      <w:r>
        <w:t>How should we proceed? Moving either pointer inward yields a container with a shorter width. This leaves height as the determining factor. In this case, the left line is shorter than the right line, which means that the left line limits the water's height. Therefore, to find a larger container, let's move the left pointer inward:</w:t>
      </w:r>
    </w:p>
    <w:p>
      <w:pPr>
        <w:spacing w:after="160" w:line="276" w:lineRule="auto"/>
      </w:pPr>
      <w:r>
        <w:t>The current container can hold 24 units of water, the largest amount so far. So, let’s updatemax_waterto 24. Here, the right line is shorter, limiting the water's height. To find a larger container, move the right pointer inward:</w:t>
      </w:r>
    </w:p>
    <w:p>
      <w:pPr>
        <w:spacing w:after="160" w:line="276" w:lineRule="auto"/>
      </w:pPr>
      <w:r>
        <w:t>After this, we encounter a situation wherethe height of the left and right lines are equal. In this situation, which pointer should we move inward? Well, regardless of which one, the next container is guaranteed to store less water than the current one. Let’s try to understand why.</w:t>
      </w:r>
    </w:p>
    <w:p>
      <w:pPr>
        <w:spacing w:after="160" w:line="276" w:lineRule="auto"/>
      </w:pPr>
      <w:r>
        <w:t>Moving either pointer inward yields a container of shorter width, leaving height as the determining factor. However, regardless of which pointer we move inward, the other pointer remains at the same line. So, even if a pointer is moved to a taller line, the other pointer will restrict the height of the water, as we take the minimum of the two lines.</w:t>
      </w:r>
    </w:p>
    <w:p>
      <w:pPr>
        <w:spacing w:after="160" w:line="276" w:lineRule="auto"/>
      </w:pPr>
      <w:r>
        <w:t>Therefore, since we can’t increase height by moving just one pointer, we can just move both pointers inward:</w:t>
      </w:r>
    </w:p>
    <w:p>
      <w:pPr>
        <w:spacing w:after="160" w:line="276" w:lineRule="auto"/>
      </w:pPr>
      <w:r>
        <w:t>Now, the right line is limiting the height of the water. So, we move the right pointer inward:</w:t>
      </w:r>
    </w:p>
    <w:p>
      <w:pPr>
        <w:spacing w:after="160" w:line="276" w:lineRule="auto"/>
      </w:pPr>
      <w:r>
        <w:t>Finally, the left and right pointers meet. We can conclude our search here and returnmax_water:</w:t>
      </w:r>
    </w:p>
    <w:p>
      <w:pPr>
        <w:spacing w:after="160" w:line="276" w:lineRule="auto"/>
      </w:pPr>
      <w:r>
        <w:t>Based on the decisions taken in the example, we can summarize the logic:</w:t>
      </w:r>
    </w:p>
    <w:p>
      <w:pPr>
        <w:pStyle w:val="ListNumber"/>
      </w:pPr>
      <w:r>
        <w:t>If the left line is smaller, move the left pointer inward.</w:t>
      </w:r>
    </w:p>
    <w:p>
      <w:pPr>
        <w:pStyle w:val="ListNumber"/>
      </w:pPr>
      <w:r>
        <w:t>If the right line is smaller, move the right pointer inward.</w:t>
      </w:r>
    </w:p>
    <w:p>
      <w:pPr>
        <w:pStyle w:val="ListNumber"/>
      </w:pPr>
      <w:r>
        <w:t>If both lines have the same height, move both pointers inward.</w:t>
      </w:r>
    </w:p>
    <w:p>
      <w:pPr>
        <w:pStyle w:val="Heading2"/>
        <w:spacing w:before="320" w:after="120"/>
      </w:pPr>
      <w:r>
        <w:t>Implementation</w:t>
      </w:r>
    </w:p>
    <w:p>
      <w:pPr>
        <w:spacing w:before="160" w:after="160"/>
        <w:ind w:left="360"/>
      </w:pPr>
      <w:r>
        <w:rPr>
          <w:rFonts w:ascii="Consolas" w:hAnsi="Consolas"/>
          <w:color w:val="1E293B"/>
          <w:sz w:val="19"/>
        </w:rPr>
        <w:t>PythonJavaScriptJavaCopyfrom typing import List</w:t>
        <w:br/>
        <w:t xml:space="preserve">  </w:t>
        <w:br/>
        <w:t>def largest_container(heights: List[int]) -&gt; int:</w:t>
        <w:br/>
        <w:t xml:space="preserve">    max_water = 0</w:t>
        <w:br/>
        <w:t xml:space="preserve">    left, right = 0, len(heights) - 1</w:t>
        <w:br/>
        <w:t xml:space="preserve">    while (left &lt; right):</w:t>
        <w:br/>
        <w:t xml:space="preserve">        # Calculate the water contained between the current pair of lines.</w:t>
        <w:br/>
        <w:t xml:space="preserve">        water = min(heights[left], heights[right]) * (right - left)</w:t>
        <w:br/>
        <w:t xml:space="preserve">        max_water = max(max_water, water)</w:t>
        <w:br/>
        <w:t xml:space="preserve">        # Move the pointers inward, always moving the pointer at the shorter line. If</w:t>
        <w:br/>
        <w:t xml:space="preserve">        # both lines have the same height, move both pointers inward.</w:t>
        <w:br/>
        <w:t xml:space="preserve">        if (heights[left] &lt; heights[right]):</w:t>
        <w:br/>
        <w:t xml:space="preserve">            left += 1</w:t>
        <w:br/>
        <w:t xml:space="preserve">        elif (heights[left] &gt; heights[right]):</w:t>
        <w:br/>
        <w:t xml:space="preserve">            right -= 1</w:t>
        <w:br/>
        <w:t xml:space="preserve">        else:</w:t>
        <w:br/>
        <w:t xml:space="preserve">            left += 1</w:t>
        <w:br/>
        <w:t xml:space="preserve">            right -= 1</w:t>
        <w:br/>
        <w:t xml:space="preserve">    return max_waterfunction largestContainer(heights) {</w:t>
        <w:br/>
        <w:t xml:space="preserve">    let maxWater = 0;</w:t>
        <w:br/>
        <w:t xml:space="preserve">    let left = 0, right = heights.length - 1;</w:t>
        <w:br/>
        <w:t xml:space="preserve">    while (left &lt; right) {</w:t>
        <w:br/>
        <w:t xml:space="preserve">        // Calculate the water contained between the current pair of lines.</w:t>
        <w:br/>
        <w:t xml:space="preserve">        const water = Math.min(heights[left], heights[right]) * (right - left);</w:t>
        <w:br/>
        <w:t xml:space="preserve">        maxWater = Math.max(maxWater, water);</w:t>
        <w:br/>
        <w:t xml:space="preserve">        // Move the pointers inward, always moving the pointer at the shorter line. If</w:t>
        <w:br/>
        <w:t xml:space="preserve">        // both lines have the same height, move both pointers inward.</w:t>
        <w:br/>
        <w:t xml:space="preserve">        if (heights[left] &lt; heights[right]) {</w:t>
        <w:br/>
        <w:t xml:space="preserve">            left++;</w:t>
        <w:br/>
        <w:t xml:space="preserve">        } else if (heights[left] &gt; heights[right]) {</w:t>
        <w:br/>
        <w:t xml:space="preserve">            right--;</w:t>
        <w:br/>
        <w:t xml:space="preserve">        } else {</w:t>
        <w:br/>
        <w:t xml:space="preserve">            left++;</w:t>
        <w:br/>
        <w:t xml:space="preserve">            right--;</w:t>
        <w:br/>
        <w:t xml:space="preserve">        }</w:t>
        <w:br/>
        <w:t xml:space="preserve">    }</w:t>
        <w:br/>
        <w:t xml:space="preserve">    return maxWater;</w:t>
        <w:br/>
        <w:t>}public int largestContainer(int[] heights) {</w:t>
        <w:br/>
        <w:t xml:space="preserve">    int maxWater = 0;</w:t>
        <w:br/>
        <w:t xml:space="preserve">    int left = 0, right = heights.length - 1;</w:t>
        <w:br/>
        <w:t xml:space="preserve">    while (left &lt; right) {</w:t>
        <w:br/>
        <w:t xml:space="preserve">        // Calculate the water contained between the current pair of lines.</w:t>
        <w:br/>
        <w:t xml:space="preserve">        int water = Math.min(heights[left], heights[right]) * (right - left);</w:t>
        <w:br/>
        <w:t xml:space="preserve">        maxWater = Math.max(maxWater, water);</w:t>
        <w:br/>
        <w:t xml:space="preserve">        // Move the pointers inward, always moving the pointer at the shorter line. If</w:t>
        <w:br/>
        <w:t xml:space="preserve">        // both lines have the same height, move both pointers inward.</w:t>
        <w:br/>
        <w:t xml:space="preserve">        if (heights[left] &lt; heights[right]) {</w:t>
        <w:br/>
        <w:t xml:space="preserve">            left++;</w:t>
        <w:br/>
        <w:t xml:space="preserve">        } else if (heights[left] &gt; heights[right]) {</w:t>
        <w:br/>
        <w:t xml:space="preserve">            right--;</w:t>
        <w:br/>
        <w:t xml:space="preserve">        } else {</w:t>
        <w:br/>
        <w:t xml:space="preserve">            left++;</w:t>
        <w:br/>
        <w:t xml:space="preserve">            right--;</w:t>
        <w:br/>
        <w:t xml:space="preserve">        }</w:t>
        <w:br/>
        <w:t xml:space="preserve">    }</w:t>
        <w:br/>
        <w:t xml:space="preserve">    return maxWater;</w:t>
        <w:br/>
        <w:t>}</w:t>
      </w:r>
    </w:p>
    <w:p>
      <w:pPr>
        <w:pStyle w:val="Heading3"/>
        <w:spacing w:before="320" w:after="120"/>
      </w:pPr>
      <w:r>
        <w:t>Complexity Analysis</w:t>
      </w:r>
    </w:p>
    <w:p>
      <w:pPr>
        <w:spacing w:after="160" w:line="276" w:lineRule="auto"/>
      </w:pPr>
      <w:r>
        <w:t>Time complexity:The time complexity oflargest_containerisO(n)O(n)O(n)because we perform approximatelynnniterations using the two-pointer technique.</w:t>
      </w:r>
    </w:p>
    <w:p>
      <w:pPr>
        <w:spacing w:after="160" w:line="276" w:lineRule="auto"/>
      </w:pPr>
      <w:r>
        <w:t>Space complexity:We only allocated a constant number of variables, so the space complexity isO(1)O(1)O(1).</w:t>
      </w:r>
    </w:p>
    <w:p>
      <w:pPr>
        <w:pStyle w:val="Heading3"/>
        <w:spacing w:before="320" w:after="120"/>
      </w:pPr>
      <w:r>
        <w:t>Test Cases</w:t>
      </w:r>
    </w:p>
    <w:p>
      <w:pPr>
        <w:spacing w:after="160" w:line="276" w:lineRule="auto"/>
      </w:pPr>
      <w:r>
        <w:t>In addition to the examples discussed throughout this explanation, below are some other examples to consider when testing your code.</w:t>
      </w:r>
    </w:p>
    <w:p>
      <w:pPr>
        <w:spacing w:before="160" w:after="160"/>
        <w:ind w:left="360"/>
      </w:pPr>
      <w:r>
        <w:rPr>
          <w:rFonts w:ascii="Consolas" w:hAnsi="Consolas"/>
          <w:color w:val="1E293B"/>
          <w:sz w:val="19"/>
        </w:rPr>
        <w:t>InputExpected outputDescriptionheights = []0Tests an empty array.heights = [1]0Tests an array with just one element.heights = [0, 1, 0]0Tests an array with no containers that can contain water.heights = [3, 3, 3, 3]9Tests an array where all heights are the same.heights = [1, 2, 3]2Tests an array with strictly increasing heights.heights = [3, 2, 1]2Tests an array with strictly decreasing heights.</w:t>
      </w:r>
    </w:p>
    <w:p>
      <w:r>
        <w:br w:type="page"/>
      </w:r>
    </w:p>
    <w:p>
      <w:pPr>
        <w:pStyle w:val="Heading1"/>
        <w:spacing w:before="480" w:after="280"/>
      </w:pPr>
      <w:r>
        <w:rPr>
          <w:b/>
          <w:color w:val="008A60"/>
          <w:sz w:val="28"/>
        </w:rPr>
        <w:t>Chapter 06</w:t>
        <w:br/>
      </w:r>
      <w:r>
        <w:rPr>
          <w:b/>
          <w:color w:val="0F172A"/>
          <w:sz w:val="40"/>
        </w:rPr>
        <w:t>Shift Zeros to the End</w:t>
      </w:r>
    </w:p>
    <w:p>
      <w:pPr>
        <w:spacing w:before="160" w:after="160"/>
        <w:ind w:left="360"/>
      </w:pPr>
      <w:r>
        <w:rPr>
          <w:rFonts w:ascii="Consolas" w:hAnsi="Consolas"/>
          <w:color w:val="1E293B"/>
          <w:sz w:val="19"/>
        </w:rPr>
        <w:t>Given an array of integers, modify the array in place to move all zeros to the end while maintaining the relative order of non-zero elements.Example:ExampleCopyInput: nums = [0, 1, 0, 3, 2]</w:t>
        <w:br/>
        <w:t>Output: [1, 3, 2, 0, 0]</w:t>
        <w:br/>
      </w:r>
    </w:p>
    <w:p>
      <w:pPr>
        <w:pStyle w:val="Heading2"/>
        <w:spacing w:before="320" w:after="120"/>
      </w:pPr>
      <w:r>
        <w:t>Intuition</w:t>
      </w:r>
    </w:p>
    <w:p>
      <w:pPr>
        <w:spacing w:after="160" w:line="276" w:lineRule="auto"/>
      </w:pPr>
      <w:r>
        <w:t>This problem has three main requirements:</w:t>
      </w:r>
    </w:p>
    <w:p>
      <w:pPr>
        <w:pStyle w:val="ListNumber"/>
      </w:pPr>
      <w:r>
        <w:t>Move all zeros to the end of the array.</w:t>
      </w:r>
    </w:p>
    <w:p>
      <w:pPr>
        <w:pStyle w:val="ListNumber"/>
      </w:pPr>
      <w:r>
        <w:t>Maintain the relative order of the non-zero elements.</w:t>
      </w:r>
    </w:p>
    <w:p>
      <w:pPr>
        <w:pStyle w:val="ListNumber"/>
      </w:pPr>
      <w:r>
        <w:t>Perform the modification in place.</w:t>
      </w:r>
    </w:p>
    <w:p>
      <w:pPr>
        <w:spacing w:after="160" w:line="276" w:lineRule="auto"/>
      </w:pPr>
      <w:r>
        <w:t>A naive approach to this problem is to build the output using a separate array (temp). We can add all non-zero elements from the left ofnumsto this temporary array and leave the rest of it as zeros. Then, we just set the input array equal totemp.</w:t>
      </w:r>
    </w:p>
    <w:p>
      <w:pPr>
        <w:spacing w:before="160" w:after="160"/>
        <w:ind w:left="360"/>
      </w:pPr>
      <w:r>
        <w:rPr>
          <w:rFonts w:ascii="Consolas" w:hAnsi="Consolas"/>
          <w:color w:val="1E293B"/>
          <w:sz w:val="19"/>
        </w:rPr>
        <w:t>PythonJavaScriptJavaCopydef shift_zeros_to_the_end_naive(nums: List[int]) -&gt; None:</w:t>
        <w:br/>
        <w:t xml:space="preserve">    temp = [0] * len(nums)</w:t>
        <w:br/>
        <w:t xml:space="preserve">    i = 0</w:t>
        <w:br/>
        <w:t xml:space="preserve">    # Add all non-zero elements to the left of 'temp'.</w:t>
        <w:br/>
        <w:t xml:space="preserve">    for num in nums:</w:t>
        <w:br/>
        <w:t xml:space="preserve">        if num != 0:</w:t>
        <w:br/>
        <w:t xml:space="preserve">            temp[i] = num</w:t>
        <w:br/>
        <w:t xml:space="preserve">            i += 1</w:t>
        <w:br/>
        <w:t xml:space="preserve">    # Set 'nums' to 'temp'.</w:t>
        <w:br/>
        <w:t xml:space="preserve">    for j in range(len(nums)):</w:t>
        <w:br/>
        <w:t xml:space="preserve">        nums[j] = temp[j]function shiftZerosToTheEndNaive(nums) {</w:t>
        <w:br/>
        <w:t xml:space="preserve">    const temp = new Array(nums.length).fill(0);</w:t>
        <w:br/>
        <w:t xml:space="preserve">    let i = 0;</w:t>
        <w:br/>
        <w:t xml:space="preserve">    // Add all non-zero elements to the left of 'temp'.</w:t>
        <w:br/>
        <w:t xml:space="preserve">    for (const num of nums) {</w:t>
        <w:br/>
        <w:t xml:space="preserve">        if (num !== 0) {</w:t>
        <w:br/>
        <w:t xml:space="preserve">            temp[i] = num;</w:t>
        <w:br/>
        <w:t xml:space="preserve">            i++;</w:t>
        <w:br/>
        <w:t xml:space="preserve">        }</w:t>
        <w:br/>
        <w:t xml:space="preserve">    }</w:t>
        <w:br/>
        <w:t xml:space="preserve">    // Set 'nums' to 'temp'.</w:t>
        <w:br/>
        <w:t xml:space="preserve">    for (let j = 0; j &lt; nums.length; j++) {</w:t>
        <w:br/>
        <w:t xml:space="preserve">        nums[j] = temp[j];</w:t>
        <w:br/>
        <w:t xml:space="preserve">    }</w:t>
        <w:br/>
        <w:t>}public void shiftZerosToTheEndNaive(int[] nums) {</w:t>
        <w:br/>
        <w:t xml:space="preserve">    int[] temp = new int[nums.length];</w:t>
        <w:br/>
        <w:t xml:space="preserve">    int i = 0;</w:t>
        <w:br/>
        <w:t xml:space="preserve">    // Add all non-zero elements to the left of 'temp'.</w:t>
        <w:br/>
        <w:t xml:space="preserve">    for (int num : nums) {</w:t>
        <w:br/>
        <w:t xml:space="preserve">        if (num != 0) {</w:t>
        <w:br/>
        <w:t xml:space="preserve">            temp[i] = num;</w:t>
        <w:br/>
        <w:t xml:space="preserve">            i++;</w:t>
        <w:br/>
        <w:t xml:space="preserve">        }</w:t>
        <w:br/>
        <w:t xml:space="preserve">    }</w:t>
        <w:br/>
        <w:t xml:space="preserve">    // Set 'nums' to 'temp'.</w:t>
        <w:br/>
        <w:t xml:space="preserve">    for (int j = 0; j &lt; nums.length; j++) {</w:t>
        <w:br/>
        <w:t xml:space="preserve">        nums[j] = temp[j];</w:t>
        <w:br/>
        <w:t xml:space="preserve">    }</w:t>
        <w:br/>
        <w:t>}</w:t>
      </w:r>
    </w:p>
    <w:p>
      <w:pPr>
        <w:spacing w:after="160" w:line="276" w:lineRule="auto"/>
      </w:pPr>
      <w:r>
        <w:t>Unfortunately, this solution breaks the third requirement of modifying the input array in place.</w:t>
      </w:r>
    </w:p>
    <w:p>
      <w:pPr>
        <w:spacing w:after="160" w:line="276" w:lineRule="auto"/>
      </w:pPr>
      <w:r>
        <w:t>However, there's still valuable insight to be gained from this approach. In particular, notice that this solution focuses on the non-zero elements instead of zeros. This means if we change our goal tomove all non-zero elements to the left of the array, the zeros will consequently end up on the right. Therefore, we only need to focus on non-zero elements:</w:t>
      </w:r>
    </w:p>
    <w:p>
      <w:pPr>
        <w:spacing w:after="160" w:line="276" w:lineRule="auto"/>
      </w:pPr>
      <w:r>
        <w:t>If there was a way to iterate over the above range of the array where the non-zero elements go, we could iteratively place each non-zero element in that range.</w:t>
      </w:r>
    </w:p>
    <w:p>
      <w:pPr>
        <w:spacing w:after="160" w:line="276" w:lineRule="auto"/>
      </w:pPr>
      <w:r>
        <w:t>Two pointersWe can use two pointers for this:</w:t>
      </w:r>
    </w:p>
    <w:p>
      <w:pPr>
        <w:pStyle w:val="ListBullet"/>
      </w:pPr>
      <w:r>
        <w:t>A left pointer to iterate over the left of the array where the non-zero elements should be placed.</w:t>
      </w:r>
    </w:p>
    <w:p>
      <w:pPr>
        <w:pStyle w:val="ListBullet"/>
      </w:pPr>
      <w:r>
        <w:t>A right pointer to find non-zero elements.</w:t>
      </w:r>
    </w:p>
    <w:p>
      <w:pPr>
        <w:spacing w:after="160" w:line="276" w:lineRule="auto"/>
      </w:pPr>
      <w:r>
        <w:t>Consider the example below. Start by placing the left and right pointers at the start of the array. Before we move non-zero elements to the left, we need the right pointer to be pointing at a non-zero element. So, we ignore the zero at the first element and incrementright:</w:t>
      </w:r>
    </w:p>
    <w:p>
      <w:pPr>
        <w:spacing w:after="160" w:line="276" w:lineRule="auto"/>
      </w:pPr>
      <w:r>
        <w:t>Remember, we only use the left pointer to keep track of where non-zero elements should be placed. So, until we find a non-zero element, we shouldn’t move this pointer.</w:t>
      </w:r>
    </w:p>
    <w:p>
      <w:pPr>
        <w:spacing w:after="160" w:line="276" w:lineRule="auto"/>
      </w:pPr>
      <w:r>
        <w:t>Now, the value at the right pointer is non-zero. Let’s discuss how to handle this case.</w:t>
      </w:r>
    </w:p>
    <w:p>
      <w:pPr>
        <w:spacing w:after="160" w:line="276" w:lineRule="auto"/>
      </w:pPr>
      <w:r>
        <w:t>1. Swap the elements atleftandright:First, we’d like to move the element at the right pointer to the left of the array. So, we swap it with the element at the left pointer.</w:t>
      </w:r>
    </w:p>
    <w:p>
      <w:pPr>
        <w:spacing w:after="160" w:line="276" w:lineRule="auto"/>
      </w:pPr>
      <w:r>
        <w:t>2. Increment the pointers:</w:t>
      </w:r>
    </w:p>
    <w:p>
      <w:pPr>
        <w:pStyle w:val="ListBullet"/>
      </w:pPr>
      <w:r>
        <w:t>After the swap is complete, we should increment the left pointer to position it where the next non-zero element should go.</w:t>
      </w:r>
    </w:p>
    <w:p>
      <w:pPr>
        <w:pStyle w:val="ListBullet"/>
      </w:pPr>
      <w:r>
        <w:t>Let’s also increment the right pointer in search of the next non-zero element.</w:t>
      </w:r>
    </w:p>
    <w:p>
      <w:pPr>
        <w:spacing w:after="160" w:line="276" w:lineRule="auto"/>
      </w:pPr>
      <w:r>
        <w:t>We can apply this logic to the rest of the array, incrementing the right pointer at each step to find the next non-zero element:</w:t>
      </w:r>
    </w:p>
    <w:p>
      <w:pPr>
        <w:spacing w:after="160" w:line="276" w:lineRule="auto"/>
      </w:pPr>
      <w:r>
        <w:t>Once all swapping is done, all zeros will end up at the right end of the array as intended, without disturbing the order of the non-zero elements. The two-pointer strategy used in this problem is unidirectional traversal.</w:t>
      </w:r>
    </w:p>
    <w:p>
      <w:pPr>
        <w:pStyle w:val="Heading2"/>
        <w:spacing w:before="320" w:after="120"/>
      </w:pPr>
      <w:r>
        <w:t>Implementation</w:t>
      </w:r>
    </w:p>
    <w:p>
      <w:pPr>
        <w:spacing w:after="160" w:line="276" w:lineRule="auto"/>
      </w:pPr>
      <w:r>
        <w:t>You might have noticed that we always move the right pointer forward, regardless of whether it points to a zero or a non-zero. This allows us to use a for-loop to iterate the right pointer.</w:t>
      </w:r>
    </w:p>
    <w:p>
      <w:pPr>
        <w:spacing w:before="160" w:after="160"/>
        <w:ind w:left="360"/>
      </w:pPr>
      <w:r>
        <w:rPr>
          <w:rFonts w:ascii="Consolas" w:hAnsi="Consolas"/>
          <w:color w:val="1E293B"/>
          <w:sz w:val="19"/>
        </w:rPr>
        <w:t>PythonJavaScriptJavaCopydef shift_zeros_to_the_end(nums: List[int]) -&gt; None:</w:t>
        <w:br/>
        <w:t xml:space="preserve">    # The 'left' pointer is used to position non-zero elements.</w:t>
        <w:br/>
        <w:t xml:space="preserve">    left = 0</w:t>
        <w:br/>
        <w:t xml:space="preserve">    # Iterate through the array using a 'right' pointer to locate non-zero</w:t>
        <w:br/>
        <w:t xml:space="preserve">    # elements.</w:t>
        <w:br/>
        <w:t xml:space="preserve">    for right in range(len(nums)):</w:t>
        <w:br/>
        <w:t xml:space="preserve">        if nums[right] != 0:</w:t>
        <w:br/>
        <w:t xml:space="preserve">            if right != left:</w:t>
        <w:br/>
        <w:t xml:space="preserve">                nums[left], nums[right] = nums[right], nums[left]</w:t>
        <w:br/>
        <w:t xml:space="preserve">            # Increment 'left' since it now points to a position already occupied</w:t>
        <w:br/>
        <w:t xml:space="preserve">            # by a non-zero element.</w:t>
        <w:br/>
        <w:t xml:space="preserve">            left += 1function shiftZerosToTheEnd(nums) {</w:t>
        <w:br/>
        <w:t xml:space="preserve">    // The 'left' pointer is used to position non-zero elements.</w:t>
        <w:br/>
        <w:t xml:space="preserve">    let left = 0;</w:t>
        <w:br/>
        <w:t xml:space="preserve">    // Iterate through the array using a 'right' pointer to locate non-zero</w:t>
        <w:br/>
        <w:t xml:space="preserve">    // elements.</w:t>
        <w:br/>
        <w:t xml:space="preserve">    for (let right = 0; right &lt; nums.length; right++) {</w:t>
        <w:br/>
        <w:t xml:space="preserve">        if (nums[right] !== 0) {</w:t>
        <w:br/>
        <w:t xml:space="preserve">            if (right !== left) {</w:t>
        <w:br/>
        <w:t xml:space="preserve">                [nums[left], nums[right]] = [nums[right], nums[left]];</w:t>
        <w:br/>
        <w:t xml:space="preserve">            }</w:t>
        <w:br/>
        <w:t xml:space="preserve">            // Increment 'left' since it now points to a position already occupied</w:t>
        <w:br/>
        <w:t xml:space="preserve">            // by a non-zero element.</w:t>
        <w:br/>
        <w:t xml:space="preserve">            left++;</w:t>
        <w:br/>
        <w:t xml:space="preserve">        }</w:t>
        <w:br/>
        <w:t xml:space="preserve">    }</w:t>
        <w:br/>
        <w:t>}public void shiftZerosToTheEnd(int[] nums) {</w:t>
        <w:br/>
        <w:t xml:space="preserve">    // The 'left' pointer is used to position non-zero elements.</w:t>
        <w:br/>
        <w:t xml:space="preserve">    int left = 0;</w:t>
        <w:br/>
        <w:t xml:space="preserve">    // Iterate through the array using a 'right' pointer to locate non-zero</w:t>
        <w:br/>
        <w:t xml:space="preserve">    // elements.</w:t>
        <w:br/>
        <w:t xml:space="preserve">    for (int right = 0; right &lt; nums.length; right++) {</w:t>
        <w:br/>
        <w:t xml:space="preserve">        if (nums[right] != 0) {</w:t>
        <w:br/>
        <w:t xml:space="preserve">            if (right != left) {</w:t>
        <w:br/>
        <w:t xml:space="preserve">                int temp = nums[left];</w:t>
        <w:br/>
        <w:t xml:space="preserve">                nums[left] = nums[right];</w:t>
        <w:br/>
        <w:t xml:space="preserve">                nums[right] = temp;</w:t>
        <w:br/>
        <w:t xml:space="preserve">            }</w:t>
        <w:br/>
        <w:t xml:space="preserve">            // Increment 'left' since it now points to a position already occupied</w:t>
        <w:br/>
        <w:t xml:space="preserve">            // by a non-zero element.</w:t>
        <w:br/>
        <w:t xml:space="preserve">            left++;</w:t>
        <w:br/>
        <w:t xml:space="preserve">        }</w:t>
        <w:br/>
        <w:t xml:space="preserve">    }</w:t>
        <w:br/>
        <w:t>}</w:t>
      </w:r>
    </w:p>
    <w:p>
      <w:pPr>
        <w:pStyle w:val="Heading3"/>
        <w:spacing w:before="320" w:after="120"/>
      </w:pPr>
      <w:r>
        <w:t>Complexity Analysis</w:t>
      </w:r>
    </w:p>
    <w:p>
      <w:pPr>
        <w:spacing w:after="160" w:line="276" w:lineRule="auto"/>
      </w:pPr>
      <w:r>
        <w:t>Time complexity:The time complexity ofshift_zeros_to_the_endisO(n)O(n)O(n), wherennndenotes the length of the array. This is because we iterate through the input array once.</w:t>
      </w:r>
    </w:p>
    <w:p>
      <w:pPr>
        <w:spacing w:after="160" w:line="276" w:lineRule="auto"/>
      </w:pPr>
      <w:r>
        <w:t>Space complexity:The space complexity isO(1)O(1)O(1)because shifting is done in place.</w:t>
      </w:r>
    </w:p>
    <w:p>
      <w:pPr>
        <w:spacing w:after="160" w:line="276" w:lineRule="auto"/>
      </w:pPr>
      <w:r>
        <w:t>Test CasesIn addition to the examples discussed, below are more examples to consider when testing your code.</w:t>
      </w:r>
    </w:p>
    <w:p>
      <w:pPr>
        <w:spacing w:before="160" w:after="160"/>
        <w:ind w:left="360"/>
      </w:pPr>
      <w:r>
        <w:rPr>
          <w:rFonts w:ascii="Consolas" w:hAnsi="Consolas"/>
          <w:color w:val="1E293B"/>
          <w:sz w:val="19"/>
        </w:rPr>
        <w:t>InputExpected outputDescriptionnums = [][]Tests an empty array.nums = [0][0]Tests an array with one 0.nums = [1][1]Tests an array with one 1.nums = [0, 0, 0][0, 0, 0]Tests an array with all 0s.nums = [1, 3, 2][1, 3, 2]Tests an array with all non-zeros.nums = [1, 1, 1, 0, 0][1, 1, 1, 0, 0]Tests an array with all zeros already at the end.nums = [0, 0, 1, 1, 1][1, 1, 1, 0, 0]Tests an array with all zeros at the start.</w:t>
      </w:r>
    </w:p>
    <w:p>
      <w:r>
        <w:br w:type="page"/>
      </w:r>
    </w:p>
    <w:p>
      <w:pPr>
        <w:pStyle w:val="Heading1"/>
        <w:spacing w:before="480" w:after="280"/>
      </w:pPr>
      <w:r>
        <w:rPr>
          <w:b/>
          <w:color w:val="008A60"/>
          <w:sz w:val="28"/>
        </w:rPr>
        <w:t>Chapter 07</w:t>
        <w:br/>
      </w:r>
      <w:r>
        <w:rPr>
          <w:b/>
          <w:color w:val="0F172A"/>
          <w:sz w:val="40"/>
        </w:rPr>
        <w:t>Next Lexicographical Sequence</w:t>
      </w:r>
    </w:p>
    <w:p>
      <w:pPr>
        <w:spacing w:before="160" w:after="160"/>
        <w:ind w:left="360"/>
      </w:pPr>
      <w:r>
        <w:rPr>
          <w:rFonts w:ascii="Consolas" w:hAnsi="Consolas"/>
          <w:color w:val="1E293B"/>
          <w:sz w:val="19"/>
        </w:rPr>
        <w:t>Given a string of lowercase English letters, rearrange the characters to form a new string representing the next immediate sequence in lexicographical (alphabetical) order. If the given string is already last in lexicographical order among all possible arrangements, return the arrangement that's first in lexicographical order.Example 1:ExampleCopyInput: s = 'abcd'</w:t>
        <w:br/>
        <w:t>Output: 'abdc'</w:t>
        <w:br/>
        <w:t>Explanation: "abdc" is the next sequence in lexicographical order after rearranging "abcd".Example 2:ExampleCopyInput: s = 'dcba'</w:t>
        <w:br/>
        <w:t>Output: 'abcd'</w:t>
        <w:br/>
        <w:t>Explanation: Since "dcba" is the last sequence in lexicographical order, we return the first sequence: "abcd".Constraints:</w:t>
        <w:br/>
        <w:t>The string contains at least one character.</w:t>
        <w:br/>
      </w:r>
    </w:p>
    <w:p>
      <w:pPr>
        <w:pStyle w:val="Heading2"/>
        <w:spacing w:before="320" w:after="120"/>
      </w:pPr>
      <w:r>
        <w:t>Intuition</w:t>
      </w:r>
    </w:p>
    <w:p>
      <w:pPr>
        <w:spacing w:after="160" w:line="276" w:lineRule="auto"/>
      </w:pPr>
      <w:r>
        <w:t>Before devising a solution, let’s first make sure we understand what the next lexicographical sequence of a string is.</w:t>
      </w:r>
    </w:p>
    <w:p>
      <w:pPr>
        <w:spacing w:after="160" w:line="276" w:lineRule="auto"/>
      </w:pPr>
      <w:r>
        <w:t>An important detail is that a string’s next lexicographical sequence is lexicographicallylargerthan the original string. Consider the string “abc” and all its permutations in a lexicographically ordered sequence:</w:t>
      </w:r>
    </w:p>
    <w:p>
      <w:pPr>
        <w:spacing w:after="160" w:line="276" w:lineRule="auto"/>
      </w:pPr>
      <w:r>
        <w:t>We can see the increasing order of the strings in the sequence when we translate each letter to its position in the alphabet:</w:t>
      </w:r>
    </w:p>
    <w:p>
      <w:pPr>
        <w:spacing w:after="160" w:line="276" w:lineRule="auto"/>
      </w:pPr>
      <w:r>
        <w:t>From this, we also notice the next string in the sequence after “abc” is “acb”, which is the first string larger than the original string:</w:t>
      </w:r>
    </w:p>
    <w:p>
      <w:pPr>
        <w:spacing w:after="160" w:line="276" w:lineRule="auto"/>
      </w:pPr>
      <w:r>
        <w:t>This gives us some indication of what we need to find. The next lexicographical string:</w:t>
      </w:r>
    </w:p>
    <w:p>
      <w:pPr>
        <w:pStyle w:val="ListNumber"/>
      </w:pPr>
      <w:r>
        <w:t>Incurs thesmallest possible lexicographical increasefrom the original string.</w:t>
      </w:r>
    </w:p>
    <w:p>
      <w:pPr>
        <w:pStyle w:val="ListNumber"/>
      </w:pPr>
      <w:r>
        <w:t>Uses the same letters as the original string.</w:t>
      </w:r>
    </w:p>
    <w:p>
      <w:pPr>
        <w:spacing w:after="160" w:line="276" w:lineRule="auto"/>
      </w:pPr>
      <w:r>
        <w:t>Identifying which characters to rearrangeSince our goal is to make the smallest possible increase, we need to somehow rearrange the characters on the right side of the string.</w:t>
      </w:r>
    </w:p>
    <w:p>
      <w:pPr>
        <w:spacing w:after="160" w:line="276" w:lineRule="auto"/>
      </w:pPr>
      <w:r>
        <w:t>To understand why, imagine trying to “increase” a string’s value. Increasing the rightmost letter causes the resulting string to be closer to the original string lexicographically than increasing the leftmost letter does:</w:t>
      </w:r>
    </w:p>
    <w:p>
      <w:pPr>
        <w:spacing w:after="160" w:line="276" w:lineRule="auto"/>
      </w:pPr>
      <w:r>
        <w:t>Therefore,we should focus on rearranging characters on the right-hand side of the string first, if possible.</w:t>
      </w:r>
    </w:p>
    <w:p>
      <w:pPr>
        <w:spacing w:after="160" w:line="276" w:lineRule="auto"/>
      </w:pPr>
      <w:r>
        <w:t>A key insight is that the last string in a lexicographical sequence (i.e., the largest permutation) will always follow anon-increasingorder. We can see this with the string “abcc”, for example, with its largest possible permutation being “ccba”:</w:t>
      </w:r>
    </w:p>
    <w:p>
      <w:pPr>
        <w:spacing w:after="160" w:line="276" w:lineRule="auto"/>
      </w:pPr>
      <w:r>
        <w:t>How does this help us? We know we need to rearrange the characters on the right of the string, but we don’t know how many to rearrange. From now on, let’s refer to the rightmost characters that should be rearranged as thesuffix.</w:t>
      </w:r>
    </w:p>
    <w:p>
      <w:pPr>
        <w:spacing w:after="160" w:line="276" w:lineRule="auto"/>
      </w:pPr>
      <w:r>
        <w:t>Take the string "abcedda" as an example. We traverse it from right to left with thegoal of finding the shortest suffix that can be rearranged to form a larger permutation.The last 4 characters form a non-increasing suffix, and cannot be rearranged to make the string larger:</w:t>
      </w:r>
    </w:p>
    <w:p>
      <w:pPr>
        <w:spacing w:after="160" w:line="276" w:lineRule="auto"/>
      </w:pPr>
      <w:r>
        <w:t>However, the next character, ‘c’, breaks the non-increasing sequence:</w:t>
      </w:r>
    </w:p>
    <w:p>
      <w:pPr>
        <w:spacing w:after="160" w:line="276" w:lineRule="auto"/>
      </w:pPr>
      <w:r>
        <w:t>Let’s call this character thepivot:</w:t>
      </w:r>
    </w:p>
    <w:p>
      <w:pPr>
        <w:spacing w:after="160" w:line="276" w:lineRule="auto"/>
      </w:pPr>
      <w:r>
        <w:t>If no pivot is found, it means the string is already the last lexicographical sequence. In this case, we need to obtain its first lexicographical permutation as the problem states. This can be done by reversing the string:</w:t>
      </w:r>
    </w:p>
    <w:p>
      <w:pPr>
        <w:spacing w:after="160" w:line="276" w:lineRule="auto"/>
      </w:pPr>
      <w:r>
        <w:t>Rearranging charactersHaving identified the shortest suffix to rearrange, the next objective is to rearrange this suffix to make thesmallest increase possible. We have to start the rearrangement at the pivot since the rest of the suffix is already arranged in its largest permutation.</w:t>
      </w:r>
    </w:p>
    <w:p>
      <w:pPr>
        <w:spacing w:after="160" w:line="276" w:lineRule="auto"/>
      </w:pPr>
      <w:r>
        <w:t>To make the character at the pivot position larger, we’d need toswap the pivot with a character larger than it on the right.</w:t>
      </w:r>
    </w:p>
    <w:p>
      <w:pPr>
        <w:spacing w:after="160" w:line="276" w:lineRule="auto"/>
      </w:pPr>
      <w:r>
        <w:t>In our example, which character should our pivot (‘c’) swap with? We want to swap it with a character larger than 'c,' but nottoomuch larger because the increase should be as small as possible. Let’s figure out how we find such a character.</w:t>
      </w:r>
    </w:p>
    <w:p>
      <w:pPr>
        <w:spacing w:after="160" w:line="276" w:lineRule="auto"/>
      </w:pPr>
      <w:r>
        <w:t>Since the substring after the pivot is lexicographically non-increasing, we can find the closest character larger than ‘c’ bytraversing this suffix from right to left and stopping at the first character larger than it.In other words, we’re finding the rightmost successor to the pivot, which is ‘d’:</w:t>
      </w:r>
    </w:p>
    <w:p>
      <w:pPr>
        <w:spacing w:after="160" w:line="276" w:lineRule="auto"/>
      </w:pPr>
      <w:r>
        <w:t>Now, we swap the pivot and the rightmost successor:</w:t>
      </w:r>
    </w:p>
    <w:p>
      <w:pPr>
        <w:spacing w:after="160" w:line="276" w:lineRule="auto"/>
      </w:pPr>
      <w:r>
        <w:t>The character at the pivot has increased, so to get the next permutation,we should make the substring after the pivot as small as possible. After the swap shown above, we see that substring “edca” is not at its smallest permutation. So, we need to minimize the permutation of this substring.</w:t>
      </w:r>
    </w:p>
    <w:p>
      <w:pPr>
        <w:spacing w:after="160" w:line="276" w:lineRule="auto"/>
      </w:pPr>
      <w:r>
        <w:t>An important observation is that after the previous swap, the substring after the pivot is still lexicographically non-increasing.</w:t>
      </w:r>
    </w:p>
    <w:p>
      <w:pPr>
        <w:spacing w:after="160" w:line="276" w:lineRule="auto"/>
      </w:pPr>
      <w:r>
        <w:t>This means we can minimize this substring’s permutation by reversing it:</w:t>
      </w:r>
    </w:p>
    <w:p>
      <w:pPr>
        <w:spacing w:after="160" w:line="276" w:lineRule="auto"/>
      </w:pPr>
      <w:r>
        <w:t>And just like that, we found the next lexicographical sequence! The two-pointer strategy used in this problem is staged traversal, where we first identify the pivot, and then identify the rightmost successor relative to it.</w:t>
      </w:r>
    </w:p>
    <w:p>
      <w:pPr>
        <w:spacing w:after="160" w:line="276" w:lineRule="auto"/>
      </w:pPr>
      <w:r>
        <w:t>Many steps are involved in identifying the next lexicographical sequence. So, here’s a summary:</w:t>
      </w:r>
    </w:p>
    <w:p>
      <w:pPr>
        <w:pStyle w:val="ListNumber"/>
      </w:pPr>
      <w:r>
        <w:t>Locate the pivot.</w:t>
      </w:r>
    </w:p>
    <w:p>
      <w:pPr>
        <w:pStyle w:val="ListBullet"/>
      </w:pPr>
      <w:r>
        <w:t>The pivot is the first character that breaks the non-increasing sequence from the right of the string.</w:t>
      </w:r>
    </w:p>
    <w:p>
      <w:pPr>
        <w:pStyle w:val="ListBullet"/>
      </w:pPr>
      <w:r>
        <w:t>If no pivot is found, the string is already at its last lexicographical sequence, and the result is just the reverse of the string.</w:t>
      </w:r>
    </w:p>
    <w:p>
      <w:pPr>
        <w:pStyle w:val="ListNumber"/>
      </w:pPr>
      <w:r>
        <w:t>Find the rightmost successor to the pivot.</w:t>
      </w:r>
    </w:p>
    <w:p>
      <w:pPr>
        <w:pStyle w:val="ListNumber"/>
      </w:pPr>
      <w:r>
        <w:t>Swap the rightmost successor with the pivot to increase the lexicographical order of the suffix.</w:t>
      </w:r>
    </w:p>
    <w:p>
      <w:pPr>
        <w:pStyle w:val="ListNumber"/>
      </w:pPr>
      <w:r>
        <w:t>Reverse the suffix after the pivot to minimize its permutation.</w:t>
      </w:r>
    </w:p>
    <w:p>
      <w:pPr>
        <w:pStyle w:val="Heading2"/>
        <w:spacing w:before="320" w:after="120"/>
      </w:pPr>
      <w:r>
        <w:t>Implementation</w:t>
      </w:r>
    </w:p>
    <w:p>
      <w:pPr>
        <w:spacing w:before="160" w:after="160"/>
        <w:ind w:left="360"/>
      </w:pPr>
      <w:r>
        <w:rPr>
          <w:rFonts w:ascii="Consolas" w:hAnsi="Consolas"/>
          <w:color w:val="1E293B"/>
          <w:sz w:val="19"/>
        </w:rPr>
        <w:t>PythonJavaScriptJavaCopydef next_lexicographical_sequence(s: str) -&gt; str:</w:t>
        <w:br/>
        <w:t xml:space="preserve">    letters = list(s)</w:t>
        <w:br/>
        <w:t xml:space="preserve">    # Locate the pivot, which is the first character from the right that breaks</w:t>
        <w:br/>
        <w:t xml:space="preserve">    # non-increasing order. Start searching from the second-to-last position.</w:t>
        <w:br/>
        <w:t xml:space="preserve">    pivot = len(letters) - 2</w:t>
        <w:br/>
        <w:t xml:space="preserve">    while pivot &gt;= 0 and letters[pivot] &gt;= letters[pivot + 1]:</w:t>
        <w:br/>
        <w:t xml:space="preserve">        pivot -= 1</w:t>
        <w:br/>
        <w:t xml:space="preserve">    # If pivot is not found, the string is already in its largest permutation. In</w:t>
        <w:br/>
        <w:t xml:space="preserve">    # this case, reverse the string to obtain the smallest permutation.</w:t>
        <w:br/>
        <w:t xml:space="preserve">    if pivot == -1:</w:t>
        <w:br/>
        <w:t xml:space="preserve">        return ''.join(reversed(letters))</w:t>
        <w:br/>
        <w:t xml:space="preserve">    # Find the rightmost successor to the pivot.</w:t>
        <w:br/>
        <w:t xml:space="preserve">    rightmost_successor = len(letters) - 1</w:t>
        <w:br/>
        <w:t xml:space="preserve">    while letters[rightmost_successor] &lt;= letters[pivot]:</w:t>
        <w:br/>
        <w:t xml:space="preserve">        rightmost_successor -= 1</w:t>
        <w:br/>
        <w:t xml:space="preserve">    # Swap the rightmost successor with the pivot to increase the lexicographical</w:t>
        <w:br/>
        <w:t xml:space="preserve">    # order of the suffix.</w:t>
        <w:br/>
        <w:t xml:space="preserve">    letters[pivot], letters[rightmost_successor] = (letters[rightmost_successor], letters[pivot])</w:t>
        <w:br/>
        <w:t xml:space="preserve">    # Reverse the suffix after the pivot to minimize its permutation.</w:t>
        <w:br/>
        <w:t xml:space="preserve">    letters[pivot + 1:] = reversed(letters[pivot + 1:])</w:t>
        <w:br/>
        <w:t xml:space="preserve">    return ''.join(letters)function nextLexicographicalSequence(s) {</w:t>
        <w:br/>
        <w:t xml:space="preserve">    const letters = s.split('');</w:t>
        <w:br/>
        <w:t xml:space="preserve">    // Locate the pivot, which is the first character from the right that breaks</w:t>
        <w:br/>
        <w:t xml:space="preserve">    // non-increasing order. Start searching from the second-to-last position.</w:t>
        <w:br/>
        <w:t xml:space="preserve">    let pivot = letters.length - 2;</w:t>
        <w:br/>
        <w:t xml:space="preserve">    while (pivot &gt;= 0 &amp;&amp; letters[pivot] &gt;= letters[pivot + 1]) {</w:t>
        <w:br/>
        <w:t xml:space="preserve">        pivot--;</w:t>
        <w:br/>
        <w:t xml:space="preserve">    }</w:t>
        <w:br/>
        <w:t xml:space="preserve">    // If pivot is not found, the string is already in its largest permutation. In</w:t>
        <w:br/>
        <w:t xml:space="preserve">    // this case, reverse the string to obtain the smallest permutation.</w:t>
        <w:br/>
        <w:t xml:space="preserve">    if (pivot === -1) {</w:t>
        <w:br/>
        <w:t xml:space="preserve">        return letters.reverse().join('');</w:t>
        <w:br/>
        <w:t xml:space="preserve">    }</w:t>
        <w:br/>
        <w:t xml:space="preserve">    // Find the rightmost successor to the pivot.</w:t>
        <w:br/>
        <w:t xml:space="preserve">    let rightmostSuccessor = letters.length - 1;</w:t>
        <w:br/>
        <w:t xml:space="preserve">    while (letters[rightmostSuccessor] &lt;= letters[pivot]) {</w:t>
        <w:br/>
        <w:t xml:space="preserve">        rightmostSuccessor--;</w:t>
        <w:br/>
        <w:t xml:space="preserve">    }</w:t>
        <w:br/>
        <w:t xml:space="preserve">    // Swap the rightmost successor with the pivot to increase the lexicographical</w:t>
        <w:br/>
        <w:t xml:space="preserve">    // order of the suffix.</w:t>
        <w:br/>
        <w:t xml:space="preserve">    [letters[pivot], letters[rightmostSuccessor]] = [letters[rightmostSuccessor], letters[pivot]];</w:t>
        <w:br/>
        <w:t xml:space="preserve">    // Reverse the suffix after the pivot to minimize its permutation.</w:t>
        <w:br/>
        <w:t xml:space="preserve">    let left = pivot + 1, right = letters.length - 1;</w:t>
        <w:br/>
        <w:t xml:space="preserve">    while (left &lt; right) {</w:t>
        <w:br/>
        <w:t xml:space="preserve">        [letters[left], letters[right]] = [letters[right], letters[left]];</w:t>
        <w:br/>
        <w:t xml:space="preserve">        left++;</w:t>
        <w:br/>
        <w:t xml:space="preserve">        right--;</w:t>
        <w:br/>
        <w:t xml:space="preserve">    }</w:t>
        <w:br/>
        <w:t xml:space="preserve">    return letters.join('');</w:t>
        <w:br/>
        <w:t>}public String nextLexicographicalSequence(String s) {</w:t>
        <w:br/>
        <w:t xml:space="preserve">    char[] letters = s.toCharArray();</w:t>
        <w:br/>
        <w:t xml:space="preserve">    // Locate the pivot, which is the first character from the right that breaks</w:t>
        <w:br/>
        <w:t xml:space="preserve">    // non-increasing order. Start searching from the second-to-last position.</w:t>
        <w:br/>
        <w:t xml:space="preserve">    int pivot = letters.length - 2;</w:t>
        <w:br/>
        <w:t xml:space="preserve">    while (pivot &gt;= 0 &amp;&amp; letters[pivot] &gt;= letters[pivot + 1]) {</w:t>
        <w:br/>
        <w:t xml:space="preserve">        pivot--;</w:t>
        <w:br/>
        <w:t xml:space="preserve">    }</w:t>
        <w:br/>
        <w:t xml:space="preserve">    // If pivot is not found, the string is already in its largest permutation. In</w:t>
        <w:br/>
        <w:t xml:space="preserve">    // this case, reverse the string to obtain the smallest permutation.</w:t>
        <w:br/>
        <w:t xml:space="preserve">    if (pivot == -1) {</w:t>
        <w:br/>
        <w:t xml:space="preserve">        return new StringBuilder(new String(letters)).reverse().toString();</w:t>
        <w:br/>
        <w:t xml:space="preserve">    }</w:t>
        <w:br/>
        <w:t xml:space="preserve">    // Find the rightmost successor to the pivot.</w:t>
        <w:br/>
        <w:t xml:space="preserve">    int rightmostSuccessor = letters.length - 1;</w:t>
        <w:br/>
        <w:t xml:space="preserve">    while (letters[rightmostSuccessor] &lt;= letters[pivot]) {</w:t>
        <w:br/>
        <w:t xml:space="preserve">        rightmostSuccessor--;</w:t>
        <w:br/>
        <w:t xml:space="preserve">    }</w:t>
        <w:br/>
        <w:t xml:space="preserve">    // Swap the rightmost successor with the pivot to increase the lexicographical</w:t>
        <w:br/>
        <w:t xml:space="preserve">    // order of the suffix.</w:t>
        <w:br/>
        <w:t xml:space="preserve">    char temp = letters[pivot];</w:t>
        <w:br/>
        <w:t xml:space="preserve">    letters[pivot] = letters[rightmostSuccessor];</w:t>
        <w:br/>
        <w:t xml:space="preserve">    letters[rightmostSuccessor] = temp;</w:t>
        <w:br/>
        <w:t xml:space="preserve">    // Reverse the suffix after the pivot to minimize its permutation.</w:t>
        <w:br/>
        <w:t xml:space="preserve">    int left = pivot + 1, right = letters.length - 1;</w:t>
        <w:br/>
        <w:t xml:space="preserve">    while (left &lt; right) {</w:t>
        <w:br/>
        <w:t xml:space="preserve">        char t = letters[left];</w:t>
        <w:br/>
        <w:t xml:space="preserve">        letters[left] = letters[right];</w:t>
        <w:br/>
        <w:t xml:space="preserve">        letters[right] = t;</w:t>
        <w:br/>
        <w:t xml:space="preserve">        left++;</w:t>
        <w:br/>
        <w:t xml:space="preserve">        right--;</w:t>
        <w:br/>
        <w:t xml:space="preserve">    }</w:t>
        <w:br/>
        <w:t xml:space="preserve">    return new String(letters);</w:t>
        <w:br/>
        <w:t>}</w:t>
      </w:r>
    </w:p>
    <w:p>
      <w:pPr>
        <w:pStyle w:val="Heading3"/>
        <w:spacing w:before="320" w:after="120"/>
      </w:pPr>
      <w:r>
        <w:t>Complexity Analysis</w:t>
      </w:r>
    </w:p>
    <w:p>
      <w:pPr>
        <w:spacing w:after="160" w:line="276" w:lineRule="auto"/>
      </w:pPr>
      <w:r>
        <w:t>Time complexity:The time complexity ofnext_lexicographical_sequenceisO(n)O(n)O(n), wherennndenotes the length of the input string. This is because we perform a maximum of two iterations across the string: one to find the pivot and another to find the rightmost character in the suffix that’s greater in value than the pivot. We also perform one reversal, which takesO(n)O(n)O(n)time.</w:t>
      </w:r>
    </w:p>
    <w:p>
      <w:pPr>
        <w:spacing w:after="160" w:line="276" w:lineRule="auto"/>
      </w:pPr>
      <w:r>
        <w:t>Space complexity:The space complexity isO(n)O(n)O(n)due to the space taken up by the letters list. In Python, this additional space is used because strings are immutable, which necessitates storing the input string as a list.</w:t>
      </w:r>
    </w:p>
    <w:p>
      <w:pPr>
        <w:pStyle w:val="Heading3"/>
        <w:spacing w:before="320" w:after="120"/>
      </w:pPr>
      <w:r>
        <w:t>Test Cases</w:t>
      </w:r>
    </w:p>
    <w:p>
      <w:pPr>
        <w:spacing w:after="160" w:line="276" w:lineRule="auto"/>
      </w:pPr>
      <w:r>
        <w:t>In addition to the examples discussed, below are more examples to consider when testing your code.</w:t>
      </w:r>
    </w:p>
    <w:p>
      <w:pPr>
        <w:pStyle w:val="Heading2"/>
        <w:spacing w:before="320" w:after="120"/>
      </w:pPr>
      <w:r>
        <w:t>Interview Tip</w:t>
      </w:r>
    </w:p>
    <w:p>
      <w:pPr>
        <w:spacing w:after="160" w:line="276" w:lineRule="auto"/>
      </w:pPr>
      <w:r>
        <w:t>Tip: Be precise with your language. It’s crucial to be precise with your choice of words during an interview, especially for technical descriptions. For instance, in this problem, we use “non-increasing” instead of “decreasing,” as “decreasing” implies each term is strictly smaller than the previous one, which isn’t true in this case since adjacent characters can be equal.</w:t>
      </w:r>
    </w:p>
    <w:p>
      <w:r>
        <w:br w:type="page"/>
      </w:r>
    </w:p>
    <w:p>
      <w:pPr>
        <w:pStyle w:val="Heading1"/>
        <w:spacing w:before="480" w:after="280"/>
      </w:pPr>
      <w:r>
        <w:rPr>
          <w:b/>
          <w:color w:val="008A60"/>
          <w:sz w:val="28"/>
        </w:rPr>
        <w:t>Chapter 08</w:t>
        <w:br/>
      </w:r>
      <w:r>
        <w:rPr>
          <w:b/>
          <w:color w:val="0F172A"/>
          <w:sz w:val="40"/>
        </w:rPr>
        <w:t>Introduction to Hash Maps and Sets</w:t>
      </w:r>
    </w:p>
    <w:p>
      <w:pPr>
        <w:pStyle w:val="Heading2"/>
        <w:spacing w:before="320" w:after="120"/>
      </w:pPr>
      <w:r>
        <w:t>Intuition</w:t>
      </w:r>
    </w:p>
    <w:p>
      <w:pPr>
        <w:spacing w:after="160" w:line="276" w:lineRule="auto"/>
      </w:pPr>
      <w:r>
        <w:t>Picture working in a grocery store. A customer asks for the price of a fruit. If you just have a paper list of all the fruits, you would need to look through it to find the specific fruit, which can be time-consuming. However, by memorizing the list, you can know the prices of all fruits instantly, enabling you to promptly give the correct price to the customer. This is similar to how hash maps work, enabling quick access to information.</w:t>
      </w:r>
    </w:p>
    <w:p>
      <w:pPr>
        <w:spacing w:after="160" w:line="276" w:lineRule="auto"/>
      </w:pPr>
      <w:r>
        <w:t>Hash mapsA hash map – also known as a hash table or dictionary, depending on the language – is a data structure that pairs keys with values. Let's illustrate this using the example of fruits and their prices:</w:t>
      </w:r>
    </w:p>
    <w:p>
      <w:pPr>
        <w:spacing w:after="160" w:line="276" w:lineRule="auto"/>
      </w:pPr>
      <w:r>
        <w:t>Having a mental map of fruit prices is conceptually similar to being able to instantly access fruit prices using a hash map, where the fruit name is the key, and its price is the value. When we look up a price using the fruit's name as the key, the hash map will immediately return its price:</w:t>
      </w:r>
    </w:p>
    <w:p>
      <w:pPr>
        <w:spacing w:after="160" w:line="276" w:lineRule="auto"/>
      </w:pPr>
      <w:r>
        <w:t>Hash maps are incredibly efficient for lookups, insertions, and deletions, as they typically perform these operations in constant time:O(1)O(1)O(1). They are one of the most versatile, widely-used data structures in computer science, used for tasks such as counting the frequency of elements, caching data, and more.</w:t>
      </w:r>
    </w:p>
    <w:p>
      <w:pPr>
        <w:spacing w:after="160" w:line="276" w:lineRule="auto"/>
      </w:pPr>
      <w:r>
        <w:t>Properties of hash maps:</w:t>
      </w:r>
    </w:p>
    <w:p>
      <w:pPr>
        <w:pStyle w:val="ListBullet"/>
      </w:pPr>
      <w:r>
        <w:t>Data is stored in the form of key-value pairs.</w:t>
      </w:r>
    </w:p>
    <w:p>
      <w:pPr>
        <w:pStyle w:val="ListBullet"/>
      </w:pPr>
      <w:r>
        <w:t>Hash maps don't store duplicates. Every key in a hash map is unique, ensuring each value can be distinctly identified and accessed.</w:t>
      </w:r>
    </w:p>
    <w:p>
      <w:pPr>
        <w:pStyle w:val="ListBullet"/>
      </w:pPr>
      <w:r>
        <w:t>Hash maps are unordered data structures, meaning keys are not stored in any specific order.</w:t>
      </w:r>
    </w:p>
    <w:p>
      <w:pPr>
        <w:spacing w:after="160" w:line="276" w:lineRule="auto"/>
      </w:pPr>
      <w:r>
        <w:t>Time complexity breakdownBelow, n denotes the number of entries in the hash map.</w:t>
      </w:r>
    </w:p>
    <w:p>
      <w:pPr>
        <w:spacing w:after="160" w:line="276" w:lineRule="auto"/>
      </w:pPr>
      <w:r>
        <w:t>In coding interviews, we generally consider hash map operations to have a fast average time complexity ofO(1)O(1)O(1), as opposed to their worst-case complexities. This is based on the assumption that an efficient hash function minimizes collisions [HashCollision]. However, in the worst-case scenario where a poorly optimized hash function results in frequent collisions, the time complexity can deteriorate toO(n)O(n)O(n), necessitating a linear search through all entries.</w:t>
      </w:r>
    </w:p>
    <w:p>
      <w:pPr>
        <w:spacing w:after="160" w:line="276" w:lineRule="auto"/>
      </w:pPr>
      <w:r>
        <w:t>Hash setsHash sets are a simpler form of hash maps. Instead of storing key-value pairs, they store only the keys. Using the grocery store analogy, a hash set is like having a mental checklist of fruits without their prices. It's useful for quickly checking the presence or absence of an item, like checking whether a particular fruit is in stock.</w:t>
      </w:r>
    </w:p>
    <w:p>
      <w:pPr>
        <w:spacing w:after="160" w:line="276" w:lineRule="auto"/>
      </w:pPr>
      <w:r>
        <w:t>When to use hash maps or setsCommon use cases of hash maps include implementing dictionaries, counting frequencies, storing key-value pairs, and handling scenarios requiring quick lookups.</w:t>
      </w:r>
    </w:p>
    <w:p>
      <w:pPr>
        <w:spacing w:after="160" w:line="276" w:lineRule="auto"/>
      </w:pPr>
      <w:r>
        <w:t>Common use cases of hash sets include storing unique elements, marking elements as used or visited, and checking for duplicates.</w:t>
      </w:r>
    </w:p>
    <w:p>
      <w:pPr>
        <w:spacing w:after="160" w:line="276" w:lineRule="auto"/>
      </w:pPr>
      <w:r>
        <w:t>In the description of a problem, pay attention to keywords like "frequency", "unique", "map", "dictionary", or "fast lookup", because these often indicate that hash maps or sets could be useful.</w:t>
      </w:r>
    </w:p>
    <w:p>
      <w:pPr>
        <w:spacing w:after="160" w:line="276" w:lineRule="auto"/>
      </w:pPr>
      <w:r>
        <w:t>Essential concepts for mastering hash maps and setsThis chapter discusses the practical uses of hash maps and sets. For a more complete understanding of how they work and why they're so efficient, please explore topics that go beyond the scope of this chapter, such as:</w:t>
      </w:r>
    </w:p>
    <w:p>
      <w:pPr>
        <w:pStyle w:val="ListBullet"/>
      </w:pPr>
      <w:r>
        <w:t>Hash functions: explore the intricacies of how keys are mapped to specific values in a hash table[1].</w:t>
      </w:r>
    </w:p>
    <w:p>
      <w:pPr>
        <w:pStyle w:val="ListBullet"/>
      </w:pPr>
      <w:r>
        <w:t>Collision and collision-handling techniques: understand methods like chaining, or open addressing for resolving hash collisions[2].</w:t>
      </w:r>
    </w:p>
    <w:p>
      <w:pPr>
        <w:pStyle w:val="ListBullet"/>
      </w:pPr>
      <w:r>
        <w:t>Load factors and rehashing: these make it easier to understand how hash tables grow and change size[3].</w:t>
      </w:r>
    </w:p>
    <w:p>
      <w:pPr>
        <w:pStyle w:val="Heading2"/>
        <w:spacing w:before="320" w:after="120"/>
      </w:pPr>
      <w:r>
        <w:t>Real-world Example</w:t>
      </w:r>
    </w:p>
    <w:p>
      <w:pPr>
        <w:spacing w:after="160" w:line="276" w:lineRule="auto"/>
      </w:pPr>
      <w:r>
        <w:t>Web browser cache: Hash maps and sets are used everywhere in real-world systems. A classic example of hash maps in action is in caching systems within web browsers. When you visit a website, your browser stores data such as images, HTML, and CSS files in a cache so it can load much faster on future visits.</w:t>
      </w:r>
    </w:p>
    <w:p>
      <w:pPr>
        <w:pStyle w:val="Heading2"/>
        <w:spacing w:before="320" w:after="120"/>
      </w:pPr>
      <w:r>
        <w:t>Chapter Outline</w:t>
      </w:r>
    </w:p>
    <w:p>
      <w:pPr>
        <w:spacing w:after="160" w:line="276" w:lineRule="auto"/>
      </w:pPr>
      <w:r>
        <w:t>This chapter includes problems involving the most popular use cases of hash maps and sets, aiming to improve your understanding and effectiveness in utilizing them.</w:t>
      </w:r>
    </w:p>
    <w:p>
      <w:r>
        <w:br w:type="page"/>
      </w:r>
    </w:p>
    <w:p>
      <w:pPr>
        <w:pStyle w:val="Heading1"/>
        <w:spacing w:before="480" w:after="280"/>
      </w:pPr>
      <w:r>
        <w:rPr>
          <w:b/>
          <w:color w:val="008A60"/>
          <w:sz w:val="28"/>
        </w:rPr>
        <w:t>Chapter 09</w:t>
        <w:br/>
      </w:r>
      <w:r>
        <w:rPr>
          <w:b/>
          <w:color w:val="0F172A"/>
          <w:sz w:val="40"/>
        </w:rPr>
        <w:t>Pair Sum - Unsorted</w:t>
      </w:r>
    </w:p>
    <w:p>
      <w:pPr>
        <w:spacing w:before="160" w:after="160"/>
        <w:ind w:left="360"/>
      </w:pPr>
      <w:r>
        <w:rPr>
          <w:rFonts w:ascii="Consolas" w:hAnsi="Consolas"/>
          <w:color w:val="1E293B"/>
          <w:sz w:val="19"/>
        </w:rPr>
        <w:t>Given an array of integers, return the indexes of any two numbers that add up to a target. The order of the indexes in the result doesn't matter. If no pair is found, return an empty array.Example:ExampleCopyInput: nums = [-1, 3, 4, 2], target = 3</w:t>
        <w:br/>
        <w:t>Output: [0, 2]</w:t>
        <w:br/>
        <w:t>Explanation: nums[0] + nums[2] = -1 + 4 = 3Constraints:</w:t>
        <w:br/>
        <w:t>The same index cannot be used twice in the result.</w:t>
        <w:br/>
      </w:r>
    </w:p>
    <w:p>
      <w:pPr>
        <w:pStyle w:val="Heading2"/>
        <w:spacing w:before="320" w:after="120"/>
      </w:pPr>
      <w:r>
        <w:t>Intuition</w:t>
      </w:r>
    </w:p>
    <w:p>
      <w:pPr>
        <w:spacing w:after="160" w:line="276" w:lineRule="auto"/>
      </w:pPr>
      <w:r>
        <w:t>A brute force approach is to iterate through every possible pair in the array to see if their sum is equal to the target. This is the same as the brute force solution described in thePair Sum - Sortedproblem, which has a time complexity ofO(n2)O(n^2)O(n2), wherennnis the length of the array. We could also sort the array and then perform the two-pointer algorithm used inPair Sum - Sorted, which would takeO(nlog(n))O(nlog(n))O(nlog(n))time due to sorting. Let’s see if we can find an even faster solution.</w:t>
      </w:r>
    </w:p>
    <w:p>
      <w:pPr>
        <w:spacing w:after="160" w:line="276" w:lineRule="auto"/>
      </w:pPr>
      <w:r>
        <w:t>ComplementWe're asked to find a pair (x,y) such thatx + y == target. In this equation, there are two unknowns:xandy. An important observation is that if we know one of these numbers, we can easily calculate what the other number should be.</w:t>
      </w:r>
    </w:p>
    <w:p>
      <w:pPr>
        <w:spacing w:before="160" w:after="160"/>
        <w:ind w:left="360"/>
      </w:pPr>
      <w:r>
        <w:rPr>
          <w:rFonts w:ascii="Consolas" w:hAnsi="Consolas"/>
          <w:color w:val="1E293B"/>
          <w:sz w:val="19"/>
        </w:rPr>
        <w:br/>
        <w:t>For each number x in nums, we need to find another number y such that x + y = target, or in other words, y = target - x. We can call this number the complement of x.</w:t>
        <w:br/>
      </w:r>
    </w:p>
    <w:p>
      <w:pPr>
        <w:spacing w:after="160" w:line="276" w:lineRule="auto"/>
      </w:pPr>
      <w:r>
        <w:t>Keep in mind, we need to return the indexes of the pair of numbers, not the pair itself. So, we’ll need a way to find a number's complement as well as its index.</w:t>
      </w:r>
    </w:p>
    <w:p>
      <w:pPr>
        <w:spacing w:after="160" w:line="276" w:lineRule="auto"/>
      </w:pPr>
      <w:r>
        <w:t>One way we could do this is to loop through the array to find each number’s complement and corresponding index. But this takesO(n2)O(n^2)O(n2)time since we’d need to do a linear traversal to search for each number’s complement. Instead, we’d like an efficient way to determine the index of any number in the array without needing to search the array. Is there a data structure that can help with this?</w:t>
      </w:r>
    </w:p>
    <w:p>
      <w:pPr>
        <w:spacing w:after="160" w:line="276" w:lineRule="auto"/>
      </w:pPr>
      <w:r>
        <w:t>Hash mapA hash map works great because we can store and look up values inO(1)O(1)O(1)time. Each number and its index can be stored in the hash map as key-value pairs:</w:t>
      </w:r>
    </w:p>
    <w:p>
      <w:pPr>
        <w:spacing w:after="160" w:line="276" w:lineRule="auto"/>
      </w:pPr>
      <w:r>
        <w:t>This allows us to retrieve the index of any number’s complement efficiently. Notice</w:t>
        <w:br/>
        <w:t>that duplicate numbers don’t need to be considered here since only one valid pair</w:t>
        <w:br/>
        <w:t>needs to be found.</w:t>
      </w:r>
    </w:p>
    <w:p>
      <w:pPr>
        <w:spacing w:after="160" w:line="276" w:lineRule="auto"/>
      </w:pPr>
      <w:r>
        <w:t>The most intuitive way to incorporate a hash map is to:</w:t>
      </w:r>
    </w:p>
    <w:p>
      <w:pPr>
        <w:pStyle w:val="ListNumber"/>
      </w:pPr>
      <w:r>
        <w:t>In the first pass, populate the hash map with each number and its corresponding index.</w:t>
      </w:r>
    </w:p>
    <w:p>
      <w:pPr>
        <w:pStyle w:val="ListNumber"/>
      </w:pPr>
      <w:r>
        <w:t>In the second pass, scan through the array to check if each number's complement exists in the hash map. If it does, we can return the indexes of that number and its complement.</w:t>
      </w:r>
    </w:p>
    <w:p>
      <w:pPr>
        <w:spacing w:after="160" w:line="276" w:lineRule="auto"/>
      </w:pPr>
      <w:r>
        <w:t>Below is the code snippet for this two-pass approach:</w:t>
      </w:r>
    </w:p>
    <w:p>
      <w:pPr>
        <w:spacing w:before="160" w:after="160"/>
        <w:ind w:left="360"/>
      </w:pPr>
      <w:r>
        <w:rPr>
          <w:rFonts w:ascii="Consolas" w:hAnsi="Consolas"/>
          <w:color w:val="1E293B"/>
          <w:sz w:val="19"/>
        </w:rPr>
        <w:t>PythonJavaScriptJavaCopyfrom typing import List</w:t>
        <w:br/>
        <w:t xml:space="preserve">        </w:t>
        <w:br/>
        <w:t>def pair_sum_unsorted_two_pass(nums: List[int], target: int) -&gt; List[int]:</w:t>
        <w:br/>
        <w:t xml:space="preserve">    num_map = {}</w:t>
        <w:br/>
        <w:t xml:space="preserve">    # First pass: Populate the hash map with each number and its index.</w:t>
        <w:br/>
        <w:t xml:space="preserve">    for i, num in enumerate(nums):</w:t>
        <w:br/>
        <w:t xml:space="preserve">        num_map[num] = i</w:t>
        <w:br/>
        <w:t xml:space="preserve">    # Second pass: Check for each number's complement in the hash map.</w:t>
        <w:br/>
        <w:t xml:space="preserve">    for i, num in enumerate(nums):</w:t>
        <w:br/>
        <w:t xml:space="preserve">        complement = target - num</w:t>
        <w:br/>
        <w:t xml:space="preserve">        if complement in num_map and num_map[complement] != i:</w:t>
        <w:br/>
        <w:t xml:space="preserve">            return [i, num_map[complement]]</w:t>
        <w:br/>
        <w:t xml:space="preserve">    return []function pairSumUnsortedTwoPass(nums, target) {</w:t>
        <w:br/>
        <w:t xml:space="preserve">    const numMap = new Map();</w:t>
        <w:br/>
        <w:t xml:space="preserve">    // First pass: Populate the hash map with each number and its index.</w:t>
        <w:br/>
        <w:t xml:space="preserve">    for (let i = 0; i &lt; nums.length; i++) {</w:t>
        <w:br/>
        <w:t xml:space="preserve">        numMap.set(nums[i], i);</w:t>
        <w:br/>
        <w:t xml:space="preserve">    }</w:t>
        <w:br/>
        <w:t xml:space="preserve">    // Second pass: Check for each number's complement in the hash map.</w:t>
        <w:br/>
        <w:t xml:space="preserve">    for (let i = 0; i &lt; nums.length; i++) {</w:t>
        <w:br/>
        <w:t xml:space="preserve">        const complement = target - nums[i];</w:t>
        <w:br/>
        <w:t xml:space="preserve">        if (numMap.has(complement) &amp;&amp; numMap.get(complement) !== i) {</w:t>
        <w:br/>
        <w:t xml:space="preserve">            return [i, numMap.get(complement)];</w:t>
        <w:br/>
        <w:t xml:space="preserve">        }</w:t>
        <w:br/>
        <w:t xml:space="preserve">    }</w:t>
        <w:br/>
        <w:t xml:space="preserve">    return [];</w:t>
        <w:br/>
        <w:t>}public int[] pairSumUnsortedTwoPass(int[] nums, int target) {</w:t>
        <w:br/>
        <w:t xml:space="preserve">    Map&lt;Integer, Integer&gt; numMap = new HashMap&lt;&gt;();</w:t>
        <w:br/>
        <w:t xml:space="preserve">    // First pass: Populate the hash map with each number and its index.</w:t>
        <w:br/>
        <w:t xml:space="preserve">    for (int i = 0; i &lt; nums.length; i++) {</w:t>
        <w:br/>
        <w:t xml:space="preserve">        numMap.put(nums[i], i);</w:t>
        <w:br/>
        <w:t xml:space="preserve">    }</w:t>
        <w:br/>
        <w:t xml:space="preserve">    // Second pass: Check for each number's complement in the hash map.</w:t>
        <w:br/>
        <w:t xml:space="preserve">    for (int i = 0; i &lt; nums.length; i++) {</w:t>
        <w:br/>
        <w:t xml:space="preserve">        int complement = target - nums[i];</w:t>
        <w:br/>
        <w:t xml:space="preserve">        if (numMap.containsKey(complement) &amp;&amp; numMap.get(complement) != i) {</w:t>
        <w:br/>
        <w:t xml:space="preserve">            return new int[]{i, numMap.get(complement)};</w:t>
        <w:br/>
        <w:t xml:space="preserve">        }</w:t>
        <w:br/>
        <w:t xml:space="preserve">    }</w:t>
        <w:br/>
        <w:t xml:space="preserve">    return new int[]{};</w:t>
        <w:br/>
        <w:t>}</w:t>
      </w:r>
    </w:p>
    <w:p>
      <w:pPr>
        <w:spacing w:after="160" w:line="276" w:lineRule="auto"/>
      </w:pPr>
      <w:r>
        <w:t>This algorithm requires two passes. Is it possible to do this in only one? A one-pass solution implies that we would need to populate the hash map while searching for complements. Is this possible? Consider the example below:</w:t>
      </w:r>
    </w:p>
    <w:p>
      <w:pPr>
        <w:spacing w:after="160" w:line="276" w:lineRule="auto"/>
      </w:pPr>
      <w:r>
        <w:t>Start at index 0. Its complement would be 3 - (-1) = 4. Does our hash map have 4 in it? No, it's empty at the moment. So, let's add -1 and its index to the hash map:</w:t>
      </w:r>
    </w:p>
    <w:p>
      <w:pPr>
        <w:spacing w:after="160" w:line="276" w:lineRule="auto"/>
      </w:pPr>
      <w:r>
        <w:t>Next, let’s look at index 1. Its complement (0) does not exist in the hash map. So, just add 3 and its index to the hash map:</w:t>
      </w:r>
    </w:p>
    <w:p>
      <w:pPr>
        <w:spacing w:after="160" w:line="276" w:lineRule="auto"/>
      </w:pPr>
      <w:r>
        <w:t>At index 2, we notice 4's complement (-1) exists in the hash map. This means we found a pair that sums to the target:</w:t>
      </w:r>
    </w:p>
    <w:p>
      <w:pPr>
        <w:spacing w:after="160" w:line="276" w:lineRule="auto"/>
      </w:pPr>
      <w:r>
        <w:t>Now, we can return the indexes of the two values. Fetch the index of 4 from the input array and the index of its complement from the hash map:</w:t>
      </w:r>
    </w:p>
    <w:p>
      <w:pPr>
        <w:pStyle w:val="Heading2"/>
        <w:spacing w:before="320" w:after="120"/>
      </w:pPr>
      <w:r>
        <w:t>Implementation</w:t>
      </w:r>
    </w:p>
    <w:p>
      <w:pPr>
        <w:spacing w:before="160" w:after="160"/>
        <w:ind w:left="360"/>
      </w:pPr>
      <w:r>
        <w:rPr>
          <w:rFonts w:ascii="Consolas" w:hAnsi="Consolas"/>
          <w:color w:val="1E293B"/>
          <w:sz w:val="19"/>
        </w:rPr>
        <w:t>PythonJavaScriptJavaCopyfrom typing import List</w:t>
        <w:br/>
        <w:t xml:space="preserve">   </w:t>
        <w:br/>
        <w:t>def pair_sum_unsorted(nums: List[int], target: int) -&gt; List[int]:</w:t>
        <w:br/>
        <w:t xml:space="preserve">    hashmap = {}</w:t>
        <w:br/>
        <w:t xml:space="preserve">    for i, x in enumerate(nums):</w:t>
        <w:br/>
        <w:t xml:space="preserve">        if target - x in hashmap:</w:t>
        <w:br/>
        <w:t xml:space="preserve">            return [hashmap[target - x], i]</w:t>
        <w:br/>
        <w:t xml:space="preserve">        hashmap[x] = i</w:t>
        <w:br/>
        <w:t xml:space="preserve">    return []function pairSumUnsorted(nums, target) {</w:t>
        <w:br/>
        <w:t xml:space="preserve">    const hashmap = new Map();</w:t>
        <w:br/>
        <w:t xml:space="preserve">    for (let i = 0; i &lt; nums.length; i++) {</w:t>
        <w:br/>
        <w:t xml:space="preserve">        const x = nums[i];</w:t>
        <w:br/>
        <w:t xml:space="preserve">        if (hashmap.has(target - x)) {</w:t>
        <w:br/>
        <w:t xml:space="preserve">            return [hashmap.get(target - x), i];</w:t>
        <w:br/>
        <w:t xml:space="preserve">        }</w:t>
        <w:br/>
        <w:t xml:space="preserve">        hashmap.set(x, i);</w:t>
        <w:br/>
        <w:t xml:space="preserve">    }</w:t>
        <w:br/>
        <w:t xml:space="preserve">    return [];</w:t>
        <w:br/>
        <w:t>}public int[] pairSumUnsorted(int[] nums, int target) {</w:t>
        <w:br/>
        <w:t xml:space="preserve">    Map&lt;Integer, Integer&gt; hashmap = new HashMap&lt;&gt;();</w:t>
        <w:br/>
        <w:t xml:space="preserve">    for (int i = 0; i &lt; nums.length; i++) {</w:t>
        <w:br/>
        <w:t xml:space="preserve">        int x = nums[i];</w:t>
        <w:br/>
        <w:t xml:space="preserve">        if (hashmap.containsKey(target - x)) {</w:t>
        <w:br/>
        <w:t xml:space="preserve">            return new int[]{hashmap.get(target - x), i};</w:t>
        <w:br/>
        <w:t xml:space="preserve">        }</w:t>
        <w:br/>
        <w:t xml:space="preserve">        hashmap.put(x, i);</w:t>
        <w:br/>
        <w:t xml:space="preserve">    }</w:t>
        <w:br/>
        <w:t xml:space="preserve">    return new int[]{};</w:t>
        <w:br/>
        <w:t>}</w:t>
      </w:r>
    </w:p>
    <w:p>
      <w:pPr>
        <w:pStyle w:val="Heading3"/>
        <w:spacing w:before="320" w:after="120"/>
      </w:pPr>
      <w:r>
        <w:t>Complexity Analysis</w:t>
      </w:r>
    </w:p>
    <w:p>
      <w:pPr>
        <w:spacing w:after="160" w:line="276" w:lineRule="auto"/>
      </w:pPr>
      <w:r>
        <w:t>Time complexity:The time complexity ofpair_sum_unsortedisO(n)O(n)O(n)because we iterate through each element in thenumsarray once and perform constant-time hash map operations during each iteration.</w:t>
      </w:r>
    </w:p>
    <w:p>
      <w:pPr>
        <w:spacing w:after="160" w:line="276" w:lineRule="auto"/>
      </w:pPr>
      <w:r>
        <w:t>Space complexity:The space complexity isO(n)O(n)O(n)since the hash map can grow up tonnnin size.</w:t>
      </w:r>
    </w:p>
    <w:p>
      <w:pPr>
        <w:pStyle w:val="Heading2"/>
        <w:spacing w:before="320" w:after="120"/>
      </w:pPr>
      <w:r>
        <w:t>Interview Tip</w:t>
      </w:r>
    </w:p>
    <w:p>
      <w:pPr>
        <w:spacing w:after="160" w:line="276" w:lineRule="auto"/>
      </w:pPr>
      <w:r>
        <w:t>Tip: Iterate through solutions.Don’t always jump straight to the most optimal or clever solution, as this won't give the interviewer much insight into your problem-solving process. Consider multiple approaches, starting with the more straightforward ones, and gradually refine them. This way, you demonstrate your thought process and how you arrive at a more optimal solution.</w:t>
      </w:r>
    </w:p>
    <w:p>
      <w:r>
        <w:br w:type="page"/>
      </w:r>
    </w:p>
    <w:p>
      <w:pPr>
        <w:pStyle w:val="Heading1"/>
        <w:spacing w:before="480" w:after="280"/>
      </w:pPr>
      <w:r>
        <w:rPr>
          <w:b/>
          <w:color w:val="008A60"/>
          <w:sz w:val="28"/>
        </w:rPr>
        <w:t>Chapter 10</w:t>
        <w:br/>
      </w:r>
      <w:r>
        <w:rPr>
          <w:b/>
          <w:color w:val="0F172A"/>
          <w:sz w:val="40"/>
        </w:rPr>
        <w:t>Verify Sudoku Board</w:t>
      </w:r>
    </w:p>
    <w:p>
      <w:pPr>
        <w:spacing w:before="160" w:after="160"/>
        <w:ind w:left="360"/>
      </w:pPr>
      <w:r>
        <w:rPr>
          <w:rFonts w:ascii="Consolas" w:hAnsi="Consolas"/>
          <w:color w:val="1E293B"/>
          <w:sz w:val="19"/>
        </w:rPr>
        <w:t>Given a partially completed 9×9 Sudoku board, determine if the current state of the board adheres to the rules of the game:</w:t>
        <w:br/>
        <w:br/>
        <w:t>Each row and column must contain unique numbers between 1 and 9, or be empty (represented as 0).</w:t>
        <w:br/>
        <w:br/>
        <w:br/>
        <w:t>Each of the nine 3×3 subgrids that compose the grid must contain unique numbers between 1 and 9, or be empty.</w:t>
        <w:br/>
        <w:br/>
        <w:t>Note: You are asked to determine whether the current state of the board is valid given these rules, not whether the board is solvable.Example:ExampleCopyOutput: False</w:t>
        <w:br/>
        <w:t>Constraints:</w:t>
        <w:br/>
        <w:t>Assume each integer on the board falls in the range of [0, 9].</w:t>
        <w:br/>
      </w:r>
    </w:p>
    <w:p>
      <w:pPr>
        <w:pStyle w:val="Heading2"/>
        <w:spacing w:before="320" w:after="120"/>
      </w:pPr>
      <w:r>
        <w:t>Intuition</w:t>
      </w:r>
    </w:p>
    <w:p>
      <w:pPr>
        <w:spacing w:after="160" w:line="276" w:lineRule="auto"/>
      </w:pPr>
      <w:r>
        <w:t>Our primary objective is to check every row, column, and each of the nine 3x3 subgrids, for any duplicate numbers. Let's first discuss the mechanism for finding duplicate elements, then look into how we can apply this to rows, columns, and subgrids.</w:t>
      </w:r>
    </w:p>
    <w:p>
      <w:pPr>
        <w:spacing w:after="160" w:line="276" w:lineRule="auto"/>
      </w:pPr>
      <w:r>
        <w:t>Checking for duplicatesLet’s start by figuring out how to check for duplicates on a single row of the board:</w:t>
      </w:r>
    </w:p>
    <w:p>
      <w:pPr>
        <w:spacing w:after="160" w:line="276" w:lineRule="auto"/>
      </w:pPr>
      <w:r>
        <w:t>A naive way to do this is to take each number in the row and search the row to see if that number appears again. Performing a linear search for each number would result in a time complexity ofO(n2)O(n^2)O(n2)to check all numbers in one row, which is quite time consuming.</w:t>
      </w:r>
    </w:p>
    <w:p>
      <w:pPr>
        <w:spacing w:after="160" w:line="276" w:lineRule="auto"/>
      </w:pPr>
      <w:r>
        <w:t>We can use ahash setto improve the time complexity. By using a hash set, we can keep track of which numbers were previously visited as we iterate through the row. When we encounter a new number, we can check if it's already in the set inO(1)O(1)O(1)time. If it is, then it's a duplicate:</w:t>
      </w:r>
    </w:p>
    <w:p>
      <w:pPr>
        <w:spacing w:after="160" w:line="276" w:lineRule="auto"/>
      </w:pPr>
      <w:r>
        <w:t>If we had a hash set for each of the 9 rows, we could keep track of duplicates in each row separately. We can do this for columns and subgrids as well, with one hash set for each column, and one hash set for each subgrid. The challenge here is determining which hash sets correspond to each cell's row, column, and subgrid, so we know which hash sets to reference:</w:t>
      </w:r>
    </w:p>
    <w:p>
      <w:pPr>
        <w:spacing w:after="160" w:line="276" w:lineRule="auto"/>
      </w:pPr>
      <w:r>
        <w:t>So, let’s discuss how we can identify a cell’s row, column, or subgrid.</w:t>
      </w:r>
    </w:p>
    <w:p>
      <w:pPr>
        <w:spacing w:after="160" w:line="276" w:lineRule="auto"/>
      </w:pPr>
      <w:r>
        <w:t>Identifying rows and columnsIdentifying rows is straightforward because each row has an index. The same applies to columns. Therefore, we can create an array of 9 hash sets for each row, allowing us to access a row's hash set directly by its index. Similarly, we can set up an array of hash sets for each column.</w:t>
      </w:r>
    </w:p>
    <w:p>
      <w:pPr>
        <w:spacing w:after="160" w:line="276" w:lineRule="auto"/>
      </w:pPr>
      <w:r>
        <w:t>Identifying subgridsSubgrids pose an interesting challenge because we can’t immediately identify which subgrid a cell belongs to, unlike the straightforward index-based identification for rows and columns.</w:t>
      </w:r>
    </w:p>
    <w:p>
      <w:pPr>
        <w:spacing w:after="160" w:line="276" w:lineRule="auto"/>
      </w:pPr>
      <w:r>
        <w:t>That said, as with rows and columns, there are still only 9 subgrids. If we visualize the subgrids, we can see them displayed in a 3x3 grid:</w:t>
      </w:r>
    </w:p>
    <w:p>
      <w:pPr>
        <w:spacing w:after="160" w:line="276" w:lineRule="auto"/>
      </w:pPr>
      <w:r>
        <w:t>What we'd like is a way to index each of these subgrids as if indexing a 3x3 matrix. To do this, we require a method to convert the indexes ranging from 0 to 8 to the corresponding adjusted indexes from 0 to 2, as illustrated below:</w:t>
      </w:r>
    </w:p>
    <w:p>
      <w:pPr>
        <w:spacing w:after="160" w:line="276" w:lineRule="auto"/>
      </w:pPr>
      <w:r>
        <w:t>Since we got theseadjusted indexesfrom shrinking a 9x9 grid to a 3x3 grid – which is effectively dividing the number of rows and columns by 3 – we can get the new subgrid row and column indexes by dividing by 3 (using integer division), as well:</w:t>
      </w:r>
    </w:p>
    <w:p>
      <w:pPr>
        <w:spacing w:after="160" w:line="276" w:lineRule="auto"/>
      </w:pPr>
      <w:r>
        <w:t>With these modified indexes, we can organize nine hash sets within a 3x3 table, one for each subgrid. Each cell in this table represents the corresponding subgrid in the above 3x3 representation. So, we can access the hash set of a subgrid at any cell by using our adjusted indexes (i.e.,subgrid_sets[r // 3][c // 3]) (the//operator performs integer division).</w:t>
      </w:r>
    </w:p>
    <w:p>
      <w:pPr>
        <w:spacing w:after="160" w:line="276" w:lineRule="auto"/>
      </w:pPr>
      <w:r>
        <w:t>One-pass Sudoku verificationWe now have everything needed for a one-pass solution. We can start by initializing hash sets, 9 for each row, 9 for each column, and 9 for each subgrid, using a 3x3 array.</w:t>
      </w:r>
    </w:p>
    <w:p>
      <w:pPr>
        <w:spacing w:after="160" w:line="276" w:lineRule="auto"/>
      </w:pPr>
      <w:r>
        <w:t>As we iterate through each cell in the grid, we check if a previously encountered number already exists in the current row, column, or subgrid, by querying the appropriate hash sets:</w:t>
      </w:r>
    </w:p>
    <w:p>
      <w:pPr>
        <w:pStyle w:val="ListBullet"/>
      </w:pPr>
      <w:r>
        <w:t>If the number is in any of these hash sets, return false.</w:t>
      </w:r>
    </w:p>
    <w:p>
      <w:pPr>
        <w:pStyle w:val="ListBullet"/>
      </w:pPr>
      <w:r>
        <w:t>Otherwise, add it to the corresponding row, column, and subgrid hash sets.</w:t>
      </w:r>
    </w:p>
    <w:p>
      <w:pPr>
        <w:spacing w:after="160" w:line="276" w:lineRule="auto"/>
      </w:pPr>
      <w:r>
        <w:t>This process helps us keep track of numbers in each row, column, and subgrid. If we successfully iterate through the board without encountering any duplicates, it indicates the Sudoku board is valid. Therefore, we can return true.</w:t>
      </w:r>
    </w:p>
    <w:p>
      <w:pPr>
        <w:pStyle w:val="Heading2"/>
        <w:spacing w:before="320" w:after="120"/>
      </w:pPr>
      <w:r>
        <w:t>Implementation</w:t>
      </w:r>
    </w:p>
    <w:p>
      <w:pPr>
        <w:spacing w:before="160" w:after="160"/>
        <w:ind w:left="360"/>
      </w:pPr>
      <w:r>
        <w:rPr>
          <w:rFonts w:ascii="Consolas" w:hAnsi="Consolas"/>
          <w:color w:val="1E293B"/>
          <w:sz w:val="19"/>
        </w:rPr>
        <w:t>PythonJavaScriptJavaCopyfrom typing import List</w:t>
        <w:br/>
        <w:t xml:space="preserve">  </w:t>
        <w:br/>
        <w:t>def verify_sudoku_board(board: List[List[int]]) -&gt; bool:</w:t>
        <w:br/>
        <w:t xml:space="preserve">    # Create hash sets for each row, column, and subgrid to keep track of numbers</w:t>
        <w:br/>
        <w:t xml:space="preserve">    # previously seen on any given row, column, or subgrid.</w:t>
        <w:br/>
        <w:t xml:space="preserve">    row_sets = [set() for _ in range(9)]</w:t>
        <w:br/>
        <w:t xml:space="preserve">    column_sets = [set() for _ in range(9)]</w:t>
        <w:br/>
        <w:t xml:space="preserve">    subgrid_sets = [[set() for _ in range(3)] for _ in range(3)]</w:t>
        <w:br/>
        <w:t xml:space="preserve">    for r in range(9):</w:t>
        <w:br/>
        <w:t xml:space="preserve">        for c in range(9):</w:t>
        <w:br/>
        <w:t xml:space="preserve">            num = board[r][c]</w:t>
        <w:br/>
        <w:t xml:space="preserve">            if num == 0:</w:t>
        <w:br/>
        <w:t xml:space="preserve">                continue</w:t>
        <w:br/>
        <w:t xml:space="preserve">            # Check if 'num' has been seen in the current row, column, or subgrid.</w:t>
        <w:br/>
        <w:t xml:space="preserve">            if num in row_sets[r]:</w:t>
        <w:br/>
        <w:t xml:space="preserve">                return False</w:t>
        <w:br/>
        <w:t xml:space="preserve">            if num in column_sets[c]:</w:t>
        <w:br/>
        <w:t xml:space="preserve">                return False</w:t>
        <w:br/>
        <w:t xml:space="preserve">            if num in subgrid_sets[r // 3][c // 3]:</w:t>
        <w:br/>
        <w:t xml:space="preserve">                return False</w:t>
        <w:br/>
        <w:t xml:space="preserve">            # If we passed the above checks, mark this value as seen by adding it to</w:t>
        <w:br/>
        <w:t xml:space="preserve">            # its corresponding hash sets.</w:t>
        <w:br/>
        <w:t xml:space="preserve">            row_sets[r].add(num)</w:t>
        <w:br/>
        <w:t xml:space="preserve">            column_sets[c].add(num)</w:t>
        <w:br/>
        <w:t xml:space="preserve">            subgrid_sets[r // 3][c // 3].add(num)</w:t>
        <w:br/>
        <w:t xml:space="preserve">    return Truefunction verifySudokuBoard(board) {</w:t>
        <w:br/>
        <w:t xml:space="preserve">    // Create hash sets for each row, column, and subgrid to keep track of numbers</w:t>
        <w:br/>
        <w:t xml:space="preserve">    // previously seen on any given row, column, or subgrid.</w:t>
        <w:br/>
        <w:t xml:space="preserve">    const rowSets = Array.from({ length: 9 }, () =&gt; new Set());</w:t>
        <w:br/>
        <w:t xml:space="preserve">    const columnSets = Array.from({ length: 9 }, () =&gt; new Set());</w:t>
        <w:br/>
        <w:t xml:space="preserve">    const subgridSets = Array.from({ length: 3 }, () =&gt; Array.from({ length: 3 }, () =&gt; new Set()));</w:t>
        <w:br/>
        <w:t xml:space="preserve">    for (let r = 0; r &lt; 9; r++) {</w:t>
        <w:br/>
        <w:t xml:space="preserve">        for (let c = 0; c &lt; 9; c++) {</w:t>
        <w:br/>
        <w:t xml:space="preserve">            const num = board[r][c];</w:t>
        <w:br/>
        <w:t xml:space="preserve">            if (num === 0) {</w:t>
        <w:br/>
        <w:t xml:space="preserve">                continue;</w:t>
        <w:br/>
        <w:t xml:space="preserve">            }</w:t>
        <w:br/>
        <w:t xml:space="preserve">            // Check if 'num' has been seen in the current row, column, or subgrid.</w:t>
        <w:br/>
        <w:t xml:space="preserve">            if (rowSets[r].has(num)) {</w:t>
        <w:br/>
        <w:t xml:space="preserve">                return false;</w:t>
        <w:br/>
        <w:t xml:space="preserve">            }</w:t>
        <w:br/>
        <w:t xml:space="preserve">            if (columnSets[c].has(num)) {</w:t>
        <w:br/>
        <w:t xml:space="preserve">                return false;</w:t>
        <w:br/>
        <w:t xml:space="preserve">            }</w:t>
        <w:br/>
        <w:t xml:space="preserve">            if (subgridSets[Math.floor(r / 3)][Math.floor(c / 3)].has(num)) {</w:t>
        <w:br/>
        <w:t xml:space="preserve">                return false;</w:t>
        <w:br/>
        <w:t xml:space="preserve">            }</w:t>
        <w:br/>
        <w:t xml:space="preserve">            // If we passed the above checks, mark this value as seen by adding it to</w:t>
        <w:br/>
        <w:t xml:space="preserve">            // its corresponding hash sets.</w:t>
        <w:br/>
        <w:t xml:space="preserve">            rowSets[r].add(num);</w:t>
        <w:br/>
        <w:t xml:space="preserve">            columnSets[c].add(num);</w:t>
        <w:br/>
        <w:t xml:space="preserve">            subgridSets[Math.floor(r / 3)][Math.floor(c / 3)].add(num);</w:t>
        <w:br/>
        <w:t xml:space="preserve">        }</w:t>
        <w:br/>
        <w:t xml:space="preserve">    }</w:t>
        <w:br/>
        <w:t xml:space="preserve">    return true;</w:t>
        <w:br/>
        <w:t>}public boolean verifySudokuBoard(int[][] board) {</w:t>
        <w:br/>
        <w:t xml:space="preserve">    // Create hash sets for each row, column, and subgrid to keep track of numbers</w:t>
        <w:br/>
        <w:t xml:space="preserve">    // previously seen on any given row, column, or subgrid.</w:t>
        <w:br/>
        <w:t xml:space="preserve">    List&lt;Set&lt;Integer&gt;&gt; rowSets = new ArrayList&lt;&gt;();</w:t>
        <w:br/>
        <w:t xml:space="preserve">    List&lt;Set&lt;Integer&gt;&gt; columnSets = new ArrayList&lt;&gt;();</w:t>
        <w:br/>
        <w:t xml:space="preserve">    List&lt;List&lt;Set&lt;Integer&gt;&gt;&gt; subgridSets = new ArrayList&lt;&gt;();</w:t>
        <w:br/>
        <w:t xml:space="preserve">    for (int i = 0; i &lt; 9; i++) {</w:t>
        <w:br/>
        <w:t xml:space="preserve">        rowSets.add(new HashSet&lt;&gt;());</w:t>
        <w:br/>
        <w:t xml:space="preserve">        columnSets.add(new HashSet&lt;&gt;());</w:t>
        <w:br/>
        <w:t xml:space="preserve">    }</w:t>
        <w:br/>
        <w:t xml:space="preserve">    for (int i = 0; i &lt; 3; i++) {</w:t>
        <w:br/>
        <w:t xml:space="preserve">        List&lt;Set&lt;Integer&gt;&gt; row = new ArrayList&lt;&gt;();</w:t>
        <w:br/>
        <w:t xml:space="preserve">        for (int j = 0; j &lt; 3; j++) {</w:t>
        <w:br/>
        <w:t xml:space="preserve">            row.add(new HashSet&lt;&gt;());</w:t>
        <w:br/>
        <w:t xml:space="preserve">        }</w:t>
        <w:br/>
        <w:t xml:space="preserve">        subgridSets.add(row);</w:t>
        <w:br/>
        <w:t xml:space="preserve">    }</w:t>
        <w:br/>
        <w:t xml:space="preserve">    for (int r = 0; r &lt; 9; r++) {</w:t>
        <w:br/>
        <w:t xml:space="preserve">        for (int c = 0; c &lt; 9; c++) {</w:t>
        <w:br/>
        <w:t xml:space="preserve">            int num = board[r][c];</w:t>
        <w:br/>
        <w:t xml:space="preserve">            if (num == 0) {</w:t>
        <w:br/>
        <w:t xml:space="preserve">                continue;</w:t>
        <w:br/>
        <w:t xml:space="preserve">            }</w:t>
        <w:br/>
        <w:t xml:space="preserve">            // Check if 'num' has been seen in the current row, column, or subgrid.</w:t>
        <w:br/>
        <w:t xml:space="preserve">            if (rowSets.get(r).contains(num)) {</w:t>
        <w:br/>
        <w:t xml:space="preserve">                return false;</w:t>
        <w:br/>
        <w:t xml:space="preserve">            }</w:t>
        <w:br/>
        <w:t xml:space="preserve">            if (columnSets.get(c).contains(num)) {</w:t>
        <w:br/>
        <w:t xml:space="preserve">                return false;</w:t>
        <w:br/>
        <w:t xml:space="preserve">            }</w:t>
        <w:br/>
        <w:t xml:space="preserve">            if (subgridSets.get(r / 3).get(c / 3).contains(num)) {</w:t>
        <w:br/>
        <w:t xml:space="preserve">                return false;</w:t>
        <w:br/>
        <w:t xml:space="preserve">            }</w:t>
        <w:br/>
        <w:t xml:space="preserve">            // If we passed the above checks, mark this value as seen by adding it to</w:t>
        <w:br/>
        <w:t xml:space="preserve">            // its corresponding hash sets.</w:t>
        <w:br/>
        <w:t xml:space="preserve">            rowSets.get(r).add(num);</w:t>
        <w:br/>
        <w:t xml:space="preserve">            columnSets.get(c).add(num);</w:t>
        <w:br/>
        <w:t xml:space="preserve">            subgridSets.get(r / 3).get(c / 3).add(num);</w:t>
        <w:br/>
        <w:t xml:space="preserve">        }</w:t>
        <w:br/>
        <w:t xml:space="preserve">    }</w:t>
        <w:br/>
        <w:t xml:space="preserve">    return true;</w:t>
        <w:br/>
        <w:t>}</w:t>
      </w:r>
    </w:p>
    <w:p>
      <w:pPr>
        <w:pStyle w:val="Heading3"/>
        <w:spacing w:before="320" w:after="120"/>
      </w:pPr>
      <w:r>
        <w:t>Complexity Analysis</w:t>
      </w:r>
    </w:p>
    <w:p>
      <w:pPr>
        <w:spacing w:after="160" w:line="276" w:lineRule="auto"/>
      </w:pPr>
      <w:r>
        <w:t>In this problem, the length of the board is fixed at 9, effectively reducing all approaches to a time and space complexity ofO(1)O(1)O(1). However, to better understand the efficiency of our algorithm in a broader context, let's usennnto denote the board's length, allowing us to evaluate the algorithm's performance against arbitrary board sizes.</w:t>
      </w:r>
    </w:p>
    <w:p>
      <w:pPr>
        <w:spacing w:after="160" w:line="276" w:lineRule="auto"/>
      </w:pPr>
      <w:r>
        <w:t>Time complexity:The time complexity ofverify_sudoku_boardisO(n2)O(n^2)O(n2)because we iterate through each cell in the board once, and perform constant-time hash set operations.</w:t>
      </w:r>
    </w:p>
    <w:p>
      <w:pPr>
        <w:spacing w:after="160" w:line="276" w:lineRule="auto"/>
      </w:pPr>
      <w:r>
        <w:t>Space complexity:The space complexity isO(n2)O(n^2)O(n2)due to therow_sets,column_sets, andsubgrid_setsarrays. Each array containsnnnhash sets, and each hash set is capable of growing to a size ofnnn.</w:t>
      </w:r>
    </w:p>
    <w:p>
      <w:r>
        <w:br w:type="page"/>
      </w:r>
    </w:p>
    <w:p>
      <w:pPr>
        <w:pStyle w:val="Heading1"/>
        <w:spacing w:before="480" w:after="280"/>
      </w:pPr>
      <w:r>
        <w:rPr>
          <w:b/>
          <w:color w:val="008A60"/>
          <w:sz w:val="28"/>
        </w:rPr>
        <w:t>Chapter 11</w:t>
        <w:br/>
      </w:r>
      <w:r>
        <w:rPr>
          <w:b/>
          <w:color w:val="0F172A"/>
          <w:sz w:val="40"/>
        </w:rPr>
        <w:t>Zero Striping</w:t>
      </w:r>
    </w:p>
    <w:p>
      <w:pPr>
        <w:spacing w:before="160" w:after="160"/>
        <w:ind w:left="360"/>
      </w:pPr>
      <w:r>
        <w:rPr>
          <w:rFonts w:ascii="Consolas" w:hAnsi="Consolas"/>
          <w:color w:val="1E293B"/>
          <w:sz w:val="19"/>
        </w:rPr>
        <w:t>For each zero in an m x n matrix, set its entire row and column to zero in place.</w:t>
      </w:r>
    </w:p>
    <w:p>
      <w:pPr>
        <w:pStyle w:val="Heading2"/>
        <w:spacing w:before="320" w:after="120"/>
      </w:pPr>
      <w:r>
        <w:t>Intuition - Hash Sets</w:t>
      </w:r>
    </w:p>
    <w:p>
      <w:pPr>
        <w:spacing w:after="160" w:line="276" w:lineRule="auto"/>
      </w:pPr>
      <w:r>
        <w:t>A brute-force solution involves recording the positions of all 0s initially in the matrix and, for each of these 0s, iterating over their row and column to set them to zero. However, imagine an input array that's filled with many zeros. In the worst case, iterating over every row and column for each zero will takeO(m⋅n(m+n))O(m\cdot n(m+n))O(m⋅n(m+n)), wherem⋅nm \cdot nm⋅ndenotes the number of 0s, and (m+nm+nm+n) represents the total number of cells in a row and column combined. This approach is quite inefficient, so let’s look for a better solution.</w:t>
      </w:r>
    </w:p>
    <w:p>
      <w:pPr>
        <w:spacing w:after="160" w:line="276" w:lineRule="auto"/>
      </w:pPr>
      <w:r>
        <w:t>Imagine any cell in the matrix. After the matrix is transformed, this cell will either retain its original value, or become zero. Is there a way to tell if a cell is going to become zero?</w:t>
      </w:r>
    </w:p>
    <w:p>
      <w:pPr>
        <w:spacing w:after="160" w:line="276" w:lineRule="auto"/>
      </w:pPr>
      <w:r>
        <w:t>We could search a cell’s row and column to check if they contain a zero, meaning each search would takeO(m+n)O(m+n)O(m+n)time. But it would be more efficient if we had a way to check this in constant time, and this is wherehash setswould be useful. If we create two hash sets – one to track all the rows containing a zero and another to track all the columns containing a zero – we can determine if a specific cell's row or column contains a zero inO(1)O(1)O(1)time.</w:t>
      </w:r>
    </w:p>
    <w:p>
      <w:pPr>
        <w:spacing w:after="160" w:line="276" w:lineRule="auto"/>
      </w:pPr>
      <w:r>
        <w:t>With these hash sets created, the next step is to populate them. As we iterate through the matrix, when encountering a cell containing zero, we:</w:t>
      </w:r>
    </w:p>
    <w:p>
      <w:pPr>
        <w:pStyle w:val="ListBullet"/>
      </w:pPr>
      <w:r>
        <w:t>Add its row index to the row hash set (zero_rows).</w:t>
      </w:r>
    </w:p>
    <w:p>
      <w:pPr>
        <w:pStyle w:val="ListBullet"/>
      </w:pPr>
      <w:r>
        <w:t>Add its column index to the column hash set (zero_cols).</w:t>
      </w:r>
    </w:p>
    <w:p>
      <w:pPr>
        <w:spacing w:after="160" w:line="276" w:lineRule="auto"/>
      </w:pPr>
      <w:r>
        <w:t>Next, we identify the cells whose row or column indexes are present in the respective hash sets, and change their values to zero. Let’s look at how this works with a few examples:</w:t>
      </w:r>
    </w:p>
    <w:p>
      <w:pPr>
        <w:spacing w:after="160" w:line="276" w:lineRule="auto"/>
      </w:pPr>
      <w:r>
        <w:t>This provides a general strategy:</w:t>
      </w:r>
    </w:p>
    <w:p>
      <w:pPr>
        <w:pStyle w:val="ListNumber"/>
      </w:pPr>
      <w:r>
        <w:t>In one pass of the matrix, identify each cell containing a zero and add its row and column indexes to thezero_rowsandzero_colshash sets, respectively.</w:t>
      </w:r>
    </w:p>
    <w:p>
      <w:pPr>
        <w:pStyle w:val="ListNumber"/>
      </w:pPr>
      <w:r>
        <w:t>In a second pass, set any cell to zero if its row index is inzero_rowsor its column index is inzero_cols.</w:t>
      </w:r>
    </w:p>
    <w:p>
      <w:pPr>
        <w:pStyle w:val="Heading2"/>
        <w:spacing w:before="320" w:after="120"/>
      </w:pPr>
      <w:r>
        <w:t>Implementation - Hash Sets</w:t>
      </w:r>
    </w:p>
    <w:p>
      <w:pPr>
        <w:spacing w:before="160" w:after="160"/>
        <w:ind w:left="360"/>
      </w:pPr>
      <w:r>
        <w:rPr>
          <w:rFonts w:ascii="Consolas" w:hAnsi="Consolas"/>
          <w:color w:val="1E293B"/>
          <w:sz w:val="19"/>
        </w:rPr>
        <w:t>PythonJavaScriptJavaCopyfrom typing import List</w:t>
        <w:br/>
        <w:t xml:space="preserve">    </w:t>
        <w:br/>
        <w:t>def zero_striping_hash_sets(matrix: List[List[int]]) -&gt; None:</w:t>
        <w:br/>
        <w:t xml:space="preserve">    if not matrix or not matrix[0]:</w:t>
        <w:br/>
        <w:t xml:space="preserve">        return</w:t>
        <w:br/>
        <w:t xml:space="preserve">    m, n = len(matrix), len(matrix[0])</w:t>
        <w:br/>
        <w:t xml:space="preserve">    zero_rows, zero_cols = set(), set()</w:t>
        <w:br/>
        <w:t xml:space="preserve">    # Pass 1: Traverse through the matrix to identify the rows and columns</w:t>
        <w:br/>
        <w:t xml:space="preserve">    # containing zeros and store their indexes in the appropriate hash sets.</w:t>
        <w:br/>
        <w:t xml:space="preserve">    for r in range(m):</w:t>
        <w:br/>
        <w:t xml:space="preserve">        for c in range(n):</w:t>
        <w:br/>
        <w:t xml:space="preserve">            if matrix[r][c] == 0:</w:t>
        <w:br/>
        <w:t xml:space="preserve">                zero_rows.add(r)</w:t>
        <w:br/>
        <w:t xml:space="preserve">                zero_cols.add(c)</w:t>
        <w:br/>
        <w:t xml:space="preserve">    # Pass 2: Set any cell in the matrix to zero if its row index is in 'zero_rows'</w:t>
        <w:br/>
        <w:t xml:space="preserve">    # or its column index is in 'zero_cols’.</w:t>
        <w:br/>
        <w:t xml:space="preserve">    for r in range(m):</w:t>
        <w:br/>
        <w:t xml:space="preserve">        for c in range(n):</w:t>
        <w:br/>
        <w:t xml:space="preserve">            if r in zero_rows or c in zero_cols:</w:t>
        <w:br/>
        <w:t xml:space="preserve">                matrix[r][c] = 0function zeroStripingHashSets(matrix) {</w:t>
        <w:br/>
        <w:t xml:space="preserve">    if (!matrix || matrix.length === 0 || matrix[0].length === 0) {</w:t>
        <w:br/>
        <w:t xml:space="preserve">        return;</w:t>
        <w:br/>
        <w:t xml:space="preserve">    }</w:t>
        <w:br/>
        <w:t xml:space="preserve">    const m = matrix.length, n = matrix[0].length;</w:t>
        <w:br/>
        <w:t xml:space="preserve">    const zeroRows = new Set(), zeroCols = new Set();</w:t>
        <w:br/>
        <w:t xml:space="preserve">    // Pass 1: Traverse through the matrix to identify the rows and columns</w:t>
        <w:br/>
        <w:t xml:space="preserve">    // containing zeros and store their indexes in the appropriate hash sets.</w:t>
        <w:br/>
        <w:t xml:space="preserve">    for (let r = 0; r &lt; m; r++) {</w:t>
        <w:br/>
        <w:t xml:space="preserve">        for (let c = 0; c &lt; n; c++) {</w:t>
        <w:br/>
        <w:t xml:space="preserve">            if (matrix[r][c] === 0) {</w:t>
        <w:br/>
        <w:t xml:space="preserve">                zeroRows.add(r);</w:t>
        <w:br/>
        <w:t xml:space="preserve">                zeroCols.add(c);</w:t>
        <w:br/>
        <w:t xml:space="preserve">            }</w:t>
        <w:br/>
        <w:t xml:space="preserve">        }</w:t>
        <w:br/>
        <w:t xml:space="preserve">    }</w:t>
        <w:br/>
        <w:t xml:space="preserve">    // Pass 2: Set any cell in the matrix to zero if its row index is in 'zeroRows'</w:t>
        <w:br/>
        <w:t xml:space="preserve">    // or its column index is in 'zeroCols'.</w:t>
        <w:br/>
        <w:t xml:space="preserve">    for (let r = 0; r &lt; m; r++) {</w:t>
        <w:br/>
        <w:t xml:space="preserve">        for (let c = 0; c &lt; n; c++) {</w:t>
        <w:br/>
        <w:t xml:space="preserve">            if (zeroRows.has(r) || zeroCols.has(c)) {</w:t>
        <w:br/>
        <w:t xml:space="preserve">                matrix[r][c] = 0;</w:t>
        <w:br/>
        <w:t xml:space="preserve">            }</w:t>
        <w:br/>
        <w:t xml:space="preserve">        }</w:t>
        <w:br/>
        <w:t xml:space="preserve">    }</w:t>
        <w:br/>
        <w:t>}public void zeroStripingHashSets(int[][] matrix) {</w:t>
        <w:br/>
        <w:t xml:space="preserve">    if (matrix == null || matrix.length == 0 || matrix[0].length == 0) {</w:t>
        <w:br/>
        <w:t xml:space="preserve">        return;</w:t>
        <w:br/>
        <w:t xml:space="preserve">    }</w:t>
        <w:br/>
        <w:t xml:space="preserve">    int m = matrix.length, n = matrix[0].length;</w:t>
        <w:br/>
        <w:t xml:space="preserve">    Set&lt;Integer&gt; zeroRows = new HashSet&lt;&gt;();</w:t>
        <w:br/>
        <w:t xml:space="preserve">    Set&lt;Integer&gt; zeroCols = new HashSet&lt;&gt;();</w:t>
        <w:br/>
        <w:t xml:space="preserve">    // Pass 1: Traverse through the matrix to identify the rows and columns</w:t>
        <w:br/>
        <w:t xml:space="preserve">    // containing zeros and store their indexes in the appropriate hash sets.</w:t>
        <w:br/>
        <w:t xml:space="preserve">    for (int r = 0; r &lt; m; r++) {</w:t>
        <w:br/>
        <w:t xml:space="preserve">        for (int c = 0; c &lt; n; c++) {</w:t>
        <w:br/>
        <w:t xml:space="preserve">            if (matrix[r][c] == 0) {</w:t>
        <w:br/>
        <w:t xml:space="preserve">                zeroRows.add(r);</w:t>
        <w:br/>
        <w:t xml:space="preserve">                zeroCols.add(c);</w:t>
        <w:br/>
        <w:t xml:space="preserve">            }</w:t>
        <w:br/>
        <w:t xml:space="preserve">        }</w:t>
        <w:br/>
        <w:t xml:space="preserve">    }</w:t>
        <w:br/>
        <w:t xml:space="preserve">    // Pass 2: Set any cell in the matrix to zero if its row index is in 'zeroRows'</w:t>
        <w:br/>
        <w:t xml:space="preserve">    // or its column index is in 'zeroCols'.</w:t>
        <w:br/>
        <w:t xml:space="preserve">    for (int r = 0; r &lt; m; r++) {</w:t>
        <w:br/>
        <w:t xml:space="preserve">        for (int c = 0; c &lt; n; c++) {</w:t>
        <w:br/>
        <w:t xml:space="preserve">            if (zeroRows.contains(r) || zeroCols.contains(c)) {</w:t>
        <w:br/>
        <w:t xml:space="preserve">                matrix[r][c] = 0;</w:t>
        <w:br/>
        <w:t xml:space="preserve">            }</w:t>
        <w:br/>
        <w:t xml:space="preserve">        }</w:t>
        <w:br/>
        <w:t xml:space="preserve">    }</w:t>
        <w:br/>
        <w:t>}</w:t>
      </w:r>
    </w:p>
    <w:p>
      <w:pPr>
        <w:pStyle w:val="Heading3"/>
        <w:spacing w:before="320" w:after="120"/>
      </w:pPr>
      <w:r>
        <w:t>Complexity Analysis</w:t>
      </w:r>
    </w:p>
    <w:p>
      <w:pPr>
        <w:spacing w:after="160" w:line="276" w:lineRule="auto"/>
      </w:pPr>
      <w:r>
        <w:t>Time complexity:The time complexity ofzero_striping_hash_setsisO(m⋅n)O(m\cdot n)O(m⋅n)because we perform two passes over the matrix and perform constant-time operations in each pass.</w:t>
      </w:r>
    </w:p>
    <w:p>
      <w:pPr>
        <w:spacing w:after="160" w:line="276" w:lineRule="auto"/>
      </w:pPr>
      <w:r>
        <w:t>Space complexity:The space complexity isO(m+n)O(m+n)O(m+n)due to the growth of the hash sets used to track zeros: one hash set scales with the number of rows, and the other scales with the number of columns. In the worst case, every row and column has a zero.</w:t>
      </w:r>
    </w:p>
    <w:p>
      <w:pPr>
        <w:pStyle w:val="Heading2"/>
        <w:spacing w:before="320" w:after="120"/>
      </w:pPr>
      <w:r>
        <w:t>Intuition - In-place Zero Tracking</w:t>
      </w:r>
    </w:p>
    <w:p>
      <w:pPr>
        <w:spacing w:after="160" w:line="276" w:lineRule="auto"/>
      </w:pPr>
      <w:r>
        <w:t>The previous solution was time efficient mainly due to the use of hash sets. However, this came at the cost of extra space used to store the hash set values. Is there an alternate way to keep track of which rows and columns contain a zero?</w:t>
      </w:r>
    </w:p>
    <w:p>
      <w:pPr>
        <w:spacing w:after="160" w:line="276" w:lineRule="auto"/>
      </w:pPr>
      <w:r>
        <w:t>A key observation is that if a row or column contains a zero, all the cells in that row or column will be eventually replaced by zero. Therefore, there's no need to preserve the values in these rows or columns.</w:t>
      </w:r>
    </w:p>
    <w:p>
      <w:pPr>
        <w:spacing w:after="160" w:line="276" w:lineRule="auto"/>
      </w:pPr>
      <w:r>
        <w:t>A strategy we can try is touse the first row and column (row 0 and column 0) as markers to track which rows and columns contain zeros.</w:t>
      </w:r>
    </w:p>
    <w:p>
      <w:pPr>
        <w:spacing w:after="160" w:line="276" w:lineRule="auto"/>
      </w:pPr>
      <w:r>
        <w:t>To understand how this would work, consider the example below. For rows, we can use the first column tomarkthe rows that contain a zero. Specifically, this means if any cell in a row is zero, we set the corresponding cell in the first column to zero. This zero in the first column serves as a marker to indicate the entire row should eventually be set to zeros.</w:t>
      </w:r>
    </w:p>
    <w:p>
      <w:pPr>
        <w:spacing w:after="160" w:line="276" w:lineRule="auto"/>
      </w:pPr>
      <w:r>
        <w:t>Similarly to how we marked rows, we can mark columns containing zeros using the first row:</w:t>
      </w:r>
    </w:p>
    <w:p>
      <w:pPr>
        <w:spacing w:after="160" w:line="276" w:lineRule="auto"/>
      </w:pPr>
      <w:r>
        <w:t>To set markers for the first row and first column, we can begin searching the rest of the matrix, excluding the first row and first column, for any zero-valued cells. Let’s refer to this part of the matrix as the ‘submatrix.’ When we find a zero, we set the corresponding cell in the first row and column to zero. Scanning every cell in the submatrix for zeros allows us to set markers in the first row and first column:</w:t>
      </w:r>
    </w:p>
    <w:p>
      <w:pPr>
        <w:spacing w:after="160" w:line="276" w:lineRule="auto"/>
      </w:pPr>
      <w:r>
        <w:t>Now, we should start converting cells in the submatrix to zeros based on their corresponding markers. We can assess any cell in the submatrix by checking:</w:t>
      </w:r>
    </w:p>
    <w:p>
      <w:pPr>
        <w:pStyle w:val="ListBullet"/>
      </w:pPr>
      <w:r>
        <w:t>Whether its corresponding marker in the first column is zero.</w:t>
      </w:r>
    </w:p>
    <w:p>
      <w:pPr>
        <w:pStyle w:val="ListBullet"/>
      </w:pPr>
      <w:r>
        <w:t>Whether its corresponding marker in the first row is zero.</w:t>
      </w:r>
    </w:p>
    <w:p>
      <w:pPr>
        <w:spacing w:after="160" w:line="276" w:lineRule="auto"/>
      </w:pPr>
      <w:r>
        <w:t>If either of these conditions are met, we should set that cell’s value to zero, as shown below:</w:t>
      </w:r>
    </w:p>
    <w:p>
      <w:pPr>
        <w:spacing w:after="160" w:line="276" w:lineRule="auto"/>
      </w:pPr>
      <w:r>
        <w:t>To update this submatrix, we can iterate from the second row and column and update cell values based on the logic we just mentioned:</w:t>
      </w:r>
    </w:p>
    <w:p>
      <w:pPr>
        <w:spacing w:after="160" w:line="276" w:lineRule="auto"/>
      </w:pPr>
      <w:r>
        <w:t>Handling zeros in the first row and columnAfter completing the previous step, there’s just one issue to address. What if the first row or column originally had a zero, like in the example below?</w:t>
      </w:r>
    </w:p>
    <w:p>
      <w:pPr>
        <w:spacing w:after="160" w:line="276" w:lineRule="auto"/>
      </w:pPr>
      <w:r>
        <w:t>Here, we can’t distinguish which zero in the first row was originally present, or resulted from being used as a marker. This means we won’t know if the first row should be zeroed:</w:t>
      </w:r>
    </w:p>
    <w:p>
      <w:pPr>
        <w:spacing w:after="160" w:line="276" w:lineRule="auto"/>
      </w:pPr>
      <w:r>
        <w:t>The remedy for this is toflag whether a zero exists in the first row or first columnbeforeusing them as markers.</w:t>
      </w:r>
    </w:p>
    <w:p>
      <w:pPr>
        <w:spacing w:after="160" w:line="276" w:lineRule="auto"/>
      </w:pPr>
      <w:r>
        <w:t>Once we've filled the first row and column with markers, as shown in matrix X below, and set the appropriate cell values in the submatrix to zero, as shown in matrix Y, we then evaluate the first row and column separately. The first row was initially marked as containing a zero, so we convert all cells in the first row to zero (matrix Z). The first column was not flagged for having a zero initially, so it remains unaltered at this step:</w:t>
      </w:r>
    </w:p>
    <w:p>
      <w:pPr>
        <w:spacing w:after="160" w:line="276" w:lineRule="auto"/>
      </w:pPr>
      <w:r>
        <w:t>In-place zero-marking strategyLet's summarize the above approach into the following steps:</w:t>
      </w:r>
    </w:p>
    <w:p>
      <w:pPr>
        <w:pStyle w:val="ListNumber"/>
      </w:pPr>
      <w:r>
        <w:t>Use a flag to indicate if the first row initially contains any zero.</w:t>
      </w:r>
    </w:p>
    <w:p>
      <w:pPr>
        <w:pStyle w:val="ListNumber"/>
      </w:pPr>
      <w:r>
        <w:t>Use a flag to indicate if the first column initially contains any zero.</w:t>
      </w:r>
    </w:p>
    <w:p>
      <w:pPr>
        <w:pStyle w:val="ListNumber"/>
      </w:pPr>
      <w:r>
        <w:t>Traverse the submatrix, setting zeros in the first row and column to serve as markers for rows and columns that contain zeros.</w:t>
      </w:r>
    </w:p>
    <w:p>
      <w:pPr>
        <w:pStyle w:val="ListNumber"/>
      </w:pPr>
      <w:r>
        <w:t>Apply zeros based on markers: iterate through the submatrix that starts from the second row and second column. For each cell, check if its corresponding marker in the first row or column is marked with a zero. If so, set that element to zero.</w:t>
      </w:r>
    </w:p>
    <w:p>
      <w:pPr>
        <w:pStyle w:val="ListNumber"/>
      </w:pPr>
      <w:r>
        <w:t>If the first row was initially marked as containing a zero, set all elements in the first row to zero.</w:t>
      </w:r>
    </w:p>
    <w:p>
      <w:pPr>
        <w:pStyle w:val="ListNumber"/>
      </w:pPr>
      <w:r>
        <w:t>If the first column was initially marked as having a zero, set all elements in the first column to zero.</w:t>
      </w:r>
    </w:p>
    <w:p>
      <w:pPr>
        <w:pStyle w:val="Heading2"/>
        <w:spacing w:before="320" w:after="120"/>
      </w:pPr>
      <w:r>
        <w:t>Implementation - In-place Zero Tracking</w:t>
      </w:r>
    </w:p>
    <w:p>
      <w:pPr>
        <w:spacing w:before="160" w:after="160"/>
        <w:ind w:left="360"/>
      </w:pPr>
      <w:r>
        <w:rPr>
          <w:rFonts w:ascii="Consolas" w:hAnsi="Consolas"/>
          <w:color w:val="1E293B"/>
          <w:sz w:val="19"/>
        </w:rPr>
        <w:t>PythonJavaScriptJavaCopyfrom typing import List</w:t>
        <w:br/>
        <w:t xml:space="preserve">   </w:t>
        <w:br/>
        <w:t>def zero_striping(matrix: List[List[int]]) -&gt; None:</w:t>
        <w:br/>
        <w:t xml:space="preserve">   if not matrix or not matrix[0]:</w:t>
        <w:br/>
        <w:t xml:space="preserve">       return</w:t>
        <w:br/>
        <w:t xml:space="preserve">   m, n = len(matrix), len(matrix[0])</w:t>
        <w:br/>
        <w:t xml:space="preserve">   # Check if the first row initially contains a zero.</w:t>
        <w:br/>
        <w:t xml:space="preserve">   first_row_has_zero = False</w:t>
        <w:br/>
        <w:t xml:space="preserve">   for c in range(n):</w:t>
        <w:br/>
        <w:t xml:space="preserve">       if matrix[0][c] == 0:</w:t>
        <w:br/>
        <w:t xml:space="preserve">           first_row_has_zero = True</w:t>
        <w:br/>
        <w:t xml:space="preserve">           break</w:t>
        <w:br/>
        <w:t xml:space="preserve">   # Check if the first column initially contains a zero.</w:t>
        <w:br/>
        <w:t xml:space="preserve">   first_col_has_zero = False</w:t>
        <w:br/>
        <w:t xml:space="preserve">   for r in range(m):</w:t>
        <w:br/>
        <w:t xml:space="preserve">       if matrix[r][0] == 0:</w:t>
        <w:br/>
        <w:t xml:space="preserve">           first_col_has_zero = True</w:t>
        <w:br/>
        <w:t xml:space="preserve">           break</w:t>
        <w:br/>
        <w:t xml:space="preserve">   # Use the first row and column as markers. If an element in the submatrix is zero,</w:t>
        <w:br/>
        <w:t xml:space="preserve">   # mark its corresponding row and column in the first row and column as 0.</w:t>
        <w:br/>
        <w:t xml:space="preserve">   for r in range(1, m):</w:t>
        <w:br/>
        <w:t xml:space="preserve">       for c in range(1, n):</w:t>
        <w:br/>
        <w:t xml:space="preserve">           if matrix[r][c] == 0:</w:t>
        <w:br/>
        <w:t xml:space="preserve">               matrix[0][c] = 0</w:t>
        <w:br/>
        <w:t xml:space="preserve">               matrix[r][0] = 0</w:t>
        <w:br/>
        <w:t xml:space="preserve">   # Update the submatrix using the markers in the first row and column.</w:t>
        <w:br/>
        <w:t xml:space="preserve">   for r in range(1, m):</w:t>
        <w:br/>
        <w:t xml:space="preserve">       for c in range(1, n):</w:t>
        <w:br/>
        <w:t xml:space="preserve">           if matrix[0][c] == 0 or matrix[r][0] == 0:</w:t>
        <w:br/>
        <w:t xml:space="preserve">               matrix[r][c] = 0</w:t>
        <w:br/>
        <w:t xml:space="preserve">   # If the first row had a zero initially, set all elements in the first row to</w:t>
        <w:br/>
        <w:t xml:space="preserve">   # zero.</w:t>
        <w:br/>
        <w:t xml:space="preserve">   if first_row_has_zero:</w:t>
        <w:br/>
        <w:t xml:space="preserve">       for c in range(n):</w:t>
        <w:br/>
        <w:t xml:space="preserve">           matrix[0][c] = 0</w:t>
        <w:br/>
        <w:t xml:space="preserve">   # If the first column had a zero initially, set all elements in the first column</w:t>
        <w:br/>
        <w:t xml:space="preserve">   # to zero.</w:t>
        <w:br/>
        <w:t xml:space="preserve">   if first_col_has_zero:</w:t>
        <w:br/>
        <w:t xml:space="preserve">       for r in range(m):</w:t>
        <w:br/>
        <w:t xml:space="preserve">           matrix[r][0] = 0function zeroStriping(matrix) {</w:t>
        <w:br/>
        <w:t xml:space="preserve">    if (!matrix || matrix.length === 0 || matrix[0].length === 0) {</w:t>
        <w:br/>
        <w:t xml:space="preserve">        return;</w:t>
        <w:br/>
        <w:t xml:space="preserve">    }</w:t>
        <w:br/>
        <w:t xml:space="preserve">    const m = matrix.length, n = matrix[0].length;</w:t>
        <w:br/>
        <w:t xml:space="preserve">    // Check if the first row initially contains a zero.</w:t>
        <w:br/>
        <w:t xml:space="preserve">    let firstRowHasZero = false;</w:t>
        <w:br/>
        <w:t xml:space="preserve">    for (let c = 0; c &lt; n; c++) {</w:t>
        <w:br/>
        <w:t xml:space="preserve">        if (matrix[0][c] === 0) {</w:t>
        <w:br/>
        <w:t xml:space="preserve">            firstRowHasZero = true;</w:t>
        <w:br/>
        <w:t xml:space="preserve">            break;</w:t>
        <w:br/>
        <w:t xml:space="preserve">        }</w:t>
        <w:br/>
        <w:t xml:space="preserve">    }</w:t>
        <w:br/>
        <w:t xml:space="preserve">    // Check if the first column initially contains a zero.</w:t>
        <w:br/>
        <w:t xml:space="preserve">    let firstColHasZero = false;</w:t>
        <w:br/>
        <w:t xml:space="preserve">    for (let r = 0; r &lt; m; r++) {</w:t>
        <w:br/>
        <w:t xml:space="preserve">        if (matrix[r][0] === 0) {</w:t>
        <w:br/>
        <w:t xml:space="preserve">            firstColHasZero = true;</w:t>
        <w:br/>
        <w:t xml:space="preserve">            break;</w:t>
        <w:br/>
        <w:t xml:space="preserve">        }</w:t>
        <w:br/>
        <w:t xml:space="preserve">    }</w:t>
        <w:br/>
        <w:t xml:space="preserve">    // Use the first row and column as markers. If an element in the submatrix is zero,</w:t>
        <w:br/>
        <w:t xml:space="preserve">    // mark its corresponding row and column in the first row and column as 0.</w:t>
        <w:br/>
        <w:t xml:space="preserve">    for (let r = 1; r &lt; m; r++) {</w:t>
        <w:br/>
        <w:t xml:space="preserve">        for (let c = 1; c &lt; n; c++) {</w:t>
        <w:br/>
        <w:t xml:space="preserve">            if (matrix[r][c] === 0) {</w:t>
        <w:br/>
        <w:t xml:space="preserve">                matrix[0][c] = 0;</w:t>
        <w:br/>
        <w:t xml:space="preserve">                matrix[r][0] = 0;</w:t>
        <w:br/>
        <w:t xml:space="preserve">            }</w:t>
        <w:br/>
        <w:t xml:space="preserve">        }</w:t>
        <w:br/>
        <w:t xml:space="preserve">    }</w:t>
        <w:br/>
        <w:t xml:space="preserve">    // Update the submatrix using the markers in the first row and column.</w:t>
        <w:br/>
        <w:t xml:space="preserve">    for (let r = 1; r &lt; m; r++) {</w:t>
        <w:br/>
        <w:t xml:space="preserve">        for (let c = 1; c &lt; n; c++) {</w:t>
        <w:br/>
        <w:t xml:space="preserve">            if (matrix[0][c] === 0 || matrix[r][0] === 0) {</w:t>
        <w:br/>
        <w:t xml:space="preserve">                matrix[r][c] = 0;</w:t>
        <w:br/>
        <w:t xml:space="preserve">            }</w:t>
        <w:br/>
        <w:t xml:space="preserve">        }</w:t>
        <w:br/>
        <w:t xml:space="preserve">    }</w:t>
        <w:br/>
        <w:t xml:space="preserve">    // If the first row had a zero initially, set all elements in the first row to</w:t>
        <w:br/>
        <w:t xml:space="preserve">    // zero.</w:t>
        <w:br/>
        <w:t xml:space="preserve">    if (firstRowHasZero) {</w:t>
        <w:br/>
        <w:t xml:space="preserve">        for (let c = 0; c &lt; n; c++) {</w:t>
        <w:br/>
        <w:t xml:space="preserve">            matrix[0][c] = 0;</w:t>
        <w:br/>
        <w:t xml:space="preserve">        }</w:t>
        <w:br/>
        <w:t xml:space="preserve">    }</w:t>
        <w:br/>
        <w:t xml:space="preserve">    // If the first column had a zero initially, set all elements in the first column</w:t>
        <w:br/>
        <w:t xml:space="preserve">    // to zero.</w:t>
        <w:br/>
        <w:t xml:space="preserve">    if (firstColHasZero) {</w:t>
        <w:br/>
        <w:t xml:space="preserve">        for (let r = 0; r &lt; m; r++) {</w:t>
        <w:br/>
        <w:t xml:space="preserve">            matrix[r][0] = 0;</w:t>
        <w:br/>
        <w:t xml:space="preserve">        }</w:t>
        <w:br/>
        <w:t xml:space="preserve">    }</w:t>
        <w:br/>
        <w:t>}public void zeroStriping(int[][] matrix) {</w:t>
        <w:br/>
        <w:t xml:space="preserve">    if (matrix == null || matrix.length == 0 || matrix[0].length == 0) {</w:t>
        <w:br/>
        <w:t xml:space="preserve">        return;</w:t>
        <w:br/>
        <w:t xml:space="preserve">    }</w:t>
        <w:br/>
        <w:t xml:space="preserve">    int m = matrix.length, n = matrix[0].length;</w:t>
        <w:br/>
        <w:t xml:space="preserve">    // Check if the first row initially contains a zero.</w:t>
        <w:br/>
        <w:t xml:space="preserve">    boolean firstRowHasZero = false;</w:t>
        <w:br/>
        <w:t xml:space="preserve">    for (int c = 0; c &lt; n; c++) {</w:t>
        <w:br/>
        <w:t xml:space="preserve">        if (matrix[0][c] == 0) {</w:t>
        <w:br/>
        <w:t xml:space="preserve">            firstRowHasZero = true;</w:t>
        <w:br/>
        <w:t xml:space="preserve">            break;</w:t>
        <w:br/>
        <w:t xml:space="preserve">        }</w:t>
        <w:br/>
        <w:t xml:space="preserve">    }</w:t>
        <w:br/>
        <w:t xml:space="preserve">    // Check if the first column initially contains a zero.</w:t>
        <w:br/>
        <w:t xml:space="preserve">    boolean firstColHasZero = false;</w:t>
        <w:br/>
        <w:t xml:space="preserve">    for (int r = 0; r &lt; m; r++) {</w:t>
        <w:br/>
        <w:t xml:space="preserve">        if (matrix[r][0] == 0) {</w:t>
        <w:br/>
        <w:t xml:space="preserve">            firstColHasZero = true;</w:t>
        <w:br/>
        <w:t xml:space="preserve">            break;</w:t>
        <w:br/>
        <w:t xml:space="preserve">        }</w:t>
        <w:br/>
        <w:t xml:space="preserve">    }</w:t>
        <w:br/>
        <w:t xml:space="preserve">    // Use the first row and column as markers. If an element in the submatrix is zero,</w:t>
        <w:br/>
        <w:t xml:space="preserve">    // mark its corresponding row and column in the first row and column as 0.</w:t>
        <w:br/>
        <w:t xml:space="preserve">    for (int r = 1; r &lt; m; r++) {</w:t>
        <w:br/>
        <w:t xml:space="preserve">        for (int c = 1; c &lt; n; c++) {</w:t>
        <w:br/>
        <w:t xml:space="preserve">            if (matrix[r][c] == 0) {</w:t>
        <w:br/>
        <w:t xml:space="preserve">                matrix[0][c] = 0;</w:t>
        <w:br/>
        <w:t xml:space="preserve">                matrix[r][0] = 0;</w:t>
        <w:br/>
        <w:t xml:space="preserve">            }</w:t>
        <w:br/>
        <w:t xml:space="preserve">        }</w:t>
        <w:br/>
        <w:t xml:space="preserve">    }</w:t>
        <w:br/>
        <w:t xml:space="preserve">    // Update the submatrix using the markers in the first row and column.</w:t>
        <w:br/>
        <w:t xml:space="preserve">    for (int r = 1; r &lt; m; r++) {</w:t>
        <w:br/>
        <w:t xml:space="preserve">        for (int c = 1; c &lt; n; c++) {</w:t>
        <w:br/>
        <w:t xml:space="preserve">            if (matrix[0][c] == 0 || matrix[r][0] == 0) {</w:t>
        <w:br/>
        <w:t xml:space="preserve">                matrix[r][c] = 0;</w:t>
        <w:br/>
        <w:t xml:space="preserve">            }</w:t>
        <w:br/>
        <w:t xml:space="preserve">        }</w:t>
        <w:br/>
        <w:t xml:space="preserve">    }</w:t>
        <w:br/>
        <w:t xml:space="preserve">    // If the first row had a zero initially, set all elements in the first row to</w:t>
        <w:br/>
        <w:t xml:space="preserve">    // zero.</w:t>
        <w:br/>
        <w:t xml:space="preserve">    if (firstRowHasZero) {</w:t>
        <w:br/>
        <w:t xml:space="preserve">        for (int c = 0; c &lt; n; c++) {</w:t>
        <w:br/>
        <w:t xml:space="preserve">            matrix[0][c] = 0;</w:t>
        <w:br/>
        <w:t xml:space="preserve">        }</w:t>
        <w:br/>
        <w:t xml:space="preserve">    }</w:t>
        <w:br/>
        <w:t xml:space="preserve">    // If the first column had a zero initially, set all elements in the first column</w:t>
        <w:br/>
        <w:t xml:space="preserve">    // to zero.</w:t>
        <w:br/>
        <w:t xml:space="preserve">    if (firstColHasZero) {</w:t>
        <w:br/>
        <w:t xml:space="preserve">        for (int r = 0; r &lt; m; r++) {</w:t>
        <w:br/>
        <w:t xml:space="preserve">            matrix[r][0] = 0;</w:t>
        <w:br/>
        <w:t xml:space="preserve">        }</w:t>
        <w:br/>
        <w:t xml:space="preserve">    }</w:t>
        <w:br/>
        <w:t>}</w:t>
      </w:r>
    </w:p>
    <w:p>
      <w:pPr>
        <w:pStyle w:val="Heading3"/>
        <w:spacing w:before="320" w:after="120"/>
      </w:pPr>
      <w:r>
        <w:t>Complexity Analysis</w:t>
      </w:r>
    </w:p>
    <w:p>
      <w:pPr>
        <w:spacing w:after="160" w:line="276" w:lineRule="auto"/>
      </w:pPr>
      <w:r>
        <w:t>Time complexity:The time complexity ofzero_stripingisO(m⋅n)O(m\cdot n)O(m⋅n). Here’s why:</w:t>
      </w:r>
    </w:p>
    <w:p>
      <w:pPr>
        <w:pStyle w:val="ListBullet"/>
      </w:pPr>
      <w:r>
        <w:t>Checking the first row for zeros takesO(m)O(m)O(m)time, and checking the first column takesO(n)O(n)O(n)time.</w:t>
      </w:r>
    </w:p>
    <w:p>
      <w:pPr>
        <w:pStyle w:val="ListBullet"/>
      </w:pPr>
      <w:r>
        <w:t>Then, we perform two passes of the entire matrix, one to mark 0s and another to update the matrix based on those markers. Each pass takesO(m⋅n)O(m\cdot n)O(m⋅n)time.</w:t>
      </w:r>
    </w:p>
    <w:p>
      <w:pPr>
        <w:pStyle w:val="ListBullet"/>
      </w:pPr>
      <w:r>
        <w:t>Finally, we iterate through the first row and first column up to once each, which takesO(m)O(m)O(m)andO(n)O(n)O(n)time, respectively.</w:t>
      </w:r>
    </w:p>
    <w:p>
      <w:pPr>
        <w:spacing w:after="160" w:line="276" w:lineRule="auto"/>
      </w:pPr>
      <w:r>
        <w:t>Therefore, the overall time complexity isO(m)+O(n)+O(m⋅n)=O(m⋅n)O(m)+O(n)+O(m\cdot n)=O(m\cdot n)O(m)+O(n)+O(m⋅n)=O(m⋅n).</w:t>
      </w:r>
    </w:p>
    <w:p>
      <w:pPr>
        <w:spacing w:after="160" w:line="276" w:lineRule="auto"/>
      </w:pPr>
      <w:r>
        <w:t>Space complexity:The space complexity isO(1)O(1)O(1)because we use the first row and column as markers to track which rows and columns contain zeros, instead of using auxiliary data structures.</w:t>
      </w:r>
    </w:p>
    <w:p>
      <w:r>
        <w:br w:type="page"/>
      </w:r>
    </w:p>
    <w:p>
      <w:pPr>
        <w:pStyle w:val="Heading1"/>
        <w:spacing w:before="480" w:after="280"/>
      </w:pPr>
      <w:r>
        <w:rPr>
          <w:b/>
          <w:color w:val="008A60"/>
          <w:sz w:val="28"/>
        </w:rPr>
        <w:t>Chapter 12</w:t>
        <w:br/>
      </w:r>
      <w:r>
        <w:rPr>
          <w:b/>
          <w:color w:val="0F172A"/>
          <w:sz w:val="40"/>
        </w:rPr>
        <w:t>Longest Chain of Consecutive Numbers</w:t>
      </w:r>
    </w:p>
    <w:p>
      <w:pPr>
        <w:spacing w:before="160" w:after="160"/>
        <w:ind w:left="360"/>
      </w:pPr>
      <w:r>
        <w:rPr>
          <w:rFonts w:ascii="Consolas" w:hAnsi="Consolas"/>
          <w:color w:val="1E293B"/>
          <w:sz w:val="19"/>
        </w:rPr>
        <w:t>Find the longest chain of consecutive numbers in an array. Two numbers are consecutive if they have a difference of 1.Example:ExampleCopyInput: nums = [1, 6, 2, 5, 8, 7, 10, 3]</w:t>
        <w:br/>
        <w:t>Output: 4</w:t>
        <w:br/>
        <w:t>Explanation: The longest chain of consecutive numbers is 5, 6, 7, 8.</w:t>
      </w:r>
    </w:p>
    <w:p>
      <w:pPr>
        <w:pStyle w:val="Heading2"/>
        <w:spacing w:before="320" w:after="120"/>
      </w:pPr>
      <w:r>
        <w:t>Intuition</w:t>
      </w:r>
    </w:p>
    <w:p>
      <w:pPr>
        <w:spacing w:after="160" w:line="276" w:lineRule="auto"/>
      </w:pPr>
      <w:r>
        <w:t>A naive approach to this problem is to sort the array. When all numbers are arranged in ascending order, consecutive numbers will be placed next to each other. This allows us to iterate through the array to identify the longest sequence of consecutive numbers.</w:t>
      </w:r>
    </w:p>
    <w:p>
      <w:pPr>
        <w:spacing w:after="160" w:line="276" w:lineRule="auto"/>
      </w:pPr>
      <w:r>
        <w:t>This approach requires sorting, which takesO(nlog⁡(n))O(n\log (n))O(nlog(n))time, wherennndenotes the length of the array. Let’s see how we could do better.</w:t>
      </w:r>
    </w:p>
    <w:p>
      <w:pPr>
        <w:spacing w:after="160" w:line="276" w:lineRule="auto"/>
      </w:pPr>
      <w:r>
        <w:t>It’s important to understand that every number in the array can represent the start of some consecutive chain. One approach is to treat each number as the start of a chain and search through the array to identify the rest of its chain.</w:t>
      </w:r>
    </w:p>
    <w:p>
      <w:pPr>
        <w:spacing w:after="160" w:line="276" w:lineRule="auto"/>
      </w:pPr>
      <w:r>
        <w:t>To do this, we can leverage the fact that for any numbernum, its next consecutive number will benum + 1. This means we’ll always know which number to look for when trying to find the next number in a sequence. The code snippet for this approach is provided below:</w:t>
      </w:r>
    </w:p>
    <w:p>
      <w:pPr>
        <w:spacing w:before="160" w:after="160"/>
        <w:ind w:left="360"/>
      </w:pPr>
      <w:r>
        <w:rPr>
          <w:rFonts w:ascii="Consolas" w:hAnsi="Consolas"/>
          <w:color w:val="1E293B"/>
          <w:sz w:val="19"/>
        </w:rPr>
        <w:t>PythonJavaScriptJavaCopyfrom typing import List</w:t>
        <w:br/>
        <w:t xml:space="preserve">     </w:t>
        <w:br/>
        <w:t>def longest_chain_of_consecutive_numbers_brute_force(nums: List[int]) -&gt; int:</w:t>
        <w:br/>
        <w:t xml:space="preserve">    if not nums:</w:t>
        <w:br/>
        <w:t xml:space="preserve">        return 0</w:t>
        <w:br/>
        <w:t xml:space="preserve">    longest_chain = 0</w:t>
        <w:br/>
        <w:t xml:space="preserve">    # Look for chains of consecutive numbers that start from each number.</w:t>
        <w:br/>
        <w:t xml:space="preserve">    for num in nums:</w:t>
        <w:br/>
        <w:t xml:space="preserve">        current_num = num</w:t>
        <w:br/>
        <w:t xml:space="preserve">        current_chain = 1</w:t>
        <w:br/>
        <w:t xml:space="preserve">        # Continue to find the next consecutive numbers in the chain.</w:t>
        <w:br/>
        <w:t xml:space="preserve">        while (current_num + 1) in nums:</w:t>
        <w:br/>
        <w:t xml:space="preserve">            current_num += 1</w:t>
        <w:br/>
        <w:t xml:space="preserve">            current_chain += 1</w:t>
        <w:br/>
        <w:t xml:space="preserve">        longest_chain = max(longest_chain, current_chain)</w:t>
        <w:br/>
        <w:t xml:space="preserve">    return longest_chainfunction longestChainOfConsecutiveNumbersBruteForce(nums) {</w:t>
        <w:br/>
        <w:t xml:space="preserve">    if (!nums || nums.length === 0) {</w:t>
        <w:br/>
        <w:t xml:space="preserve">        return 0;</w:t>
        <w:br/>
        <w:t xml:space="preserve">    }</w:t>
        <w:br/>
        <w:t xml:space="preserve">    let longestChain = 0;</w:t>
        <w:br/>
        <w:t xml:space="preserve">    // Look for chains of consecutive numbers that start from each number.</w:t>
        <w:br/>
        <w:t xml:space="preserve">    for (const num of nums) {</w:t>
        <w:br/>
        <w:t xml:space="preserve">        let currentNum = num;</w:t>
        <w:br/>
        <w:t xml:space="preserve">        let currentChain = 1;</w:t>
        <w:br/>
        <w:t xml:space="preserve">        // Continue to find the next consecutive numbers in the chain.</w:t>
        <w:br/>
        <w:t xml:space="preserve">        while (nums.includes(currentNum + 1)) {</w:t>
        <w:br/>
        <w:t xml:space="preserve">            currentNum += 1;</w:t>
        <w:br/>
        <w:t xml:space="preserve">            currentChain += 1;</w:t>
        <w:br/>
        <w:t xml:space="preserve">        }</w:t>
        <w:br/>
        <w:t xml:space="preserve">        longestChain = Math.max(longestChain, currentChain);</w:t>
        <w:br/>
        <w:t xml:space="preserve">    }</w:t>
        <w:br/>
        <w:t xml:space="preserve">    return longestChain;</w:t>
        <w:br/>
        <w:t>}public int longestChainOfConsecutiveNumbersBruteForce(int[] nums) {</w:t>
        <w:br/>
        <w:t xml:space="preserve">    if (nums == null || nums.length == 0) {</w:t>
        <w:br/>
        <w:t xml:space="preserve">        return 0;</w:t>
        <w:br/>
        <w:t xml:space="preserve">    }</w:t>
        <w:br/>
        <w:t xml:space="preserve">    int longestChain = 0;</w:t>
        <w:br/>
        <w:t xml:space="preserve">    // Look for chains of consecutive numbers that start from each number.</w:t>
        <w:br/>
        <w:t xml:space="preserve">    for (int num : nums) {</w:t>
        <w:br/>
        <w:t xml:space="preserve">        int currentNum = num;</w:t>
        <w:br/>
        <w:t xml:space="preserve">        int currentChain = 1;</w:t>
        <w:br/>
        <w:t xml:space="preserve">        // Continue to find the next consecutive numbers in the chain.</w:t>
        <w:br/>
        <w:t xml:space="preserve">        while (contains(nums, currentNum + 1)) {</w:t>
        <w:br/>
        <w:t xml:space="preserve">            currentNum += 1;</w:t>
        <w:br/>
        <w:t xml:space="preserve">            currentChain += 1;</w:t>
        <w:br/>
        <w:t xml:space="preserve">        }</w:t>
        <w:br/>
        <w:t xml:space="preserve">        longestChain = Math.max(longestChain, currentChain);</w:t>
        <w:br/>
        <w:t xml:space="preserve">    }</w:t>
        <w:br/>
        <w:t xml:space="preserve">    return longestChain;</w:t>
        <w:br/>
        <w:t>}</w:t>
        <w:br/>
        <w:br/>
        <w:t>private boolean contains(int[] nums, int target) {</w:t>
        <w:br/>
        <w:t xml:space="preserve">    for (int x : nums) {</w:t>
        <w:br/>
        <w:t xml:space="preserve">        if (x == target) {</w:t>
        <w:br/>
        <w:t xml:space="preserve">            return true;</w:t>
        <w:br/>
        <w:t xml:space="preserve">        }</w:t>
        <w:br/>
        <w:t xml:space="preserve">    }</w:t>
        <w:br/>
        <w:t xml:space="preserve">    return false;</w:t>
        <w:br/>
        <w:t>}</w:t>
      </w:r>
    </w:p>
    <w:p>
      <w:pPr>
        <w:spacing w:after="160" w:line="276" w:lineRule="auto"/>
      </w:pPr>
      <w:r>
        <w:t>This brute force approach takesO(n3)O(n^3)O(n3)time because of the nested operations involved:</w:t>
      </w:r>
    </w:p>
    <w:p>
      <w:pPr>
        <w:pStyle w:val="ListBullet"/>
      </w:pPr>
      <w:r>
        <w:t>The outer for-loop iterates through each element, which takesO(n)O(n)O(n)time.</w:t>
      </w:r>
    </w:p>
    <w:p>
      <w:pPr>
        <w:pStyle w:val="ListBullet"/>
      </w:pPr>
      <w:r>
        <w:t>For each element, the inner while-loop can potentially run up to n iterations if there is a long consecutive sequence starting from the current number.</w:t>
      </w:r>
    </w:p>
    <w:p>
      <w:pPr>
        <w:pStyle w:val="ListBullet"/>
      </w:pPr>
      <w:r>
        <w:t>For each, while-loop iteration, anO(n)O(n)O(n)check is performed to see if the next consecutive number exists in the array.</w:t>
      </w:r>
    </w:p>
    <w:p>
      <w:pPr>
        <w:spacing w:after="160" w:line="276" w:lineRule="auto"/>
      </w:pPr>
      <w:r>
        <w:t>This is slower than the sorting approach, but we can make a couple of optimizations to improve the time complexity. Let’s discuss these.</w:t>
      </w:r>
    </w:p>
    <w:p>
      <w:pPr>
        <w:spacing w:after="160" w:line="276" w:lineRule="auto"/>
      </w:pPr>
      <w:r>
        <w:t>Optimization - hash setTo find the next number in a sequence, we perform a linear search through the array. However, by storing all the numbers in a hash set, we can instead query this hash set in constant time to check if a number exists.</w:t>
      </w:r>
    </w:p>
    <w:p>
      <w:pPr>
        <w:spacing w:after="160" w:line="276" w:lineRule="auto"/>
      </w:pPr>
      <w:r>
        <w:t>This reduces the time complexity fromO(n3)O(n^3)O(n3)toO(n2)O(n^2)O(n2).</w:t>
      </w:r>
    </w:p>
    <w:p>
      <w:pPr>
        <w:spacing w:after="160" w:line="276" w:lineRule="auto"/>
      </w:pPr>
      <w:r>
        <w:t>Optimization - identifying the start of each chainIn the brute force approach, we treat each number as the start of a chain. This becomes quite expensive because we perform a linear search for every number to find the rest of its chain:</w:t>
      </w:r>
    </w:p>
    <w:p>
      <w:pPr>
        <w:spacing w:after="160" w:line="276" w:lineRule="auto"/>
      </w:pPr>
      <w:r>
        <w:t>The key observation here is that we don’t need to perform this search for every number in a chain. Instead, we only need to perform it for the smallest number in each chain since this number identifies the start of its chain:</w:t>
      </w:r>
    </w:p>
    <w:p>
      <w:pPr>
        <w:spacing w:after="160" w:line="276" w:lineRule="auto"/>
      </w:pPr>
      <w:r>
        <w:t>We can determine if a number is the smallest number in its chain bychecking the array doesn’t contain the number that precedes it (curr_num - 1). We can also use the hash set for this check.</w:t>
      </w:r>
    </w:p>
    <w:p>
      <w:pPr>
        <w:spacing w:after="160" w:line="276" w:lineRule="auto"/>
      </w:pPr>
      <w:r>
        <w:t>This reduces the time complexity fromO(n2)O(n^2)O(n2)toO(n)O(n)O(n), as now every chain is searched through only once. This is explained in more detail in the complexity analysis.</w:t>
      </w:r>
    </w:p>
    <w:p>
      <w:pPr>
        <w:pStyle w:val="Heading2"/>
        <w:spacing w:before="320" w:after="120"/>
      </w:pPr>
      <w:r>
        <w:t>Implementation</w:t>
      </w:r>
    </w:p>
    <w:p>
      <w:pPr>
        <w:spacing w:before="160" w:after="160"/>
        <w:ind w:left="360"/>
      </w:pPr>
      <w:r>
        <w:rPr>
          <w:rFonts w:ascii="Consolas" w:hAnsi="Consolas"/>
          <w:color w:val="1E293B"/>
          <w:sz w:val="19"/>
        </w:rPr>
        <w:t>PythonJavaScriptJavaCopyfrom typing import List</w:t>
        <w:br/>
        <w:t xml:space="preserve">        </w:t>
        <w:br/>
        <w:t>def longest_chain_of_consecutive_numbers(nums: List[int]) -&gt; int:</w:t>
        <w:br/>
        <w:t xml:space="preserve">    if not nums:</w:t>
        <w:br/>
        <w:t xml:space="preserve">        return 0</w:t>
        <w:br/>
        <w:t xml:space="preserve">    num_set = set(nums)</w:t>
        <w:br/>
        <w:t xml:space="preserve">    longest_chain = 0</w:t>
        <w:br/>
        <w:t xml:space="preserve">    for num in num_set:</w:t>
        <w:br/>
        <w:t xml:space="preserve">        # If the current number is the smallest number in its chain, search for</w:t>
        <w:br/>
        <w:t xml:space="preserve">        # the length of its chain.</w:t>
        <w:br/>
        <w:t xml:space="preserve">        if num - 1 not in num_set:</w:t>
        <w:br/>
        <w:t xml:space="preserve">            current_num = num</w:t>
        <w:br/>
        <w:t xml:space="preserve">            current_chain = 1</w:t>
        <w:br/>
        <w:t xml:space="preserve">            # Continue to find the next consecutive numbers in the chain.</w:t>
        <w:br/>
        <w:t xml:space="preserve">            while current_num + 1 in num_set:</w:t>
        <w:br/>
        <w:t xml:space="preserve">                current_num += 1</w:t>
        <w:br/>
        <w:t xml:space="preserve">                current_chain += 1</w:t>
        <w:br/>
        <w:t xml:space="preserve">            longest_chain = max(longest_chain, current_chain)</w:t>
        <w:br/>
        <w:t xml:space="preserve">    return longest_chainfunction longestChainOfConsecutiveNumbers(nums) {</w:t>
        <w:br/>
        <w:t xml:space="preserve">    if (!nums || nums.length === 0) {</w:t>
        <w:br/>
        <w:t xml:space="preserve">        return 0;</w:t>
        <w:br/>
        <w:t xml:space="preserve">    }</w:t>
        <w:br/>
        <w:t xml:space="preserve">    const numSet = new Set(nums);</w:t>
        <w:br/>
        <w:t xml:space="preserve">    let longestChain = 0;</w:t>
        <w:br/>
        <w:t xml:space="preserve">    for (const num of numSet) {</w:t>
        <w:br/>
        <w:t xml:space="preserve">        // If the current number is the smallest number in its chain, search for</w:t>
        <w:br/>
        <w:t xml:space="preserve">        // the length of its chain.</w:t>
        <w:br/>
        <w:t xml:space="preserve">        if (!numSet.has(num - 1)) {</w:t>
        <w:br/>
        <w:t xml:space="preserve">            let currentNum = num;</w:t>
        <w:br/>
        <w:t xml:space="preserve">            let currentChain = 1;</w:t>
        <w:br/>
        <w:t xml:space="preserve">            // Continue to find the next consecutive numbers in the chain.</w:t>
        <w:br/>
        <w:t xml:space="preserve">            while (numSet.has(currentNum + 1)) {</w:t>
        <w:br/>
        <w:t xml:space="preserve">                currentNum += 1;</w:t>
        <w:br/>
        <w:t xml:space="preserve">                currentChain += 1;</w:t>
        <w:br/>
        <w:t xml:space="preserve">            }</w:t>
        <w:br/>
        <w:t xml:space="preserve">            longestChain = Math.max(longestChain, currentChain);</w:t>
        <w:br/>
        <w:t xml:space="preserve">        }</w:t>
        <w:br/>
        <w:t xml:space="preserve">    }</w:t>
        <w:br/>
        <w:t xml:space="preserve">    return longestChain;</w:t>
        <w:br/>
        <w:t>}public int longestChainOfConsecutiveNumbers(int[] nums) {</w:t>
        <w:br/>
        <w:t xml:space="preserve">    if (nums == null || nums.length == 0) {</w:t>
        <w:br/>
        <w:t xml:space="preserve">        return 0;</w:t>
        <w:br/>
        <w:t xml:space="preserve">    }</w:t>
        <w:br/>
        <w:t xml:space="preserve">    Set&lt;Integer&gt; numSet = new HashSet&lt;&gt;();</w:t>
        <w:br/>
        <w:t xml:space="preserve">    for (int num : nums) {</w:t>
        <w:br/>
        <w:t xml:space="preserve">        numSet.add(num);</w:t>
        <w:br/>
        <w:t xml:space="preserve">    }</w:t>
        <w:br/>
        <w:t xml:space="preserve">    int longestChain = 0;</w:t>
        <w:br/>
        <w:t xml:space="preserve">    for (int num : numSet) {</w:t>
        <w:br/>
        <w:t xml:space="preserve">        // If the current number is the smallest number in its chain, search for</w:t>
        <w:br/>
        <w:t xml:space="preserve">        // the length of its chain.</w:t>
        <w:br/>
        <w:t xml:space="preserve">        if (!numSet.contains(num - 1)) {</w:t>
        <w:br/>
        <w:t xml:space="preserve">            int currentNum = num;</w:t>
        <w:br/>
        <w:t xml:space="preserve">            int currentChain = 1;</w:t>
        <w:br/>
        <w:t xml:space="preserve">            // Continue to find the next consecutive numbers in the chain.</w:t>
        <w:br/>
        <w:t xml:space="preserve">            while (numSet.contains(currentNum + 1)) {</w:t>
        <w:br/>
        <w:t xml:space="preserve">                currentNum += 1;</w:t>
        <w:br/>
        <w:t xml:space="preserve">                currentChain += 1;</w:t>
        <w:br/>
        <w:t xml:space="preserve">            }</w:t>
        <w:br/>
        <w:t xml:space="preserve">            longestChain = Math.max(longestChain, currentChain);</w:t>
        <w:br/>
        <w:t xml:space="preserve">        }</w:t>
        <w:br/>
        <w:t xml:space="preserve">    }</w:t>
        <w:br/>
        <w:t xml:space="preserve">    return longestChain;</w:t>
        <w:br/>
        <w:t>}</w:t>
      </w:r>
    </w:p>
    <w:p>
      <w:pPr>
        <w:pStyle w:val="Heading3"/>
        <w:spacing w:before="320" w:after="120"/>
      </w:pPr>
      <w:r>
        <w:t>Complexity Analysis</w:t>
      </w:r>
    </w:p>
    <w:p>
      <w:pPr>
        <w:spacing w:after="160" w:line="276" w:lineRule="auto"/>
      </w:pPr>
      <w:r>
        <w:t>Time complexity:The time complexity oflongest_chain_of_consecutive_numbersisO(n)O(n)O(n)because, although there are two loops, the inner loop is only executed when the current number is the start of a chain. This ensures that each chain is iterated through only once in the inner while-loop. Thus, the total number of iterations for both loops combined isO(n)O(n)O(n): the outer for-loop runsnnntimes, and the inner while-loop runs a total ofnnntimes across all iterations, resulting in a combined time complexity ofO(n+n)=O(n)O(n+n)=O(n)O(n+n)=O(n).</w:t>
      </w:r>
    </w:p>
    <w:p>
      <w:pPr>
        <w:spacing w:after="160" w:line="276" w:lineRule="auto"/>
      </w:pPr>
      <w:r>
        <w:t>Space complexity:The space complexity isO(n)O(n)O(n)since the hash set stores each unique number from the array.</w:t>
      </w:r>
    </w:p>
    <w:p>
      <w:r>
        <w:br w:type="page"/>
      </w:r>
    </w:p>
    <w:p>
      <w:pPr>
        <w:pStyle w:val="Heading1"/>
        <w:spacing w:before="480" w:after="280"/>
      </w:pPr>
      <w:r>
        <w:rPr>
          <w:b/>
          <w:color w:val="008A60"/>
          <w:sz w:val="28"/>
        </w:rPr>
        <w:t>Chapter 13</w:t>
        <w:br/>
      </w:r>
      <w:r>
        <w:rPr>
          <w:b/>
          <w:color w:val="0F172A"/>
          <w:sz w:val="40"/>
        </w:rPr>
        <w:t>Geometric Sequence Triplets</w:t>
      </w:r>
    </w:p>
    <w:p>
      <w:pPr>
        <w:spacing w:before="160" w:after="160"/>
        <w:ind w:left="360"/>
      </w:pPr>
      <w:r>
        <w:rPr>
          <w:rFonts w:ascii="Consolas" w:hAnsi="Consolas"/>
          <w:color w:val="1E293B"/>
          <w:sz w:val="19"/>
        </w:rPr>
        <w:t>A geometric sequence triplet is a sequence of three numbers where each successive number is obtained by multiplying the preceding number by a constant called the common ratio.Let's examine three triplets to understand how this works:</w:t>
        <w:br/>
        <w:t>(1, 2, 4): This is a geometric sequence with a ratio of 2‾\underline{\text{2}}2​ (i.e., [1, 1⋅2‾\underline{\text{2}}2​ = 2, 2⋅2‾\underline{\text{2}}2​ = 4]).</w:t>
        <w:br/>
        <w:t>(5, 15, 45): This is a geometric sequence with a ratio of 3‾\underline{\text{3}}3​ (i.e., [5, 5⋅3‾\underline{\text{3}}3​ = 15, 15⋅3‾\underline{\text{3}}3​ = 45]).</w:t>
        <w:br/>
        <w:t>(2, 3, 4): Not a geometric sequence.</w:t>
        <w:br/>
        <w:t>Given an array of integers and a common ratio r, find all triplets of indexes (i, j, k) that follow a geometric sequence for i &lt; j &lt; k. It's possible to encounter duplicate triplets in the array.Example:ExampleCopyInput: nums = [2, 1, 2, 4, 8, 8], `r` = 2</w:t>
        <w:br/>
        <w:t>Output: 5</w:t>
        <w:br/>
        <w:t>Explanation:</w:t>
        <w:br/>
        <w:t>Triplet [2, 4, 8] occurs at indexes (0, 3, 4), (0, 3, 5), (2, 3, 4), (2, 3, 5).</w:t>
        <w:br/>
        <w:t>Triplet [1, 2, 4] occurs at indexes (1, 2, 3).</w:t>
        <w:br/>
      </w:r>
    </w:p>
    <w:p>
      <w:pPr>
        <w:pStyle w:val="Heading2"/>
        <w:spacing w:before="320" w:after="120"/>
      </w:pPr>
      <w:r>
        <w:t>Intuition</w:t>
      </w:r>
    </w:p>
    <w:p>
      <w:pPr>
        <w:spacing w:after="160" w:line="276" w:lineRule="auto"/>
      </w:pPr>
      <w:r>
        <w:t>For a triplet to form a geometric sequence, it has to adhere to two main rules:</w:t>
      </w:r>
    </w:p>
    <w:p>
      <w:pPr>
        <w:pStyle w:val="ListNumber"/>
      </w:pPr>
      <w:r>
        <w:t>It consists of three values that follow a geometric sequence with a common ratior.</w:t>
      </w:r>
    </w:p>
    <w:p>
      <w:pPr>
        <w:pStyle w:val="ListNumber"/>
      </w:pPr>
      <w:r>
        <w:t>The three values forming the triplet must appear in the same order within the array as they do in the geometric sequence. This means for a geometric triplet (nums[i],nums[j],nums[k]), the indexes must follow the orderi &lt; j &lt; k.</w:t>
      </w:r>
    </w:p>
    <w:p>
      <w:pPr>
        <w:spacing w:after="160" w:line="276" w:lineRule="auto"/>
      </w:pPr>
      <w:r>
        <w:t>How can we represent a geometric sequence so that it follows rule 1? Let’s say the first number isx. The second number is the first number multiplied byr(i.e.,x⋅r), and the third is the second number multiplied byr(i.e.,x⋅r⋅r = x⋅r^2). So, a triplet in a geometric sequence can be represented as (x,x⋅r,x⋅r^2).</w:t>
      </w:r>
    </w:p>
    <w:p>
      <w:pPr>
        <w:spacing w:after="160" w:line="276" w:lineRule="auto"/>
      </w:pPr>
      <w:r>
        <w:t>A brute force approach is to iterate over every possible triplet in the array and check if any of these triplets follow a geometric progression. However, it would take three nested for-loops to search through all the triplets, resulting in a time complexity ofO(n3)O(n^3)O(n3), wherennndenotes the length of the input array. Can we do better?</w:t>
      </w:r>
    </w:p>
    <w:p>
      <w:pPr>
        <w:spacing w:after="160" w:line="276" w:lineRule="auto"/>
      </w:pPr>
      <w:r>
        <w:t>This is because all three values are related by the common ratior. So, for any numberxin the array, we just need to find the valuesx⋅randx⋅r^2to form a geometric triplet (x,x⋅r,x⋅r^2). However, we could run into issues when using this triplet representation. While it’s clear the valuesx⋅randx⋅r^2must be positioned to the right of x, we have to be careful since the order of these values matters: we don’t want to accidentally identify a triplet such as (x,x⋅r^2,x⋅r), which is invalid:</w:t>
      </w:r>
    </w:p>
    <w:p>
      <w:pPr>
        <w:spacing w:after="160" w:line="276" w:lineRule="auto"/>
      </w:pPr>
      <w:r>
        <w:t>We can work around this issue by using the(x/r,x,x⋅r)triplet representation, which allows us to always maintain order by looking forx/rto the left ofxandx⋅rto the right:</w:t>
      </w:r>
    </w:p>
    <w:p>
      <w:pPr>
        <w:spacing w:after="160" w:line="276" w:lineRule="auto"/>
      </w:pPr>
      <w:r>
        <w:t>One way we can find thex/randx⋅rvalues is by linearly searching through the left and right subarrays. This linear search would need to be done for each number in the array, resulting in anO(n2)O(n^2)O(n2)time complexity. While this is an improvement from the brute force solution, it would be great if we had a way to find those values faster.</w:t>
      </w:r>
    </w:p>
    <w:p>
      <w:pPr>
        <w:spacing w:after="160" w:line="276" w:lineRule="auto"/>
      </w:pPr>
      <w:r>
        <w:t>Hash mapsA hash map would be a great way to solve this problem, as it allows us to query specific values in constant time.</w:t>
      </w:r>
    </w:p>
    <w:p>
      <w:pPr>
        <w:spacing w:after="160" w:line="276" w:lineRule="auto"/>
      </w:pPr>
      <w:r>
        <w:t>What we would need are two hash maps:</w:t>
      </w:r>
    </w:p>
    <w:p>
      <w:pPr>
        <w:pStyle w:val="ListBullet"/>
      </w:pPr>
      <w:r>
        <w:t>A hash map that contains numbers to the left of eachx(left_map).</w:t>
      </w:r>
    </w:p>
    <w:p>
      <w:pPr>
        <w:pStyle w:val="ListBullet"/>
      </w:pPr>
      <w:r>
        <w:t>A hash map that contains numbers to the right of eachx(right_map).</w:t>
      </w:r>
    </w:p>
    <w:p>
      <w:pPr>
        <w:spacing w:after="160" w:line="276" w:lineRule="auto"/>
      </w:pPr>
      <w:r>
        <w:t>Hash maps allow us to query for bothx/rin the left hash map and query forx⋅rin the right hash map in constant time on average. Note that a hash map would be preferred over a hash set because hash maps can also store the frequency of each value it stores. This is crucial since the array might contain duplicates, and we need to know the frequency of each value to accurately identify all possible triplets.</w:t>
      </w:r>
    </w:p>
    <w:p>
      <w:pPr>
        <w:spacing w:after="160" w:line="276" w:lineRule="auto"/>
      </w:pPr>
      <w:r>
        <w:t>Finding all (x/r, x, x⋅r) tripletsOur goal is to find all triplets that follow a geometric sequence, representing each number in the array as the middle (x) number of a triplet.</w:t>
      </w:r>
    </w:p>
    <w:p>
      <w:pPr>
        <w:spacing w:after="160" w:line="276" w:lineRule="auto"/>
      </w:pPr>
      <w:r>
        <w:t>Before we find a triplet’sx/rvalue, we need tocheck ifxis divisible by r. If it’s not, it’s impossible to form a triplet from the current value ofx. Otherwise, we can proceed to look for the triplet.</w:t>
      </w:r>
    </w:p>
    <w:p>
      <w:pPr>
        <w:spacing w:after="160" w:line="276" w:lineRule="auto"/>
      </w:pPr>
      <w:r>
        <w:t>For any element x, there could be multiple instances ofx/rinleft_mapand multiple instances ofx⋅rinright_map, implying that multiple triplets can be formed usingxas the middle value. So, to get the total number of triplets that can be formed withxin the middle,multiply the frequencies ofx⋅randx/r:</w:t>
      </w:r>
    </w:p>
    <w:p>
      <w:pPr>
        <w:spacing w:after="160" w:line="276" w:lineRule="auto"/>
      </w:pPr>
      <w:r>
        <w:t>This overall methodology can be summarized in the following steps:</w:t>
      </w:r>
    </w:p>
    <w:p>
      <w:pPr>
        <w:spacing w:after="160" w:line="276" w:lineRule="auto"/>
      </w:pPr>
      <w:r>
        <w:t>Note that if eitherx/rorx⋅rare not found in their hash maps, their frequency is 0 by default.</w:t>
      </w:r>
    </w:p>
    <w:p>
      <w:pPr>
        <w:spacing w:after="160" w:line="276" w:lineRule="auto"/>
      </w:pPr>
      <w:r>
        <w:t>Let’s implement this strategy using the example below:</w:t>
      </w:r>
    </w:p>
    <w:p>
      <w:pPr>
        <w:spacing w:after="160" w:line="276" w:lineRule="auto"/>
      </w:pPr>
      <w:r>
        <w:t>To ensure the hash maps always contain the correct values, we’d need to incorporate a dynamic strategy that involves updating the hash maps as we go because the values in both hash maps will be different depending on the position ofxin the array.</w:t>
      </w:r>
    </w:p>
    <w:p>
      <w:pPr>
        <w:spacing w:after="160" w:line="276" w:lineRule="auto"/>
      </w:pPr>
      <w:r>
        <w:t>Since we're traversing the array from left to right, we shouldinitially fill the right hash map with all values in the array. This is because, before the start of the iteration, every element is a potential candidate forx⋅r. Meanwhile, the left hash map is initially empty because there are no preceding elements to consider as potentialx/rvalues:</w:t>
      </w:r>
    </w:p>
    <w:p>
      <w:pPr>
        <w:spacing w:after="160" w:line="276" w:lineRule="auto"/>
      </w:pPr>
      <w:r>
        <w:t>Now let’s look for triplets. Start by representing the first value as the middle value (x) of a triplet.</w:t>
      </w:r>
    </w:p>
    <w:p>
      <w:pPr>
        <w:spacing w:after="160" w:line="276" w:lineRule="auto"/>
      </w:pPr>
      <w:r>
        <w:t>First, let’supdateright_map. We should remove the current value (2) fromright_mapsince this 2 is not to the right of itself. There are two 2’s inright_map, so let’s reduce its frequency to 1:</w:t>
      </w:r>
    </w:p>
    <w:p>
      <w:pPr>
        <w:spacing w:after="160" w:line="276" w:lineRule="auto"/>
      </w:pPr>
      <w:r>
        <w:t>Next,check ifx/ris an integer.In this case, it is, so let’sfind the number of triplets withxas the middle numberby multiplying the frequencies ofx/randx⋅r, which we can get from the respective hash maps. Sinceleft_mapdoesn’t containx/rat this point, its frequency is 0:</w:t>
      </w:r>
    </w:p>
    <w:p>
      <w:pPr>
        <w:spacing w:after="160" w:line="276" w:lineRule="auto"/>
      </w:pPr>
      <w:r>
        <w:t>Before moving on to the next value, let’sadd the current number to theleft_mapbecause it now becomes a potentialx/rvalue for future triplets in the array:</w:t>
      </w:r>
    </w:p>
    <w:p>
      <w:pPr>
        <w:spacing w:after="160" w:line="276" w:lineRule="auto"/>
      </w:pPr>
      <w:r>
        <w:t>Repeating this process for the rest of the array allows us to find all geometric triplets with a ratio ofr. To clarify, the hash maps in the upcoming diagrams represent their state at the current position ofxin the array. This means thatleft_mapincludes values to the left of the currentx, and theright_mapincludes values to the right of it.</w:t>
      </w:r>
    </w:p>
    <w:p>
      <w:pPr>
        <w:pStyle w:val="Heading2"/>
        <w:spacing w:before="320" w:after="120"/>
      </w:pPr>
      <w:r>
        <w:t>Implementation</w:t>
      </w:r>
    </w:p>
    <w:p>
      <w:pPr>
        <w:spacing w:before="160" w:after="160"/>
        <w:ind w:left="360"/>
      </w:pPr>
      <w:r>
        <w:rPr>
          <w:rFonts w:ascii="Consolas" w:hAnsi="Consolas"/>
          <w:color w:val="1E293B"/>
          <w:sz w:val="19"/>
        </w:rPr>
        <w:t>PythonJavaScriptJavaCopyfrom typing import List</w:t>
        <w:br/>
        <w:t>from collections import defaultdict</w:t>
        <w:br/>
        <w:t xml:space="preserve">    </w:t>
        <w:br/>
        <w:t>def geometric_sequence_triplets(nums: List[int], r: int) -&gt; int:</w:t>
        <w:br/>
        <w:t xml:space="preserve">    # Use 'defaultdict' to ensure the default value of 0 is returned when</w:t>
        <w:br/>
        <w:t xml:space="preserve">    # accessing a key that doesn’t exist in the hash map. This effectively sets</w:t>
        <w:br/>
        <w:t xml:space="preserve">    # the default frequency of all elements to 0.</w:t>
        <w:br/>
        <w:t xml:space="preserve">    left_map = defaultdict(int)</w:t>
        <w:br/>
        <w:t xml:space="preserve">    right_map = defaultdict(int)</w:t>
        <w:br/>
        <w:t xml:space="preserve">    count = 0</w:t>
        <w:br/>
        <w:t xml:space="preserve">    # Populate 'right_map' with the frequency of each element in the array.</w:t>
        <w:br/>
        <w:t xml:space="preserve">    for x in nums:</w:t>
        <w:br/>
        <w:t xml:space="preserve">        right_map[x] += 1</w:t>
        <w:br/>
        <w:t xml:space="preserve">    # Search for geometric triplets that have x as the center.</w:t>
        <w:br/>
        <w:t xml:space="preserve">    for x in nums:</w:t>
        <w:br/>
        <w:t xml:space="preserve">        # Decrement the frequency of x in 'right_map' since x is now being</w:t>
        <w:br/>
        <w:t xml:space="preserve">        # processed and is no longer to the right.</w:t>
        <w:br/>
        <w:t xml:space="preserve">        right_map[x] -= 1</w:t>
        <w:br/>
        <w:t xml:space="preserve">        if x % r == 0:</w:t>
        <w:br/>
        <w:t xml:space="preserve">            count += left_map[x // r] * right_map[x * r]</w:t>
        <w:br/>
        <w:t xml:space="preserve">        # Increment the frequency of x in 'left_map' since it'll be a part of the</w:t>
        <w:br/>
        <w:t xml:space="preserve">        # left side of the array once we iterate to the next value of `x`.</w:t>
        <w:br/>
        <w:t xml:space="preserve">        left_map[x] += 1</w:t>
        <w:br/>
        <w:t xml:space="preserve">    return countfunction geometricSequenceTriplets(nums, r) {</w:t>
        <w:br/>
        <w:t xml:space="preserve">    // Use 'defaultdict' to ensure the default value of 0 is returned when</w:t>
        <w:br/>
        <w:t xml:space="preserve">    // accessing a key that doesn’t exist in the hash map. This effectively sets</w:t>
        <w:br/>
        <w:t xml:space="preserve">    // the default frequency of all elements to 0.</w:t>
        <w:br/>
        <w:t xml:space="preserve">    const leftMap = new Map();</w:t>
        <w:br/>
        <w:t xml:space="preserve">    const rightMap = new Map();</w:t>
        <w:br/>
        <w:t xml:space="preserve">    let count = 0;</w:t>
        <w:br/>
        <w:t xml:space="preserve">    // Populate 'rightMap' with the frequency of each element in the array.</w:t>
        <w:br/>
        <w:t xml:space="preserve">    for (const x of nums) {</w:t>
        <w:br/>
        <w:t xml:space="preserve">        rightMap.set(x, (rightMap.get(x) || 0) + 1);</w:t>
        <w:br/>
        <w:t xml:space="preserve">    }</w:t>
        <w:br/>
        <w:t xml:space="preserve">    // Search for geometric triplets that have x as the center.</w:t>
        <w:br/>
        <w:t xml:space="preserve">    for (const x of nums) {</w:t>
        <w:br/>
        <w:t xml:space="preserve">        // Decrement the frequency of x in 'rightMap' since x is now being</w:t>
        <w:br/>
        <w:t xml:space="preserve">        // processed and is no longer to the right.</w:t>
        <w:br/>
        <w:t xml:space="preserve">        rightMap.set(x, rightMap.get(x) - 1);</w:t>
        <w:br/>
        <w:t xml:space="preserve">        if (x % r === 0) {</w:t>
        <w:br/>
        <w:t xml:space="preserve">            const leftCount = leftMap.get(x / r) || 0;</w:t>
        <w:br/>
        <w:t xml:space="preserve">            const rightCount = rightMap.get(x * r) || 0;</w:t>
        <w:br/>
        <w:t xml:space="preserve">            count += leftCount * rightCount;</w:t>
        <w:br/>
        <w:t xml:space="preserve">        }</w:t>
        <w:br/>
        <w:t xml:space="preserve">        // Increment the frequency of x in 'leftMap' since it'll be a part of the</w:t>
        <w:br/>
        <w:t xml:space="preserve">        // left side of the array once we iterate to the next value of `x`.</w:t>
        <w:br/>
        <w:t xml:space="preserve">        leftMap.set(x, (leftMap.get(x) || 0) + 1);</w:t>
        <w:br/>
        <w:t xml:space="preserve">    }</w:t>
        <w:br/>
        <w:t xml:space="preserve">    return count;</w:t>
        <w:br/>
        <w:t>}public long geometricSequenceTriplets(int[] nums, int r) {</w:t>
        <w:br/>
        <w:t xml:space="preserve">    // Track frequencies of elements to the left and right of the center element.</w:t>
        <w:br/>
        <w:t xml:space="preserve">    Map&lt;Long, Long&gt; leftMap = new HashMap&lt;&gt;();</w:t>
        <w:br/>
        <w:t xml:space="preserve">    Map&lt;Long, Long&gt; rightMap = new HashMap&lt;&gt;();</w:t>
        <w:br/>
        <w:t xml:space="preserve">    long count = 0;</w:t>
        <w:br/>
        <w:t xml:space="preserve">    // Populate 'rightMap' with the frequency of each element in the array.</w:t>
        <w:br/>
        <w:t xml:space="preserve">    for (int x : nums) {</w:t>
        <w:br/>
        <w:t xml:space="preserve">        rightMap.put((long) x, rightMap.getOrDefault((long) x, 0L) + 1L);</w:t>
        <w:br/>
        <w:t xml:space="preserve">    }</w:t>
        <w:br/>
        <w:t xml:space="preserve">    // Search for geometric triplets that have x as the center.</w:t>
        <w:br/>
        <w:t xml:space="preserve">    for (int x : nums) {</w:t>
        <w:br/>
        <w:t xml:space="preserve">        // Decrement the frequency of x in 'rightMap' since x is now being</w:t>
        <w:br/>
        <w:t xml:space="preserve">        // processed and is no longer to the right.</w:t>
        <w:br/>
        <w:t xml:space="preserve">        rightMap.put((long) x, rightMap.get((long) x) - 1L);</w:t>
        <w:br/>
        <w:t xml:space="preserve">        if (x % r == 0) {</w:t>
        <w:br/>
        <w:t xml:space="preserve">            long leftCount = leftMap.getOrDefault((long) x / r, 0L);</w:t>
        <w:br/>
        <w:t xml:space="preserve">            long rightCount = rightMap.getOrDefault((long) x * r, 0L);</w:t>
        <w:br/>
        <w:t xml:space="preserve">            count += leftCount * rightCount;</w:t>
        <w:br/>
        <w:t xml:space="preserve">        }</w:t>
        <w:br/>
        <w:t xml:space="preserve">        // Increment the frequency of x in 'leftMap' since it'll be a part of the</w:t>
        <w:br/>
        <w:t xml:space="preserve">        // left side of the array once we iterate to the next value of `x`.</w:t>
        <w:br/>
        <w:t xml:space="preserve">        leftMap.put((long) x, leftMap.getOrDefault((long) x, 0L) + 1L);</w:t>
        <w:br/>
        <w:t xml:space="preserve">    }</w:t>
        <w:br/>
        <w:t xml:space="preserve">    return count;</w:t>
        <w:br/>
        <w:t>}</w:t>
      </w:r>
    </w:p>
    <w:p>
      <w:pPr>
        <w:pStyle w:val="Heading3"/>
        <w:spacing w:before="320" w:after="120"/>
      </w:pPr>
    </w:p>
    <w:p>
      <w:pPr>
        <w:pStyle w:val="Heading3"/>
        <w:spacing w:before="320" w:after="120"/>
      </w:pPr>
      <w:r>
        <w:t>Complexity Analysis</w:t>
      </w:r>
    </w:p>
    <w:p>
      <w:pPr>
        <w:spacing w:after="160" w:line="276" w:lineRule="auto"/>
      </w:pPr>
      <w:r>
        <w:t>Time complexity:The time complexity ofgeometric_sequence_tripletsisO(n)O(n)O(n)because we iterate through thenumsarray and perform constant-time hash map operations at each iteration.</w:t>
      </w:r>
    </w:p>
    <w:p>
      <w:pPr>
        <w:spacing w:after="160" w:line="276" w:lineRule="auto"/>
      </w:pPr>
      <w:r>
        <w:t>Space complexity:The space complexity isO(n)O(n)O(n)because the hash maps can grow up tonnnin size.</w:t>
      </w:r>
    </w:p>
    <w:p>
      <w:r>
        <w:br w:type="page"/>
      </w:r>
    </w:p>
    <w:p>
      <w:pPr>
        <w:pStyle w:val="Heading1"/>
        <w:spacing w:before="480" w:after="280"/>
      </w:pPr>
      <w:r>
        <w:rPr>
          <w:b/>
          <w:color w:val="008A60"/>
          <w:sz w:val="28"/>
        </w:rPr>
        <w:t>Chapter 14</w:t>
        <w:br/>
      </w:r>
      <w:r>
        <w:rPr>
          <w:b/>
          <w:color w:val="0F172A"/>
          <w:sz w:val="40"/>
        </w:rPr>
        <w:t>Introduction to Linked Lists</w:t>
      </w:r>
    </w:p>
    <w:p>
      <w:pPr>
        <w:pStyle w:val="Heading2"/>
        <w:spacing w:before="320" w:after="120"/>
      </w:pPr>
      <w:r>
        <w:t>Intuition</w:t>
      </w:r>
    </w:p>
    <w:p>
      <w:pPr>
        <w:spacing w:after="160" w:line="276" w:lineRule="auto"/>
      </w:pPr>
      <w:r>
        <w:t>A linked list is a data structure consisting of a sequence of nodes, where each node is linked to the next. A node in a linked list has two main components: the data it stores (val) and a reference to the next node (next) in the sequence:</w:t>
      </w:r>
    </w:p>
    <w:p>
      <w:pPr>
        <w:spacing w:after="160" w:line="276" w:lineRule="auto"/>
      </w:pPr>
      <w:r>
        <w:t>We define a node using theListNodeclass, as below:</w:t>
      </w:r>
    </w:p>
    <w:p>
      <w:pPr>
        <w:spacing w:before="160" w:after="160"/>
        <w:ind w:left="360"/>
      </w:pPr>
      <w:r>
        <w:rPr>
          <w:rFonts w:ascii="Consolas" w:hAnsi="Consolas"/>
          <w:color w:val="1E293B"/>
          <w:sz w:val="19"/>
        </w:rPr>
        <w:t>PythonJavaScriptJavaCopyclass ListNode:</w:t>
        <w:br/>
        <w:t xml:space="preserve">   def __init__(self, val: int, next: ListNode):</w:t>
        <w:br/>
        <w:t xml:space="preserve">       self.val = val</w:t>
        <w:br/>
        <w:t xml:space="preserve">       self.next = nextclass ListNode {</w:t>
        <w:br/>
        <w:t xml:space="preserve">    constructor(val = 0, next = null) {</w:t>
        <w:br/>
        <w:t xml:space="preserve">        this.val = val;</w:t>
        <w:br/>
        <w:t xml:space="preserve">        this.next = next;</w:t>
        <w:br/>
        <w:t xml:space="preserve">    }</w:t>
        <w:br/>
        <w:t>}public class ListNode {</w:t>
        <w:br/>
        <w:t xml:space="preserve">    int val;</w:t>
        <w:br/>
        <w:t xml:space="preserve">    ListNode next;</w:t>
        <w:br/>
        <w:br/>
        <w:t xml:space="preserve">    ListNode(int val) {</w:t>
        <w:br/>
        <w:t xml:space="preserve">        this.val = val;</w:t>
        <w:br/>
        <w:t xml:space="preserve">        this.next = null;</w:t>
        <w:br/>
        <w:t xml:space="preserve">    }</w:t>
        <w:br/>
        <w:br/>
        <w:t xml:space="preserve">    ListNode(int val, ListNode next) {</w:t>
        <w:br/>
        <w:t xml:space="preserve">        this.val = val;</w:t>
        <w:br/>
        <w:t xml:space="preserve">        this.next = next;</w:t>
        <w:br/>
        <w:t xml:space="preserve">    }</w:t>
        <w:br/>
        <w:t>}</w:t>
      </w:r>
    </w:p>
    <w:p>
      <w:pPr>
        <w:spacing w:after="160" w:line="276" w:lineRule="auto"/>
      </w:pPr>
      <w:r>
        <w:t>Singly linked list</w:t>
      </w:r>
    </w:p>
    <w:p>
      <w:pPr>
        <w:spacing w:after="160" w:line="276" w:lineRule="auto"/>
      </w:pPr>
      <w:r>
        <w:t>The simplest form of a linked list is a singly linked list, where each node points to the next node in the linked list, and the last node points to nothing (null), indicating the end of the linked list. The start of the linked list is called the ‘head,’ which is generally the only node we initially have immediate access to:</w:t>
      </w:r>
    </w:p>
    <w:p>
      <w:pPr>
        <w:spacing w:after="160" w:line="276" w:lineRule="auto"/>
      </w:pPr>
      <w:r>
        <w:t>To access the other nodes in a linked list, we would need to traverse it starting at the head.</w:t>
      </w:r>
    </w:p>
    <w:p>
      <w:pPr>
        <w:spacing w:after="160" w:line="276" w:lineRule="auto"/>
      </w:pPr>
      <w:r>
        <w:t>Singly linked lists can be used to store a collection of data. One of their main benefits lies in theirdynamic sizingcapability, since they can grow or shrink in size flexibly, unlike arrays which are fixed in size. Additionally, singly linked lists excel in scenarios requiringfrequent insertions and deletions, as these operations can be performed more efficiently than in arrays, which need to shift elements to perform insertion or deletion.</w:t>
      </w:r>
    </w:p>
    <w:p>
      <w:pPr>
        <w:spacing w:after="160" w:line="276" w:lineRule="auto"/>
      </w:pPr>
      <w:r>
        <w:t>The efficiency of these operations comes at the cost of theinability to perform random access,as nodes can’t be accessed by indexes like in an array. This trade-off may be acceptable in many use cases where the benefits of dynamic sizing and the efficiency of insertion/deletion outweigh the main performance benefits of random access.</w:t>
      </w:r>
    </w:p>
    <w:p>
      <w:pPr>
        <w:spacing w:after="160" w:line="276" w:lineRule="auto"/>
      </w:pPr>
      <w:r>
        <w:t>Doubly linked listA doubly linked list is an extended version of the linked list where each node contains two references: one to the next node (next), and one to the previous node (prev). In most implementations, doubly linked lists have immediate access to both the head node and the tail node.</w:t>
      </w:r>
    </w:p>
    <w:p>
      <w:pPr>
        <w:spacing w:after="160" w:line="276" w:lineRule="auto"/>
      </w:pPr>
      <w:r>
        <w:t>A big advantage of doubly linked list is that it allows forbidirectional traversal. Additionally, deleting nodes in a doubly linked list is generally more straightforward because we have references to both the next and previous nodes:</w:t>
      </w:r>
    </w:p>
    <w:p>
      <w:pPr>
        <w:pStyle w:val="Heading2"/>
        <w:spacing w:before="320" w:after="120"/>
      </w:pPr>
      <w:r>
        <w:t>Pointer Manipulation</w:t>
      </w:r>
    </w:p>
    <w:p>
      <w:pPr>
        <w:spacing w:after="160" w:line="276" w:lineRule="auto"/>
      </w:pPr>
      <w:r>
        <w:t>Many linked list interview problems require traversing or restructuring a linked list. Understanding and being proficient at pointer manipulation is essential to solving these problems. A useful tip is to visualize pointers as arrows that point from one node to another, and observe how these arrows should be moved to reflect the structural change. For example, this is how we would visualize a node insertion:</w:t>
      </w:r>
    </w:p>
    <w:p>
      <w:pPr>
        <w:pStyle w:val="Heading2"/>
        <w:spacing w:before="320" w:after="120"/>
      </w:pPr>
      <w:r>
        <w:t>Real-world Example</w:t>
      </w:r>
    </w:p>
    <w:p>
      <w:pPr>
        <w:spacing w:after="160" w:line="276" w:lineRule="auto"/>
      </w:pPr>
      <w:r>
        <w:t>Music Playlist: Music player applications often use linked lists to implement playlists, particularly doubly linked lists, where each song node links to the next and previous songs. This structure enables efficient addition, removal, and reordering of songs because only the pointers between nodes need to be updated, rather than moving the song data in memory.</w:t>
      </w:r>
    </w:p>
    <w:p>
      <w:pPr>
        <w:pStyle w:val="Heading2"/>
        <w:spacing w:before="320" w:after="120"/>
      </w:pPr>
      <w:r>
        <w:t>Chapter Outline</w:t>
      </w:r>
    </w:p>
    <w:p>
      <w:pPr>
        <w:spacing w:after="160" w:line="276" w:lineRule="auto"/>
      </w:pPr>
      <w:r>
        <w:t>In this chapter, we explore problems involving both singly and doubly linked lists. We also explore the unique challenge of restructuring a multi-level linked list.</w:t>
      </w:r>
    </w:p>
    <w:p>
      <w:r>
        <w:br w:type="page"/>
      </w:r>
    </w:p>
    <w:p>
      <w:pPr>
        <w:pStyle w:val="Heading1"/>
        <w:spacing w:before="480" w:after="280"/>
      </w:pPr>
      <w:r>
        <w:rPr>
          <w:b/>
          <w:color w:val="008A60"/>
          <w:sz w:val="28"/>
        </w:rPr>
        <w:t>Chapter 15</w:t>
        <w:br/>
      </w:r>
      <w:r>
        <w:rPr>
          <w:b/>
          <w:color w:val="0F172A"/>
          <w:sz w:val="40"/>
        </w:rPr>
        <w:t>Linked List Reversal</w:t>
      </w:r>
    </w:p>
    <w:p>
      <w:pPr>
        <w:pStyle w:val="Heading2"/>
        <w:spacing w:before="320" w:after="120"/>
      </w:pPr>
      <w:r>
        <w:t>Intuition - Iterative</w:t>
      </w:r>
    </w:p>
    <w:p>
      <w:pPr>
        <w:spacing w:after="160" w:line="276" w:lineRule="auto"/>
      </w:pPr>
      <w:r>
        <w:t>A naive strategy is to store the values of the linked list in an array and reconstruct the linked list by traversing the array in reverse order. However, this solution does not reverse the original linked list; it just creates a new one. Could we try performing the reversal in place?</w:t>
      </w:r>
    </w:p>
    <w:p>
      <w:pPr>
        <w:spacing w:after="160" w:line="276" w:lineRule="auto"/>
      </w:pPr>
      <w:r>
        <w:t>Let’s think about the problem in terms of pointer manipulation. The key observation here is that if we "flip" the direction of the pointers, we're effectively reversing the linked list:</w:t>
      </w:r>
    </w:p>
    <w:p>
      <w:pPr>
        <w:spacing w:after="160" w:line="276" w:lineRule="auto"/>
      </w:pPr>
      <w:r>
        <w:t>Now, we just need to figure out how to perform this pointer manipulation. Consider the example below:</w:t>
      </w:r>
    </w:p>
    <w:p>
      <w:pPr>
        <w:spacing w:after="160" w:line="276" w:lineRule="auto"/>
      </w:pPr>
      <w:r>
        <w:t>To reverse the direction of all pointers, we iterate through the nodes one by one. In this process, we need access to the current node (curr_node) and the previous node (prev_node) to adjust the current node's next pointer to the previous node. Note thatprev_nodewill initially point at null since the first node has no previous node:</w:t>
      </w:r>
    </w:p>
    <w:p>
      <w:pPr>
        <w:spacing w:after="160" w:line="276" w:lineRule="auto"/>
      </w:pPr>
      <w:r>
        <w:t>To reverse the next pointer, we'll need a way to shift thecurr_nodeandprev_nodepointers one node over. To shiftprev_node, we can set it to the position ofcurr_node. However, we can't movecurr_nodeto node 2 because we lost our reference to node 2:</w:t>
      </w:r>
    </w:p>
    <w:p>
      <w:pPr>
        <w:spacing w:after="160" w:line="276" w:lineRule="auto"/>
      </w:pPr>
      <w:r>
        <w:t>This suggests we should have preserved a reference to node 2beforereversing thecurr_node. This can be done by creating a variablenext_nodeand setting it tocurr_node.next. Let’s assume we did this. Now, we can advanceprev_nodeandcurr_nodeforward by one:</w:t>
      </w:r>
    </w:p>
    <w:p>
      <w:pPr>
        <w:spacing w:after="160" w:line="276" w:lineRule="auto"/>
      </w:pPr>
      <w:r>
        <w:t>Note, we don't need to shiftnext_node, as it can be set bycurr_node.nextin the next iteration.</w:t>
      </w:r>
    </w:p>
    <w:p>
      <w:pPr>
        <w:spacing w:after="160" w:line="276" w:lineRule="auto"/>
      </w:pPr>
      <w:r>
        <w:t>We can summarize this logic in three steps. At each node in the linked list:</w:t>
      </w:r>
    </w:p>
    <w:p>
      <w:pPr>
        <w:pStyle w:val="ListNumber"/>
      </w:pPr>
      <w:r>
        <w:t>Save a reference to the next node (next_node = curr_node.next).</w:t>
      </w:r>
    </w:p>
    <w:p>
      <w:pPr>
        <w:pStyle w:val="ListNumber"/>
      </w:pPr>
      <w:r>
        <w:t>Change the current node’s next pointer to link to the previous node (curr_node.next = prev_node).</w:t>
      </w:r>
    </w:p>
    <w:p>
      <w:pPr>
        <w:pStyle w:val="ListNumber"/>
      </w:pPr>
      <w:r>
        <w:t>Move bothprev_nodeandcurr_nodeforward by one (prev_node = curr_node,curr_node = next_node).</w:t>
      </w:r>
    </w:p>
    <w:p>
      <w:pPr>
        <w:spacing w:after="160" w:line="276" w:lineRule="auto"/>
      </w:pPr>
      <w:r>
        <w:t>Let's repeat these steps for the rest of the linked list:</w:t>
      </w:r>
    </w:p>
    <w:p>
      <w:pPr>
        <w:spacing w:after="160" w:line="276" w:lineRule="auto"/>
      </w:pPr>
      <w:r>
        <w:t>We can stop the reversal whencurr_nodebecomes null, indicating there are no more nodes to reverse.</w:t>
      </w:r>
    </w:p>
    <w:p>
      <w:pPr>
        <w:spacing w:after="160" w:line="276" w:lineRule="auto"/>
      </w:pPr>
      <w:r>
        <w:t>The final step is to return the head of the reversed linked list, which is pointed to byprev_nodeoncecurr_nodebecomes null.</w:t>
      </w:r>
    </w:p>
    <w:p>
      <w:pPr>
        <w:pStyle w:val="Heading2"/>
        <w:spacing w:before="320" w:after="120"/>
      </w:pPr>
      <w:r>
        <w:t>Implementation - Iterative</w:t>
      </w:r>
    </w:p>
    <w:p>
      <w:pPr>
        <w:spacing w:before="160" w:after="160"/>
        <w:ind w:left="360"/>
      </w:pPr>
      <w:r>
        <w:rPr>
          <w:rFonts w:ascii="Consolas" w:hAnsi="Consolas"/>
          <w:color w:val="1E293B"/>
          <w:sz w:val="19"/>
        </w:rPr>
        <w:t>PythonJavaScriptJavaCopyfrom ds import ListNode</w:t>
        <w:br/>
        <w:t xml:space="preserve">   </w:t>
        <w:br/>
        <w:t>def linked_list_reversal(head: ListNode) -&gt; ListNode:</w:t>
        <w:br/>
        <w:t xml:space="preserve">    curr_node, prev_node = head, None</w:t>
        <w:br/>
        <w:t xml:space="preserve">    # Reverse the direction of each node's pointer until 'curr_node' is null.</w:t>
        <w:br/>
        <w:t xml:space="preserve">    while curr_node:</w:t>
        <w:br/>
        <w:t xml:space="preserve">        next_node = curr_node.next</w:t>
        <w:br/>
        <w:t xml:space="preserve">        curr_node.next = prev_node</w:t>
        <w:br/>
        <w:t xml:space="preserve">        prev_node = curr_node</w:t>
        <w:br/>
        <w:t>curr_node = next_node # 'prev_node' will be pointing at the head of the reversed linked list.</w:t>
        <w:br/>
        <w:t>return prev_nodefunction linkedListReversal(head) {</w:t>
        <w:br/>
        <w:t xml:space="preserve">    let currNode = head, prevNode = null;</w:t>
        <w:br/>
        <w:t xml:space="preserve">    // Reverse the direction of each node's pointer until 'currNode' is null.</w:t>
        <w:br/>
        <w:t xml:space="preserve">    while (currNode) {</w:t>
        <w:br/>
        <w:t xml:space="preserve">        const nextNode = currNode.next;</w:t>
        <w:br/>
        <w:t xml:space="preserve">        currNode.next = prevNode;</w:t>
        <w:br/>
        <w:t xml:space="preserve">        prevNode = currNode;</w:t>
        <w:br/>
        <w:t xml:space="preserve">        currNode = nextNode;</w:t>
        <w:br/>
        <w:t xml:space="preserve">    }</w:t>
        <w:br/>
        <w:t xml:space="preserve">    // 'prevNode' will be pointing at the head of the reversed linked list.</w:t>
        <w:br/>
        <w:t xml:space="preserve">    return prevNode;</w:t>
        <w:br/>
        <w:t>}public ListNode linkedListReversal(ListNode head) {</w:t>
        <w:br/>
        <w:t xml:space="preserve">    ListNode currNode = head, prevNode = null;</w:t>
        <w:br/>
        <w:t xml:space="preserve">    // Reverse the direction of each node's pointer until 'currNode' is null.</w:t>
        <w:br/>
        <w:t xml:space="preserve">    while (currNode != null) {</w:t>
        <w:br/>
        <w:t xml:space="preserve">        ListNode nextNode = currNode.next;</w:t>
        <w:br/>
        <w:t xml:space="preserve">        currNode.next = prevNode;</w:t>
        <w:br/>
        <w:t xml:space="preserve">        prevNode = currNode;</w:t>
        <w:br/>
        <w:t xml:space="preserve">        currNode = nextNode;</w:t>
        <w:br/>
        <w:t xml:space="preserve">    }</w:t>
        <w:br/>
        <w:t xml:space="preserve">    // 'prevNode' will be pointing at the head of the reversed linked list.</w:t>
        <w:br/>
        <w:t xml:space="preserve">    return prevNode;</w:t>
        <w:br/>
        <w:t>}</w:t>
      </w:r>
    </w:p>
    <w:p>
      <w:pPr>
        <w:pStyle w:val="Heading3"/>
        <w:spacing w:before="320" w:after="120"/>
      </w:pPr>
      <w:r>
        <w:t>Complexity Analysis</w:t>
      </w:r>
    </w:p>
    <w:p>
      <w:pPr>
        <w:spacing w:after="160" w:line="276" w:lineRule="auto"/>
      </w:pPr>
      <w:r>
        <w:t>Time complexity:The time complexity oflinked_list_reversalisO(n)O(n)O(n), wherennndenotes the length of the linked list. This is because we perform constant-time pointer manipulation at each node of the linked list.</w:t>
      </w:r>
    </w:p>
    <w:p>
      <w:pPr>
        <w:spacing w:after="160" w:line="276" w:lineRule="auto"/>
      </w:pPr>
      <w:r>
        <w:t>Space complexity:The space complexity isO(1)O(1)O(1).</w:t>
      </w:r>
    </w:p>
    <w:p>
      <w:pPr>
        <w:pStyle w:val="Heading2"/>
        <w:spacing w:before="320" w:after="120"/>
      </w:pPr>
      <w:r>
        <w:t>Intuition - Recursive</w:t>
      </w:r>
    </w:p>
    <w:p>
      <w:pPr>
        <w:spacing w:after="160" w:line="276" w:lineRule="auto"/>
      </w:pPr>
      <w:r>
        <w:t>Sometimes, the interviewer may want the problem solved using recursion. Let’s see what a recursive solution to this problem would look like.</w:t>
      </w:r>
    </w:p>
    <w:p>
      <w:pPr>
        <w:spacing w:after="160" w:line="276" w:lineRule="auto"/>
      </w:pPr>
      <w:r>
        <w:t>In a recursive solution, the problem is solved bysolving smaller instances of the same problem. To solve these smaller subproblems, we would need to use the linked list reversal function (linked_list_reversal) in its own implementation. The process of solving smaller problems using recursive calls continues until the smallest version of the problem is solved.</w:t>
      </w:r>
    </w:p>
    <w:p>
      <w:pPr>
        <w:spacing w:after="160" w:line="276" w:lineRule="auto"/>
      </w:pPr>
      <w:r>
        <w:t>The smallest version of this problem involves reversing a linked list of size 0 or 1. These are linked lists which are inherently the same as their reverse. So, these can be ourbase cases.</w:t>
      </w:r>
    </w:p>
    <w:p>
      <w:pPr>
        <w:spacing w:after="160" w:line="276" w:lineRule="auto"/>
      </w:pPr>
      <w:r>
        <w:t>With this in mind, let's try crafting the logic of the recursive function using the example below:</w:t>
      </w:r>
    </w:p>
    <w:p>
      <w:pPr>
        <w:spacing w:after="160" w:line="276" w:lineRule="auto"/>
      </w:pPr>
      <w:r>
        <w:t>Think about which subproblem we should solve. To reverse the entire linked list, we can use ourlinked_list_reversalfunction toreverse the sublist after the current node. This way, we only need to focus on reversing the pointer of the current node. Let’s see how this works.</w:t>
      </w:r>
    </w:p>
    <w:p>
      <w:pPr>
        <w:spacing w:after="160" w:line="276" w:lineRule="auto"/>
      </w:pPr>
      <w:r>
        <w:t>As mentioned, let’s first recursively calllinked_list_reversalon the sublist starting athead.next. Let’s assume this recursive call reverses this sublist and returns its head as intended.</w:t>
      </w:r>
    </w:p>
    <w:p>
      <w:pPr>
        <w:spacing w:after="160" w:line="276" w:lineRule="auto"/>
      </w:pPr>
      <w:r>
        <w:t>Next, we need the tail of the reversed sublist (node 2) to point to node 1. We can reference node 2 usinghead.next. So, all we need to do is sethead.next.nextto head as illustrated below:</w:t>
      </w:r>
    </w:p>
    <w:p>
      <w:pPr>
        <w:spacing w:after="160" w:line="276" w:lineRule="auto"/>
      </w:pPr>
      <w:r>
        <w:t>The linked list is almost fully reversed now, but node 1 is still pointing to node 2. To remove this link, just sethead.nextto null. Then, we can returnnew_head, which is the head of the reversed linked list:</w:t>
      </w:r>
    </w:p>
    <w:p>
      <w:pPr>
        <w:pStyle w:val="Heading2"/>
        <w:spacing w:before="320" w:after="120"/>
      </w:pPr>
      <w:r>
        <w:t>Implementation - Recursive</w:t>
      </w:r>
    </w:p>
    <w:p>
      <w:pPr>
        <w:spacing w:before="160" w:after="160"/>
        <w:ind w:left="360"/>
      </w:pPr>
      <w:r>
        <w:rPr>
          <w:rFonts w:ascii="Consolas" w:hAnsi="Consolas"/>
          <w:color w:val="1E293B"/>
          <w:sz w:val="19"/>
        </w:rPr>
        <w:t>PythonJavaScriptJavaCopyfrom ds import ListNode</w:t>
        <w:br/>
        <w:t xml:space="preserve">   </w:t>
        <w:br/>
        <w:t>def linked_list_reversal_recursive(head: ListNode) -&gt; ListNode:</w:t>
        <w:br/>
        <w:t xml:space="preserve">    # Base cases.</w:t>
        <w:br/>
        <w:t xml:space="preserve">    if (not head) or (not head.next):</w:t>
        <w:br/>
        <w:t xml:space="preserve">        return head</w:t>
        <w:br/>
        <w:t xml:space="preserve">    # Recursively reverse the sublist starting at the next node.</w:t>
        <w:br/>
        <w:t xml:space="preserve">    new_head = linked_list_reversal_recursive(head.next)</w:t>
        <w:br/>
        <w:t xml:space="preserve">    # Connect the reversed sublist to the head node to fully reverse the entire linked list.</w:t>
        <w:br/>
        <w:t xml:space="preserve">    head.next.next = head</w:t>
        <w:br/>
        <w:t xml:space="preserve">    head.next = None</w:t>
        <w:br/>
        <w:t xml:space="preserve">    return new_headfunction linkedListReversalRecursive(head) {</w:t>
        <w:br/>
        <w:t xml:space="preserve">    // Base cases.</w:t>
        <w:br/>
        <w:t xml:space="preserve">    if (!head || !head.next) {</w:t>
        <w:br/>
        <w:t xml:space="preserve">        return head;</w:t>
        <w:br/>
        <w:t xml:space="preserve">    }</w:t>
        <w:br/>
        <w:t xml:space="preserve">    // Recursively reverse the sublist starting at the next node.</w:t>
        <w:br/>
        <w:t xml:space="preserve">    const newHead = linkedListReversalRecursive(head.next);</w:t>
        <w:br/>
        <w:t xml:space="preserve">    // Connect the reversed sublist to the head node to fully reverse the entire linked list.</w:t>
        <w:br/>
        <w:t xml:space="preserve">    head.next.next = head;</w:t>
        <w:br/>
        <w:t xml:space="preserve">    head.next = null;</w:t>
        <w:br/>
        <w:t xml:space="preserve">    return newHead;</w:t>
        <w:br/>
        <w:t>}public ListNode linkedListReversalRecursive(ListNode head) {</w:t>
        <w:br/>
        <w:t xml:space="preserve">    // Base cases.</w:t>
        <w:br/>
        <w:t xml:space="preserve">    if (head == null || head.next == null) {</w:t>
        <w:br/>
        <w:t xml:space="preserve">        return head;</w:t>
        <w:br/>
        <w:t xml:space="preserve">    }</w:t>
        <w:br/>
        <w:t xml:space="preserve">    // Recursively reverse the sublist starting at the next node.</w:t>
        <w:br/>
        <w:t xml:space="preserve">    ListNode newHead = linkedListReversalRecursive(head.next);</w:t>
        <w:br/>
        <w:t xml:space="preserve">    // Connect the reversed sublist to the head node to fully reverse the entire linked list.</w:t>
        <w:br/>
        <w:t xml:space="preserve">    head.next.next = head;</w:t>
        <w:br/>
        <w:t xml:space="preserve">    head.next = null;</w:t>
        <w:br/>
        <w:t xml:space="preserve">    return newHead;</w:t>
        <w:br/>
        <w:t>}</w:t>
      </w:r>
    </w:p>
    <w:p>
      <w:pPr>
        <w:pStyle w:val="Heading3"/>
        <w:spacing w:before="320" w:after="120"/>
      </w:pPr>
      <w:r>
        <w:t>Complexity Analysis</w:t>
      </w:r>
    </w:p>
    <w:p>
      <w:pPr>
        <w:spacing w:after="160" w:line="276" w:lineRule="auto"/>
      </w:pPr>
      <w:r>
        <w:t>Time complexity:The time complexity oflinked_list_reversal_recursiveisO(n)O(n)O(n)because it involves a single recursive traversal through the linked list, visiting each node exactly once.</w:t>
      </w:r>
    </w:p>
    <w:p>
      <w:pPr>
        <w:spacing w:after="160" w:line="276" w:lineRule="auto"/>
      </w:pPr>
      <w:r>
        <w:t>Space complexity:The space complexity isO(n)O(n)O(n)due to the stack space taken up by the recursive call stack, which grows up tonnnlevels deep becausennnrecursive calls are made.</w:t>
      </w:r>
    </w:p>
    <w:p>
      <w:pPr>
        <w:pStyle w:val="Heading2"/>
        <w:spacing w:before="320" w:after="120"/>
      </w:pPr>
      <w:r>
        <w:t>Interview Tip</w:t>
      </w:r>
    </w:p>
    <w:p>
      <w:pPr>
        <w:spacing w:after="160" w:line="276" w:lineRule="auto"/>
      </w:pPr>
      <w:r>
        <w:t>Tip: Visualize pointer manipulations.Often, it can be tricky to figure out exactly what to do when dealing with linked list manipulation. Drawing pointers as arrows between nodes can be quite helpful. By observing how these arrows should be reoriented to represent changes in the linked list's structure, we can deduce the necessary pointer manipulation logic. This approach also helps identify which nodes we need references to when making these changes.</w:t>
      </w:r>
    </w:p>
    <w:p>
      <w:r>
        <w:br w:type="page"/>
      </w:r>
    </w:p>
    <w:p>
      <w:pPr>
        <w:pStyle w:val="Heading1"/>
        <w:spacing w:before="480" w:after="280"/>
      </w:pPr>
      <w:r>
        <w:rPr>
          <w:b/>
          <w:color w:val="008A60"/>
          <w:sz w:val="28"/>
        </w:rPr>
        <w:t>Chapter 16</w:t>
        <w:br/>
      </w:r>
      <w:r>
        <w:rPr>
          <w:b/>
          <w:color w:val="0F172A"/>
          <w:sz w:val="40"/>
        </w:rPr>
        <w:t>Remove the Kth Last Node From a Linked List</w:t>
      </w:r>
    </w:p>
    <w:p>
      <w:pPr>
        <w:pStyle w:val="Heading2"/>
        <w:spacing w:before="320" w:after="120"/>
      </w:pPr>
      <w:r>
        <w:t>Intuition</w:t>
      </w:r>
    </w:p>
    <w:p>
      <w:pPr>
        <w:spacing w:after="160" w:line="276" w:lineRule="auto"/>
      </w:pPr>
      <w:r>
        <w:t>We can divide this problem into two objectives:</w:t>
      </w:r>
    </w:p>
    <w:p>
      <w:pPr>
        <w:pStyle w:val="ListNumber"/>
      </w:pPr>
      <w:r>
        <w:t>Find the position of the kth last node.</w:t>
      </w:r>
    </w:p>
    <w:p>
      <w:pPr>
        <w:pStyle w:val="ListNumber"/>
      </w:pPr>
      <w:r>
        <w:t>Remove this node.</w:t>
      </w:r>
    </w:p>
    <w:p>
      <w:pPr>
        <w:spacing w:after="160" w:line="276" w:lineRule="auto"/>
      </w:pPr>
      <w:r>
        <w:t>Let’s first understand how node removal works. Consider the example below, where we need to remove node b. To do this, we need access to the node preceding it (node a), so we can redirect the pointer of node a to skip over node b. This ensures node b is no longer reachable through linked list traversal:</w:t>
      </w:r>
    </w:p>
    <w:p>
      <w:pPr>
        <w:spacing w:after="160" w:line="276" w:lineRule="auto"/>
      </w:pPr>
      <w:r>
        <w:t>This indicateswe need to find the node directly before the kth last nodein order to remove it.</w:t>
      </w:r>
    </w:p>
    <w:p>
      <w:pPr>
        <w:spacing w:after="160" w:line="276" w:lineRule="auto"/>
      </w:pPr>
      <w:r>
        <w:t>A naive solution to this problem is to first obtain the length of the linked list (n) by traversing it. Then, use this length to determine the number of steps required to arrive at the node before the kth last node, which is just n - k - 1 steps. This solution involves two for-loops, but is there a cleaner way to approach this problem?</w:t>
      </w:r>
    </w:p>
    <w:p>
      <w:pPr>
        <w:spacing w:after="160" w:line="276" w:lineRule="auto"/>
      </w:pPr>
      <w:r>
        <w:t>The challenge with navigating a singly linked list in a single for-loop is that as we traverse, it’s hard to tell how far we are from the final node. The only way we’d know this is when we reach the final node itself, since its next node is null. How can we make use of this information?</w:t>
      </w:r>
    </w:p>
    <w:p>
      <w:pPr>
        <w:spacing w:after="160" w:line="276" w:lineRule="auto"/>
      </w:pPr>
      <w:r>
        <w:t>Consider using two pointers instead of one. Could we create a scenario where, by the time one pointer reaches the end of the linked list, another pointer is positioned before the kth last node? Let’s explore this logic using the following example:</w:t>
      </w:r>
    </w:p>
    <w:p>
      <w:pPr>
        <w:spacing w:after="160" w:line="276" w:lineRule="auto"/>
      </w:pPr>
      <w:r>
        <w:t>We denote the first pointer as leader and the pointer that follows it as trailer. When the leader pointer reaches the last node of the linked list, we want the trailer pointer to end up at node 4 (the node right before the kth last node) to prepare for deletion. In other words, the leader should be k nodes in front of the trailer when the leader reaches the last node.</w:t>
      </w:r>
    </w:p>
    <w:p>
      <w:pPr>
        <w:spacing w:after="160" w:line="276" w:lineRule="auto"/>
      </w:pPr>
      <w:r>
        <w:t>To achieve this, we can start by advancing the leader pointer through the linked list for k steps. When the leader pointer is k nodes ahead of the trailer, we can advance both pointers together until the leader reaches the last node. This process will be explained in more detail soon.</w:t>
      </w:r>
    </w:p>
    <w:p>
      <w:pPr>
        <w:spacing w:after="160" w:line="276" w:lineRule="auto"/>
      </w:pPr>
      <w:r>
        <w:t>However, there’s an important edge case to consider first:what if the head itself is the node we need to remove?In this case, there’s no node before the head, so we cannot perform the removal, as mentioned earlier. To circumvent this, we can create adummynode, place it before the head node, and start our traversal from there.</w:t>
      </w:r>
    </w:p>
    <w:p>
      <w:pPr>
        <w:spacing w:after="160" w:line="276" w:lineRule="auto"/>
      </w:pPr>
      <w:r>
        <w:t>Let’s now try incorporating our strategy into the example.</w:t>
      </w:r>
    </w:p>
    <w:p>
      <w:pPr>
        <w:spacing w:after="160" w:line="276" w:lineRule="auto"/>
      </w:pPr>
      <w:r>
        <w:t>First, advance the leader pointer k (2) times so it’s k nodes ahead of the trailer pointer:</w:t>
      </w:r>
    </w:p>
    <w:p>
      <w:pPr>
        <w:spacing w:after="160" w:line="276" w:lineRule="auto"/>
      </w:pPr>
      <w:r>
        <w:t>With the leader k nodes ahead, we can move both the trailer and leader pointers until the leader reaches the last node:</w:t>
      </w:r>
    </w:p>
    <w:p>
      <w:pPr>
        <w:spacing w:after="160" w:line="276" w:lineRule="auto"/>
      </w:pPr>
      <w:r>
        <w:t>With the trailer pointer at the ideal position, we can remove node 7:</w:t>
      </w:r>
    </w:p>
    <w:p>
      <w:pPr>
        <w:spacing w:after="160" w:line="276" w:lineRule="auto"/>
      </w:pPr>
      <w:r>
        <w:t>After this removal, we just returndummy.next, which points at the head of the modified linked list.</w:t>
      </w:r>
    </w:p>
    <w:p>
      <w:pPr>
        <w:pStyle w:val="Heading2"/>
        <w:spacing w:before="320" w:after="120"/>
      </w:pPr>
      <w:r>
        <w:t>Implementation</w:t>
      </w:r>
    </w:p>
    <w:p>
      <w:pPr>
        <w:spacing w:before="160" w:after="160"/>
        <w:ind w:left="360"/>
      </w:pPr>
      <w:r>
        <w:rPr>
          <w:rFonts w:ascii="Consolas" w:hAnsi="Consolas"/>
          <w:color w:val="1E293B"/>
          <w:sz w:val="19"/>
        </w:rPr>
        <w:t>PythonJavaScriptJavaCopyfrom ds import ListNode</w:t>
        <w:br/>
        <w:t xml:space="preserve">    </w:t>
        <w:br/>
        <w:t>def remove_kth_last_node(head: ListNode, k: int) -&gt; ListNode:</w:t>
        <w:br/>
        <w:t xml:space="preserve">    # A dummy node to ensure there's a node before 'head' in case we need to remove</w:t>
        <w:br/>
        <w:t xml:space="preserve">    # the head node.</w:t>
        <w:br/>
        <w:t xml:space="preserve">    dummy = ListNode(-1)</w:t>
        <w:br/>
        <w:t xml:space="preserve">    dummy.next = head</w:t>
        <w:br/>
        <w:t xml:space="preserve">    trailer = leader = dummy</w:t>
        <w:br/>
        <w:t xml:space="preserve">    # Advance 'leader' k steps ahead.</w:t>
        <w:br/>
        <w:t xml:space="preserve">    for _ in range(k):</w:t>
        <w:br/>
        <w:t xml:space="preserve">        leader = leader.next</w:t>
        <w:br/>
        <w:t xml:space="preserve">        # If k is larger than the length of the linked list, no node needs to be</w:t>
        <w:br/>
        <w:t xml:space="preserve">        # removed.</w:t>
        <w:br/>
        <w:t xml:space="preserve">        if not leader:</w:t>
        <w:br/>
        <w:t xml:space="preserve">            return head</w:t>
        <w:br/>
        <w:t xml:space="preserve">    # Move 'leader' to the end of the linked list, keeping 'trailer' k nodes behind.</w:t>
        <w:br/>
        <w:t xml:space="preserve">    while leader.next:</w:t>
        <w:br/>
        <w:t xml:space="preserve">        leader = leader.next</w:t>
        <w:br/>
        <w:t xml:space="preserve">        trailer = trailer.next</w:t>
        <w:br/>
        <w:t xml:space="preserve">    # Remove the kth node from the end.</w:t>
        <w:br/>
        <w:t xml:space="preserve">    trailer.next = trailer.next.next</w:t>
        <w:br/>
        <w:t xml:space="preserve">    return dummy.nextfunction removeKthLastNode(head, k) {</w:t>
        <w:br/>
        <w:t xml:space="preserve">    // A dummy node to ensure there's a node before 'head' in case we need to remove</w:t>
        <w:br/>
        <w:t xml:space="preserve">    // the head node.</w:t>
        <w:br/>
        <w:t xml:space="preserve">    const dummy = new ListNode(-1);</w:t>
        <w:br/>
        <w:t xml:space="preserve">    dummy.next = head;</w:t>
        <w:br/>
        <w:t xml:space="preserve">    let trailer = dummy, leader = dummy;</w:t>
        <w:br/>
        <w:t xml:space="preserve">    // Advance 'leader' k steps ahead.</w:t>
        <w:br/>
        <w:t xml:space="preserve">    for (let i = 0; i &lt; k; i++) {</w:t>
        <w:br/>
        <w:t xml:space="preserve">        leader = leader.next;</w:t>
        <w:br/>
        <w:t xml:space="preserve">        // If k is larger than the length of the linked list, no node needs to be</w:t>
        <w:br/>
        <w:t xml:space="preserve">        // removed.</w:t>
        <w:br/>
        <w:t xml:space="preserve">        if (!leader) {</w:t>
        <w:br/>
        <w:t xml:space="preserve">            return head;</w:t>
        <w:br/>
        <w:t xml:space="preserve">        }</w:t>
        <w:br/>
        <w:t xml:space="preserve">    }</w:t>
        <w:br/>
        <w:t xml:space="preserve">    // Move 'leader' to the end of the linked list, keeping 'trailer' k nodes behind.</w:t>
        <w:br/>
        <w:t xml:space="preserve">    while (leader.next) {</w:t>
        <w:br/>
        <w:t xml:space="preserve">        leader = leader.next;</w:t>
        <w:br/>
        <w:t xml:space="preserve">        trailer = trailer.next;</w:t>
        <w:br/>
        <w:t xml:space="preserve">    }</w:t>
        <w:br/>
        <w:t xml:space="preserve">    // Remove the kth node from the end.</w:t>
        <w:br/>
        <w:t xml:space="preserve">    trailer.next = trailer.next.next;</w:t>
        <w:br/>
        <w:t xml:space="preserve">    return dummy.next;</w:t>
        <w:br/>
        <w:t>}public ListNode removeKthLastNode(ListNode head, int k) {</w:t>
        <w:br/>
        <w:t xml:space="preserve">    // A dummy node to ensure there's a node before 'head' in case we need to remove</w:t>
        <w:br/>
        <w:t xml:space="preserve">    // the head node.</w:t>
        <w:br/>
        <w:t xml:space="preserve">    ListNode dummy = new ListNode(-1);</w:t>
        <w:br/>
        <w:t xml:space="preserve">    dummy.next = head;</w:t>
        <w:br/>
        <w:t xml:space="preserve">    ListNode trailer = dummy, leader = dummy;</w:t>
        <w:br/>
        <w:t xml:space="preserve">    // Advance 'leader' k steps ahead.</w:t>
        <w:br/>
        <w:t xml:space="preserve">    for (int i = 0; i &lt; k; i++) {</w:t>
        <w:br/>
        <w:t xml:space="preserve">        leader = leader.next;</w:t>
        <w:br/>
        <w:t xml:space="preserve">        // If k is larger than the length of the linked list, no node needs to be</w:t>
        <w:br/>
        <w:t xml:space="preserve">        // removed.</w:t>
        <w:br/>
        <w:t xml:space="preserve">        if (leader == null) {</w:t>
        <w:br/>
        <w:t xml:space="preserve">            return head;</w:t>
        <w:br/>
        <w:t xml:space="preserve">        }</w:t>
        <w:br/>
        <w:t xml:space="preserve">    }</w:t>
        <w:br/>
        <w:t xml:space="preserve">    // Move 'leader' to the end of the linked list, keeping 'trailer' k nodes behind.</w:t>
        <w:br/>
        <w:t xml:space="preserve">    while (leader.next != null) {</w:t>
        <w:br/>
        <w:t xml:space="preserve">        leader = leader.next;</w:t>
        <w:br/>
        <w:t xml:space="preserve">        trailer = trailer.next;</w:t>
        <w:br/>
        <w:t xml:space="preserve">    }</w:t>
        <w:br/>
        <w:t xml:space="preserve">    // Remove the kth node from the end.</w:t>
        <w:br/>
        <w:t xml:space="preserve">    trailer.next = trailer.next.next;</w:t>
        <w:br/>
        <w:t xml:space="preserve">    return dummy.next;</w:t>
        <w:br/>
        <w:t>}</w:t>
      </w:r>
    </w:p>
    <w:p>
      <w:pPr>
        <w:pStyle w:val="Heading3"/>
        <w:spacing w:before="320" w:after="120"/>
      </w:pPr>
      <w:r>
        <w:t>Complexity Analysis</w:t>
      </w:r>
    </w:p>
    <w:p>
      <w:pPr>
        <w:spacing w:after="160" w:line="276" w:lineRule="auto"/>
      </w:pPr>
      <w:r>
        <w:t>Time complexity:The time complexity ofremove_kth_last_nodeisO(n)O(n)O(n). This is because the algorithm first traverses at mostnnnnodes of the linked list, and then two pointers traverse the linked list at most once each.</w:t>
      </w:r>
    </w:p>
    <w:p>
      <w:pPr>
        <w:spacing w:after="160" w:line="276" w:lineRule="auto"/>
      </w:pPr>
      <w:r>
        <w:t>Space complexity:The space complexity isO(1)O(1)O(1).</w:t>
      </w:r>
    </w:p>
    <w:p>
      <w:r>
        <w:br w:type="page"/>
      </w:r>
    </w:p>
    <w:p>
      <w:pPr>
        <w:pStyle w:val="Heading1"/>
        <w:spacing w:before="480" w:after="280"/>
      </w:pPr>
      <w:r>
        <w:rPr>
          <w:b/>
          <w:color w:val="008A60"/>
          <w:sz w:val="28"/>
        </w:rPr>
        <w:t>Chapter 17</w:t>
        <w:br/>
      </w:r>
      <w:r>
        <w:rPr>
          <w:b/>
          <w:color w:val="0F172A"/>
          <w:sz w:val="40"/>
        </w:rPr>
        <w:t>Linked List Intersection</w:t>
      </w:r>
    </w:p>
    <w:p>
      <w:pPr>
        <w:spacing w:before="160" w:after="160"/>
        <w:ind w:left="360"/>
      </w:pPr>
      <w:r>
        <w:rPr>
          <w:rFonts w:ascii="Consolas" w:hAnsi="Consolas"/>
          <w:color w:val="1E293B"/>
          <w:sz w:val="19"/>
        </w:rPr>
        <w:t>Return the node where two singly linked lists intersect. If the linked lists don't intersect, return null.Example:ExampleCopyOutput: Node 8</w:t>
        <w:br/>
      </w:r>
    </w:p>
    <w:p>
      <w:pPr>
        <w:pStyle w:val="Heading2"/>
        <w:spacing w:before="320" w:after="120"/>
      </w:pPr>
      <w:r>
        <w:t>Intuition</w:t>
      </w:r>
    </w:p>
    <w:p>
      <w:pPr>
        <w:spacing w:after="160" w:line="276" w:lineRule="auto"/>
      </w:pPr>
      <w:r>
        <w:t>Let’s first understand what an intersection between two linked lists is.</w:t>
      </w:r>
    </w:p>
    <w:p>
      <w:pPr>
        <w:spacing w:after="160" w:line="276" w:lineRule="auto"/>
      </w:pPr>
      <w:r>
        <w:t>Note, this intersection has nothing to do with the values of the nodes.</w:t>
      </w:r>
    </w:p>
    <w:p>
      <w:pPr>
        <w:spacing w:after="160" w:line="276" w:lineRule="auto"/>
      </w:pPr>
      <w:r>
        <w:t>A naive approach is to use a hash set. We can traverse the first linked list once and store each node in a hash set. Next, we traverse the second linked list until we find the first node that exists in the hash set, signifying the intersection point since it’s the first node shared between the two linked lists. This approach solves the problem linearly, but can we find a solution that uses constant space?</w:t>
      </w:r>
    </w:p>
    <w:p>
      <w:pPr>
        <w:spacing w:after="160" w:line="276" w:lineRule="auto"/>
      </w:pPr>
      <w:r>
        <w:t>Consider the following example:</w:t>
      </w:r>
    </w:p>
    <w:p>
      <w:pPr>
        <w:spacing w:after="160" w:line="276" w:lineRule="auto"/>
      </w:pPr>
      <w:r>
        <w:t>Treating these as two separate linked lists can get confusing with the above visualization. Instead, let’s visualize the input as two linked lists to help us think about the problem more clearly. Note that the tail nodes are still shared between the two linked lists, we’re just visualizing them separately:</w:t>
      </w:r>
    </w:p>
    <w:p>
      <w:pPr>
        <w:spacing w:after="160" w:line="276" w:lineRule="auto"/>
      </w:pPr>
      <w:r>
        <w:t>Notice thatthis problem is easier to solve if the two linked lists are of equal length. This is because the intersection node can be found at the same position from the heads of both linked lists. In other words, when we iterate through two linked lists of the same length, we’re guaranteed to reach the intersection node at the same time:</w:t>
      </w:r>
    </w:p>
    <w:p>
      <w:pPr>
        <w:spacing w:after="160" w:line="276" w:lineRule="auto"/>
      </w:pPr>
      <w:r>
        <w:t>Could we somehow replicate this behavior when dealing with linked lists of varying lengths? The key observation is that, while two linked lists ‘list A’ and ‘list B’ may have different lengths, ‘list A → list B’ has the same length as ‘list B → list A’ (where ‘→’ represents the connection of two lists). Conveniently, these combined linked lists also share the same tail nodes:</w:t>
      </w:r>
    </w:p>
    <w:p>
      <w:pPr>
        <w:spacing w:after="160" w:line="276" w:lineRule="auto"/>
      </w:pPr>
      <w:r>
        <w:t>We’ve now set up a scenario where we have two combined linked lists of the same length, which share the same tail nodes. By traversing these combined linked lists, we’ll eventually reach the intersection node simultaneously on both linked lists (if one exists).</w:t>
      </w:r>
    </w:p>
    <w:p>
      <w:pPr>
        <w:spacing w:after="160" w:line="276" w:lineRule="auto"/>
      </w:pPr>
      <w:r>
        <w:t>To do this, we can traverse both combined linked lists with two pointers, and stop once the nodes at both pointers are the same. This node would be the intersection node:</w:t>
      </w:r>
    </w:p>
    <w:p>
      <w:pPr>
        <w:spacing w:after="160" w:line="276" w:lineRule="auto"/>
      </w:pPr>
      <w:r>
        <w:t>If no intersection exists, both pointers will end up stopping at null nodes:</w:t>
      </w:r>
    </w:p>
    <w:p>
      <w:pPr>
        <w:spacing w:after="160" w:line="276" w:lineRule="auto"/>
      </w:pPr>
      <w:r>
        <w:t>Traversing combined linked listsAn important observation is that to traverse through 'list A → list B', we don't actually need to connect these two linked lists together. Instead, we can traverse 'list A' and, upon reaching its end, continue by traversing 'list B':</w:t>
      </w:r>
    </w:p>
    <w:p>
      <w:pPr>
        <w:spacing w:after="160" w:line="276" w:lineRule="auto"/>
      </w:pPr>
      <w:r>
        <w:t>This technique allows us to traverse the entire sequence of both linked lists as if they were connected.</w:t>
      </w:r>
    </w:p>
    <w:p>
      <w:pPr>
        <w:pStyle w:val="Heading2"/>
        <w:spacing w:before="320" w:after="120"/>
      </w:pPr>
      <w:r>
        <w:t>Implementation</w:t>
      </w:r>
    </w:p>
    <w:p>
      <w:pPr>
        <w:spacing w:before="160" w:after="160"/>
        <w:ind w:left="360"/>
      </w:pPr>
      <w:r>
        <w:rPr>
          <w:rFonts w:ascii="Consolas" w:hAnsi="Consolas"/>
          <w:color w:val="1E293B"/>
          <w:sz w:val="19"/>
        </w:rPr>
        <w:t>PythonJavaScriptJavaCopyfrom ds import ListNode</w:t>
        <w:br/>
        <w:t xml:space="preserve">   </w:t>
        <w:br/>
        <w:t>def linked_list_intersection(head_A: ListNode, head_B: ListNode) -&gt; ListNode:</w:t>
        <w:br/>
        <w:t xml:space="preserve">    ptr_A, ptr_B = head_A, head_B</w:t>
        <w:br/>
        <w:t xml:space="preserve">    # Traverse through list A with 'ptr_A' and list B with 'ptr_B' until they meet.</w:t>
        <w:br/>
        <w:t xml:space="preserve">    while ptr_A != ptr_B:</w:t>
        <w:br/>
        <w:t xml:space="preserve">        # Traverse list A -&gt; list B by first traversing 'ptr_A' and then, upon</w:t>
        <w:br/>
        <w:t xml:space="preserve">        # reaching the end of list A, continue the traversal from the head of list B.</w:t>
        <w:br/>
        <w:t xml:space="preserve">        ptr_A = ptr_A.next if ptr_A else head_B</w:t>
        <w:br/>
        <w:t xml:space="preserve">        # Simultaneously, traverse list B -&gt; list A.</w:t>
        <w:br/>
        <w:t xml:space="preserve">        ptr_B = ptr_B.next if ptr_B else head_A</w:t>
        <w:br/>
        <w:t xml:space="preserve">    # At this point, 'ptr_A' and 'ptr_B' either point to the intersection node or both</w:t>
        <w:br/>
        <w:t xml:space="preserve">    # are null if the lists do not intersect. Return either pointer.</w:t>
        <w:br/>
        <w:t xml:space="preserve">    return ptr_Afunction linkedListIntersection(headA, headB) {</w:t>
        <w:br/>
        <w:t xml:space="preserve">    let ptrA = headA, ptrB = headB;</w:t>
        <w:br/>
        <w:t xml:space="preserve">    // Traverse through list A with 'ptrA' and list B with 'ptrB' until they meet.</w:t>
        <w:br/>
        <w:t xml:space="preserve">    while (ptrA !== ptrB) {</w:t>
        <w:br/>
        <w:t xml:space="preserve">        // Traverse list A -&gt; list B by first traversing 'ptrA' and then, upon</w:t>
        <w:br/>
        <w:t xml:space="preserve">        // reaching the end of list A, continue the traversal from the head of list B.</w:t>
        <w:br/>
        <w:t xml:space="preserve">        ptrA = ptrA ? ptrA.next : headB;</w:t>
        <w:br/>
        <w:t xml:space="preserve">        // Simultaneously, traverse list B -&gt; list A.</w:t>
        <w:br/>
        <w:t xml:space="preserve">        ptrB = ptrB ? ptrB.next : headA;</w:t>
        <w:br/>
        <w:t xml:space="preserve">    }</w:t>
        <w:br/>
        <w:t xml:space="preserve">    // At this point, 'ptrA' and 'ptrB' either point to the intersection node or both</w:t>
        <w:br/>
        <w:t xml:space="preserve">    // are null if the lists do not intersect. Return either pointer.</w:t>
        <w:br/>
        <w:t xml:space="preserve">    return ptrA;</w:t>
        <w:br/>
        <w:t>}public ListNode linkedListIntersection(ListNode headA, ListNode headB) {</w:t>
        <w:br/>
        <w:t xml:space="preserve">    ListNode ptrA = headA, ptrB = headB;</w:t>
        <w:br/>
        <w:t xml:space="preserve">    // Traverse through list A with 'ptrA' and list B with 'ptrB' until they meet.</w:t>
        <w:br/>
        <w:t xml:space="preserve">    while (ptrA != ptrB) {</w:t>
        <w:br/>
        <w:t xml:space="preserve">        // Traverse list A -&gt; list B by first traversing 'ptrA' and then, upon</w:t>
        <w:br/>
        <w:t xml:space="preserve">        // reaching the end of list A, continue the traversal from the head of list B.</w:t>
        <w:br/>
        <w:t xml:space="preserve">        ptrA = (ptrA != null) ? ptrA.next : headB;</w:t>
        <w:br/>
        <w:t xml:space="preserve">        // Simultaneously, traverse list B -&gt; list A.</w:t>
        <w:br/>
        <w:t xml:space="preserve">        ptrB = (ptrB != null) ? ptrB.next : headA;</w:t>
        <w:br/>
        <w:t xml:space="preserve">    }</w:t>
        <w:br/>
        <w:t xml:space="preserve">    // At this point, 'ptrA' and 'ptrB' either point to the intersection node or both</w:t>
        <w:br/>
        <w:t xml:space="preserve">    // are null if the lists do not intersect. Return either pointer.</w:t>
        <w:br/>
        <w:t xml:space="preserve">    return ptrA;</w:t>
        <w:br/>
        <w:t>}</w:t>
      </w:r>
    </w:p>
    <w:p>
      <w:pPr>
        <w:pStyle w:val="Heading3"/>
        <w:spacing w:before="320" w:after="120"/>
      </w:pPr>
      <w:r>
        <w:t>Complexity Analysis</w:t>
      </w:r>
    </w:p>
    <w:p>
      <w:pPr>
        <w:spacing w:after="160" w:line="276" w:lineRule="auto"/>
      </w:pPr>
      <w:r>
        <w:t>Time complexity:The time complexity oflinked_list_intersectionisO(n+m)O(n+m)O(n+m), wherennnandmmmdenote the lengths of list A and B, respectively. This is because pointers linearly traverse both linked lists sequentially.</w:t>
      </w:r>
    </w:p>
    <w:p>
      <w:pPr>
        <w:spacing w:after="160" w:line="276" w:lineRule="auto"/>
      </w:pPr>
      <w:r>
        <w:t>Space complexity:The space complexity isO(1)O(1)O(1).</w:t>
      </w:r>
    </w:p>
    <w:p>
      <w:r>
        <w:br w:type="page"/>
      </w:r>
    </w:p>
    <w:p>
      <w:pPr>
        <w:pStyle w:val="Heading1"/>
        <w:spacing w:before="480" w:after="280"/>
      </w:pPr>
      <w:r>
        <w:rPr>
          <w:b/>
          <w:color w:val="008A60"/>
          <w:sz w:val="28"/>
        </w:rPr>
        <w:t>Chapter 18</w:t>
        <w:br/>
      </w:r>
      <w:r>
        <w:rPr>
          <w:b/>
          <w:color w:val="0F172A"/>
          <w:sz w:val="40"/>
        </w:rPr>
        <w:t>LRU Cache</w:t>
      </w:r>
    </w:p>
    <w:p>
      <w:pPr>
        <w:spacing w:before="160" w:after="160"/>
        <w:ind w:left="360"/>
      </w:pPr>
      <w:r>
        <w:rPr>
          <w:rFonts w:ascii="Consolas" w:hAnsi="Consolas"/>
          <w:color w:val="1E293B"/>
          <w:sz w:val="19"/>
        </w:rPr>
        <w:t>Design and implement a data structure for the Least Recently Used (LRU) cache that supports the following operations:</w:t>
        <w:br/>
        <w:t>LRUCache(capacity: int): Initialize an LRU cache with the specified capacity.</w:t>
        <w:br/>
        <w:t>get(key: int) -&gt; int: Return the value associated with a key. Return -1 if the key doesn't exist.</w:t>
        <w:br/>
        <w:t>put(key: int, value: int) -&gt; None: Add a key and its value to the cache. If adding the key would result in the cache exceeding its size capacity, evict the least recently used element. If the key already exists in the cache, update its value.</w:t>
        <w:br/>
        <w:t>Example:ExampleCopyInput: [</w:t>
        <w:br/>
        <w:t xml:space="preserve">  put(1, 100),</w:t>
        <w:br/>
        <w:t xml:space="preserve">  put(2, 250),</w:t>
        <w:br/>
        <w:t xml:space="preserve">  get(2),</w:t>
        <w:br/>
        <w:t xml:space="preserve">  put(4, 300),</w:t>
        <w:br/>
        <w:t xml:space="preserve">  put(3, 200),</w:t>
        <w:br/>
        <w:t xml:space="preserve">  get(4),</w:t>
        <w:br/>
        <w:t xml:space="preserve">  get(1),</w:t>
        <w:br/>
        <w:t>],</w:t>
        <w:br/>
        <w:t xml:space="preserve">  capacity = 3</w:t>
        <w:br/>
        <w:t>Output: [250, 300, -1]</w:t>
        <w:br/>
        <w:t>Explanation:ExampleCopyput(1, 100)  # cache is[1: 100]</w:t>
        <w:br/>
        <w:t>put(2, 250)  # cache is[1: 100, 2: 250]</w:t>
        <w:br/>
        <w:t>get(2)       # return 250</w:t>
        <w:br/>
        <w:t>put(4, 300)  # cache is[1: 100, 2: 250, 4: 300]t</w:t>
        <w:br/>
        <w:t>put(3, 200)  # cache is[2: 250, 4: 300, 3: 200]</w:t>
        <w:br/>
        <w:t>get(4)       # return 300</w:t>
        <w:br/>
        <w:t>get(1)       # key 1 was evicted when adding key 3 due to the capacity</w:t>
        <w:br/>
        <w:t xml:space="preserve">             # limit: return -1</w:t>
        <w:br/>
        <w:t>Constraints:</w:t>
        <w:br/>
        <w:br/>
        <w:t>All keys and values are positive integers.</w:t>
        <w:br/>
        <w:br/>
        <w:br/>
        <w:t>The cache capacity is positive.</w:t>
        <w:br/>
        <w:br/>
      </w:r>
    </w:p>
    <w:p>
      <w:pPr>
        <w:pStyle w:val="Heading2"/>
        <w:spacing w:before="320" w:after="120"/>
      </w:pPr>
      <w:r>
        <w:t>Intuition</w:t>
      </w:r>
    </w:p>
    <w:p>
      <w:pPr>
        <w:spacing w:after="160" w:line="276" w:lineRule="auto"/>
      </w:pPr>
      <w:r>
        <w:t>When presented with a design problem, the first steps usually involve understanding the problem and deciding which data structures to use. Let's start by understanding how an LRU cache works at a high level.</w:t>
      </w:r>
    </w:p>
    <w:p>
      <w:pPr>
        <w:spacing w:after="160" w:line="276" w:lineRule="auto"/>
      </w:pPr>
      <w:r>
        <w:t>Consider the LRU cache described below. It currently holds 3 elements and has reached full capacity. Assume that in this representation, the key-value pairs are ordered from the least recently used (left) to the most recently used (right):</w:t>
      </w:r>
    </w:p>
    <w:p>
      <w:pPr>
        <w:spacing w:after="160" w:line="276" w:lineRule="auto"/>
      </w:pPr>
      <w:r>
        <w:t>Let's try putting a new key-value pair into the cache:</w:t>
      </w:r>
    </w:p>
    <w:p>
      <w:pPr>
        <w:spacing w:after="160" w:line="276" w:lineRule="auto"/>
      </w:pPr>
      <w:r>
        <w:t>This new pair would effectively be the most recent in the cache, so we know it should be added at the most-recently-used end of the cache. Since the cache is currently at maximum capacity, we need to make room for the new pair by first evicting the least recently used pair:</w:t>
      </w:r>
    </w:p>
    <w:p>
      <w:pPr>
        <w:spacing w:after="160" w:line="276" w:lineRule="auto"/>
      </w:pPr>
      <w:r>
        <w:t>From this high-level overview, we can summarize operations we need to implement theputfunction:</w:t>
      </w:r>
    </w:p>
    <w:p>
      <w:pPr>
        <w:pStyle w:val="ListNumber"/>
      </w:pPr>
      <w:r>
        <w:t>Remove a key-value pair from the least recently used end of the cache.</w:t>
      </w:r>
    </w:p>
    <w:p>
      <w:pPr>
        <w:pStyle w:val="ListNumber"/>
      </w:pPr>
      <w:r>
        <w:t>Add a key-value pair to the most recently used end of the cache.</w:t>
      </w:r>
    </w:p>
    <w:p>
      <w:pPr>
        <w:spacing w:after="160" w:line="276" w:lineRule="auto"/>
      </w:pPr>
      <w:r>
        <w:t>Now, let's try retrieving a value from this example cache. If we performget(2), we expect it to return 250. Accessing this pair would effectively make it the most recently used pair. So, we should move it to the most recently used end of the cache:</w:t>
      </w:r>
    </w:p>
    <w:p>
      <w:pPr>
        <w:spacing w:after="160" w:line="276" w:lineRule="auto"/>
      </w:pPr>
      <w:r>
        <w:t>From this example, we identified two key operations for thegetfunction:</w:t>
      </w:r>
    </w:p>
    <w:p>
      <w:pPr>
        <w:pStyle w:val="ListNumber"/>
      </w:pPr>
      <w:r>
        <w:t>Move a key-value pair to the most recent end of the cache.</w:t>
      </w:r>
    </w:p>
    <w:p>
      <w:pPr>
        <w:pStyle w:val="ListNumber"/>
      </w:pPr>
      <w:r>
        <w:t>Access a value using its key.</w:t>
      </w:r>
    </w:p>
    <w:p>
      <w:pPr>
        <w:spacing w:after="160" w:line="276" w:lineRule="auto"/>
      </w:pPr>
      <w:r>
        <w:t>We’ve now narrowed the design down to the four main operations listed above. These will help us identify which data structures we can employ to design the LRU cache.</w:t>
      </w:r>
    </w:p>
    <w:p>
      <w:pPr>
        <w:spacing w:after="160" w:line="276" w:lineRule="auto"/>
      </w:pPr>
      <w:r>
        <w:t>Choosing data structuresOperations 1 and 2‾\underline{\text{Operations 1 and 2}}Operations 1 and 2​</w:t>
      </w:r>
    </w:p>
    <w:p>
      <w:pPr>
        <w:spacing w:after="160" w:line="276" w:lineRule="auto"/>
      </w:pPr>
      <w:r>
        <w:t>The first two operations involve adding and removing key-value pairs. Specifically, we need the ability to remove a key-value pair from one end of a data structure (representing the least recently used end) and add a key-value pair to the other.</w:t>
      </w:r>
    </w:p>
    <w:p>
      <w:pPr>
        <w:spacing w:after="160" w:line="276" w:lineRule="auto"/>
      </w:pPr>
      <w:r>
        <w:t>Which data structure allows us to efficiently add or remove an element from it? A suitable data structure for these operations is a linked list, particularly because we can add and remove a node in constant time if we have a reference to that node. But should we use a singly or doubly linked list?</w:t>
      </w:r>
    </w:p>
    <w:p>
      <w:pPr>
        <w:spacing w:after="160" w:line="276" w:lineRule="auto"/>
      </w:pPr>
      <w:r>
        <w:t>Singly vs. doubly linked list‾\underline{\text{Singly vs. doubly linked list}}Singly vs. doubly linked list​</w:t>
      </w:r>
    </w:p>
    <w:p>
      <w:pPr>
        <w:spacing w:after="160" w:line="276" w:lineRule="auto"/>
      </w:pPr>
      <w:r>
        <w:t>Adding or removing a node from the head of a linked list takesO(1)O(1)O(1)time, whether it’s a singly or doubly linked list. However, removing the tail node from a singly linked list takesO(n)O(n)O(n)time, even with a reference to the tail, because we need to traverse the list to access the node before the tail. In contrast, a doubly linked list allowsO(1)O(1)O(1)removal of the tail because each node has a reference to its previous node, enabling direct access without traversal. So, let’s choose thedoubly linked list.</w:t>
      </w:r>
    </w:p>
    <w:p>
      <w:pPr>
        <w:spacing w:after="160" w:line="276" w:lineRule="auto"/>
      </w:pPr>
      <w:r>
        <w:t>An important feature we need is the ability to access both ends of the doubly linked list when adding or removing nodes. With this in mind, let's establish some definitions:</w:t>
      </w:r>
    </w:p>
    <w:p>
      <w:pPr>
        <w:pStyle w:val="ListBullet"/>
      </w:pPr>
      <w:r>
        <w:t>The tail of the linked list signifies the most frequently used node.</w:t>
      </w:r>
    </w:p>
    <w:p>
      <w:pPr>
        <w:pStyle w:val="ListBullet"/>
      </w:pPr>
      <w:r>
        <w:t>The head of the linked list signifies the least recently used node.</w:t>
      </w:r>
    </w:p>
    <w:p>
      <w:pPr>
        <w:spacing w:after="160" w:line="276" w:lineRule="auto"/>
      </w:pPr>
      <w:r>
        <w:t>To reference the ends of the linked list, we can establish head and tail nodes, where head points to the least recently used node, and tail points to the most recently used node:</w:t>
      </w:r>
    </w:p>
    <w:p>
      <w:pPr>
        <w:spacing w:after="160" w:line="276" w:lineRule="auto"/>
      </w:pPr>
      <w:r>
        <w:t>Operations 3 and 4‾\underline{\text{Operations 3 and 4}}Operations 3 and 4​</w:t>
      </w:r>
    </w:p>
    <w:p>
      <w:pPr>
        <w:spacing w:after="160" w:line="276" w:lineRule="auto"/>
      </w:pPr>
      <w:r>
        <w:t>Operation 3 indicates that we’ll need to be able to move a node to the most recently-used end of the cache, and that this node doesn’t necessarily need to be at the head or tail of the linked list. If this node was somewhere in the middle, we’d need to traverse the linked list to find it. Is there a way we could access this node inO(1)O(1)O(1)time? Since this node is associated with a key, we could use ahash mapto store key-node pairs. This allows us to access a node by its key in constant time. The diagram below illustrates how the hash map's values are references to nodes in the linked list:</w:t>
      </w:r>
    </w:p>
    <w:p>
      <w:pPr>
        <w:spacing w:after="160" w:line="276" w:lineRule="auto"/>
      </w:pPr>
      <w:r>
        <w:t>Using a hash map also addresses operation 4 regarding efficient access to values from their keys.</w:t>
      </w:r>
    </w:p>
    <w:p>
      <w:pPr>
        <w:spacing w:after="160" w:line="276" w:lineRule="auto"/>
      </w:pPr>
      <w:r>
        <w:t>Now we’ve decided on using a doubly linked list and a hash map to represent the LRU cache, let’s examine how theputandgetfunctions would be implemented.</w:t>
      </w:r>
    </w:p>
    <w:p>
      <w:pPr>
        <w:spacing w:after="160" w:line="276" w:lineRule="auto"/>
      </w:pPr>
      <w:r>
        <w:t>put(key: int, val: int) -&gt; None:Below is the flow for adding a new key-value pair to the cache. This involves correctly updating the linked list and the hash map, while ensuring the cache does not exceed its capacity:</w:t>
      </w:r>
    </w:p>
    <w:p>
      <w:pPr>
        <w:spacing w:after="160" w:line="276" w:lineRule="auto"/>
      </w:pPr>
      <w:r>
        <w:t>To better understand how to add a new node to a doubly linked list that’s at maximum capacity, check out the following example:</w:t>
      </w:r>
    </w:p>
    <w:p>
      <w:pPr>
        <w:spacing w:after="160" w:line="276" w:lineRule="auto"/>
      </w:pPr>
      <w:r>
        <w:t>As you can see, we’ll need a function to remove a node (remove_node), as well as a function to add a node to the tail of the linked list (add_to_tail). We discuss these functions in more detail in the implementation section.</w:t>
      </w:r>
    </w:p>
    <w:p>
      <w:pPr>
        <w:spacing w:after="160" w:line="276" w:lineRule="auto"/>
      </w:pPr>
      <w:r>
        <w:t>get(key: int) -&gt; int:Below is the process for retrieving a key's value from the cache:</w:t>
      </w:r>
    </w:p>
    <w:p>
      <w:pPr>
        <w:spacing w:after="160" w:line="276" w:lineRule="auto"/>
      </w:pPr>
      <w:r>
        <w:t>Now let’s take a look at an example of how the doubly linked list is updated during agetfunction call:</w:t>
      </w:r>
    </w:p>
    <w:p>
      <w:pPr>
        <w:spacing w:after="160" w:line="276" w:lineRule="auto"/>
      </w:pPr>
      <w:r>
        <w:t>Now that we understand how the doubly linked list and hash map are used to design the LRU cache, let's dive into its implementation details, including the details of the helper methodsremove_nodeandadd_to_tail.</w:t>
      </w:r>
    </w:p>
    <w:p>
      <w:pPr>
        <w:pStyle w:val="Heading2"/>
        <w:spacing w:before="320" w:after="120"/>
      </w:pPr>
      <w:r>
        <w:t>Implementation</w:t>
      </w:r>
    </w:p>
    <w:p>
      <w:pPr>
        <w:spacing w:after="160" w:line="276" w:lineRule="auto"/>
      </w:pPr>
      <w:r>
        <w:t>We can use the custom class below to represent a node in a doubly linked list:</w:t>
      </w:r>
    </w:p>
    <w:p>
      <w:pPr>
        <w:spacing w:before="160" w:after="160"/>
        <w:ind w:left="360"/>
      </w:pPr>
      <w:r>
        <w:rPr>
          <w:rFonts w:ascii="Consolas" w:hAnsi="Consolas"/>
          <w:color w:val="1E293B"/>
          <w:sz w:val="19"/>
        </w:rPr>
        <w:t>PythonJavaScriptJavaCopyclass DoublyLinkedListNode:</w:t>
        <w:br/>
        <w:t xml:space="preserve">   def __init__(self, key: int, val: int):</w:t>
        <w:br/>
        <w:t xml:space="preserve">       self.key = key</w:t>
        <w:br/>
        <w:t xml:space="preserve">       self.val = val</w:t>
        <w:br/>
        <w:t xml:space="preserve">       self.next = self.prev = Noneclass DoublyLinkedListNode {</w:t>
        <w:br/>
        <w:t xml:space="preserve">    constructor(key, val) {</w:t>
        <w:br/>
        <w:t xml:space="preserve">        this.key = key;</w:t>
        <w:br/>
        <w:t xml:space="preserve">        this.val = val;</w:t>
        <w:br/>
        <w:t xml:space="preserve">        this.next = null;</w:t>
        <w:br/>
        <w:t xml:space="preserve">        this.prev = null;</w:t>
        <w:br/>
        <w:t xml:space="preserve">    }</w:t>
        <w:br/>
        <w:t>}public class DoublyLinkedListNode {</w:t>
        <w:br/>
        <w:t xml:space="preserve">    int key;</w:t>
        <w:br/>
        <w:t xml:space="preserve">    int val;</w:t>
        <w:br/>
        <w:t xml:space="preserve">    DoublyLinkedListNode next;</w:t>
        <w:br/>
        <w:t xml:space="preserve">    DoublyLinkedListNode prev;</w:t>
        <w:br/>
        <w:br/>
        <w:t xml:space="preserve">    public DoublyLinkedListNode(int key, int val) {</w:t>
        <w:br/>
        <w:t xml:space="preserve">        this.key = key;</w:t>
        <w:br/>
        <w:t xml:space="preserve">        this.val = val;</w:t>
        <w:br/>
        <w:t xml:space="preserve">        this.next = null;</w:t>
        <w:br/>
        <w:t xml:space="preserve">        this.prev = null;</w:t>
        <w:br/>
        <w:t xml:space="preserve">    }</w:t>
        <w:br/>
        <w:t>}</w:t>
      </w:r>
    </w:p>
    <w:p>
      <w:pPr>
        <w:spacing w:after="160" w:line="276" w:lineRule="auto"/>
      </w:pPr>
      <w:r>
        <w:t>The example below illustrates how to add a node to the tail of the linked list. Let's refer to the node before the tail asprev_node.</w:t>
      </w:r>
    </w:p>
    <w:p>
      <w:pPr>
        <w:spacing w:after="160" w:line="276" w:lineRule="auto"/>
      </w:pPr>
      <w:r>
        <w:t>The new node should appear afterprev_nodeand before the tail node. Let’s set the new node’sprevandnextpointers to reflect this:</w:t>
      </w:r>
    </w:p>
    <w:p>
      <w:pPr>
        <w:spacing w:after="160" w:line="276" w:lineRule="auto"/>
      </w:pPr>
      <w:r>
        <w:t>Now connect prev_node and tail to the new node:</w:t>
      </w:r>
    </w:p>
    <w:p>
      <w:pPr>
        <w:spacing w:after="160" w:line="276" w:lineRule="auto"/>
      </w:pPr>
      <w:r>
        <w:t>Below is the implementation of this function:</w:t>
      </w:r>
    </w:p>
    <w:p>
      <w:pPr>
        <w:spacing w:before="160" w:after="160"/>
        <w:ind w:left="360"/>
      </w:pPr>
      <w:r>
        <w:rPr>
          <w:rFonts w:ascii="Consolas" w:hAnsi="Consolas"/>
          <w:color w:val="1E293B"/>
          <w:sz w:val="19"/>
        </w:rPr>
        <w:t>PythonJavaScriptJavaCopydef add_to_tail(self, node: DoublyLinkedListNode) -&gt; None:</w:t>
        <w:br/>
        <w:t xml:space="preserve">    prev_node = self.tail.prev</w:t>
        <w:br/>
        <w:t xml:space="preserve">    node.prev = prev_node</w:t>
        <w:br/>
        <w:t xml:space="preserve">    node.next = self.tail</w:t>
        <w:br/>
        <w:t xml:space="preserve">    prev_node.next = node</w:t>
        <w:br/>
        <w:t xml:space="preserve">    self.tail.prev = nodeaddToTail(node) {</w:t>
        <w:br/>
        <w:t xml:space="preserve">    const prevNode = this.tail.prev;</w:t>
        <w:br/>
        <w:t xml:space="preserve">    node.prev = prevNode;</w:t>
        <w:br/>
        <w:t xml:space="preserve">    node.next = this.tail;</w:t>
        <w:br/>
        <w:t xml:space="preserve">    prevNode.next = node;</w:t>
        <w:br/>
        <w:t xml:space="preserve">    this.tail.prev = node;</w:t>
        <w:br/>
        <w:t>}public void addToTail(DoublyLinkedListNode node) {</w:t>
        <w:br/>
        <w:t xml:space="preserve">    DoublyLinkedListNode prevNode = this.tail.prev;</w:t>
        <w:br/>
        <w:t xml:space="preserve">    node.prev = prevNode;</w:t>
        <w:br/>
        <w:t xml:space="preserve">    node.next = this.tail;</w:t>
        <w:br/>
        <w:t xml:space="preserve">    prevNode.next = node;</w:t>
        <w:br/>
        <w:t xml:space="preserve">    this.tail.prev = node;</w:t>
        <w:br/>
        <w:t>}</w:t>
      </w:r>
    </w:p>
    <w:p>
      <w:pPr>
        <w:spacing w:after="160" w:line="276" w:lineRule="auto"/>
      </w:pPr>
      <w:r>
        <w:t>The example below illustrates how to remove a node from the doubly linked list:</w:t>
      </w:r>
    </w:p>
    <w:p>
      <w:pPr>
        <w:spacing w:after="160" w:line="276" w:lineRule="auto"/>
      </w:pPr>
      <w:r>
        <w:t>To remove a node, we make its two adjacent nodes point at each other, effectively excluding the node to be removed from the linked list:</w:t>
      </w:r>
    </w:p>
    <w:p>
      <w:pPr>
        <w:spacing w:after="160" w:line="276" w:lineRule="auto"/>
      </w:pPr>
      <w:r>
        <w:t>Below is the implementation of this function:</w:t>
      </w:r>
    </w:p>
    <w:p>
      <w:pPr>
        <w:spacing w:before="160" w:after="160"/>
        <w:ind w:left="360"/>
      </w:pPr>
      <w:r>
        <w:rPr>
          <w:rFonts w:ascii="Consolas" w:hAnsi="Consolas"/>
          <w:color w:val="1E293B"/>
          <w:sz w:val="19"/>
        </w:rPr>
        <w:t>PythonJavaScriptJavaCopydef remove_node(self, node: DoublyLinkedListNode) -&gt; None:</w:t>
        <w:br/>
        <w:t xml:space="preserve">    node.prev.next = node.next</w:t>
        <w:br/>
        <w:t xml:space="preserve">    node.next.prev = node.prevremoveNode(node) {</w:t>
        <w:br/>
        <w:t xml:space="preserve">    node.prev.next = node.next;</w:t>
        <w:br/>
        <w:t xml:space="preserve">    node.next.prev = node.prev;</w:t>
        <w:br/>
        <w:t>}public void removeNode(DoublyLinkedListNode node) {</w:t>
        <w:br/>
        <w:t xml:space="preserve">    node.prev.next = node.next;</w:t>
        <w:br/>
        <w:t xml:space="preserve">    node.next.prev = node.prev;</w:t>
        <w:br/>
        <w:t>}</w:t>
      </w:r>
    </w:p>
    <w:p>
      <w:pPr>
        <w:spacing w:after="160" w:line="276" w:lineRule="auto"/>
      </w:pPr>
      <w:r>
        <w:t>With the help of the above two functions, we can complete the full implementation of the LRU cache.</w:t>
      </w:r>
    </w:p>
    <w:p>
      <w:pPr>
        <w:spacing w:after="160" w:line="276" w:lineRule="auto"/>
      </w:pPr>
      <w:r>
        <w:t>LRU Cache</w:t>
      </w:r>
    </w:p>
    <w:p>
      <w:pPr>
        <w:spacing w:before="160" w:after="160"/>
        <w:ind w:left="360"/>
      </w:pPr>
      <w:r>
        <w:rPr>
          <w:rFonts w:ascii="Consolas" w:hAnsi="Consolas"/>
          <w:color w:val="1E293B"/>
          <w:sz w:val="19"/>
        </w:rPr>
        <w:t>PythonJavaScriptJavaCopyclass DoublyLinkedListNode:</w:t>
        <w:br/>
        <w:t xml:space="preserve">    def __init__(self, key: int, val: int):</w:t>
        <w:br/>
        <w:t xml:space="preserve">        self.key = key</w:t>
        <w:br/>
        <w:t xml:space="preserve">        self.val = val</w:t>
        <w:br/>
        <w:t xml:space="preserve">        self.next = self.prev = None</w:t>
        <w:br/>
        <w:t xml:space="preserve">    </w:t>
        <w:br/>
        <w:t>class LRUCache:</w:t>
        <w:br/>
        <w:t xml:space="preserve">    def __init__(self, capacity: int):</w:t>
        <w:br/>
        <w:t xml:space="preserve">        self.capacity = capacity</w:t>
        <w:br/>
        <w:t xml:space="preserve">        # A hash map that maps keys to nodes.</w:t>
        <w:br/>
        <w:t xml:space="preserve">        self.hashmap = {}</w:t>
        <w:br/>
        <w:t xml:space="preserve">        # Initialize the head and tail dummy nodes and connect them to </w:t>
        <w:br/>
        <w:t xml:space="preserve">        # each other to establish a basic two-node doubly linked list.</w:t>
        <w:br/>
        <w:t xml:space="preserve">        self.head = DoublyLinkedListNode(-1, -1)</w:t>
        <w:br/>
        <w:t xml:space="preserve">        self.tail = DoublyLinkedListNode(-1, -1)</w:t>
        <w:br/>
        <w:t xml:space="preserve">        self.head.next = self.tail</w:t>
        <w:br/>
        <w:t xml:space="preserve">        self.tail.prev = self.head</w:t>
        <w:br/>
        <w:t xml:space="preserve">    </w:t>
        <w:br/>
        <w:t xml:space="preserve">    def get(self, key: int) -&gt; int:</w:t>
        <w:br/>
        <w:t xml:space="preserve">        if key not in self.hashmap:</w:t>
        <w:br/>
        <w:t xml:space="preserve">            return -1</w:t>
        <w:br/>
        <w:t xml:space="preserve">        # To make this key the most recently used, remove its node and</w:t>
        <w:br/>
        <w:t xml:space="preserve">        # re-add it to the tail of the linked list.</w:t>
        <w:br/>
        <w:t xml:space="preserve">        self.remove_node(self.hashmap[key])</w:t>
        <w:br/>
        <w:t xml:space="preserve">        self.add_to_tail(self.hashmap[key])</w:t>
        <w:br/>
        <w:t xml:space="preserve">        return self.hashmap[key].val</w:t>
        <w:br/>
        <w:t xml:space="preserve">    </w:t>
        <w:br/>
        <w:t xml:space="preserve">    def put(self, key: int, value: int) -&gt; None:</w:t>
        <w:br/>
        <w:t xml:space="preserve">        # If a node with this key already exists, remove it from the</w:t>
        <w:br/>
        <w:t xml:space="preserve">        # linked list.</w:t>
        <w:br/>
        <w:t xml:space="preserve">        if key in self.hashmap:</w:t>
        <w:br/>
        <w:t xml:space="preserve">            self.remove_node(self.hashmap[key])</w:t>
        <w:br/>
        <w:t xml:space="preserve">        node = DoublyLinkedListNode(key, value)</w:t>
        <w:br/>
        <w:t xml:space="preserve">        self.hashmap[key] = node</w:t>
        <w:br/>
        <w:t xml:space="preserve">        # Remove the least recently used node from the cache if adding</w:t>
        <w:br/>
        <w:t xml:space="preserve">        # this new node will result in an overflow.</w:t>
        <w:br/>
        <w:t xml:space="preserve">        if len(self.hashmap) &gt; self.capacity:</w:t>
        <w:br/>
        <w:t xml:space="preserve">            del self.hashmap[self.head.next.key]</w:t>
        <w:br/>
        <w:t xml:space="preserve">            self.remove_node(self.head.next)</w:t>
        <w:br/>
        <w:t xml:space="preserve">        self.add_to_tail(node)</w:t>
        <w:br/>
        <w:t xml:space="preserve">    </w:t>
        <w:br/>
        <w:t xml:space="preserve">    def add_to_tail(self, node: DoublyLinkedListNode) -&gt; None:</w:t>
        <w:br/>
        <w:t xml:space="preserve">        prev_node = self.tail.prev</w:t>
        <w:br/>
        <w:t xml:space="preserve">        node.prev = prev_node</w:t>
        <w:br/>
        <w:t xml:space="preserve">        node.next = self.tail</w:t>
        <w:br/>
        <w:t xml:space="preserve">        prev_node.next = node</w:t>
        <w:br/>
        <w:t xml:space="preserve">        self.tail.prev = node</w:t>
        <w:br/>
        <w:t xml:space="preserve">    </w:t>
        <w:br/>
        <w:t xml:space="preserve">    def remove_node(self, node: DoublyLinkedListNode) -&gt; None:</w:t>
        <w:br/>
        <w:t xml:space="preserve">        node.prev.next = node.next</w:t>
        <w:br/>
        <w:t xml:space="preserve">        node.next.prev = node.prevclass DoublyLinkedListNode {</w:t>
        <w:br/>
        <w:t xml:space="preserve">    constructor(key, val) {</w:t>
        <w:br/>
        <w:t xml:space="preserve">        this.key = key;</w:t>
        <w:br/>
        <w:t xml:space="preserve">        this.val = val;</w:t>
        <w:br/>
        <w:t xml:space="preserve">        this.next = null;</w:t>
        <w:br/>
        <w:t xml:space="preserve">        this.prev = null;</w:t>
        <w:br/>
        <w:t xml:space="preserve">    }</w:t>
        <w:br/>
        <w:t>}</w:t>
        <w:br/>
        <w:br/>
        <w:t>class LRUCache {</w:t>
        <w:br/>
        <w:t xml:space="preserve">    constructor(capacity) {</w:t>
        <w:br/>
        <w:t xml:space="preserve">        this.capacity = capacity;</w:t>
        <w:br/>
        <w:t xml:space="preserve">        // A hash map that maps keys to nodes.</w:t>
        <w:br/>
        <w:t xml:space="preserve">        this.hashmap = new Map();</w:t>
        <w:br/>
        <w:t xml:space="preserve">        // Initialize the head and tail dummy nodes and connect them to </w:t>
        <w:br/>
        <w:t xml:space="preserve">        // each other to establish a basic two-node doubly linked list.</w:t>
        <w:br/>
        <w:t xml:space="preserve">        this.head = new DoublyLinkedListNode(-1, -1);</w:t>
        <w:br/>
        <w:t xml:space="preserve">        this.tail = new DoublyLinkedListNode(-1, -1);</w:t>
        <w:br/>
        <w:t xml:space="preserve">        this.head.next = this.tail;</w:t>
        <w:br/>
        <w:t xml:space="preserve">        this.tail.prev = this.head;</w:t>
        <w:br/>
        <w:t xml:space="preserve">    }</w:t>
        <w:br/>
        <w:br/>
        <w:t xml:space="preserve">    get(key) {</w:t>
        <w:br/>
        <w:t xml:space="preserve">        if (!this.hashmap.has(key)) {</w:t>
        <w:br/>
        <w:t xml:space="preserve">            return -1;</w:t>
        <w:br/>
        <w:t xml:space="preserve">        }</w:t>
        <w:br/>
        <w:t xml:space="preserve">        // To make this key the most recently used, remove its node and</w:t>
        <w:br/>
        <w:t xml:space="preserve">        // re-add it to the tail of the linked list.</w:t>
        <w:br/>
        <w:t xml:space="preserve">        const node = this.hashmap.get(key);</w:t>
        <w:br/>
        <w:t xml:space="preserve">        this.removeNode(node);</w:t>
        <w:br/>
        <w:t xml:space="preserve">        this.addToTail(node);</w:t>
        <w:br/>
        <w:t xml:space="preserve">        return node.val;</w:t>
        <w:br/>
        <w:t xml:space="preserve">    }</w:t>
        <w:br/>
        <w:br/>
        <w:t xml:space="preserve">    put(key, value) {</w:t>
        <w:br/>
        <w:t xml:space="preserve">        // If a node with this key already exists, remove it from the</w:t>
        <w:br/>
        <w:t xml:space="preserve">        // linked list.</w:t>
        <w:br/>
        <w:t xml:space="preserve">        if (this.hashmap.has(key)) {</w:t>
        <w:br/>
        <w:t xml:space="preserve">            this.removeNode(this.hashmap.get(key));</w:t>
        <w:br/>
        <w:t xml:space="preserve">        }</w:t>
        <w:br/>
        <w:t xml:space="preserve">        const node = new DoublyLinkedListNode(key, value);</w:t>
        <w:br/>
        <w:t xml:space="preserve">        this.hashmap.set(key, node);</w:t>
        <w:br/>
        <w:t xml:space="preserve">        // Remove the least recently used node from the cache if adding</w:t>
        <w:br/>
        <w:t xml:space="preserve">        // this new node will result in an overflow.</w:t>
        <w:br/>
        <w:t xml:space="preserve">        if (this.hashmap.size &gt; this.capacity) {</w:t>
        <w:br/>
        <w:t xml:space="preserve">            const lruNode = this.head.next;</w:t>
        <w:br/>
        <w:t xml:space="preserve">            this.hashmap.delete(lruNode.key);</w:t>
        <w:br/>
        <w:t xml:space="preserve">            this.removeNode(lruNode);</w:t>
        <w:br/>
        <w:t xml:space="preserve">        }</w:t>
        <w:br/>
        <w:t xml:space="preserve">        this.addToTail(node);</w:t>
        <w:br/>
        <w:t xml:space="preserve">    }</w:t>
        <w:br/>
        <w:br/>
        <w:t xml:space="preserve">    addToTail(node) {</w:t>
        <w:br/>
        <w:t xml:space="preserve">        const prevNode = this.tail.prev;</w:t>
        <w:br/>
        <w:t xml:space="preserve">        node.prev = prevNode;</w:t>
        <w:br/>
        <w:t xml:space="preserve">        node.next = this.tail;</w:t>
        <w:br/>
        <w:t xml:space="preserve">        prevNode.next = node;</w:t>
        <w:br/>
        <w:t xml:space="preserve">        this.tail.prev = node;</w:t>
        <w:br/>
        <w:t xml:space="preserve">    }</w:t>
        <w:br/>
        <w:br/>
        <w:t xml:space="preserve">    removeNode(node) {</w:t>
        <w:br/>
        <w:t xml:space="preserve">        node.prev.next = node.next;</w:t>
        <w:br/>
        <w:t xml:space="preserve">        node.next.prev = node.prev;</w:t>
        <w:br/>
        <w:t xml:space="preserve">    }</w:t>
        <w:br/>
        <w:t>}class DoublyLinkedListNode {</w:t>
        <w:br/>
        <w:t xml:space="preserve">    int key;</w:t>
        <w:br/>
        <w:t xml:space="preserve">    int val;</w:t>
        <w:br/>
        <w:t xml:space="preserve">    DoublyLinkedListNode next;</w:t>
        <w:br/>
        <w:t xml:space="preserve">    DoublyLinkedListNode prev;</w:t>
        <w:br/>
        <w:br/>
        <w:t xml:space="preserve">    public DoublyLinkedListNode(int key, int val) {</w:t>
        <w:br/>
        <w:t xml:space="preserve">        this.key = key;</w:t>
        <w:br/>
        <w:t xml:space="preserve">        this.val = val;</w:t>
        <w:br/>
        <w:t xml:space="preserve">        this.next = null;</w:t>
        <w:br/>
        <w:t xml:space="preserve">        this.prev = null;</w:t>
        <w:br/>
        <w:t xml:space="preserve">    }</w:t>
        <w:br/>
        <w:t>}</w:t>
        <w:br/>
        <w:br/>
        <w:t>public class LRUCache {</w:t>
        <w:br/>
        <w:t xml:space="preserve">    private int capacity;</w:t>
        <w:br/>
        <w:t xml:space="preserve">    // A hash map that maps keys to nodes.</w:t>
        <w:br/>
        <w:t xml:space="preserve">    private Map&lt;Integer, DoublyLinkedListNode&gt; hashmap;</w:t>
        <w:br/>
        <w:t xml:space="preserve">    private DoublyLinkedListNode head;</w:t>
        <w:br/>
        <w:t xml:space="preserve">    private DoublyLinkedListNode tail;</w:t>
        <w:br/>
        <w:br/>
        <w:t xml:space="preserve">    public LRUCache(int capacity) {</w:t>
        <w:br/>
        <w:t xml:space="preserve">        this.capacity = capacity;</w:t>
        <w:br/>
        <w:t xml:space="preserve">        this.hashmap = new HashMap&lt;&gt;();</w:t>
        <w:br/>
        <w:t xml:space="preserve">        // Initialize the head and tail dummy nodes and connect them to </w:t>
        <w:br/>
        <w:t xml:space="preserve">        // each other to establish a basic two-node doubly linked list.</w:t>
        <w:br/>
        <w:t xml:space="preserve">        this.head = new DoublyLinkedListNode(-1, -1);</w:t>
        <w:br/>
        <w:t xml:space="preserve">        this.tail = new DoublyLinkedListNode(-1, -1);</w:t>
        <w:br/>
        <w:t xml:space="preserve">        this.head.next = this.tail;</w:t>
        <w:br/>
        <w:t xml:space="preserve">        this.tail.prev = this.head;</w:t>
        <w:br/>
        <w:t xml:space="preserve">    }</w:t>
        <w:br/>
        <w:br/>
        <w:t xml:space="preserve">    public int get(int key) {</w:t>
        <w:br/>
        <w:t xml:space="preserve">        if (!hashmap.containsKey(key)) {</w:t>
        <w:br/>
        <w:t xml:space="preserve">            return -1;</w:t>
        <w:br/>
        <w:t xml:space="preserve">        }</w:t>
        <w:br/>
        <w:t xml:space="preserve">        // To make this key the most recently used, remove its node and</w:t>
        <w:br/>
        <w:t xml:space="preserve">        // re-add it to the tail of the linked list.</w:t>
        <w:br/>
        <w:t xml:space="preserve">        DoublyLinkedListNode node = hashmap.get(key);</w:t>
        <w:br/>
        <w:t xml:space="preserve">        removeNode(node);</w:t>
        <w:br/>
        <w:t xml:space="preserve">        addToTail(node);</w:t>
        <w:br/>
        <w:t xml:space="preserve">        return node.val;</w:t>
        <w:br/>
        <w:t xml:space="preserve">    }</w:t>
        <w:br/>
        <w:br/>
        <w:t xml:space="preserve">    public void put(int key, int value) {</w:t>
        <w:br/>
        <w:t xml:space="preserve">        // If a node with this key already exists, remove it from the</w:t>
        <w:br/>
        <w:t xml:space="preserve">        // linked list.</w:t>
        <w:br/>
        <w:t xml:space="preserve">        if (hashmap.containsKey(key)) {</w:t>
        <w:br/>
        <w:t xml:space="preserve">            removeNode(hashmap.get(key));</w:t>
        <w:br/>
        <w:t xml:space="preserve">        }</w:t>
        <w:br/>
        <w:t xml:space="preserve">        DoublyLinkedListNode node = new DoublyLinkedListNode(key, value);</w:t>
        <w:br/>
        <w:t xml:space="preserve">        hashmap.put(key, node);</w:t>
        <w:br/>
        <w:t xml:space="preserve">        // Remove the least recently used node from the cache if adding</w:t>
        <w:br/>
        <w:t xml:space="preserve">        // this new node will result in an overflow.</w:t>
        <w:br/>
        <w:t xml:space="preserve">        if (hashmap.size() &gt; capacity) {</w:t>
        <w:br/>
        <w:t xml:space="preserve">            DoublyLinkedListNode lruNode = head.next;</w:t>
        <w:br/>
        <w:t xml:space="preserve">            hashmap.remove(lruNode.key);</w:t>
        <w:br/>
        <w:t xml:space="preserve">            removeNode(lruNode);</w:t>
        <w:br/>
        <w:t xml:space="preserve">        }</w:t>
        <w:br/>
        <w:t xml:space="preserve">        addToTail(node);</w:t>
        <w:br/>
        <w:t xml:space="preserve">    }</w:t>
        <w:br/>
        <w:br/>
        <w:t xml:space="preserve">    public void addToTail(DoublyLinkedListNode node) {</w:t>
        <w:br/>
        <w:t xml:space="preserve">        DoublyLinkedListNode prevNode = this.tail.prev;</w:t>
        <w:br/>
        <w:t xml:space="preserve">        node.prev = prevNode;</w:t>
        <w:br/>
        <w:t xml:space="preserve">        node.next = this.tail;</w:t>
        <w:br/>
        <w:t xml:space="preserve">        prevNode.next = node;</w:t>
        <w:br/>
        <w:t xml:space="preserve">        this.tail.prev = node;</w:t>
        <w:br/>
        <w:t xml:space="preserve">    }</w:t>
        <w:br/>
        <w:br/>
        <w:t xml:space="preserve">    public void removeNode(DoublyLinkedListNode node) {</w:t>
        <w:br/>
        <w:t xml:space="preserve">        node.prev.next = node.next;</w:t>
        <w:br/>
        <w:t xml:space="preserve">        node.next.prev = node.prev;</w:t>
        <w:br/>
        <w:t xml:space="preserve">    }</w:t>
        <w:br/>
        <w:t>}</w:t>
      </w:r>
    </w:p>
    <w:p>
      <w:pPr>
        <w:pStyle w:val="Heading3"/>
        <w:spacing w:before="320" w:after="120"/>
      </w:pPr>
      <w:r>
        <w:t>Complexity Analysis</w:t>
      </w:r>
    </w:p>
    <w:p>
      <w:pPr>
        <w:spacing w:after="160" w:line="276" w:lineRule="auto"/>
      </w:pPr>
      <w:r>
        <w:t>Time complexity:The time complexity for the helper functionsremove_nodeandadd_tail_nodeisO(1)O(1)O(1)because they perform constant-time operations on a doubly linked list. Theputandgetfunctions utilize these helper functions, while also performing constant-time hash map operations. Consequently, they also have anO(1)O(1)O(1)time complexity.</w:t>
      </w:r>
    </w:p>
    <w:p>
      <w:pPr>
        <w:spacing w:after="160" w:line="276" w:lineRule="auto"/>
      </w:pPr>
      <w:r>
        <w:t>Space complexity:The overall space complexity of this solution isO(n)O(n)O(n), wherennnis the capacity of the cache. This is because both the doubly linked list and hash map can each occupyO(n)O(n)O(n)space.</w:t>
      </w:r>
    </w:p>
    <w:p>
      <w:pPr>
        <w:pStyle w:val="Heading3"/>
        <w:spacing w:before="320" w:after="120"/>
      </w:pPr>
      <w:r>
        <w:t>Interview Tip</w:t>
      </w:r>
    </w:p>
    <w:p>
      <w:pPr>
        <w:spacing w:after="160" w:line="276" w:lineRule="auto"/>
      </w:pPr>
      <w:r>
        <w:t>Tip: Explore how combining data structures can help achieve certain functionality.It’s possible to encounter situations where no single data structure provides the functionality required for your solution. In such cases, try to work out if this functionality can be achieved using a combination of data structures. For instance, in this problem we combined a doubly-linked list and a hash map to achieve the functionality required for the LRU cache.</w:t>
      </w:r>
    </w:p>
    <w:p>
      <w:r>
        <w:br w:type="page"/>
      </w:r>
    </w:p>
    <w:p>
      <w:pPr>
        <w:pStyle w:val="Heading1"/>
        <w:spacing w:before="480" w:after="280"/>
      </w:pPr>
      <w:r>
        <w:rPr>
          <w:b/>
          <w:color w:val="008A60"/>
          <w:sz w:val="28"/>
        </w:rPr>
        <w:t>Chapter 19</w:t>
        <w:br/>
      </w:r>
      <w:r>
        <w:rPr>
          <w:b/>
          <w:color w:val="0F172A"/>
          <w:sz w:val="40"/>
        </w:rPr>
        <w:t>Palindromic Linked List</w:t>
      </w:r>
    </w:p>
    <w:p>
      <w:pPr>
        <w:spacing w:before="160" w:after="160"/>
        <w:ind w:left="360"/>
      </w:pPr>
      <w:r>
        <w:rPr>
          <w:rFonts w:ascii="Consolas" w:hAnsi="Consolas"/>
          <w:color w:val="1E293B"/>
          <w:sz w:val="19"/>
        </w:rPr>
        <w:t>Given the head of a singly linked list, determine if it's a palindrome.Example 1:ExampleCopyOutput: True</w:t>
        <w:br/>
        <w:t>Example 2:ExampleCopyOutput: False</w:t>
        <w:br/>
      </w:r>
    </w:p>
    <w:p>
      <w:pPr>
        <w:pStyle w:val="Heading2"/>
        <w:spacing w:before="320" w:after="120"/>
      </w:pPr>
      <w:r>
        <w:t>Intuition</w:t>
      </w:r>
    </w:p>
    <w:p>
      <w:pPr>
        <w:spacing w:after="160" w:line="276" w:lineRule="auto"/>
      </w:pPr>
      <w:r>
        <w:t>A linked list would be palindromic if its values read the same forward and backward. A naive way to check this would be to store all the values of the linked list in an array, allowing us to freely traverse these values forward and backward to confirm if it’s palindromic. However, this takes linear space. Instead, it would be better if we had a way to traverse the linked list in reverse order to confirm if it's a palindrome. Is there a way to go about this?</w:t>
      </w:r>
    </w:p>
    <w:p>
      <w:pPr>
        <w:spacing w:after="160" w:line="276" w:lineRule="auto"/>
      </w:pPr>
      <w:r>
        <w:t>Going off the above definition, we know that if a linked list is a palindrome, reversing it would result in the same sequence of values.</w:t>
      </w:r>
    </w:p>
    <w:p>
      <w:pPr>
        <w:spacing w:after="160" w:line="276" w:lineRule="auto"/>
      </w:pPr>
      <w:r>
        <w:t>This means we could create a copy of the linked list, reverse it, and compare its values with the original linked list. However, this would still take up linear space. Can we adjust this idea to avoid creating a new linked list?</w:t>
      </w:r>
    </w:p>
    <w:p>
      <w:pPr>
        <w:spacing w:after="160" w:line="276" w:lineRule="auto"/>
      </w:pPr>
      <w:r>
        <w:t>An important observation is that we only need tocompare the first half of the original linked list with the reverse of the second half(if there are an odd number of elements, we can just include the middle node in both halves) to check if the linked list is a palindrome:</w:t>
      </w:r>
    </w:p>
    <w:p>
      <w:pPr>
        <w:spacing w:after="160" w:line="276" w:lineRule="auto"/>
      </w:pPr>
      <w:r>
        <w:t>Before we can perform this comparison, we need to:</w:t>
      </w:r>
    </w:p>
    <w:p>
      <w:pPr>
        <w:pStyle w:val="ListNumber"/>
      </w:pPr>
      <w:r>
        <w:t>Find the middle of the linked list to get the head of the second half.</w:t>
      </w:r>
    </w:p>
    <w:p>
      <w:pPr>
        <w:pStyle w:val="ListNumber"/>
      </w:pPr>
      <w:r>
        <w:t>Reverse the second half of the linked list from this middle node.</w:t>
      </w:r>
    </w:p>
    <w:p>
      <w:pPr>
        <w:spacing w:after="160" w:line="276" w:lineRule="auto"/>
      </w:pPr>
      <w:r>
        <w:t>Notice that step 2 involves modifying the input. In this problem, let’s assume this is acceptable. However,it's always good to check with the interviewer if changing the input is allowed before moving forward with the solution.</w:t>
      </w:r>
    </w:p>
    <w:p>
      <w:pPr>
        <w:spacing w:after="160" w:line="276" w:lineRule="auto"/>
      </w:pPr>
      <w:r>
        <w:t>Now, let’s see how these two steps can be applied. Start by obtaining the middle node (mid) of the linked list.</w:t>
      </w:r>
    </w:p>
    <w:p>
      <w:pPr>
        <w:spacing w:after="160" w:line="276" w:lineRule="auto"/>
      </w:pPr>
      <w:r>
        <w:t>To learn how to get to the middle of a linked list, read the explanation in theLinked List Midpointproblem in theFast and Slow Pointerschapter.</w:t>
      </w:r>
    </w:p>
    <w:p>
      <w:pPr>
        <w:spacing w:after="160" w:line="276" w:lineRule="auto"/>
      </w:pPr>
      <w:r>
        <w:t>Then, reverse the second half of the linked list starting atmid. The last node of the original linked list becomes the head of the second half. This second head is used to traverse the newly reversed second half.</w:t>
      </w:r>
    </w:p>
    <w:p>
      <w:pPr>
        <w:spacing w:after="160" w:line="276" w:lineRule="auto"/>
      </w:pPr>
      <w:r>
        <w:t>To learn how to reverse a linked list inO(n)O(n)O(n)time, read the explanation in theReverse Linked Listproblem in this chapter.</w:t>
      </w:r>
    </w:p>
    <w:p>
      <w:pPr>
        <w:spacing w:after="160" w:line="276" w:lineRule="auto"/>
      </w:pPr>
      <w:r>
        <w:t>The last thing we need to do is check if the first half matches the now-reversed second half. We can do this by simultaneously traversing both halves node by node, and comparing each node from the first half to the corresponding node from the second half. If at any point the node values don't match, it indicates the linked list is not a palindrome.</w:t>
      </w:r>
    </w:p>
    <w:p>
      <w:pPr>
        <w:spacing w:after="160" w:line="276" w:lineRule="auto"/>
      </w:pPr>
      <w:r>
        <w:t>We can use two pointers (ptr1andptr2) to iterate through the first and the reversed second half of the linked list, respectively:</w:t>
      </w:r>
    </w:p>
    <w:p>
      <w:pPr>
        <w:pStyle w:val="Heading2"/>
        <w:spacing w:before="320" w:after="120"/>
      </w:pPr>
      <w:r>
        <w:t>Implementation</w:t>
      </w:r>
    </w:p>
    <w:p>
      <w:pPr>
        <w:spacing w:before="160" w:after="160"/>
        <w:ind w:left="360"/>
      </w:pPr>
      <w:r>
        <w:rPr>
          <w:rFonts w:ascii="Consolas" w:hAnsi="Consolas"/>
          <w:color w:val="1E293B"/>
          <w:sz w:val="19"/>
        </w:rPr>
        <w:t>PythonJavaScriptJavaCopyfrom ds import ListNode</w:t>
        <w:br/>
        <w:t xml:space="preserve">    </w:t>
        <w:br/>
        <w:t xml:space="preserve">def palindromic_linked_list(head: ListNode) -&gt; bool: </w:t>
        <w:br/>
        <w:t xml:space="preserve">    # Find the middle of the linked list and then reverse the second half of the # linked list starting at this midpoint.</w:t>
        <w:br/>
        <w:t xml:space="preserve">    mid = find_middle(head)</w:t>
        <w:br/>
        <w:t xml:space="preserve">    second_head = reverse_list(mid)</w:t>
        <w:br/>
        <w:t xml:space="preserve">    # Compare the first half and the reversed second half of the list</w:t>
        <w:br/>
        <w:t xml:space="preserve">    ptr1, ptr2 = head, second_head</w:t>
        <w:br/>
        <w:t xml:space="preserve">    res = True</w:t>
        <w:br/>
        <w:t xml:space="preserve">    while ptr2:</w:t>
        <w:br/>
        <w:t xml:space="preserve">        if ptr1.val != ptr2.val:</w:t>
        <w:br/>
        <w:t xml:space="preserve">            res = False</w:t>
        <w:br/>
        <w:t xml:space="preserve">        ptr1, ptr2 = ptr1.next, ptr2.next</w:t>
        <w:br/>
        <w:t xml:space="preserve">    return res</w:t>
        <w:br/>
        <w:t xml:space="preserve">    </w:t>
        <w:br/>
        <w:t># From the 'Reverse Linked List' problem.</w:t>
        <w:br/>
        <w:t>def reverse_list(head: ListNode) -&gt; ListNode:</w:t>
        <w:br/>
        <w:t xml:space="preserve">    prevNode, currNode = None, head</w:t>
        <w:br/>
        <w:t xml:space="preserve">    while currNode:</w:t>
        <w:br/>
        <w:t xml:space="preserve">        nextNode = currNode.next</w:t>
        <w:br/>
        <w:t xml:space="preserve">        currNode.next = prevNode</w:t>
        <w:br/>
        <w:t xml:space="preserve">        prevNode = currNode</w:t>
        <w:br/>
        <w:t xml:space="preserve">        currNode = nextNode</w:t>
        <w:br/>
        <w:t xml:space="preserve">    return prevNode</w:t>
        <w:br/>
        <w:t xml:space="preserve">    </w:t>
        <w:br/>
        <w:t># From the 'Linked List Midpoint' problem.</w:t>
        <w:br/>
        <w:t>def find_middle(head: ListNode) -&gt; ListNode:</w:t>
        <w:br/>
        <w:t xml:space="preserve">    slow = fast = head</w:t>
        <w:br/>
        <w:t xml:space="preserve">    while fast and fast.next:</w:t>
        <w:br/>
        <w:t xml:space="preserve">        slow = slow.next</w:t>
        <w:br/>
        <w:t xml:space="preserve">        fast = fast.next.next</w:t>
        <w:br/>
        <w:t xml:space="preserve">    return slowfunction palindromicLinkedList(head) {</w:t>
        <w:br/>
        <w:t xml:space="preserve">    // Find the middle of the linked list and then reverse the second half of the</w:t>
        <w:br/>
        <w:t xml:space="preserve">    // linked list starting at this midpoint.</w:t>
        <w:br/>
        <w:t xml:space="preserve">    const mid = findMiddle(head);</w:t>
        <w:br/>
        <w:t xml:space="preserve">    const secondHead = reverseList(mid);</w:t>
        <w:br/>
        <w:t xml:space="preserve">    // Compare the first half and the reversed second half of the list</w:t>
        <w:br/>
        <w:t xml:space="preserve">    let ptr1 = head, ptr2 = secondHead;</w:t>
        <w:br/>
        <w:t xml:space="preserve">    let res = true;</w:t>
        <w:br/>
        <w:t xml:space="preserve">    while (ptr2) {</w:t>
        <w:br/>
        <w:t xml:space="preserve">        if (ptr1.val !== ptr2.val) {</w:t>
        <w:br/>
        <w:t xml:space="preserve">            res = false;</w:t>
        <w:br/>
        <w:t xml:space="preserve">        }</w:t>
        <w:br/>
        <w:t xml:space="preserve">        ptr1 = ptr1.next;</w:t>
        <w:br/>
        <w:t xml:space="preserve">        ptr2 = ptr2.next;</w:t>
        <w:br/>
        <w:t xml:space="preserve">    }</w:t>
        <w:br/>
        <w:t xml:space="preserve">    return res;</w:t>
        <w:br/>
        <w:t>}</w:t>
        <w:br/>
        <w:br/>
        <w:t>// From the 'Reverse Linked List' problem.</w:t>
        <w:br/>
        <w:t>function reverseList(head) {</w:t>
        <w:br/>
        <w:t xml:space="preserve">    let prevNode = null, currNode = head;</w:t>
        <w:br/>
        <w:t xml:space="preserve">    while (currNode) {</w:t>
        <w:br/>
        <w:t xml:space="preserve">        const nextNode = currNode.next;</w:t>
        <w:br/>
        <w:t xml:space="preserve">        currNode.next = prevNode;</w:t>
        <w:br/>
        <w:t xml:space="preserve">        prevNode = currNode;</w:t>
        <w:br/>
        <w:t xml:space="preserve">        currNode = nextNode;</w:t>
        <w:br/>
        <w:t xml:space="preserve">    }</w:t>
        <w:br/>
        <w:t xml:space="preserve">    return prevNode;</w:t>
        <w:br/>
        <w:t>}</w:t>
        <w:br/>
        <w:br/>
        <w:t>// From the 'Linked List Midpoint' problem.</w:t>
        <w:br/>
        <w:t>function findMiddle(head) {</w:t>
        <w:br/>
        <w:t xml:space="preserve">    let slow = head, fast = head;</w:t>
        <w:br/>
        <w:t xml:space="preserve">    while (fast &amp;&amp; fast.next) {</w:t>
        <w:br/>
        <w:t xml:space="preserve">        slow = slow.next;</w:t>
        <w:br/>
        <w:t xml:space="preserve">        fast = fast.next.next;</w:t>
        <w:br/>
        <w:t xml:space="preserve">    }</w:t>
        <w:br/>
        <w:t xml:space="preserve">    return slow;</w:t>
        <w:br/>
        <w:t>}public boolean palindromicLinkedList(ListNode head) {</w:t>
        <w:br/>
        <w:t xml:space="preserve">    // Find the middle of the linked list and then reverse the second half of the</w:t>
        <w:br/>
        <w:t xml:space="preserve">    // linked list starting at this midpoint.</w:t>
        <w:br/>
        <w:t xml:space="preserve">    ListNode mid = findMiddle(head);</w:t>
        <w:br/>
        <w:t xml:space="preserve">    ListNode secondHead = reverseList(mid);</w:t>
        <w:br/>
        <w:t xml:space="preserve">    // Compare the first half and the reversed second half of the list</w:t>
        <w:br/>
        <w:t xml:space="preserve">    ListNode ptr1 = head, ptr2 = secondHead;</w:t>
        <w:br/>
        <w:t xml:space="preserve">    boolean res = true;</w:t>
        <w:br/>
        <w:t xml:space="preserve">    while (ptr2 != null) {</w:t>
        <w:br/>
        <w:t xml:space="preserve">        if (ptr1.val != ptr2.val) {</w:t>
        <w:br/>
        <w:t xml:space="preserve">            res = false;</w:t>
        <w:br/>
        <w:t xml:space="preserve">        }</w:t>
        <w:br/>
        <w:t xml:space="preserve">        ptr1 = ptr1.next;</w:t>
        <w:br/>
        <w:t xml:space="preserve">        ptr2 = ptr2.next;</w:t>
        <w:br/>
        <w:t xml:space="preserve">    }</w:t>
        <w:br/>
        <w:t xml:space="preserve">    return res;</w:t>
        <w:br/>
        <w:t>}</w:t>
        <w:br/>
        <w:br/>
        <w:t>// From the 'Reverse Linked List' problem.</w:t>
        <w:br/>
        <w:t>public ListNode reverseList(ListNode head) {</w:t>
        <w:br/>
        <w:t xml:space="preserve">    ListNode prevNode = null, currNode = head;</w:t>
        <w:br/>
        <w:t xml:space="preserve">    while (currNode != null) {</w:t>
        <w:br/>
        <w:t xml:space="preserve">        ListNode nextNode = currNode.next;</w:t>
        <w:br/>
        <w:t xml:space="preserve">        currNode.next = prevNode;</w:t>
        <w:br/>
        <w:t xml:space="preserve">        prevNode = currNode;</w:t>
        <w:br/>
        <w:t xml:space="preserve">        currNode = nextNode;</w:t>
        <w:br/>
        <w:t xml:space="preserve">    }</w:t>
        <w:br/>
        <w:t xml:space="preserve">    return prevNode;</w:t>
        <w:br/>
        <w:t>}</w:t>
        <w:br/>
        <w:br/>
        <w:t>// From the 'Linked List Midpoint' problem.</w:t>
        <w:br/>
        <w:t>public ListNode findMiddle(ListNode head) {</w:t>
        <w:br/>
        <w:t xml:space="preserve">    ListNode slow = head, fast = head;</w:t>
        <w:br/>
        <w:t xml:space="preserve">    while (fast != null &amp;&amp; fast.next != null) {</w:t>
        <w:br/>
        <w:t xml:space="preserve">        slow = slow.next;</w:t>
        <w:br/>
        <w:t xml:space="preserve">        fast = fast.next.next;</w:t>
        <w:br/>
        <w:t xml:space="preserve">    }</w:t>
        <w:br/>
        <w:t xml:space="preserve">    return slow;</w:t>
        <w:br/>
        <w:t>}</w:t>
      </w:r>
    </w:p>
    <w:p>
      <w:pPr>
        <w:pStyle w:val="Heading3"/>
        <w:spacing w:before="320" w:after="120"/>
      </w:pPr>
      <w:r>
        <w:t>Complexity Analysis</w:t>
      </w:r>
    </w:p>
    <w:p>
      <w:pPr>
        <w:spacing w:after="160" w:line="276" w:lineRule="auto"/>
      </w:pPr>
      <w:r>
        <w:t>Time complexity:The time complexity ofpalindromic_linked_listisO(n)O(n)O(n), wherennndenotes the length of the linked list. This is because it involves iterating through the linked list three times: once to find the middle node, once to reverse the second half, and once more to compare the two halves.</w:t>
      </w:r>
    </w:p>
    <w:p>
      <w:pPr>
        <w:spacing w:after="160" w:line="276" w:lineRule="auto"/>
      </w:pPr>
      <w:r>
        <w:t>Space complexity:The space complexity isO(1)O(1)O(1).</w:t>
      </w:r>
    </w:p>
    <w:p>
      <w:pPr>
        <w:pStyle w:val="Heading2"/>
        <w:spacing w:before="320" w:after="120"/>
      </w:pPr>
      <w:r>
        <w:t>Interview Tip</w:t>
      </w:r>
    </w:p>
    <w:p>
      <w:pPr>
        <w:spacing w:after="160" w:line="276" w:lineRule="auto"/>
      </w:pPr>
      <w:r>
        <w:t>Tip: Confirm if it’s acceptable to modify the linked list. In our solution, we reversed the second half of the linked list which dismantled the input’s initial structure. Why does this matter? Oftentimes, the input data structure should not be modified, particularly if it's shared or accessed concurrently. As such, it’s important to confirm with your interviewer whether input modification is acceptable and to briefly address the implications of this.</w:t>
      </w:r>
    </w:p>
    <w:p>
      <w:r>
        <w:br w:type="page"/>
      </w:r>
    </w:p>
    <w:p>
      <w:pPr>
        <w:pStyle w:val="Heading1"/>
        <w:spacing w:before="480" w:after="280"/>
      </w:pPr>
      <w:r>
        <w:rPr>
          <w:b/>
          <w:color w:val="008A60"/>
          <w:sz w:val="28"/>
        </w:rPr>
        <w:t>Chapter 20</w:t>
        <w:br/>
      </w:r>
      <w:r>
        <w:rPr>
          <w:b/>
          <w:color w:val="0F172A"/>
          <w:sz w:val="40"/>
        </w:rPr>
        <w:t>Flatten a Multi-Level Linked List</w:t>
      </w:r>
    </w:p>
    <w:p>
      <w:pPr>
        <w:spacing w:before="160" w:after="160"/>
        <w:ind w:left="360"/>
      </w:pPr>
      <w:r>
        <w:rPr>
          <w:rFonts w:ascii="Consolas" w:hAnsi="Consolas"/>
          <w:color w:val="1E293B"/>
          <w:sz w:val="19"/>
        </w:rPr>
        <w:t>In a multi-level linked list, each node has a next pointer and child pointer. The next pointer connects to the subsequent node in the same linked list, while the child pointer points to the head of a new linked list under it. This creates multiple levels of linked lists. If a node does not have a child list, its child attribute is set to null.Flatten the multi-level linked list into a single-level linked list by linking the end of each level to the start of the next one.Example:</w:t>
      </w:r>
    </w:p>
    <w:p>
      <w:pPr>
        <w:pStyle w:val="Heading2"/>
        <w:spacing w:before="320" w:after="120"/>
      </w:pPr>
      <w:r>
        <w:t>Intuition</w:t>
      </w:r>
    </w:p>
    <w:p>
      <w:pPr>
        <w:spacing w:after="160" w:line="276" w:lineRule="auto"/>
      </w:pPr>
      <w:r>
        <w:t>Consider the two main conditions required to form the flattened linked list:</w:t>
      </w:r>
    </w:p>
    <w:p>
      <w:pPr>
        <w:pStyle w:val="ListNumber"/>
      </w:pPr>
      <w:r>
        <w:t>The order of the nodes on each level needs to be preserved.</w:t>
      </w:r>
    </w:p>
    <w:p>
      <w:pPr>
        <w:pStyle w:val="ListNumber"/>
      </w:pPr>
      <w:r>
        <w:t>All the nodes in one level must connect before appending nodes from the next level.</w:t>
      </w:r>
    </w:p>
    <w:p>
      <w:pPr>
        <w:spacing w:after="160" w:line="276" w:lineRule="auto"/>
      </w:pPr>
      <w:r>
        <w:t>The challenge with this problem is figuring out how we process linked lists in lower levels. One strategy that might come to mind is level-order traversal using breadth-first search. However, breadth-first search usually involves the use of a queue, which would result in at least a linear space complexity. Is there a way we could merge the levels of the linked lists in place?</w:t>
      </w:r>
    </w:p>
    <w:p>
      <w:pPr>
        <w:spacing w:after="160" w:line="276" w:lineRule="auto"/>
      </w:pPr>
      <w:r>
        <w:t>A key observation is thatfor any level of the multi-level linked list, we have direct access to all the nodes on the next level. This is because each node’s child node at any given level ‘L’ has direct access to nodes on the next level ‘L + 1’:</w:t>
      </w:r>
    </w:p>
    <w:p>
      <w:pPr>
        <w:spacing w:after="160" w:line="276" w:lineRule="auto"/>
      </w:pPr>
      <w:r>
        <w:t>How can we connect the nodes on level ‘L + 1’ to the end of level ‘L’? Since we have access to the nodes at the next level from the current level’s child pointers, we can append each child linked list to the end of the current level, which effectively merges these two levels into one.</w:t>
      </w:r>
    </w:p>
    <w:p>
      <w:pPr>
        <w:spacing w:after="160" w:line="276" w:lineRule="auto"/>
      </w:pPr>
      <w:r>
        <w:t>So, with all the nodes on level ‘L + 1’ appended to level ‘L’, we can continue this process by appending nodes from level ‘L + 2’ to level ‘L + 1’, and so on.</w:t>
      </w:r>
    </w:p>
    <w:p>
      <w:pPr>
        <w:spacing w:after="160" w:line="276" w:lineRule="auto"/>
      </w:pPr>
      <w:r>
        <w:t>Now that we have a high-level idea about what we should do, let’s try this strategy on the following example:</w:t>
      </w:r>
    </w:p>
    <w:p>
      <w:pPr>
        <w:spacing w:after="160" w:line="276" w:lineRule="auto"/>
      </w:pPr>
      <w:r>
        <w:t>We’ll start by appending level 2’s nodes to the end of level 1. Before we can do this, we would need a reference to level 1’s tail node so we can easily add nodes to the end of the linked list. To set this reference, we'll create a tail pointer and advance it through level 1's linked list until it reaches the last node, which happens when tail.next is equal to null:</w:t>
      </w:r>
    </w:p>
    <w:p>
      <w:pPr>
        <w:spacing w:after="160" w:line="276" w:lineRule="auto"/>
      </w:pPr>
      <w:r>
        <w:t>Now, let’s add the child linked lists (5 → 6 and 7 → 8) to the tail node. We must keep the tail pointer fixed at the end of the linked list, so let’s introduce a separate pointer,curr, to traverse the linked list. Whenevercurrencounters a node with a child node that isn’t null, we know we’ve found a child linked list. In the example, the first node (node 1) has a child linked list, which we want to add to the tail node:</w:t>
      </w:r>
    </w:p>
    <w:p>
      <w:pPr>
        <w:spacing w:after="160" w:line="276" w:lineRule="auto"/>
      </w:pPr>
      <w:r>
        <w:t>To add this child linked list to the end of the tail node, set tail.next to the head of the child list:</w:t>
      </w:r>
    </w:p>
    <w:p>
      <w:pPr>
        <w:spacing w:after="160" w:line="276" w:lineRule="auto"/>
      </w:pPr>
      <w:r>
        <w:t>Before incrementingcurrto find the next node with a child linked list, we need to readjust the position of the tail pointer so it’s pointing at the last node of the newly extended linked list (node 6 in this case). Again, we can do this by iterating the tail pointer until its next node is null:</w:t>
      </w:r>
    </w:p>
    <w:p>
      <w:pPr>
        <w:spacing w:after="160" w:line="276" w:lineRule="auto"/>
      </w:pPr>
      <w:r>
        <w:t>With the tail pointer now repositioned, we can continue this process of:</w:t>
      </w:r>
    </w:p>
    <w:p>
      <w:pPr>
        <w:pStyle w:val="ListBullet"/>
      </w:pPr>
      <w:r>
        <w:t>Finding the next node with a child linked list using thecurrpointer.</w:t>
      </w:r>
    </w:p>
    <w:p>
      <w:pPr>
        <w:pStyle w:val="ListBullet"/>
      </w:pPr>
      <w:r>
        <w:t>Adding the child linked list to the tail node.</w:t>
      </w:r>
    </w:p>
    <w:p>
      <w:pPr>
        <w:pStyle w:val="ListBullet"/>
      </w:pPr>
      <w:r>
        <w:t>Advancing the tail pointer to the last node of the flattened linked list.</w:t>
      </w:r>
    </w:p>
    <w:p>
      <w:pPr>
        <w:spacing w:after="160" w:line="276" w:lineRule="auto"/>
      </w:pPr>
      <w:r>
        <w:t>After the process is complete, we can return head, which is the head of the flattened linked list.</w:t>
      </w:r>
    </w:p>
    <w:p>
      <w:pPr>
        <w:spacing w:after="160" w:line="276" w:lineRule="auto"/>
      </w:pPr>
      <w:r>
        <w:t>One last important detail to mention is that after appending any child linked list to the tail, we should nullify thechildattribute to ensure the linked list is fully flattened.</w:t>
      </w:r>
    </w:p>
    <w:p>
      <w:pPr>
        <w:pStyle w:val="Heading2"/>
        <w:spacing w:before="320" w:after="120"/>
      </w:pPr>
      <w:r>
        <w:t>Implementation</w:t>
      </w:r>
    </w:p>
    <w:p>
      <w:pPr>
        <w:spacing w:after="160" w:line="276" w:lineRule="auto"/>
      </w:pPr>
      <w:r>
        <w:t>The definition of theMultiLevelListNodeclass is provided below:</w:t>
      </w:r>
    </w:p>
    <w:p>
      <w:pPr>
        <w:spacing w:before="160" w:after="160"/>
        <w:ind w:left="360"/>
      </w:pPr>
      <w:r>
        <w:rPr>
          <w:rFonts w:ascii="Consolas" w:hAnsi="Consolas"/>
          <w:color w:val="1E293B"/>
          <w:sz w:val="19"/>
        </w:rPr>
        <w:t>PythonJavaScriptJavaCopyclass MultiLevelListNode:</w:t>
        <w:br/>
        <w:t xml:space="preserve">    def __init__(self, val, next, child):</w:t>
        <w:br/>
        <w:t xml:space="preserve">        self.val = val</w:t>
        <w:br/>
        <w:t xml:space="preserve">        self.next = next</w:t>
        <w:br/>
        <w:t xml:space="preserve">        self.child = childclass MultiLevelListNode {</w:t>
        <w:br/>
        <w:t xml:space="preserve">    constructor(val = 0, next = null, child = null) {</w:t>
        <w:br/>
        <w:t xml:space="preserve">        this.val = val;</w:t>
        <w:br/>
        <w:t xml:space="preserve">        this.next = next;</w:t>
        <w:br/>
        <w:t xml:space="preserve">        this.child = child;</w:t>
        <w:br/>
        <w:t xml:space="preserve">    }</w:t>
        <w:br/>
        <w:t>}public class MultiLevelListNode {</w:t>
        <w:br/>
        <w:t xml:space="preserve">    int val;</w:t>
        <w:br/>
        <w:t xml:space="preserve">    MultiLevelListNode next;</w:t>
        <w:br/>
        <w:t xml:space="preserve">    MultiLevelListNode child;</w:t>
        <w:br/>
        <w:br/>
        <w:t xml:space="preserve">    public MultiLevelListNode(int val) {</w:t>
        <w:br/>
        <w:t xml:space="preserve">        this.val = val;</w:t>
        <w:br/>
        <w:t xml:space="preserve">        this.next = null;</w:t>
        <w:br/>
        <w:t xml:space="preserve">        this.child = null;</w:t>
        <w:br/>
        <w:t xml:space="preserve">    }</w:t>
        <w:br/>
        <w:br/>
        <w:t xml:space="preserve">    public MultiLevelListNode(int val, MultiLevelListNode next, MultiLevelListNode child) {</w:t>
        <w:br/>
        <w:t xml:space="preserve">        this.val = val;</w:t>
        <w:br/>
        <w:t xml:space="preserve">        this.next = next;</w:t>
        <w:br/>
        <w:t xml:space="preserve">        this.child = child;</w:t>
        <w:br/>
        <w:t xml:space="preserve">    }</w:t>
        <w:br/>
        <w:t>}</w:t>
      </w:r>
    </w:p>
    <w:p>
      <w:pPr>
        <w:spacing w:before="160" w:after="160"/>
        <w:ind w:left="360"/>
      </w:pPr>
      <w:r>
        <w:rPr>
          <w:rFonts w:ascii="Consolas" w:hAnsi="Consolas"/>
          <w:color w:val="1E293B"/>
          <w:sz w:val="19"/>
        </w:rPr>
        <w:t>PythonJavaScriptJavaCopyfrom ds import MultiLevelListNode</w:t>
        <w:br/>
        <w:t xml:space="preserve">   </w:t>
        <w:br/>
        <w:t>def flatten_multi_level_list(head: MultiLevelListNode) -&gt; MultiLevelListNode:</w:t>
        <w:br/>
        <w:t xml:space="preserve">    if not head:</w:t>
        <w:br/>
        <w:t xml:space="preserve">        return None</w:t>
        <w:br/>
        <w:t xml:space="preserve">    tail = head</w:t>
        <w:br/>
        <w:t xml:space="preserve">    # Find the tail of the linked list at the first level.</w:t>
        <w:br/>
        <w:t xml:space="preserve">    while tail.next:</w:t>
        <w:br/>
        <w:t xml:space="preserve">        tail = tail.next</w:t>
        <w:br/>
        <w:t xml:space="preserve">    curr = head</w:t>
        <w:br/>
        <w:t xml:space="preserve">    # Process each node at the current level. If a node has a child linked list,</w:t>
        <w:br/>
        <w:t xml:space="preserve">    # append it to the tail and then update the tail to the end of the extended linked</w:t>
        <w:br/>
        <w:t xml:space="preserve">    # list. Continue until all nodes at the current level are processed.</w:t>
        <w:br/>
        <w:t xml:space="preserve">    while curr:</w:t>
        <w:br/>
        <w:t xml:space="preserve">        if curr.child:</w:t>
        <w:br/>
        <w:t xml:space="preserve">            tail.next = curr.child</w:t>
        <w:br/>
        <w:t xml:space="preserve">            curr.child = None</w:t>
        <w:br/>
        <w:t xml:space="preserve">            while tail.next:</w:t>
        <w:br/>
        <w:t xml:space="preserve">                tail = tail.next</w:t>
        <w:br/>
        <w:t xml:space="preserve">        curr = curr.next</w:t>
        <w:br/>
        <w:t xml:space="preserve">    return headfunction flattenMultiLevelList(head) {</w:t>
        <w:br/>
        <w:t xml:space="preserve">    if (!head) {</w:t>
        <w:br/>
        <w:t xml:space="preserve">        return null;</w:t>
        <w:br/>
        <w:t xml:space="preserve">    }</w:t>
        <w:br/>
        <w:t xml:space="preserve">    let tail = head;</w:t>
        <w:br/>
        <w:t xml:space="preserve">    // Find the tail of the linked list at the first level.</w:t>
        <w:br/>
        <w:t xml:space="preserve">    while (tail.next) {</w:t>
        <w:br/>
        <w:t xml:space="preserve">        tail = tail.next;</w:t>
        <w:br/>
        <w:t xml:space="preserve">    }</w:t>
        <w:br/>
        <w:t xml:space="preserve">    let curr = head;</w:t>
        <w:br/>
        <w:t xml:space="preserve">    // Process each node at the current level. If a node has a child linked list,</w:t>
        <w:br/>
        <w:t xml:space="preserve">    // append it to the tail and then update the tail to the end of the extended linked</w:t>
        <w:br/>
        <w:t xml:space="preserve">    // list. Continue until all nodes at the current level are processed.</w:t>
        <w:br/>
        <w:t xml:space="preserve">    while (curr) {</w:t>
        <w:br/>
        <w:t xml:space="preserve">        if (curr.child) {</w:t>
        <w:br/>
        <w:t xml:space="preserve">            tail.next = curr.child;</w:t>
        <w:br/>
        <w:t xml:space="preserve">            curr.child = null;</w:t>
        <w:br/>
        <w:t xml:space="preserve">            while (tail.next) {</w:t>
        <w:br/>
        <w:t xml:space="preserve">                tail = tail.next;</w:t>
        <w:br/>
        <w:t xml:space="preserve">            }</w:t>
        <w:br/>
        <w:t xml:space="preserve">        }</w:t>
        <w:br/>
        <w:t xml:space="preserve">        curr = curr.next;</w:t>
        <w:br/>
        <w:t xml:space="preserve">    }</w:t>
        <w:br/>
        <w:t xml:space="preserve">    return head;</w:t>
        <w:br/>
        <w:t>}public MultiLevelListNode flattenMultiLevelList(MultiLevelListNode head) {</w:t>
        <w:br/>
        <w:t xml:space="preserve">    if (head == null) {</w:t>
        <w:br/>
        <w:t xml:space="preserve">        return null;</w:t>
        <w:br/>
        <w:t xml:space="preserve">    }</w:t>
        <w:br/>
        <w:t xml:space="preserve">    MultiLevelListNode tail = head;</w:t>
        <w:br/>
        <w:t xml:space="preserve">    // Find the tail of the linked list at the first level.</w:t>
        <w:br/>
        <w:t xml:space="preserve">    while (tail.next != null) {</w:t>
        <w:br/>
        <w:t xml:space="preserve">        tail = tail.next;</w:t>
        <w:br/>
        <w:t xml:space="preserve">    }</w:t>
        <w:br/>
        <w:t xml:space="preserve">    MultiLevelListNode curr = head;</w:t>
        <w:br/>
        <w:t xml:space="preserve">    // Process each node at the current level. If a node has a child linked list,</w:t>
        <w:br/>
        <w:t xml:space="preserve">    // append it to the tail and then update the tail to the end of the extended linked</w:t>
        <w:br/>
        <w:t xml:space="preserve">    // list. Continue until all nodes at the current level are processed.</w:t>
        <w:br/>
        <w:t xml:space="preserve">    while (curr != null) {</w:t>
        <w:br/>
        <w:t xml:space="preserve">        if (curr.child != null) {</w:t>
        <w:br/>
        <w:t xml:space="preserve">            tail.next = curr.child;</w:t>
        <w:br/>
        <w:t xml:space="preserve">            curr.child = null;</w:t>
        <w:br/>
        <w:t xml:space="preserve">            while (tail.next != null) {</w:t>
        <w:br/>
        <w:t xml:space="preserve">                tail = tail.next;</w:t>
        <w:br/>
        <w:t xml:space="preserve">            }</w:t>
        <w:br/>
        <w:t xml:space="preserve">        }</w:t>
        <w:br/>
        <w:t xml:space="preserve">        curr = curr.next;</w:t>
        <w:br/>
        <w:t xml:space="preserve">    }</w:t>
        <w:br/>
        <w:t xml:space="preserve">    return head;</w:t>
        <w:br/>
        <w:t>}</w:t>
      </w:r>
    </w:p>
    <w:p>
      <w:pPr>
        <w:pStyle w:val="Heading3"/>
        <w:spacing w:before="320" w:after="120"/>
      </w:pPr>
      <w:r>
        <w:t>Complexity Analysis</w:t>
      </w:r>
    </w:p>
    <w:p>
      <w:pPr>
        <w:spacing w:after="160" w:line="276" w:lineRule="auto"/>
      </w:pPr>
      <w:r>
        <w:t>Time complexity:The time complexity offlatten_multi_level_listisO(n)O(n)O(n), wherennndenotes the number of nodes in the multi-level linked list. This is because we iterate through each node in the multi-level linked list at most twice: once to iterate tail and once to iteratecurr.</w:t>
      </w:r>
    </w:p>
    <w:p>
      <w:pPr>
        <w:spacing w:after="160" w:line="276" w:lineRule="auto"/>
      </w:pPr>
      <w:r>
        <w:t>Space complexity:We only allocated a constant number of variables, so the space complexity isO(1)O(1)O(1).</w:t>
      </w:r>
    </w:p>
    <w:p>
      <w:r>
        <w:br w:type="page"/>
      </w:r>
    </w:p>
    <w:p>
      <w:pPr>
        <w:pStyle w:val="Heading1"/>
        <w:spacing w:before="480" w:after="280"/>
      </w:pPr>
      <w:r>
        <w:rPr>
          <w:b/>
          <w:color w:val="008A60"/>
          <w:sz w:val="28"/>
        </w:rPr>
        <w:t>Chapter 21</w:t>
        <w:br/>
      </w:r>
      <w:r>
        <w:rPr>
          <w:b/>
          <w:color w:val="0F172A"/>
          <w:sz w:val="40"/>
        </w:rPr>
        <w:t>Introduction to Fast and Slow Pointers</w:t>
      </w:r>
    </w:p>
    <w:p>
      <w:pPr>
        <w:pStyle w:val="Heading2"/>
        <w:spacing w:before="320" w:after="120"/>
      </w:pPr>
      <w:r>
        <w:t>Intuition</w:t>
      </w:r>
    </w:p>
    <w:p>
      <w:pPr>
        <w:spacing w:after="160" w:line="276" w:lineRule="auto"/>
      </w:pPr>
      <w:r>
        <w:t>The fast and slow pointer technique is a specialized variant of the two-pointer pattern, characterized by the differing speeds at which two pointers traverse a data structure. In this technique, we designate a fast pointer and a slow pointer:</w:t>
      </w:r>
    </w:p>
    <w:p>
      <w:pPr>
        <w:pStyle w:val="ListBullet"/>
      </w:pPr>
      <w:r>
        <w:t>Usually,theslow pointer moves one stepin each iteration.</w:t>
      </w:r>
    </w:p>
    <w:p>
      <w:pPr>
        <w:pStyle w:val="ListBullet"/>
      </w:pPr>
      <w:r>
        <w:t>Usually,the fast pointer moves two stepsin each iteration.</w:t>
      </w:r>
    </w:p>
    <w:p>
      <w:pPr>
        <w:spacing w:after="160" w:line="276" w:lineRule="auto"/>
      </w:pPr>
      <w:r>
        <w:t>This creates a dynamic in which the fast pointer moves at twice the speed of the slow pointer:</w:t>
      </w:r>
    </w:p>
    <w:p>
      <w:pPr>
        <w:spacing w:after="160" w:line="276" w:lineRule="auto"/>
      </w:pPr>
      <w:r>
        <w:t>Keep in mind these pointers aren't limited to just one and two steps. As long as the fast pointer advances more steps than the slow pointer does, the logic of the fast and slow pointer technique still applies.</w:t>
      </w:r>
    </w:p>
    <w:p>
      <w:pPr>
        <w:pStyle w:val="Heading2"/>
        <w:spacing w:before="320" w:after="120"/>
      </w:pPr>
      <w:r>
        <w:t>Real-world Example</w:t>
      </w:r>
    </w:p>
    <w:p>
      <w:pPr>
        <w:spacing w:after="160" w:line="276" w:lineRule="auto"/>
      </w:pPr>
      <w:r>
        <w:t>Detecting cycles in symlinks: Symlinks are shortcuts that point to files or directories in a file system. A real-world example of using the fast and slow pointer technique is detecting cycles in symlinks.</w:t>
      </w:r>
    </w:p>
    <w:p>
      <w:pPr>
        <w:spacing w:after="160" w:line="276" w:lineRule="auto"/>
      </w:pPr>
      <w:r>
        <w:t>In this process, the slow pointer follows each symlink one step at a time, while the fast pointer moves two steps at a time. If the fast pointer catches up to the slow pointer, it indicates a loop in the symlinks, which can cause infinite loops or errors when accessing files. To understand how fast and slow pointers detect cycles in this way, study theLinked List Loopproblem.</w:t>
      </w:r>
    </w:p>
    <w:p>
      <w:pPr>
        <w:pStyle w:val="Heading2"/>
        <w:spacing w:before="320" w:after="120"/>
      </w:pPr>
      <w:r>
        <w:t>Chapter Outline</w:t>
      </w:r>
    </w:p>
    <w:p>
      <w:pPr>
        <w:spacing w:after="160" w:line="276" w:lineRule="auto"/>
      </w:pPr>
      <w:r>
        <w:t>Fast and slow pointers are particularly beneficial in data structures like linked lists, where index-based access isn't available. They allow us to gather crucial information about the data structure's elements through the relative positions of the two pointers, rather than with indexing. This will become clearer as we explore some common use cases in this chapter.</w:t>
      </w:r>
    </w:p>
    <w:p>
      <w:r>
        <w:br w:type="page"/>
      </w:r>
    </w:p>
    <w:p>
      <w:pPr>
        <w:pStyle w:val="Heading1"/>
        <w:spacing w:before="480" w:after="280"/>
      </w:pPr>
      <w:r>
        <w:rPr>
          <w:b/>
          <w:color w:val="008A60"/>
          <w:sz w:val="28"/>
        </w:rPr>
        <w:t>Chapter 22</w:t>
        <w:br/>
      </w:r>
      <w:r>
        <w:rPr>
          <w:b/>
          <w:color w:val="0F172A"/>
          <w:sz w:val="40"/>
        </w:rPr>
        <w:t>Linked List Loop</w:t>
      </w:r>
    </w:p>
    <w:p>
      <w:pPr>
        <w:spacing w:before="160" w:after="160"/>
        <w:ind w:left="360"/>
      </w:pPr>
      <w:r>
        <w:rPr>
          <w:rFonts w:ascii="Consolas" w:hAnsi="Consolas"/>
          <w:color w:val="1E293B"/>
          <w:sz w:val="19"/>
        </w:rPr>
        <w:t>Given a singly linked list, determine if it contains a cycle. A cycle occurs if a node's next pointer references an earlier node in the linked list, causing a loop.Example:ExampleCopyOutput: True</w:t>
        <w:br/>
      </w:r>
    </w:p>
    <w:p>
      <w:pPr>
        <w:pStyle w:val="Heading2"/>
        <w:spacing w:before="320" w:after="120"/>
      </w:pPr>
      <w:r>
        <w:t>Intuition</w:t>
      </w:r>
    </w:p>
    <w:p>
      <w:pPr>
        <w:spacing w:after="160" w:line="276" w:lineRule="auto"/>
      </w:pPr>
      <w:r>
        <w:t>A straightforward approach is to iterate through the linked list while keeping track of the nodes that were already visited in a hash set. Encountering a previously-visited node during the traversal indicates the presence of a cycle. Below is the code snippet for this approach:</w:t>
      </w:r>
    </w:p>
    <w:p>
      <w:pPr>
        <w:spacing w:before="160" w:after="160"/>
        <w:ind w:left="360"/>
      </w:pPr>
      <w:r>
        <w:rPr>
          <w:rFonts w:ascii="Consolas" w:hAnsi="Consolas"/>
          <w:color w:val="1E293B"/>
          <w:sz w:val="19"/>
        </w:rPr>
        <w:t>PythonJavaScriptJavaCopyfrom ds import ListNode</w:t>
        <w:br/>
        <w:t xml:space="preserve">    </w:t>
        <w:br/>
        <w:t>def linked_list_loop_naive(head: ListNode) -&gt; bool:</w:t>
        <w:br/>
        <w:t xml:space="preserve">    visited = set()</w:t>
        <w:br/>
        <w:t xml:space="preserve">    curr = head</w:t>
        <w:br/>
        <w:t xml:space="preserve">    while curr:</w:t>
        <w:br/>
        <w:t xml:space="preserve">        # Cycle detected if the current node has already been visited.</w:t>
        <w:br/>
        <w:t xml:space="preserve">        if curr in visited:</w:t>
        <w:br/>
        <w:t xml:space="preserve">            return True</w:t>
        <w:br/>
        <w:t xml:space="preserve">        visited.add(curr)</w:t>
        <w:br/>
        <w:t xml:space="preserve">        curr = curr.next</w:t>
        <w:br/>
        <w:t xml:space="preserve">    return Falsefunction linkedListLoopNaive(head) {</w:t>
        <w:br/>
        <w:t xml:space="preserve">    const visited = new Set();</w:t>
        <w:br/>
        <w:t xml:space="preserve">    let curr = head;</w:t>
        <w:br/>
        <w:t xml:space="preserve">    while (curr) {</w:t>
        <w:br/>
        <w:t xml:space="preserve">        // Cycle detected if the current node has already been visited.</w:t>
        <w:br/>
        <w:t xml:space="preserve">        if (visited.has(curr)) {</w:t>
        <w:br/>
        <w:t xml:space="preserve">            return true;</w:t>
        <w:br/>
        <w:t xml:space="preserve">        }</w:t>
        <w:br/>
        <w:t xml:space="preserve">        visited.add(curr);</w:t>
        <w:br/>
        <w:t xml:space="preserve">        curr = curr.next;</w:t>
        <w:br/>
        <w:t xml:space="preserve">    }</w:t>
        <w:br/>
        <w:t xml:space="preserve">    return false;</w:t>
        <w:br/>
        <w:t>}public boolean linkedListLoopNaive(ListNode head) {</w:t>
        <w:br/>
        <w:t xml:space="preserve">    Set&lt;ListNode&gt; visited = new HashSet&lt;&gt;();</w:t>
        <w:br/>
        <w:t xml:space="preserve">    ListNode curr = head;</w:t>
        <w:br/>
        <w:t xml:space="preserve">    while (curr != null) {</w:t>
        <w:br/>
        <w:t xml:space="preserve">        // Cycle detected if the current node has already been visited.</w:t>
        <w:br/>
        <w:t xml:space="preserve">        if (visited.contains(curr)) {</w:t>
        <w:br/>
        <w:t xml:space="preserve">            return true;</w:t>
        <w:br/>
        <w:t xml:space="preserve">        }</w:t>
        <w:br/>
        <w:t xml:space="preserve">        visited.add(curr);</w:t>
        <w:br/>
        <w:t xml:space="preserve">        curr = curr.next;</w:t>
        <w:br/>
        <w:t xml:space="preserve">    }</w:t>
        <w:br/>
        <w:t xml:space="preserve">    return false;</w:t>
        <w:br/>
        <w:t>}</w:t>
      </w:r>
    </w:p>
    <w:p>
      <w:pPr>
        <w:spacing w:after="160" w:line="276" w:lineRule="auto"/>
      </w:pPr>
      <w:r>
        <w:t>This solution takesO(n)O(n)O(n)time, wherennnis the number of nodes in the linked list, since each node is visited once. However, this comes at the cost ofO(n)O(n)O(n)extra space due to the hash set. Is there a way to achieve a linear time complexity while using constant space?</w:t>
      </w:r>
    </w:p>
    <w:p>
      <w:pPr>
        <w:spacing w:after="160" w:line="276" w:lineRule="auto"/>
      </w:pPr>
      <w:r>
        <w:t>Imagine a race track represented as a circular linked list (i.e., a linked list with a perfect cycle) where two runners start at the same node.</w:t>
      </w:r>
    </w:p>
    <w:p>
      <w:pPr>
        <w:spacing w:after="160" w:line="276" w:lineRule="auto"/>
      </w:pPr>
      <w:r>
        <w:t>If both runners move at the same speed, they will always be together at each node. However, consider what happens when one runner (the slow runner) moves one step at a time, while the other runner (the fast runner) moves two steps at a time. In this scenario, the fast runner will overtake the slow runner at some point since the track is cyclic. But how can we use this information to detect a cycle?</w:t>
      </w:r>
    </w:p>
    <w:p>
      <w:pPr>
        <w:spacing w:after="160" w:line="276" w:lineRule="auto"/>
      </w:pPr>
      <w:r>
        <w:t>In a linked list, detecting whether the fast runner has overtaken the slow runner is difficult due to the lack of positional indicators (like indexes in an array). A better way to find a cycle is to see if the fast runner reunites with the slow runner by both landing on the same node at some point. This would be a clear sign the linked list has a cycle.</w:t>
      </w:r>
    </w:p>
    <w:p>
      <w:pPr>
        <w:spacing w:after="160" w:line="276" w:lineRule="auto"/>
      </w:pPr>
      <w:r>
        <w:t>The question now is, will the fast runner reunite with the slow runner, or is there a chance for the fast runner to consistently bypass the slow runner without ever converging on the same node? To answer this, let’s start by looking at some examples.</w:t>
      </w:r>
    </w:p>
    <w:p>
      <w:pPr>
        <w:spacing w:after="160" w:line="276" w:lineRule="auto"/>
      </w:pPr>
      <w:r>
        <w:t>Perfect cycleFirst, let’s check whether the two runners, represented as a slow pointer and a fast pointer, will reunite in a linked list that forms a perfect cycle. As we can see from the figure below, the pointers will eventually meet.</w:t>
      </w:r>
    </w:p>
    <w:p>
      <w:pPr>
        <w:spacing w:after="160" w:line="276" w:lineRule="auto"/>
      </w:pPr>
      <w:r>
        <w:t>Delayed cycleWhat about when the cycle doesn’t start immediately in the linked list? Consider simulating the fast and slow pointer technique over the following example:</w:t>
      </w:r>
    </w:p>
    <w:p>
      <w:pPr>
        <w:spacing w:after="160" w:line="276" w:lineRule="auto"/>
      </w:pPr>
      <w:r>
        <w:t>Again, the pointers eventually met in the cycle despite the fact that fast and slow entered the cycle at different times.</w:t>
      </w:r>
    </w:p>
    <w:p>
      <w:pPr>
        <w:spacing w:after="160" w:line="276" w:lineRule="auto"/>
      </w:pPr>
      <w:r>
        <w:t>Will fast always catch up with slow?In both cases, it might seem like the fast pointer could keep overtaking the slow pointer without ever meeting it, but this isn’t true. Here’s an easier way to understand why they will meet.</w:t>
      </w:r>
    </w:p>
    <w:p>
      <w:pPr>
        <w:spacing w:after="160" w:line="276" w:lineRule="auto"/>
      </w:pPr>
      <w:r>
        <w:t>The fast pointer moves 2 steps at a time, and the slow pointer moves 1 step at a time, so the fast pointer will gain a distance of 1 node over the slow pointer at each iteration. This can be observed below, where the distance between the fast and slow pointers reduces by one in each iteration until they inevitably meet.</w:t>
      </w:r>
    </w:p>
    <w:p>
      <w:pPr>
        <w:spacing w:after="160" w:line="276" w:lineRule="auto"/>
      </w:pPr>
      <w:r>
        <w:t>Therefore, the maximal number of steps required for the fast pointer to catch up with the slower pointer is k steps (once both are in the cycle), where k is the length of the cycle. In the worst case, the cycle will contain all the linked list’s nodes, and the pointers will eventually meet in n steps.</w:t>
      </w:r>
    </w:p>
    <w:p>
      <w:pPr>
        <w:spacing w:after="160" w:line="276" w:lineRule="auto"/>
      </w:pPr>
      <w:r>
        <w:t>No cycleThe final case is when there is no cycle. In this case, the fast pointer will eventually reach the end of the list and exit the while-loop:</w:t>
      </w:r>
    </w:p>
    <w:p>
      <w:pPr>
        <w:pStyle w:val="Heading2"/>
        <w:spacing w:before="320" w:after="120"/>
      </w:pPr>
      <w:r>
        <w:t>Implementation</w:t>
      </w:r>
    </w:p>
    <w:p>
      <w:pPr>
        <w:spacing w:after="160" w:line="276" w:lineRule="auto"/>
      </w:pPr>
      <w:r>
        <w:t>This algorithm is formally known as ‘Floyd's Cycle Detection’ algorithm[1].</w:t>
      </w:r>
    </w:p>
    <w:p>
      <w:pPr>
        <w:spacing w:before="160" w:after="160"/>
        <w:ind w:left="360"/>
      </w:pPr>
      <w:r>
        <w:rPr>
          <w:rFonts w:ascii="Consolas" w:hAnsi="Consolas"/>
          <w:color w:val="1E293B"/>
          <w:sz w:val="19"/>
        </w:rPr>
        <w:t>PythonJavaScriptJavaCopyfrom ds import ListNode</w:t>
        <w:br/>
        <w:t xml:space="preserve">    </w:t>
        <w:br/>
        <w:t>def linked_list_loop(head: ListNode) -&gt; bool:</w:t>
        <w:br/>
        <w:t xml:space="preserve">    slow = fast = head</w:t>
        <w:br/>
        <w:t xml:space="preserve">    # Check both 'fast' and 'fast.next' to avoid null pointer exceptions when we</w:t>
        <w:br/>
        <w:t xml:space="preserve">    # perform 'fast.next' and 'fast.next.next'.</w:t>
        <w:br/>
        <w:t xml:space="preserve">    while fast and fast.next:</w:t>
        <w:br/>
        <w:t xml:space="preserve">        slow = slow.next</w:t>
        <w:br/>
        <w:t xml:space="preserve">        fast = fast.next.next</w:t>
        <w:br/>
        <w:t xml:space="preserve">        if fast == slow:</w:t>
        <w:br/>
        <w:t xml:space="preserve">            return True</w:t>
        <w:br/>
        <w:t xml:space="preserve">    return Falsefunction linkedListLoop(head) {</w:t>
        <w:br/>
        <w:t xml:space="preserve">    let slow = head, fast = head;</w:t>
        <w:br/>
        <w:t xml:space="preserve">    // Check both 'fast' and 'fast.next' to avoid null pointer exceptions when we</w:t>
        <w:br/>
        <w:t xml:space="preserve">    // perform 'fast.next' and 'fast.next.next'.</w:t>
        <w:br/>
        <w:t xml:space="preserve">    while (fast &amp;&amp; fast.next) {</w:t>
        <w:br/>
        <w:t xml:space="preserve">        slow = slow.next;</w:t>
        <w:br/>
        <w:t xml:space="preserve">        fast = fast.next.next;</w:t>
        <w:br/>
        <w:t xml:space="preserve">        if (fast === slow) {</w:t>
        <w:br/>
        <w:t xml:space="preserve">            return true;</w:t>
        <w:br/>
        <w:t xml:space="preserve">        }</w:t>
        <w:br/>
        <w:t xml:space="preserve">    }</w:t>
        <w:br/>
        <w:t xml:space="preserve">    return false;</w:t>
        <w:br/>
        <w:t>}public boolean linkedListLoop(ListNode head) {</w:t>
        <w:br/>
        <w:t xml:space="preserve">    ListNode slow = head, fast = head;</w:t>
        <w:br/>
        <w:t xml:space="preserve">    // Check both 'fast' and 'fast.next' to avoid null pointer exceptions when we</w:t>
        <w:br/>
        <w:t xml:space="preserve">    // perform 'fast.next' and 'fast.next.next'.</w:t>
        <w:br/>
        <w:t xml:space="preserve">    while (fast != null &amp;&amp; fast.next != null) {</w:t>
        <w:br/>
        <w:t xml:space="preserve">        slow = slow.next;</w:t>
        <w:br/>
        <w:t xml:space="preserve">        fast = fast.next.next;</w:t>
        <w:br/>
        <w:t xml:space="preserve">        if (fast == slow) {</w:t>
        <w:br/>
        <w:t xml:space="preserve">            return true;</w:t>
        <w:br/>
        <w:t xml:space="preserve">        }</w:t>
        <w:br/>
        <w:t xml:space="preserve">    }</w:t>
        <w:br/>
        <w:t xml:space="preserve">    return false;</w:t>
        <w:br/>
        <w:t>}</w:t>
      </w:r>
    </w:p>
    <w:p>
      <w:pPr>
        <w:pStyle w:val="Heading3"/>
        <w:spacing w:before="320" w:after="120"/>
      </w:pPr>
      <w:r>
        <w:t>Complexity Analysis</w:t>
      </w:r>
    </w:p>
    <w:p>
      <w:pPr>
        <w:spacing w:after="160" w:line="276" w:lineRule="auto"/>
      </w:pPr>
      <w:r>
        <w:t>Time complexity:The time complexity oflinked_list_loopisO(n)O(n)O(n)because the fast pointer will meet the slow pointer in a linear number of steps, as described.</w:t>
      </w:r>
    </w:p>
    <w:p>
      <w:pPr>
        <w:spacing w:after="160" w:line="276" w:lineRule="auto"/>
      </w:pPr>
      <w:r>
        <w:t>Space complexity:The space complexity isO(1)O(1)O(1).</w:t>
      </w:r>
    </w:p>
    <w:p>
      <w:r>
        <w:br w:type="page"/>
      </w:r>
    </w:p>
    <w:p>
      <w:pPr>
        <w:pStyle w:val="Heading1"/>
        <w:spacing w:before="480" w:after="280"/>
      </w:pPr>
      <w:r>
        <w:rPr>
          <w:b/>
          <w:color w:val="008A60"/>
          <w:sz w:val="28"/>
        </w:rPr>
        <w:t>Chapter 23</w:t>
        <w:br/>
      </w:r>
      <w:r>
        <w:rPr>
          <w:b/>
          <w:color w:val="0F172A"/>
          <w:sz w:val="40"/>
        </w:rPr>
        <w:t>Linked List Midpoint</w:t>
      </w:r>
    </w:p>
    <w:p>
      <w:pPr>
        <w:spacing w:before="160" w:after="160"/>
        <w:ind w:left="360"/>
      </w:pPr>
      <w:r>
        <w:rPr>
          <w:rFonts w:ascii="Consolas" w:hAnsi="Consolas"/>
          <w:color w:val="1E293B"/>
          <w:sz w:val="19"/>
        </w:rPr>
        <w:t>Given a singly linked list, find and return its middle node. If there are two middle nodes, return the second one.Example 1:ExampleCopyOutput: Node 4</w:t>
        <w:br/>
        <w:t>Example 2:ExampleCopyOutput: Node 4</w:t>
        <w:br/>
        <w:t>Constraints:</w:t>
        <w:br/>
        <w:t>The linked list contains at least one node.</w:t>
        <w:br/>
        <w:t>The linked list contains unique values.</w:t>
        <w:br/>
      </w:r>
    </w:p>
    <w:p>
      <w:pPr>
        <w:pStyle w:val="Heading2"/>
        <w:spacing w:before="320" w:after="120"/>
      </w:pPr>
      <w:r>
        <w:t>Intuition</w:t>
      </w:r>
    </w:p>
    <w:p>
      <w:pPr>
        <w:spacing w:after="160" w:line="276" w:lineRule="auto"/>
      </w:pPr>
      <w:r>
        <w:t>The most intuitive approach to solve this problem is to traverse the linked list to find its length (n), and then traverse the linked list a second time to find the middle node (n / 2):</w:t>
      </w:r>
    </w:p>
    <w:p>
      <w:pPr>
        <w:spacing w:after="160" w:line="276" w:lineRule="auto"/>
      </w:pPr>
      <w:r>
        <w:t>This approach solves the problem inO(n)O(n)O(n)time, but requires two iterations to find the midpoint. However, there’s a cleaner approach that uses only a single iteration.</w:t>
      </w:r>
    </w:p>
    <w:p>
      <w:pPr>
        <w:spacing w:after="160" w:line="276" w:lineRule="auto"/>
      </w:pPr>
      <w:r>
        <w:t>When iterating through the linked list, our exact position is unclear. We only know where we are when we reach the final node. Is it possible to create a scenario where, as soon as one pointer reaches the end of the linked list, the other pointer is positioned at the middle node?</w:t>
      </w:r>
    </w:p>
    <w:p>
      <w:pPr>
        <w:spacing w:after="160" w:line="276" w:lineRule="auto"/>
      </w:pPr>
      <w:r>
        <w:t>We can achieve this by using thefast and slow pointer technique:</w:t>
      </w:r>
    </w:p>
    <w:p>
      <w:pPr>
        <w:pStyle w:val="ListBullet"/>
      </w:pPr>
      <w:r>
        <w:t>Move a slow pointer one node at a time.</w:t>
      </w:r>
    </w:p>
    <w:p>
      <w:pPr>
        <w:pStyle w:val="ListBullet"/>
      </w:pPr>
      <w:r>
        <w:t>Move a fast pointer two nodes at a time.</w:t>
      </w:r>
    </w:p>
    <w:p>
      <w:pPr>
        <w:spacing w:after="160" w:line="276" w:lineRule="auto"/>
      </w:pPr>
      <w:r>
        <w:t>One thing we must be careful about is when we should stop advancing the fast pointer. We need to stop when the slow pointer reaches the middle node. When the list length is odd, this happens whenfast.nextequals null, as we can see above.</w:t>
      </w:r>
    </w:p>
    <w:p>
      <w:pPr>
        <w:spacing w:after="160" w:line="276" w:lineRule="auto"/>
      </w:pPr>
      <w:r>
        <w:t>What about when the length of the linked list is even? Consider the below example:</w:t>
      </w:r>
    </w:p>
    <w:p>
      <w:pPr>
        <w:spacing w:after="160" w:line="276" w:lineRule="auto"/>
      </w:pPr>
      <w:r>
        <w:t>As you can see, to have slow point at thesecondmiddle node, we'd need to stop fast when it reaches a null node.</w:t>
      </w:r>
    </w:p>
    <w:p>
      <w:pPr>
        <w:pStyle w:val="Heading2"/>
        <w:spacing w:before="320" w:after="120"/>
      </w:pPr>
      <w:r>
        <w:t>Implementation</w:t>
      </w:r>
    </w:p>
    <w:p>
      <w:pPr>
        <w:spacing w:before="160" w:after="160"/>
        <w:ind w:left="360"/>
      </w:pPr>
      <w:r>
        <w:rPr>
          <w:rFonts w:ascii="Consolas" w:hAnsi="Consolas"/>
          <w:color w:val="1E293B"/>
          <w:sz w:val="19"/>
        </w:rPr>
        <w:t>PythonJavaScriptJavaCopyfrom ds import ListNode</w:t>
        <w:br/>
        <w:t xml:space="preserve">    </w:t>
        <w:br/>
        <w:t>def linked_list_midpoint(head: ListNode) -&gt; ListNode:</w:t>
        <w:br/>
        <w:t xml:space="preserve">    slow = fast = head</w:t>
        <w:br/>
        <w:t xml:space="preserve">    # When the fast pointer reaches the end of the list, the slow pointer will be at</w:t>
        <w:br/>
        <w:t xml:space="preserve">    # the midpoint of the linked list.</w:t>
        <w:br/>
        <w:t xml:space="preserve">    while fast and fast.next:</w:t>
        <w:br/>
        <w:t xml:space="preserve">        slow = slow.next</w:t>
        <w:br/>
        <w:t xml:space="preserve">        fast = fast.next.next</w:t>
        <w:br/>
        <w:t xml:space="preserve">    return slowfunction linkedListMidpoint(head) {</w:t>
        <w:br/>
        <w:t xml:space="preserve">    let slow = head, fast = head;</w:t>
        <w:br/>
        <w:t xml:space="preserve">    // When the fast pointer reaches the end of the list, the slow pointer will be at</w:t>
        <w:br/>
        <w:t xml:space="preserve">    // the midpoint of the linked list.</w:t>
        <w:br/>
        <w:t xml:space="preserve">    while (fast &amp;&amp; fast.next) {</w:t>
        <w:br/>
        <w:t xml:space="preserve">        slow = slow.next;</w:t>
        <w:br/>
        <w:t xml:space="preserve">        fast = fast.next.next;</w:t>
        <w:br/>
        <w:t xml:space="preserve">    }</w:t>
        <w:br/>
        <w:t xml:space="preserve">    return slow;</w:t>
        <w:br/>
        <w:t>}public ListNode linkedListMidpoint(ListNode head) {</w:t>
        <w:br/>
        <w:t xml:space="preserve">    ListNode slow = head, fast = head;</w:t>
        <w:br/>
        <w:t xml:space="preserve">    // When the fast pointer reaches the end of the list, the slow pointer will be at</w:t>
        <w:br/>
        <w:t xml:space="preserve">    // the midpoint of the linked list.</w:t>
        <w:br/>
        <w:t xml:space="preserve">    while (fast != null &amp;&amp; fast.next != null) {</w:t>
        <w:br/>
        <w:t xml:space="preserve">        slow = slow.next;</w:t>
        <w:br/>
        <w:t xml:space="preserve">        fast = fast.next.next;</w:t>
        <w:br/>
        <w:t xml:space="preserve">    }</w:t>
        <w:br/>
        <w:t xml:space="preserve">    return slow;</w:t>
        <w:br/>
        <w:t>}</w:t>
      </w:r>
    </w:p>
    <w:p>
      <w:pPr>
        <w:pStyle w:val="Heading3"/>
        <w:spacing w:before="320" w:after="120"/>
      </w:pPr>
      <w:r>
        <w:t>Complexity Analysis</w:t>
      </w:r>
    </w:p>
    <w:p>
      <w:pPr>
        <w:spacing w:after="160" w:line="276" w:lineRule="auto"/>
      </w:pPr>
      <w:r>
        <w:t>Time complexity:The time complexity oflinked_list_midpointisO(n)O(n)O(n)because we traverse the linked list linearly using two pointers.</w:t>
      </w:r>
    </w:p>
    <w:p>
      <w:pPr>
        <w:spacing w:after="160" w:line="276" w:lineRule="auto"/>
      </w:pPr>
      <w:r>
        <w:t>Space complexity:The space complexity isO(1)O(1)O(1).</w:t>
      </w:r>
    </w:p>
    <w:p>
      <w:pPr>
        <w:pStyle w:val="Heading3"/>
        <w:spacing w:before="320" w:after="120"/>
      </w:pPr>
      <w:r>
        <w:t>Stop and Think</w:t>
      </w:r>
    </w:p>
    <w:p>
      <w:pPr>
        <w:spacing w:after="160" w:line="276" w:lineRule="auto"/>
      </w:pPr>
      <w:r>
        <w:t>What if you were asked to modify your algorithm to return the first middle node when the linked list is of even length?</w:t>
      </w:r>
    </w:p>
    <w:p>
      <w:pPr>
        <w:spacing w:after="160" w:line="276" w:lineRule="auto"/>
      </w:pPr>
      <w:r>
        <w:t>Answer: Following the same method, we should stop advancing the fast pointer whenfast.next.nextis null. This way, slow will end up pointing to the first middle node:</w:t>
      </w:r>
    </w:p>
    <w:p>
      <w:pPr>
        <w:pStyle w:val="Heading2"/>
        <w:spacing w:before="320" w:after="120"/>
      </w:pPr>
      <w:r>
        <w:t>Interview Tip</w:t>
      </w:r>
    </w:p>
    <w:p>
      <w:pPr>
        <w:spacing w:after="160" w:line="276" w:lineRule="auto"/>
      </w:pPr>
      <w:r>
        <w:t>Tip: Be prepared to address potential gaps in the information provided.During an interview, it’s possible the interviewer won't specify which middle node should be returned for linked lists of even length, leaving it up to you to recognize and address this special scenario. You might be expected to identify ambiguities like this and actively engage with the interviewer to discuss a suitable resolution.</w:t>
      </w:r>
    </w:p>
    <w:p>
      <w:r>
        <w:br w:type="page"/>
      </w:r>
    </w:p>
    <w:p>
      <w:pPr>
        <w:pStyle w:val="Heading1"/>
        <w:spacing w:before="480" w:after="280"/>
      </w:pPr>
      <w:r>
        <w:rPr>
          <w:b/>
          <w:color w:val="008A60"/>
          <w:sz w:val="28"/>
        </w:rPr>
        <w:t>Chapter 24</w:t>
        <w:br/>
      </w:r>
      <w:r>
        <w:rPr>
          <w:b/>
          <w:color w:val="0F172A"/>
          <w:sz w:val="40"/>
        </w:rPr>
        <w:t>Happy Number</w:t>
      </w:r>
    </w:p>
    <w:p>
      <w:pPr>
        <w:spacing w:before="160" w:after="160"/>
        <w:ind w:left="360"/>
      </w:pPr>
      <w:r>
        <w:rPr>
          <w:rFonts w:ascii="Consolas" w:hAnsi="Consolas"/>
          <w:color w:val="1E293B"/>
          <w:sz w:val="19"/>
        </w:rPr>
        <w:t>In number theory, a happy number is defined as a number that, when repeatedly subjected to the process of squaring its digits and summing those squares, eventually leads to 1. An unhappy number will never reach 1 during this process, and will get stuck in an infinite loop [1].Given an integer, determine if it's a happy number.Example:ExampleCopyInput: n = 23</w:t>
        <w:br/>
        <w:t>Output: True</w:t>
        <w:br/>
        <w:t>Explanation: 222^222 + 323^232 = 13 ⇒ 121^212 + 323^232 = 10 ⇒ 121^212 + 020^202 = 1</w:t>
      </w:r>
    </w:p>
    <w:p>
      <w:pPr>
        <w:pStyle w:val="Heading2"/>
        <w:spacing w:before="320" w:after="120"/>
      </w:pPr>
      <w:r>
        <w:t>Intuition</w:t>
      </w:r>
    </w:p>
    <w:p>
      <w:pPr>
        <w:spacing w:after="160" w:line="276" w:lineRule="auto"/>
      </w:pPr>
      <w:r>
        <w:t>We can simulate the process of identifying a happy number by repeatedly summing the squares of each digit of a number, and then applying the same process to the resulting sum.</w:t>
      </w:r>
    </w:p>
    <w:p>
      <w:pPr>
        <w:spacing w:after="160" w:line="276" w:lineRule="auto"/>
      </w:pPr>
      <w:r>
        <w:t>According to the problem statement, this process could conclude in one of two ways:</w:t>
      </w:r>
    </w:p>
    <w:p>
      <w:pPr>
        <w:pStyle w:val="ListBullet"/>
      </w:pPr>
      <w:r>
        <w:t>Case 1: the process continues until the final number is 1.</w:t>
      </w:r>
    </w:p>
    <w:p>
      <w:pPr>
        <w:pStyle w:val="ListBullet"/>
      </w:pPr>
      <w:r>
        <w:t>Case 2: the process gets stuck in an infinite loop.</w:t>
      </w:r>
    </w:p>
    <w:p>
      <w:pPr>
        <w:spacing w:after="160" w:line="276" w:lineRule="auto"/>
      </w:pPr>
      <w:r>
        <w:t>If we diagram both scenarios, we observe something interesting:</w:t>
      </w:r>
    </w:p>
    <w:p>
      <w:pPr>
        <w:spacing w:after="160" w:line="276" w:lineRule="auto"/>
      </w:pPr>
      <w:r>
        <w:t>This looks quite similar to a linked list problem. In particular, the problem of</w:t>
        <w:br/>
        <w:t>determining if a linked list has a cycle (case 2) or doesn’t (case 1).</w:t>
      </w:r>
    </w:p>
    <w:p>
      <w:pPr>
        <w:spacing w:after="160" w:line="276" w:lineRule="auto"/>
      </w:pPr>
      <w:r>
        <w:t>We can reduce this problem to the samecycledetectionchallenge as theLinked List Loopproblem. By applying the fast and slow pointer technique (i.e., Floyd's Cycle Detection algorithm), we can efficiently determine if a cycle exists.</w:t>
      </w:r>
    </w:p>
    <w:p>
      <w:pPr>
        <w:spacing w:after="160" w:line="276" w:lineRule="auto"/>
      </w:pPr>
      <w:r>
        <w:t>However, in this problem, we don't have an actual linked list to perform the fast and slow pointer algorithm on. Therefore, we need to find a way to traverse the sequence of numbers generated in the happy number process.</w:t>
      </w:r>
    </w:p>
    <w:p>
      <w:pPr>
        <w:spacing w:after="160" w:line="276" w:lineRule="auto"/>
      </w:pPr>
      <w:r>
        <w:t>Conveniently, we already know what the “next” number in the sequence is for any numberx. As described in the problem statement, the next number can be calculated by summing the square of each digit ofx. So, if each number were a node in a linked list, we could get the “next” node by calculating the next number in the sequence.</w:t>
      </w:r>
    </w:p>
    <w:p>
      <w:pPr>
        <w:spacing w:after="160" w:line="276" w:lineRule="auto"/>
      </w:pPr>
      <w:r>
        <w:t>Getting the next number in the sequenceTo calculate the next number ofx, we need a way to access each digit ofx. This can be done in two steps:</w:t>
      </w:r>
    </w:p>
    <w:p>
      <w:pPr>
        <w:pStyle w:val="ListNumber"/>
      </w:pPr>
      <w:r>
        <w:t>The modulo operation (x % 10) is used to extract the last digit of a numberx.</w:t>
      </w:r>
    </w:p>
    <w:p>
      <w:pPr>
        <w:pStyle w:val="ListNumber"/>
      </w:pPr>
      <w:r>
        <w:t>Dividexby 10 (x = x / 10) to truncate the last digit, positioning the next digit as the new last digit.</w:t>
      </w:r>
    </w:p>
    <w:p>
      <w:pPr>
        <w:spacing w:after="160" w:line="276" w:lineRule="auto"/>
      </w:pPr>
      <w:r>
        <w:t>We can see this unfold in full below forx = 123:</w:t>
      </w:r>
    </w:p>
    <w:p>
      <w:pPr>
        <w:spacing w:after="160" w:line="276" w:lineRule="auto"/>
      </w:pPr>
      <w:r>
        <w:t>Now that we have a way to traverse the sequence, we can implement Floyd’s Cycle Detection algorithm. To start, set the fast and slow pointers at the start of this sequence. Then move the pointers as follows:</w:t>
      </w:r>
    </w:p>
    <w:p>
      <w:pPr>
        <w:pStyle w:val="ListBullet"/>
      </w:pPr>
      <w:r>
        <w:t>Advance the slow pointer one number at a time (slow = get_next_num(slow)).</w:t>
      </w:r>
    </w:p>
    <w:p>
      <w:pPr>
        <w:pStyle w:val="ListBullet"/>
      </w:pPr>
      <w:r>
        <w:t>Advance the fast pointer two numbers at a time(fast = get_next_num(get_next_num(fast))).</w:t>
      </w:r>
    </w:p>
    <w:p>
      <w:pPr>
        <w:spacing w:after="160" w:line="276" w:lineRule="auto"/>
      </w:pPr>
      <w:r>
        <w:t>If the fast and slow pointers meet during the process, it indicates the presence of a cycle, meaning the number is not a happy number. Otherwise, the algorithm will end when we reach 1, in which case the number is a happy number.</w:t>
      </w:r>
    </w:p>
    <w:p>
      <w:pPr>
        <w:pStyle w:val="Heading2"/>
        <w:spacing w:before="320" w:after="120"/>
      </w:pPr>
      <w:r>
        <w:t>Implementation</w:t>
      </w:r>
    </w:p>
    <w:p>
      <w:pPr>
        <w:spacing w:before="160" w:after="160"/>
        <w:ind w:left="360"/>
      </w:pPr>
      <w:r>
        <w:rPr>
          <w:rFonts w:ascii="Consolas" w:hAnsi="Consolas"/>
          <w:color w:val="1E293B"/>
          <w:sz w:val="19"/>
        </w:rPr>
        <w:t>PythonJavaScriptJavaCopydef happy_number(n: int) -&gt; bool:</w:t>
        <w:br/>
        <w:t xml:space="preserve">    slow = fast = n</w:t>
        <w:br/>
        <w:t xml:space="preserve">    while True:</w:t>
        <w:br/>
        <w:t xml:space="preserve">        slow = get_next_num(slow)</w:t>
        <w:br/>
        <w:t xml:space="preserve">        fast = get_next_num(get_next_num(fast))</w:t>
        <w:br/>
        <w:t xml:space="preserve">        if fast == 1:</w:t>
        <w:br/>
        <w:t xml:space="preserve">            return True</w:t>
        <w:br/>
        <w:t xml:space="preserve">        # If the fast and slow pointers meet, a cycle is detected. Hence, 'n' is not</w:t>
        <w:br/>
        <w:t xml:space="preserve">        # a happy number.</w:t>
        <w:br/>
        <w:t xml:space="preserve">        elif fast == slow:</w:t>
        <w:br/>
        <w:t xml:space="preserve">            return False</w:t>
        <w:br/>
        <w:t xml:space="preserve">    </w:t>
        <w:br/>
        <w:t>def get_next_num(x: int) -&gt; int:</w:t>
        <w:br/>
        <w:t xml:space="preserve">    next_num = 0</w:t>
        <w:br/>
        <w:t xml:space="preserve">    while x &gt; 0:</w:t>
        <w:br/>
        <w:t xml:space="preserve">        # Extract the last digit of 'x'.</w:t>
        <w:br/>
        <w:t xml:space="preserve">        digit = x % 10</w:t>
        <w:br/>
        <w:t xml:space="preserve">        # Truncate (remove) the last digit from 'x' using floor division.</w:t>
        <w:br/>
        <w:t xml:space="preserve">        x //= 10</w:t>
        <w:br/>
        <w:t xml:space="preserve">        # Add the square of the extracted digit to the sum.</w:t>
        <w:br/>
        <w:t xml:space="preserve">        next_num += digit ** 2</w:t>
        <w:br/>
        <w:t xml:space="preserve">    return next_numfunction happyNumber(n) {</w:t>
        <w:br/>
        <w:t xml:space="preserve">    let slow = n, fast = n;</w:t>
        <w:br/>
        <w:t xml:space="preserve">    while (true) {</w:t>
        <w:br/>
        <w:t xml:space="preserve">        slow = getNextNum(slow);</w:t>
        <w:br/>
        <w:t xml:space="preserve">        fast = getNextNum(getNextNum(fast));</w:t>
        <w:br/>
        <w:t xml:space="preserve">        if (fast === 1) {</w:t>
        <w:br/>
        <w:t xml:space="preserve">            return true;</w:t>
        <w:br/>
        <w:t xml:space="preserve">        // If the fast and slow pointers meet, a cycle is detected. Hence, 'n' is not</w:t>
        <w:br/>
        <w:t xml:space="preserve">        // a happy number.</w:t>
        <w:br/>
        <w:t xml:space="preserve">        } else if (fast === slow) {</w:t>
        <w:br/>
        <w:t xml:space="preserve">            return false;</w:t>
        <w:br/>
        <w:t xml:space="preserve">        }</w:t>
        <w:br/>
        <w:t xml:space="preserve">    }</w:t>
        <w:br/>
        <w:t>}</w:t>
        <w:br/>
        <w:br/>
        <w:t>function getNextNum(x) {</w:t>
        <w:br/>
        <w:t xml:space="preserve">    let nextNum = 0;</w:t>
        <w:br/>
        <w:t xml:space="preserve">    while (x &gt; 0) {</w:t>
        <w:br/>
        <w:t xml:space="preserve">        // Extract the last digit of 'x'.</w:t>
        <w:br/>
        <w:t xml:space="preserve">        const digit = x % 10;</w:t>
        <w:br/>
        <w:t xml:space="preserve">        // Truncate (remove) the last digit from 'x' using floor division.</w:t>
        <w:br/>
        <w:t xml:space="preserve">        x = Math.floor(x / 10);</w:t>
        <w:br/>
        <w:t xml:space="preserve">        // Add the square of the extracted digit to the sum.</w:t>
        <w:br/>
        <w:t xml:space="preserve">        nextNum += digit * digit;</w:t>
        <w:br/>
        <w:t xml:space="preserve">    }</w:t>
        <w:br/>
        <w:t xml:space="preserve">    return nextNum;</w:t>
        <w:br/>
        <w:t>}public boolean happyNumber(int n) {</w:t>
        <w:br/>
        <w:t xml:space="preserve">    int slow = n, fast = n;</w:t>
        <w:br/>
        <w:t xml:space="preserve">    while (true) {</w:t>
        <w:br/>
        <w:t xml:space="preserve">        slow = getNextNum(slow);</w:t>
        <w:br/>
        <w:t xml:space="preserve">        fast = getNextNum(getNextNum(fast));</w:t>
        <w:br/>
        <w:t xml:space="preserve">        if (fast == 1) {</w:t>
        <w:br/>
        <w:t xml:space="preserve">            return true;</w:t>
        <w:br/>
        <w:t xml:space="preserve">        // If the fast and slow pointers meet, a cycle is detected. Hence, 'n' is not</w:t>
        <w:br/>
        <w:t xml:space="preserve">        // a happy number.</w:t>
        <w:br/>
        <w:t xml:space="preserve">        } else if (fast == slow) {</w:t>
        <w:br/>
        <w:t xml:space="preserve">            return false;</w:t>
        <w:br/>
        <w:t xml:space="preserve">        }</w:t>
        <w:br/>
        <w:t xml:space="preserve">    }</w:t>
        <w:br/>
        <w:t>}</w:t>
        <w:br/>
        <w:br/>
        <w:t>public int getNextNum(int x) {</w:t>
        <w:br/>
        <w:t xml:space="preserve">    int nextNum = 0;</w:t>
        <w:br/>
        <w:t xml:space="preserve">    while (x &gt; 0) {</w:t>
        <w:br/>
        <w:t xml:space="preserve">        // Extract the last digit of 'x'.</w:t>
        <w:br/>
        <w:t xml:space="preserve">        int digit = x % 10;</w:t>
        <w:br/>
        <w:t xml:space="preserve">        // Truncate (remove) the last digit from 'x' using floor division.</w:t>
        <w:br/>
        <w:t xml:space="preserve">        x /= 10;</w:t>
        <w:br/>
        <w:t xml:space="preserve">        // Add the square of the extracted digit to the sum.</w:t>
        <w:br/>
        <w:t xml:space="preserve">        nextNum += digit * digit;</w:t>
        <w:br/>
        <w:t xml:space="preserve">    }</w:t>
        <w:br/>
        <w:t xml:space="preserve">    return nextNum;</w:t>
        <w:br/>
        <w:t>}</w:t>
      </w:r>
    </w:p>
    <w:p>
      <w:pPr>
        <w:pStyle w:val="Heading3"/>
        <w:spacing w:before="320" w:after="120"/>
      </w:pPr>
      <w:r>
        <w:t>Complexity Analysis</w:t>
      </w:r>
    </w:p>
    <w:p>
      <w:pPr>
        <w:spacing w:after="160" w:line="276" w:lineRule="auto"/>
      </w:pPr>
      <w:r>
        <w:t>Time complexity:The time complexity ofhappy_numberisO(log⁡(n))O(\log(n))O(log(n)). The full analysis of this time complexity is quite complicated and beyond the scope of interviews. For interested readers, please see the detailed analysis below.</w:t>
      </w:r>
    </w:p>
    <w:p>
      <w:pPr>
        <w:spacing w:after="160" w:line="276" w:lineRule="auto"/>
      </w:pPr>
      <w:r>
        <w:t>Space complexity:The space complexity isO(1)O(1)O(1).</w:t>
      </w:r>
    </w:p>
    <w:p>
      <w:pPr>
        <w:pStyle w:val="Heading2"/>
        <w:spacing w:before="320" w:after="120"/>
      </w:pPr>
      <w:r>
        <w:t>Interview Tip</w:t>
      </w:r>
    </w:p>
    <w:p>
      <w:pPr>
        <w:spacing w:after="160" w:line="276" w:lineRule="auto"/>
      </w:pPr>
      <w:r>
        <w:t>Tip: Visualize the problem.At first glance, this problem seems like it requires mathematical reasoning to solve. However, when we visualized the problem, we were able to formulate a solution using an algorithm we already know (Floyd’s Cycle Detection). Visualizing a problem can help uncover hidden patterns or data structures that can lead to the solution.</w:t>
      </w:r>
    </w:p>
    <w:p>
      <w:pPr>
        <w:pStyle w:val="Heading2"/>
        <w:spacing w:before="320" w:after="120"/>
      </w:pPr>
      <w:r>
        <w:t>Happy Number Time Complexity Analysis</w:t>
      </w:r>
    </w:p>
    <w:p>
      <w:pPr>
        <w:spacing w:after="160" w:line="276" w:lineRule="auto"/>
      </w:pPr>
      <w:r>
        <w:t>The following time complexity analysis establishes an upper bound on the steps required to determine a happy number. In this analysis, we define the "next number" of a numbernnnas the result obtained by summing the squares of the digits ofnnn.</w:t>
      </w:r>
    </w:p>
    <w:p>
      <w:pPr>
        <w:spacing w:after="160" w:line="276" w:lineRule="auto"/>
      </w:pPr>
      <w:r>
        <w:t>1) Upper limit for the next numberFor any numbernnnwith a fixed number of digits, the maximum value for its successor is achieved when all its digits are 9. For instance, the maximum next number from a 3-digit number happens when this 3-digit number is 999.</w:t>
      </w:r>
    </w:p>
    <w:p>
      <w:pPr>
        <w:spacing w:after="160" w:line="276" w:lineRule="auto"/>
      </w:pPr>
      <w:r>
        <w:t>2) Size of the next number relative to the number of digits</w:t>
      </w:r>
    </w:p>
    <w:p>
      <w:pPr>
        <w:pStyle w:val="ListBullet"/>
      </w:pPr>
      <w:r>
        <w:t>If a numbernnnhas 1 or 2 digits, it’s possible for the next number to be larger thannnn(e.g., the next number of 99 is 162, which is one digit longer).</w:t>
      </w:r>
    </w:p>
    <w:p>
      <w:pPr>
        <w:pStyle w:val="ListBullet"/>
      </w:pPr>
      <w:r>
        <w:t>If a numbernnnhas 3 or more digits, the next number is always smaller than the original value ofnnn. The table below highlights how the largest number with 3 or more digits has a smaller next number.</w:t>
      </w:r>
    </w:p>
    <w:p>
      <w:pPr>
        <w:spacing w:after="160" w:line="276" w:lineRule="auto"/>
      </w:pPr>
      <w:r>
        <w:t>3) Implications for cyclesSince the next number is always smaller for numbers with three or more digits, it means a cycle can only commence in the happy number process once the number falls below 243 (the next number of 999). This is because we’ve observed that any numbernnnlarger than 243 will have the next number smaller thannnn. However, once we fall below 243, the next number can potentially be larger, potentially cycling back to a previous number.</w:t>
      </w:r>
    </w:p>
    <w:p>
      <w:pPr>
        <w:spacing w:after="160" w:line="276" w:lineRule="auto"/>
      </w:pPr>
      <w:r>
        <w:t>4) Time complexity for numbers less than 243Once a number falls below 243, the algorithm will take less than 243 steps to either converge to 1 or to cycle back to a previous number in the sequence. Therefore, since the length of the cycle or the number of steps to reach 1 is bounded by 243, the time complexity of Floyd’s cycle detection algorithm for numbers less than 243 isO(1)O(1)O(1).</w:t>
      </w:r>
    </w:p>
    <w:p>
      <w:pPr>
        <w:spacing w:after="160" w:line="276" w:lineRule="auto"/>
      </w:pPr>
      <w:r>
        <w:t>5) Time complexity for numbers greater than 243The number of digits in a number is approximately equal tolog⁡(n)\log(n)log(n)(base 10). So, the calculation of the next number ofnnnwill take approximatelylog⁡(n)\log(n)log(n)steps (i.e.,get_next_numwill takelog⁡(n)\log(n)log(n)steps to execute).</w:t>
      </w:r>
    </w:p>
    <w:p>
      <w:pPr>
        <w:spacing w:after="160" w:line="276" w:lineRule="auto"/>
      </w:pPr>
      <w:r>
        <w:t>Let's callnnn’s next numbern2n^2n2. The next number aftern2n^2n2(n3n^3n3) will take approximatelylog⁡(n2)\log(n^2)log(n2)steps to calculate. The next number aftern3n^3n3(n4n^4n4) will take approximatelylog⁡(n3)\log(n^3)log(n3)steps to calculate, and so on. From this, we can summarize the time complexity of this process asO(log⁡(n)+log⁡(n2)+log⁡(n3)+…)O(\log(n)+\log(n^2)+\log(n^3)+…)O(log(n)+log(n2)+log(n3)+…). Since we've established thatn&gt;n2&gt;…&gt;nkn&gt;n^2&gt;…&gt;n^kn&gt;n2&gt;…&gt;nkwherenkn^knkis the last number greater than 243, the dominant component of this time complexity isO(log⁡(n))O(\log(n))O(log(n)). So, the time complexity for numbers greater than 243 isO(log⁡(n))O(\log(n))O(log(n)).</w:t>
      </w:r>
    </w:p>
    <w:p>
      <w:pPr>
        <w:spacing w:after="160" w:line="276" w:lineRule="auto"/>
      </w:pPr>
      <w:r>
        <w:t>ConclusionWhennnnis less than 243, the time complexity is O(1), and whennnnis greater than 243, the time complexity isO(log⁡(n))O(\log(n))O(log(n)). Therefore, the overall time complexity of the algorithm isO(log⁡(n))O(\log(n))O(log(n)).</w:t>
      </w:r>
    </w:p>
    <w:p>
      <w:pPr>
        <w:pStyle w:val="Heading2"/>
        <w:spacing w:before="320" w:after="120"/>
      </w:pPr>
      <w:r>
        <w:t>Interview Tip</w:t>
      </w:r>
    </w:p>
    <w:p>
      <w:pPr>
        <w:spacing w:after="160" w:line="276" w:lineRule="auto"/>
      </w:pPr>
      <w:r>
        <w:t>Tip: Don’t waste time on complex proofs if it isn’t an important part of the interview.</w:t>
      </w:r>
    </w:p>
    <w:p>
      <w:pPr>
        <w:spacing w:after="160" w:line="276" w:lineRule="auto"/>
      </w:pPr>
      <w:r>
        <w:t>During an interview, correctly deciphering the exact time of an algorithm like the one used to solve this problem isn't usually expected. In situations like this, you can instead make an educated guess about how the algorithm's runtime would grow with larger inputs based on the behavior of the algorithm. Mention any assumptions you make when discussing your estimates.</w:t>
        <w:br/>
        <w:t>It might also be helpful to mention what parts of the problem or the solution make it difficult to analyze the time complexity. In this problem, it’s initially unclear how many steps the happy number process would take before reaching 1 or revealing a cycle.</w:t>
      </w:r>
    </w:p>
    <w:p>
      <w:r>
        <w:br w:type="page"/>
      </w:r>
    </w:p>
    <w:p>
      <w:pPr>
        <w:pStyle w:val="Heading1"/>
        <w:spacing w:before="480" w:after="280"/>
      </w:pPr>
      <w:r>
        <w:rPr>
          <w:b/>
          <w:color w:val="008A60"/>
          <w:sz w:val="28"/>
        </w:rPr>
        <w:t>Chapter 25</w:t>
        <w:br/>
      </w:r>
      <w:r>
        <w:rPr>
          <w:b/>
          <w:color w:val="0F172A"/>
          <w:sz w:val="40"/>
        </w:rPr>
        <w:t>Introduction to Sliding Windows</w:t>
      </w:r>
    </w:p>
    <w:p>
      <w:pPr>
        <w:pStyle w:val="Heading2"/>
        <w:spacing w:before="320" w:after="120"/>
      </w:pPr>
      <w:r>
        <w:t>Intuition</w:t>
      </w:r>
    </w:p>
    <w:p>
      <w:pPr>
        <w:spacing w:after="160" w:line="276" w:lineRule="auto"/>
      </w:pPr>
      <w:r>
        <w:t>The sliding window technique is a subset of the two-pointer pattern, as it uses two pointers (generally left and right) to define the bounds of a "window" in iterable data structures like arrays. The window defines a subcomponent of the data structure (e.g., a subarray or substring), and itslidesacross the data structure unidirectionally, typically searching for a subcomponent that meets a certain requirement.</w:t>
      </w:r>
    </w:p>
    <w:p>
      <w:pPr>
        <w:spacing w:after="160" w:line="276" w:lineRule="auto"/>
      </w:pPr>
      <w:r>
        <w:t>Sliding windows are particularly valuable in scenarios where algorithms might otherwise rely on using two nested loops to search through all possible subcomponents to find an answer, resulting in anO(n2)O(n^2)O(n2)time complexity, or worse. When using a sliding window, the subcomponent(s) we’re looking for can usually be found inO(n)O(n)O(n)time, in comparison. But before discussing how they work, let’s establish some terminology:</w:t>
      </w:r>
    </w:p>
    <w:p>
      <w:pPr>
        <w:pStyle w:val="ListBullet"/>
      </w:pPr>
      <w:r>
        <w:t>Toexpandthe window is to advance the right pointer:</w:t>
      </w:r>
    </w:p>
    <w:p>
      <w:pPr>
        <w:pStyle w:val="ListBullet"/>
      </w:pPr>
      <w:r>
        <w:t>Toshrinkthe window is to advance the left pointer:</w:t>
      </w:r>
    </w:p>
    <w:p>
      <w:pPr>
        <w:pStyle w:val="ListBullet"/>
      </w:pPr>
      <w:r>
        <w:t>Toslidethe window is to advance both the left and right pointers:Note that sliding is equivalent to expanding and shrinking the window at the same time.</w:t>
      </w:r>
    </w:p>
    <w:p>
      <w:pPr>
        <w:spacing w:after="160" w:line="276" w:lineRule="auto"/>
      </w:pPr>
      <w:r>
        <w:t>Now, let’s break down the two main types of sliding window algorithms:</w:t>
      </w:r>
    </w:p>
    <w:p>
      <w:pPr>
        <w:pStyle w:val="ListNumber"/>
      </w:pPr>
      <w:r>
        <w:t>Fixed sliding window.</w:t>
      </w:r>
    </w:p>
    <w:p>
      <w:pPr>
        <w:pStyle w:val="ListNumber"/>
      </w:pPr>
      <w:r>
        <w:t>Dynamic sliding window.</w:t>
      </w:r>
    </w:p>
    <w:p>
      <w:pPr>
        <w:pStyle w:val="Heading3"/>
        <w:spacing w:before="320" w:after="120"/>
      </w:pPr>
      <w:r>
        <w:t>Fixed Sliding Window</w:t>
      </w:r>
    </w:p>
    <w:p>
      <w:pPr>
        <w:spacing w:after="160" w:line="276" w:lineRule="auto"/>
      </w:pPr>
      <w:r>
        <w:t>A fixed sliding window maintains a specific length as it slides across a data structure.</w:t>
      </w:r>
    </w:p>
    <w:p>
      <w:pPr>
        <w:spacing w:after="160" w:line="276" w:lineRule="auto"/>
      </w:pPr>
      <w:r>
        <w:t>We use the fixed sliding window technique when the problem asks us tofind a subcomponent of a certain length. If we know what this length is, we can fix our window to that length and slide it through the array.</w:t>
      </w:r>
    </w:p>
    <w:p>
      <w:pPr>
        <w:spacing w:after="160" w:line="276" w:lineRule="auto"/>
      </w:pPr>
      <w:r>
        <w:t>Below is a generic template of how a fixed sliding window traverses a data structure.</w:t>
      </w:r>
    </w:p>
    <w:p>
      <w:pPr>
        <w:spacing w:before="160" w:after="160"/>
        <w:ind w:left="360"/>
      </w:pPr>
      <w:r>
        <w:rPr>
          <w:rFonts w:ascii="Consolas" w:hAnsi="Consolas"/>
          <w:color w:val="1E293B"/>
          <w:sz w:val="19"/>
        </w:rPr>
        <w:t>PythonJavaScriptJavaCopyleft = right = 0</w:t>
        <w:br/>
        <w:t>while right &lt; n:</w:t>
        <w:br/>
        <w:t xml:space="preserve">    # If the window has reached the expected fixed length, we slide the window (move</w:t>
        <w:br/>
        <w:t xml:space="preserve">    # both left and right).</w:t>
        <w:br/>
        <w:t xml:space="preserve">    if right - left + 1 == fixed_window_size:</w:t>
        <w:br/>
        <w:t xml:space="preserve">        # Process the current window.</w:t>
        <w:br/>
        <w:t xml:space="preserve">        result = process_current_window()</w:t>
        <w:br/>
        <w:t xml:space="preserve">        left += 1</w:t>
        <w:br/>
        <w:t xml:space="preserve">    right += 1let left = 0, right = 0;</w:t>
        <w:br/>
        <w:t>while (right &lt; n) {</w:t>
        <w:br/>
        <w:t xml:space="preserve">    // If the window has reached the expected fixed length, we slide the window (move</w:t>
        <w:br/>
        <w:t xml:space="preserve">    // both left and right).</w:t>
        <w:br/>
        <w:t xml:space="preserve">    if (right - left + 1 === fixedWindowSize) {</w:t>
        <w:br/>
        <w:t xml:space="preserve">        // Process the current window.</w:t>
        <w:br/>
        <w:t xml:space="preserve">        result = processCurrentWindow();</w:t>
        <w:br/>
        <w:t xml:space="preserve">        left++;</w:t>
        <w:br/>
        <w:t xml:space="preserve">    }</w:t>
        <w:br/>
        <w:t xml:space="preserve">    right++;</w:t>
        <w:br/>
        <w:t>}int left = 0, right = 0;</w:t>
        <w:br/>
        <w:t>while (right &lt; n) {</w:t>
        <w:br/>
        <w:t xml:space="preserve">    // If the window has reached the expected fixed length, we slide the window (move</w:t>
        <w:br/>
        <w:t xml:space="preserve">    // both left and right).</w:t>
        <w:br/>
        <w:t xml:space="preserve">    if (right - left + 1 == fixedWindowSize) {</w:t>
        <w:br/>
        <w:t xml:space="preserve">        // Process the current window.</w:t>
        <w:br/>
        <w:t xml:space="preserve">        result = processCurrentWindow();</w:t>
        <w:br/>
        <w:t xml:space="preserve">        left++;</w:t>
        <w:br/>
        <w:t xml:space="preserve">    }</w:t>
        <w:br/>
        <w:t xml:space="preserve">    right++;</w:t>
        <w:br/>
        <w:t>}</w:t>
      </w:r>
    </w:p>
    <w:p>
      <w:pPr>
        <w:pStyle w:val="Heading3"/>
        <w:spacing w:before="320" w:after="120"/>
      </w:pPr>
      <w:r>
        <w:t>Dynamic Sliding Window</w:t>
      </w:r>
    </w:p>
    <w:p>
      <w:pPr>
        <w:spacing w:after="160" w:line="276" w:lineRule="auto"/>
      </w:pPr>
      <w:r>
        <w:t>Unlike fixed sliding windows, dynamic windows can expand or shrink in length as they traverse a data structure.</w:t>
      </w:r>
    </w:p>
    <w:p>
      <w:pPr>
        <w:spacing w:after="160" w:line="276" w:lineRule="auto"/>
      </w:pPr>
      <w:r>
        <w:t>Generally, dynamic sliding windows can be applied to problems that ask us tofind the longest or shortest subcomponent that satisfies a condition(for example, a condition could be that the numbers in the window must be greater than 10).</w:t>
      </w:r>
    </w:p>
    <w:p>
      <w:pPr>
        <w:spacing w:after="160" w:line="276" w:lineRule="auto"/>
      </w:pPr>
      <w:r>
        <w:t>When finding the longest subcomponent, the dynamics of expanding and shrinking are typically as follows:</w:t>
      </w:r>
    </w:p>
    <w:p>
      <w:pPr>
        <w:pStyle w:val="ListBullet"/>
      </w:pPr>
      <w:r>
        <w:t>If a window satisfies the condition, expand it to see if we can find a longer window that also meets the condition.</w:t>
      </w:r>
    </w:p>
    <w:p>
      <w:pPr>
        <w:pStyle w:val="ListBullet"/>
      </w:pPr>
      <w:r>
        <w:t>If the condition is violated, shrink the window until the condition is met again.</w:t>
      </w:r>
    </w:p>
    <w:p>
      <w:pPr>
        <w:spacing w:after="160" w:line="276" w:lineRule="auto"/>
      </w:pPr>
      <w:r>
        <w:t>Below is a generic template demonstrating how this works:</w:t>
      </w:r>
    </w:p>
    <w:p>
      <w:pPr>
        <w:spacing w:before="160" w:after="160"/>
        <w:ind w:left="360"/>
      </w:pPr>
      <w:r>
        <w:rPr>
          <w:rFonts w:ascii="Consolas" w:hAnsi="Consolas"/>
          <w:color w:val="1E293B"/>
          <w:sz w:val="19"/>
        </w:rPr>
        <w:t>PythonJavaScriptJavaCopyleft = right = 0</w:t>
        <w:br/>
        <w:t>while right &lt; n:</w:t>
        <w:br/>
        <w:t xml:space="preserve">    # While the condition is violated, the window is invalid, so shrink the window by</w:t>
        <w:br/>
        <w:t xml:space="preserve">    # advancing the left pointer.</w:t>
        <w:br/>
        <w:t xml:space="preserve">    while condition is violated:</w:t>
        <w:br/>
        <w:t xml:space="preserve">        left += 1</w:t>
        <w:br/>
        <w:t xml:space="preserve">    # Once the window is valid, process it and then expand the window by advancing the</w:t>
        <w:br/>
        <w:t xml:space="preserve">    # right pointer.</w:t>
        <w:br/>
        <w:t xml:space="preserve">    result = process_current_window()</w:t>
        <w:br/>
        <w:t xml:space="preserve">    right += 1let left = 0, right = 0;</w:t>
        <w:br/>
        <w:t>while (right &lt; n) {</w:t>
        <w:br/>
        <w:t xml:space="preserve">    // While the condition is violated, the window is invalid, so shrink the window by</w:t>
        <w:br/>
        <w:t xml:space="preserve">    // advancing the left pointer.</w:t>
        <w:br/>
        <w:t xml:space="preserve">    while (conditionIsViolated) {</w:t>
        <w:br/>
        <w:t xml:space="preserve">        left++;</w:t>
        <w:br/>
        <w:t xml:space="preserve">    }</w:t>
        <w:br/>
        <w:t xml:space="preserve">    // Once the window is valid, process it and then expand the window by advancing the</w:t>
        <w:br/>
        <w:t xml:space="preserve">    // right pointer.</w:t>
        <w:br/>
        <w:t xml:space="preserve">    result = processCurrentWindow();</w:t>
        <w:br/>
        <w:t xml:space="preserve">    right++;</w:t>
        <w:br/>
        <w:t>}int left = 0, right = 0;</w:t>
        <w:br/>
        <w:t>while (right &lt; n) {</w:t>
        <w:br/>
        <w:t xml:space="preserve">    // While the condition is violated, the window is invalid, so shrink the window by</w:t>
        <w:br/>
        <w:t xml:space="preserve">    // advancing the left pointer.</w:t>
        <w:br/>
        <w:t xml:space="preserve">    while (conditionIsViolated) {</w:t>
        <w:br/>
        <w:t xml:space="preserve">        left++;</w:t>
        <w:br/>
        <w:t xml:space="preserve">    }</w:t>
        <w:br/>
        <w:t xml:space="preserve">    // Once the window is valid, process it and then expand the window by advancing the</w:t>
        <w:br/>
        <w:t xml:space="preserve">    // right pointer.</w:t>
        <w:br/>
        <w:t xml:space="preserve">    result = processCurrentWindow();</w:t>
        <w:br/>
        <w:t xml:space="preserve">    right++;</w:t>
        <w:br/>
        <w:t>}</w:t>
      </w:r>
    </w:p>
    <w:p>
      <w:pPr>
        <w:spacing w:after="160" w:line="276" w:lineRule="auto"/>
      </w:pPr>
      <w:r>
        <w:t>Note that the provided templates for fixed and dynamic windows primarily emphasize the movement of the left and right pointers rather than the specifics of updating the window itself. If the problem requires updating the window, the logic around it will be highly context-dependent. This is explored in detail through specific problems in this chapter.</w:t>
      </w:r>
    </w:p>
    <w:p>
      <w:pPr>
        <w:pStyle w:val="Heading2"/>
        <w:spacing w:before="320" w:after="120"/>
      </w:pPr>
      <w:r>
        <w:t>Real-world Example</w:t>
      </w:r>
    </w:p>
    <w:p>
      <w:pPr>
        <w:spacing w:after="160" w:line="276" w:lineRule="auto"/>
      </w:pPr>
      <w:r>
        <w:t>Buffering in video streaming: In video streaming, a dynamic sliding window can be used to manage buffering and ensure smooth playback.</w:t>
      </w:r>
    </w:p>
    <w:p>
      <w:pPr>
        <w:spacing w:after="160" w:line="276" w:lineRule="auto"/>
      </w:pPr>
      <w:r>
        <w:t>For instance, when streaming a video, the player downloads chunks of the video data and stores them in a buffer. A sliding window controls which part of the video is buffered, with the window "sliding" forward as the video plays. The sliding window ensures the video player can adapt to varying network conditions by dynamically adjusting the buffer size and position, leading to a smoother streaming experience for the viewer.</w:t>
      </w:r>
    </w:p>
    <w:p>
      <w:pPr>
        <w:pStyle w:val="Heading2"/>
        <w:spacing w:before="320" w:after="120"/>
      </w:pPr>
      <w:r>
        <w:t>Chapter Outline</w:t>
      </w:r>
    </w:p>
    <w:p>
      <w:r>
        <w:br w:type="page"/>
      </w:r>
    </w:p>
    <w:p>
      <w:pPr>
        <w:pStyle w:val="Heading1"/>
        <w:spacing w:before="480" w:after="280"/>
      </w:pPr>
      <w:r>
        <w:rPr>
          <w:b/>
          <w:color w:val="008A60"/>
          <w:sz w:val="28"/>
        </w:rPr>
        <w:t>Chapter 26</w:t>
        <w:br/>
      </w:r>
      <w:r>
        <w:rPr>
          <w:b/>
          <w:color w:val="0F172A"/>
          <w:sz w:val="40"/>
        </w:rPr>
        <w:t>Substring Anagrams</w:t>
      </w:r>
    </w:p>
    <w:p>
      <w:pPr>
        <w:spacing w:before="160" w:after="160"/>
        <w:ind w:left="360"/>
      </w:pPr>
      <w:r>
        <w:rPr>
          <w:rFonts w:ascii="Consolas" w:hAnsi="Consolas"/>
          <w:color w:val="1E293B"/>
          <w:sz w:val="19"/>
        </w:rPr>
        <w:t>Given two strings, s and t , both consisting of lowercase English letters, return the number of substrings in s that are anagrams of t.An anagram is a word or phrase formed by rearranging the letters of another word or phrase, using all the original letters exactly once.Example:ExampleCopyInput: s = 'caabab', t = 'aba'</w:t>
        <w:br/>
        <w:t>Output: 2</w:t>
        <w:br/>
        <w:t>Explanation: There is an anagram of t starting at index 1 ("caabab") and another starting at index 2 ("caabab")</w:t>
      </w:r>
    </w:p>
    <w:p>
      <w:pPr>
        <w:pStyle w:val="Heading2"/>
        <w:spacing w:before="320" w:after="120"/>
      </w:pPr>
      <w:r>
        <w:t>Intuition</w:t>
      </w:r>
    </w:p>
    <w:p>
      <w:pPr>
        <w:spacing w:after="160" w:line="276" w:lineRule="auto"/>
      </w:pPr>
      <w:r>
        <w:t>We can reframe how we think about an anagram by altering the provided definition. A substring of s qualifies as an anagram of t if it contains exactly the same characters as t in any order.</w:t>
      </w:r>
    </w:p>
    <w:p>
      <w:pPr>
        <w:spacing w:after="160" w:line="276" w:lineRule="auto"/>
      </w:pPr>
      <w:r>
        <w:t>For a substring in s to be an anagram of t, it must have the same length as t (denoted aslen_t). This means we only need to consider substrings of s that match the lengthlen_t, which saves us from examining every possible substring.</w:t>
      </w:r>
    </w:p>
    <w:p>
      <w:pPr>
        <w:spacing w:after="160" w:line="276" w:lineRule="auto"/>
      </w:pPr>
      <w:r>
        <w:t>To examine all substrings of afixed length,len_t, we can use thefixed sliding windowtechnique because a window oflen_tis guaranteed to slide through every substring of this length. We can see this in the example below:</w:t>
      </w:r>
    </w:p>
    <w:p>
      <w:pPr>
        <w:spacing w:after="160" w:line="276" w:lineRule="auto"/>
      </w:pPr>
      <w:r>
        <w:t>Now, we just need a way to check if a window is an anagram of t. Remember that in an anagram, the order of the letters doesn’t matter; only thefrequency of each letterdoes. By comparing the frequency of each character in a window against the frequencies of characters in string t, we can determine if that window is an anagram of t.</w:t>
      </w:r>
    </w:p>
    <w:p>
      <w:pPr>
        <w:spacing w:after="160" w:line="276" w:lineRule="auto"/>
      </w:pPr>
      <w:r>
        <w:t>Let's explore this reasoning with an example. Before starting the sliding window algorithm, we need a way to store the frequencies of the characters in string t. We could use a hash map for this, or an array,expected_freqs, to store the frequencies of each character in string t.</w:t>
      </w:r>
    </w:p>
    <w:p>
      <w:pPr>
        <w:spacing w:before="160" w:after="160"/>
        <w:ind w:left="360"/>
      </w:pPr>
      <w:r>
        <w:rPr>
          <w:rFonts w:ascii="Consolas" w:hAnsi="Consolas"/>
          <w:color w:val="1E293B"/>
          <w:sz w:val="19"/>
        </w:rPr>
        <w:br/>
        <w:t>expected_freqs is an integer array of size 26, with each index representing one of the lowercase English letters (0 for 'a', 1 for 'b', and so on, up to 25 for 'z').</w:t>
        <w:br/>
      </w:r>
    </w:p>
    <w:p>
      <w:pPr>
        <w:spacing w:after="160" w:line="276" w:lineRule="auto"/>
      </w:pPr>
      <w:r>
        <w:t>To set up the sliding window algorithm, let’s define the following components:</w:t>
      </w:r>
    </w:p>
    <w:p>
      <w:pPr>
        <w:pStyle w:val="ListBullet"/>
      </w:pPr>
      <w:r>
        <w:t>Left and right pointers: Initialize both at the start of the string to define the window's boundaries.</w:t>
      </w:r>
    </w:p>
    <w:p>
      <w:pPr>
        <w:pStyle w:val="ListBullet"/>
      </w:pPr>
      <w:r>
        <w:t>window_freqs: Use an array of size 26 to keep track of the frequencies of characters within the window.</w:t>
      </w:r>
    </w:p>
    <w:p>
      <w:pPr>
        <w:pStyle w:val="ListBullet"/>
      </w:pPr>
      <w:r>
        <w:t>count: Maintain a variable to count the number of anagrams detected.</w:t>
      </w:r>
    </w:p>
    <w:p>
      <w:pPr>
        <w:spacing w:after="160" w:line="276" w:lineRule="auto"/>
      </w:pPr>
      <w:r>
        <w:t>Before we slide the window, we first need to expand it to a fixed length oflen_t. This can be done by advancing the right pointer until the window length is equal tolen_t. As we expand, ensure to keepwindow_freqsupdated to reflect the frequencies of the characters in the window:</w:t>
      </w:r>
    </w:p>
    <w:p>
      <w:pPr>
        <w:spacing w:after="160" w:line="276" w:lineRule="auto"/>
      </w:pPr>
      <w:r>
        <w:t>Once the window is at the fixed length oflen_t, we can check if it’s an anagram of t by checking if theexpected_freqsandwindow_freqsarrays are the same. This can be done in constant time since it requires only 26 comparisons, one for each lowercase English letter.</w:t>
      </w:r>
    </w:p>
    <w:p>
      <w:pPr>
        <w:spacing w:after="160" w:line="276" w:lineRule="auto"/>
      </w:pPr>
      <w:r>
        <w:t>To slide this window across the string, advance both the left and right pointers one step in each iteration. Ensure to keepwindow_freqsupdated by incrementing the frequency of each new character at the right pointer and decrementing the frequency of the character at the left pointer as we move past this left character:</w:t>
      </w:r>
    </w:p>
    <w:p>
      <w:pPr>
        <w:spacing w:after="160" w:line="276" w:lineRule="auto"/>
      </w:pPr>
      <w:r>
        <w:t>Once we’ve finished processing all substrings of lengthlen_t, we can returncount, which represents the number of anagrams found.</w:t>
      </w:r>
    </w:p>
    <w:p>
      <w:pPr>
        <w:spacing w:after="160" w:line="276" w:lineRule="auto"/>
      </w:pPr>
      <w:r>
        <w:t>A small optimization we can make is returning 0 if t's length exceeds the length of s because forming an anagram of t from the substrings of s is impossible if t is longer.</w:t>
      </w:r>
    </w:p>
    <w:p>
      <w:pPr>
        <w:pStyle w:val="Heading2"/>
        <w:spacing w:before="320" w:after="120"/>
      </w:pPr>
      <w:r>
        <w:t>Implementation</w:t>
      </w:r>
    </w:p>
    <w:p>
      <w:pPr>
        <w:spacing w:after="160" w:line="276" w:lineRule="auto"/>
      </w:pPr>
      <w:r>
        <w:t>In Python, we can useord(character) - ord('a')to find the index of a lowercase English letter in an array of size 26. The ord function takes an integer and returns its ASCII value. This formula calculates the distance of this character from 'a', resulting in an index between 0 and 25.</w:t>
      </w:r>
    </w:p>
    <w:p>
      <w:pPr>
        <w:spacing w:before="160" w:after="160"/>
        <w:ind w:left="360"/>
      </w:pPr>
      <w:r>
        <w:rPr>
          <w:rFonts w:ascii="Consolas" w:hAnsi="Consolas"/>
          <w:color w:val="1E293B"/>
          <w:sz w:val="19"/>
        </w:rPr>
        <w:t>PythonJavaScriptJavaCopydef substring_anagrams(s: str, t: str) -&gt; int:</w:t>
        <w:br/>
        <w:t xml:space="preserve">    len_s, len_t = len(s), len(t)</w:t>
        <w:br/>
        <w:t xml:space="preserve">    if len_t &gt; len_s:</w:t>
        <w:br/>
        <w:t xml:space="preserve">        return 0</w:t>
        <w:br/>
        <w:t xml:space="preserve">    count = 0</w:t>
        <w:br/>
        <w:t xml:space="preserve">    expected_freqs, window_freqs = [0] * 26, [0] * 26</w:t>
        <w:br/>
        <w:t xml:space="preserve">    # Populate 'expected_freqs' with the characters in string 't'.</w:t>
        <w:br/>
        <w:t xml:space="preserve">    for c in t:</w:t>
        <w:br/>
        <w:t xml:space="preserve">        expected_freqs[ord(c) - ord('a')] += 1</w:t>
        <w:br/>
        <w:t xml:space="preserve">    left = right = 0</w:t>
        <w:br/>
        <w:t xml:space="preserve">    while right &lt; len_s:</w:t>
        <w:br/>
        <w:t xml:space="preserve">        # Add the character at the right pointer to 'window_freqs' before sliding the</w:t>
        <w:br/>
        <w:t xml:space="preserve">        # window.</w:t>
        <w:br/>
        <w:t xml:space="preserve">        window_freqs[ord(s[right]) - ord('a')] += 1</w:t>
        <w:br/>
        <w:t xml:space="preserve">        # If the window has reached the expected fixed length, we advance the left</w:t>
        <w:br/>
        <w:t xml:space="preserve">        # pointer as well as the right pointer to slide the window.</w:t>
        <w:br/>
        <w:t xml:space="preserve">        if right - left + 1 == len_t:</w:t>
        <w:br/>
        <w:t xml:space="preserve">            if window_freqs == expected_freqs:</w:t>
        <w:br/>
        <w:t xml:space="preserve">                count += 1</w:t>
        <w:br/>
        <w:t xml:space="preserve">            # Remove the character at the left pointer from 'window_freqs' before</w:t>
        <w:br/>
        <w:t xml:space="preserve">            # advancing the left pointer.</w:t>
        <w:br/>
        <w:t xml:space="preserve">            window_freqs[ord(s[left]) - ord('a')] -= 1</w:t>
        <w:br/>
        <w:t xml:space="preserve">            left += 1</w:t>
        <w:br/>
        <w:t xml:space="preserve">        right += 1</w:t>
        <w:br/>
        <w:t xml:space="preserve">    return countfunction substringAnagrams(s, t) {</w:t>
        <w:br/>
        <w:t xml:space="preserve">    const lenS = s.length, lenT = t.length;</w:t>
        <w:br/>
        <w:t xml:space="preserve">    if (lenT &gt; lenS) {</w:t>
        <w:br/>
        <w:t xml:space="preserve">        return 0;</w:t>
        <w:br/>
        <w:t xml:space="preserve">    }</w:t>
        <w:br/>
        <w:t xml:space="preserve">    let count = 0;</w:t>
        <w:br/>
        <w:t xml:space="preserve">    const expectedFreqs = new Array(26).fill(0);</w:t>
        <w:br/>
        <w:t xml:space="preserve">    const windowFreqs = new Array(26).fill(0);</w:t>
        <w:br/>
        <w:t xml:space="preserve">    const aCharCode = 'a'.charCodeAt(0);</w:t>
        <w:br/>
        <w:t xml:space="preserve">    // Populate 'expectedFreqs' with the characters in string 't'.</w:t>
        <w:br/>
        <w:t xml:space="preserve">    for (let i = 0; i &lt; lenT; i++) {</w:t>
        <w:br/>
        <w:t xml:space="preserve">        expectedFreqs[t.charCodeAt(i) - aCharCode]++;</w:t>
        <w:br/>
        <w:t xml:space="preserve">    }</w:t>
        <w:br/>
        <w:t xml:space="preserve">    const arraysMatch = (arr1, arr2) =&gt; arr1.every((val, idx) =&gt; val === arr2[idx]);</w:t>
        <w:br/>
        <w:t xml:space="preserve">    let left = 0, right = 0;</w:t>
        <w:br/>
        <w:t xml:space="preserve">    while (right &lt; lenS) {</w:t>
        <w:br/>
        <w:t xml:space="preserve">        // Add the character at the right pointer to 'windowFreqs' before sliding the</w:t>
        <w:br/>
        <w:t xml:space="preserve">        // window.</w:t>
        <w:br/>
        <w:t xml:space="preserve">        windowFreqs[s.charCodeAt(right) - aCharCode]++;</w:t>
        <w:br/>
        <w:t xml:space="preserve">        // If the window has reached the expected fixed length, we advance the left</w:t>
        <w:br/>
        <w:t xml:space="preserve">        // pointer as well as the right pointer to slide the window.</w:t>
        <w:br/>
        <w:t xml:space="preserve">        if (right - left + 1 === lenT) {</w:t>
        <w:br/>
        <w:t xml:space="preserve">            if (arraysMatch(windowFreqs, expectedFreqs)) {</w:t>
        <w:br/>
        <w:t xml:space="preserve">                count++;</w:t>
        <w:br/>
        <w:t xml:space="preserve">            }</w:t>
        <w:br/>
        <w:t xml:space="preserve">            // Remove the character at the left pointer from 'windowFreqs' before</w:t>
        <w:br/>
        <w:t xml:space="preserve">            // advancing the left pointer.</w:t>
        <w:br/>
        <w:t xml:space="preserve">            windowFreqs[s.charCodeAt(left) - aCharCode]--;</w:t>
        <w:br/>
        <w:t xml:space="preserve">            left++;</w:t>
        <w:br/>
        <w:t xml:space="preserve">        }</w:t>
        <w:br/>
        <w:t xml:space="preserve">        right++;</w:t>
        <w:br/>
        <w:t xml:space="preserve">    }</w:t>
        <w:br/>
        <w:t xml:space="preserve">    return count;</w:t>
        <w:br/>
        <w:t>}public int substringAnagrams(String s, String t) {</w:t>
        <w:br/>
        <w:t xml:space="preserve">    int lenS = s.length(), lenT = t.length();</w:t>
        <w:br/>
        <w:t xml:space="preserve">    if (lenT &gt; lenS) {</w:t>
        <w:br/>
        <w:t xml:space="preserve">        return 0;</w:t>
        <w:br/>
        <w:t xml:space="preserve">    }</w:t>
        <w:br/>
        <w:t xml:space="preserve">    int count = 0;</w:t>
        <w:br/>
        <w:t xml:space="preserve">    int[] expectedFreqs = new int[26];</w:t>
        <w:br/>
        <w:t xml:space="preserve">    int[] windowFreqs = new int[26];</w:t>
        <w:br/>
        <w:t xml:space="preserve">    // Populate 'expectedFreqs' with the characters in string 't'.</w:t>
        <w:br/>
        <w:t xml:space="preserve">    for (char c : t.toCharArray()) {</w:t>
        <w:br/>
        <w:t xml:space="preserve">        expectedFreqs[c - 'a']++;</w:t>
        <w:br/>
        <w:t xml:space="preserve">    }</w:t>
        <w:br/>
        <w:t xml:space="preserve">    int left = 0, right = 0;</w:t>
        <w:br/>
        <w:t xml:space="preserve">    while (right &lt; lenS) {</w:t>
        <w:br/>
        <w:t xml:space="preserve">        // Add the character at the right pointer to 'windowFreqs' before sliding the</w:t>
        <w:br/>
        <w:t xml:space="preserve">        // window.</w:t>
        <w:br/>
        <w:t xml:space="preserve">        windowFreqs[s.charAt(right) - 'a']++;</w:t>
        <w:br/>
        <w:t xml:space="preserve">        // If the window has reached the expected fixed length, we advance the left</w:t>
        <w:br/>
        <w:t xml:space="preserve">        // pointer as well as the right pointer to slide the window.</w:t>
        <w:br/>
        <w:t xml:space="preserve">        if (right - left + 1 == lenT) {</w:t>
        <w:br/>
        <w:t xml:space="preserve">            if (Arrays.equals(windowFreqs, expectedFreqs)) {</w:t>
        <w:br/>
        <w:t xml:space="preserve">                count++;</w:t>
        <w:br/>
        <w:t xml:space="preserve">            }</w:t>
        <w:br/>
        <w:t xml:space="preserve">            // Remove the character at the left pointer from 'windowFreqs' before</w:t>
        <w:br/>
        <w:t xml:space="preserve">            // advancing the left pointer.</w:t>
        <w:br/>
        <w:t xml:space="preserve">            windowFreqs[s.charAt(left) - 'a']--;</w:t>
        <w:br/>
        <w:t xml:space="preserve">            left++;</w:t>
        <w:br/>
        <w:t xml:space="preserve">        }</w:t>
        <w:br/>
        <w:t xml:space="preserve">        right++;</w:t>
        <w:br/>
        <w:t xml:space="preserve">    }</w:t>
        <w:br/>
        <w:t xml:space="preserve">    return count;</w:t>
        <w:br/>
        <w:t>}</w:t>
      </w:r>
    </w:p>
    <w:p>
      <w:pPr>
        <w:pStyle w:val="Heading3"/>
        <w:spacing w:before="320" w:after="120"/>
      </w:pPr>
      <w:r>
        <w:t>Complexity Analysis</w:t>
      </w:r>
    </w:p>
    <w:p>
      <w:pPr>
        <w:spacing w:after="160" w:line="276" w:lineRule="auto"/>
      </w:pPr>
      <w:r>
        <w:t>Time complexity:The time complexity ofsubstring_anagramsisO(n)O(n)O(n), wherennndenotes the length ofs. Here’s why:</w:t>
      </w:r>
    </w:p>
    <w:p>
      <w:pPr>
        <w:pStyle w:val="ListBullet"/>
      </w:pPr>
      <w:r>
        <w:t>Populating theexpected_freqsarray takesO(m)O(m)O(m)time, where m denotes the length of t. Sincemmmis guaranteed to be less than or equal tonnnat this point, it’s not a dominant term in the time complexity.</w:t>
      </w:r>
    </w:p>
    <w:p>
      <w:pPr>
        <w:pStyle w:val="ListBullet"/>
      </w:pPr>
      <w:r>
        <w:t>Then, we traverse stringslinearly with two pointers, which takesO(n)O(n)O(n)time.</w:t>
      </w:r>
    </w:p>
    <w:p>
      <w:pPr>
        <w:pStyle w:val="ListBullet"/>
      </w:pPr>
      <w:r>
        <w:t>Note that at each iteration, the comparison performed between the two frequency arrays (expected_freqsandwindow_freqs) takesO(1)O(1)O(1)time because each array contains only 26 elements.</w:t>
      </w:r>
    </w:p>
    <w:p>
      <w:pPr>
        <w:spacing w:after="160" w:line="276" w:lineRule="auto"/>
      </w:pPr>
      <w:r>
        <w:t>Space complexity:The space complexity isO(1)O(1)O(1)because each frequency array contains only 26 elements.</w:t>
      </w:r>
    </w:p>
    <w:p>
      <w:r>
        <w:br w:type="page"/>
      </w:r>
    </w:p>
    <w:p>
      <w:pPr>
        <w:pStyle w:val="Heading1"/>
        <w:spacing w:before="480" w:after="280"/>
      </w:pPr>
      <w:r>
        <w:rPr>
          <w:b/>
          <w:color w:val="008A60"/>
          <w:sz w:val="28"/>
        </w:rPr>
        <w:t>Chapter 27</w:t>
        <w:br/>
      </w:r>
      <w:r>
        <w:rPr>
          <w:b/>
          <w:color w:val="0F172A"/>
          <w:sz w:val="40"/>
        </w:rPr>
        <w:t>Longest Substring With Unique Characters</w:t>
      </w:r>
    </w:p>
    <w:p>
      <w:pPr>
        <w:spacing w:before="160" w:after="160"/>
        <w:ind w:left="360"/>
      </w:pPr>
      <w:r>
        <w:rPr>
          <w:rFonts w:ascii="Consolas" w:hAnsi="Consolas"/>
          <w:color w:val="1E293B"/>
          <w:sz w:val="19"/>
        </w:rPr>
        <w:t>Given a string, determine the length of its longest substring that consists only of unique characters.Example:ExampleCopyInput: s = 'abcba'</w:t>
        <w:br/>
        <w:t>Output: 3</w:t>
        <w:br/>
        <w:t>Explanation: Substring "abc" is the longest substring of length 3 that contains unique characters ("cba" also fits this description).</w:t>
      </w:r>
    </w:p>
    <w:p>
      <w:pPr>
        <w:pStyle w:val="Heading2"/>
        <w:spacing w:before="320" w:after="120"/>
      </w:pPr>
      <w:r>
        <w:t>Intuition</w:t>
      </w:r>
    </w:p>
    <w:p>
      <w:pPr>
        <w:spacing w:after="160" w:line="276" w:lineRule="auto"/>
      </w:pPr>
      <w:r>
        <w:t>The brute force approach involves examining all possible substrings and checking if any consist of exclusively unique characters. Let’s break down this approach:</w:t>
      </w:r>
    </w:p>
    <w:p>
      <w:pPr>
        <w:pStyle w:val="ListBullet"/>
      </w:pPr>
      <w:r>
        <w:t>Checking a substring for uniqueness can be done inO(n)O(n)O(n)time by scanning the substring and using ahash setto keep track of each character, where n denotes the length of s. If we encounter a character already in the hash set, we know it’s a duplicate character.</w:t>
      </w:r>
    </w:p>
    <w:p>
      <w:pPr>
        <w:pStyle w:val="ListBullet"/>
      </w:pPr>
      <w:r>
        <w:t>Iterating through all possible substrings takesO(n2)O(n^2)O(n2)time.</w:t>
      </w:r>
    </w:p>
    <w:p>
      <w:pPr>
        <w:spacing w:after="160" w:line="276" w:lineRule="auto"/>
      </w:pPr>
      <w:r>
        <w:t>This means the brute force approach would takeO(n3)O(n^3)O(n3)time overall. This is quite slow, largely because we look through every substring. Is there a way to reduce the number of substrings we examine?</w:t>
      </w:r>
    </w:p>
    <w:p>
      <w:pPr>
        <w:spacing w:after="160" w:line="276" w:lineRule="auto"/>
      </w:pPr>
      <w:r>
        <w:t>Sliding windowSliding window approaches can be quite useful for problems that involve substrings. In particular, because we’re looking for the longest substring that satisfies a specific condition (i.e., contains unique characters), adynamic sliding windowalgorithm might be the way to go, as discussed in the introduction.</w:t>
      </w:r>
    </w:p>
    <w:p>
      <w:pPr>
        <w:spacing w:after="160" w:line="276" w:lineRule="auto"/>
      </w:pPr>
      <w:r>
        <w:t>We can categorize any window in two ways. A window either:</w:t>
      </w:r>
    </w:p>
    <w:p>
      <w:pPr>
        <w:pStyle w:val="ListNumber"/>
      </w:pPr>
      <w:r>
        <w:t>Consists only of unique characters (a window with no duplicate characters).</w:t>
      </w:r>
    </w:p>
    <w:p>
      <w:pPr>
        <w:pStyle w:val="ListNumber"/>
      </w:pPr>
      <w:r>
        <w:t>Contains at least one character of a frequency greater than 1.</w:t>
      </w:r>
    </w:p>
    <w:p>
      <w:pPr>
        <w:spacing w:after="160" w:line="276" w:lineRule="auto"/>
      </w:pPr>
      <w:r>
        <w:t>If A is true, we shouldexpandthe window by advancing the right pointer to find a longer window that also contains no duplicates.</w:t>
      </w:r>
    </w:p>
    <w:p>
      <w:pPr>
        <w:spacing w:after="160" w:line="276" w:lineRule="auto"/>
      </w:pPr>
      <w:r>
        <w:t>If B is true because we encounter a duplicate character in the window, we shouldshrinkthe window by advancing the left pointer until it no longer contains a duplicate.</w:t>
      </w:r>
    </w:p>
    <w:p>
      <w:pPr>
        <w:spacing w:after="160" w:line="276" w:lineRule="auto"/>
      </w:pPr>
      <w:r>
        <w:t>Let’s try this strategy over the following example. We initialize a hash set to keep track of the characters in a window.</w:t>
      </w:r>
    </w:p>
    <w:p>
      <w:pPr>
        <w:spacing w:after="160" w:line="276" w:lineRule="auto"/>
      </w:pPr>
      <w:r>
        <w:t>To implement the sliding window technique, we should establish the following:</w:t>
      </w:r>
    </w:p>
    <w:p>
      <w:pPr>
        <w:pStyle w:val="ListBullet"/>
      </w:pPr>
      <w:r>
        <w:t>Left and right pointers: Initialize both at the start of the string to define the window's boundaries.</w:t>
      </w:r>
    </w:p>
    <w:p>
      <w:pPr>
        <w:pStyle w:val="ListBullet"/>
      </w:pPr>
      <w:r>
        <w:t>hash_set: Maintain a hash set to record the unique characters within the window, updating it as the window expands. Note, the hash set shown in the diagram displays its state before the character at the right pointer is added to it.</w:t>
      </w:r>
    </w:p>
    <w:p>
      <w:pPr>
        <w:spacing w:after="160" w:line="276" w:lineRule="auto"/>
      </w:pPr>
      <w:r>
        <w:t>Now, let’s start looking for the longest window. Expand the window from the beginning of the string by advancing the right pointer. Keep expanding until a duplicate character is found:</w:t>
      </w:r>
    </w:p>
    <w:p>
      <w:pPr>
        <w:spacing w:after="160" w:line="276" w:lineRule="auto"/>
      </w:pPr>
      <w:r>
        <w:t>We see above that the ‘b’ at index 3 is a duplicate character in the window because ‘b’ is already in the hash set.</w:t>
      </w:r>
    </w:p>
    <w:p>
      <w:pPr>
        <w:spacing w:after="160" w:line="276" w:lineRule="auto"/>
      </w:pPr>
      <w:r>
        <w:t>Now that we found a duplicate, we should shrink the window by advancing the left pointer until the window no longer contains a duplicate ‘b’. Once the window is valid again, continue expanding:</w:t>
      </w:r>
    </w:p>
    <w:p>
      <w:pPr>
        <w:spacing w:after="160" w:line="276" w:lineRule="auto"/>
      </w:pPr>
      <w:r>
        <w:t>Expanding the window any further will cause the right pointer to exceed the string’s boundary, at which point we end our search. The longest substring we’ve found with no duplicates is of length 3. We can use the variablemax_lento keep track of this length during our search.</w:t>
      </w:r>
    </w:p>
    <w:p>
      <w:pPr>
        <w:pStyle w:val="Heading2"/>
        <w:spacing w:before="320" w:after="120"/>
      </w:pPr>
      <w:r>
        <w:t>Implementation</w:t>
      </w:r>
    </w:p>
    <w:p>
      <w:pPr>
        <w:spacing w:before="160" w:after="160"/>
        <w:ind w:left="360"/>
      </w:pPr>
      <w:r>
        <w:rPr>
          <w:rFonts w:ascii="Consolas" w:hAnsi="Consolas"/>
          <w:color w:val="1E293B"/>
          <w:sz w:val="19"/>
        </w:rPr>
        <w:t>PythonJavaScriptJavaCopydef longest_substring_with_unique_chars(s: str) -&gt; int:</w:t>
        <w:br/>
        <w:t xml:space="preserve">    max_len = 0</w:t>
        <w:br/>
        <w:t xml:space="preserve">    hash_set = set()</w:t>
        <w:br/>
        <w:t xml:space="preserve">    left = right = 0</w:t>
        <w:br/>
        <w:t xml:space="preserve">    while right &lt; len(s):</w:t>
        <w:br/>
        <w:t xml:space="preserve">        # If we encounter a duplicate character in the window, shrink the window until</w:t>
        <w:br/>
        <w:t xml:space="preserve">        # it’s no longer a duplicate.</w:t>
        <w:br/>
        <w:t xml:space="preserve">        while s[right] in hash_set:</w:t>
        <w:br/>
        <w:t xml:space="preserve">            hash_set.remove(s[left])</w:t>
        <w:br/>
        <w:t xml:space="preserve">            left += 1</w:t>
        <w:br/>
        <w:t xml:space="preserve">        # Once there are no more duplicates in the window, update 'max_len' if the</w:t>
        <w:br/>
        <w:t xml:space="preserve">        # current window is larger.</w:t>
        <w:br/>
        <w:t xml:space="preserve">        max_len = max(max_len, right - left + 1)</w:t>
        <w:br/>
        <w:t xml:space="preserve">        hash_set.add(s[right])</w:t>
        <w:br/>
        <w:t xml:space="preserve">        # Expand the window.</w:t>
        <w:br/>
        <w:t xml:space="preserve">        right += 1</w:t>
        <w:br/>
        <w:t xml:space="preserve">    return max_lenfunction longestSubstringWithUniqueChars(s) {</w:t>
        <w:br/>
        <w:t xml:space="preserve">    let maxLen = 0;</w:t>
        <w:br/>
        <w:t xml:space="preserve">    const hashSet = new Set();</w:t>
        <w:br/>
        <w:t xml:space="preserve">    let left = 0, right = 0;</w:t>
        <w:br/>
        <w:t xml:space="preserve">    while (right &lt; s.length) {</w:t>
        <w:br/>
        <w:t xml:space="preserve">        // If we encounter a duplicate character in the window, shrink the window until</w:t>
        <w:br/>
        <w:t xml:space="preserve">        // it’s no longer a duplicate.</w:t>
        <w:br/>
        <w:t xml:space="preserve">        while (hashSet.has(s[right])) {</w:t>
        <w:br/>
        <w:t xml:space="preserve">            hashSet.delete(s[left]);</w:t>
        <w:br/>
        <w:t xml:space="preserve">            left++;</w:t>
        <w:br/>
        <w:t xml:space="preserve">        }</w:t>
        <w:br/>
        <w:t xml:space="preserve">        // Once there are no more duplicates in the window, update 'maxLen' if the</w:t>
        <w:br/>
        <w:t xml:space="preserve">        // current window is larger.</w:t>
        <w:br/>
        <w:t xml:space="preserve">        maxLen = Math.max(maxLen, right - left + 1);</w:t>
        <w:br/>
        <w:t xml:space="preserve">        hashSet.add(s[right]);</w:t>
        <w:br/>
        <w:t xml:space="preserve">        // Expand the window.</w:t>
        <w:br/>
        <w:t xml:space="preserve">        right++;</w:t>
        <w:br/>
        <w:t xml:space="preserve">    }</w:t>
        <w:br/>
        <w:t xml:space="preserve">    return maxLen;</w:t>
        <w:br/>
        <w:t>}public int longestSubstringWithUniqueChars(String s) {</w:t>
        <w:br/>
        <w:t xml:space="preserve">    int maxLen = 0;</w:t>
        <w:br/>
        <w:t xml:space="preserve">    Set&lt;Character&gt; hashSet = new HashSet&lt;&gt;();</w:t>
        <w:br/>
        <w:t xml:space="preserve">    int left = 0, right = 0;</w:t>
        <w:br/>
        <w:t xml:space="preserve">    while (right &lt; s.length()) {</w:t>
        <w:br/>
        <w:t xml:space="preserve">        // If we encounter a duplicate character in the window, shrink the window until</w:t>
        <w:br/>
        <w:t xml:space="preserve">        // it’s no longer a duplicate.</w:t>
        <w:br/>
        <w:t xml:space="preserve">        while (hashSet.contains(s.charAt(right))) {</w:t>
        <w:br/>
        <w:t xml:space="preserve">            hashSet.remove(s.charAt(left));</w:t>
        <w:br/>
        <w:t xml:space="preserve">            left++;</w:t>
        <w:br/>
        <w:t xml:space="preserve">        }</w:t>
        <w:br/>
        <w:t xml:space="preserve">        // Once there are no more duplicates in the window, update 'maxLen' if the</w:t>
        <w:br/>
        <w:t xml:space="preserve">        // current window is larger.</w:t>
        <w:br/>
        <w:t xml:space="preserve">        maxLen = Math.max(maxLen, right - left + 1);</w:t>
        <w:br/>
        <w:t xml:space="preserve">        hashSet.add(s.charAt(right));</w:t>
        <w:br/>
        <w:t xml:space="preserve">        // Expand the window.</w:t>
        <w:br/>
        <w:t xml:space="preserve">        right++;</w:t>
        <w:br/>
        <w:t xml:space="preserve">    }</w:t>
        <w:br/>
        <w:t xml:space="preserve">    return maxLen;</w:t>
        <w:br/>
        <w:t>}</w:t>
      </w:r>
    </w:p>
    <w:p>
      <w:pPr>
        <w:pStyle w:val="Heading2"/>
        <w:spacing w:before="320" w:after="120"/>
      </w:pPr>
      <w:r>
        <w:t>Complexity Analysis</w:t>
      </w:r>
    </w:p>
    <w:p>
      <w:pPr>
        <w:spacing w:after="160" w:line="276" w:lineRule="auto"/>
      </w:pPr>
      <w:r>
        <w:t>Time complexity:The time complexity oflongest_substring_with_unique_charsisO(n)O(n)O(n)because we traverse the string linearly with two pointers.</w:t>
      </w:r>
    </w:p>
    <w:p>
      <w:pPr>
        <w:spacing w:after="160" w:line="276" w:lineRule="auto"/>
      </w:pPr>
      <w:r>
        <w:t>Space complexity:The space complexity isO(m)O(m)O(m)because we use a hash set to store unique characters, where m represents the total number of unique characters within the string.</w:t>
      </w:r>
    </w:p>
    <w:p>
      <w:pPr>
        <w:pStyle w:val="Heading2"/>
        <w:spacing w:before="320" w:after="120"/>
      </w:pPr>
      <w:r>
        <w:t>Optimization</w:t>
      </w:r>
    </w:p>
    <w:p>
      <w:pPr>
        <w:spacing w:after="160" w:line="276" w:lineRule="auto"/>
      </w:pPr>
      <w:r>
        <w:t>The above approach solves the problem, but we can still optimize it. The optimization has to do with how we shrink the window when encountering a duplicate character. Consider the following example, where the right pointer encounters a duplicate ‘c’:</w:t>
      </w:r>
    </w:p>
    <w:p>
      <w:pPr>
        <w:spacing w:after="160" w:line="276" w:lineRule="auto"/>
      </w:pPr>
      <w:r>
        <w:t>In the previous approach, we respond to encountering a duplicate by continuously advancing the left pointer to shrink the window until the window no longer contains a duplicate:</w:t>
      </w:r>
    </w:p>
    <w:p>
      <w:pPr>
        <w:spacing w:after="160" w:line="276" w:lineRule="auto"/>
      </w:pPr>
      <w:r>
        <w:t>The crucial insight here is that we advanced the left pointer until it passed theprevious occurrenceof ‘c’ in the window. This indicates that if we know the index of the previous occurrence of ‘c’, we can move our left pointer immediately past that index to remove it from the window:</w:t>
      </w:r>
    </w:p>
    <w:p>
      <w:pPr>
        <w:spacing w:after="160" w:line="276" w:lineRule="auto"/>
      </w:pPr>
      <w:r>
        <w:t>This gives us a new strategy for advancing the left pointer: if the right pointer encounters a character whose previous index (i.e., previous occurrence) is in the window, move the left pointer one index past that previous index.</w:t>
      </w:r>
    </w:p>
    <w:p>
      <w:pPr>
        <w:spacing w:after="160" w:line="276" w:lineRule="auto"/>
      </w:pPr>
      <w:r>
        <w:t>We can use a hash map (prev_indexes) to store the previous index of each character in the string.</w:t>
      </w:r>
    </w:p>
    <w:p>
      <w:pPr>
        <w:spacing w:after="160" w:line="276" w:lineRule="auto"/>
      </w:pPr>
      <w:r>
        <w:t>Now we just need to ensure the previous index of a character is in the window. To do this, we compare its index to the left pointer:</w:t>
      </w:r>
    </w:p>
    <w:p>
      <w:pPr>
        <w:pStyle w:val="ListBullet"/>
      </w:pPr>
      <w:r>
        <w:t>If this index is after the left pointer, it’s inside the window.</w:t>
      </w:r>
    </w:p>
    <w:p>
      <w:pPr>
        <w:pStyle w:val="ListBullet"/>
      </w:pPr>
      <w:r>
        <w:t>If it is before the left pointer, it’s outside the window</w:t>
      </w:r>
    </w:p>
    <w:p>
      <w:pPr>
        <w:spacing w:after="160" w:line="276" w:lineRule="auto"/>
      </w:pPr>
      <w:r>
        <w:t>Below is a visual of how to check whether a character is inside the window:</w:t>
      </w:r>
    </w:p>
    <w:p>
      <w:pPr>
        <w:pStyle w:val="Heading2"/>
        <w:spacing w:before="320" w:after="120"/>
      </w:pPr>
      <w:r>
        <w:t>Implementation - Optimized Approach</w:t>
      </w:r>
    </w:p>
    <w:p>
      <w:pPr>
        <w:spacing w:before="160" w:after="160"/>
        <w:ind w:left="360"/>
      </w:pPr>
      <w:r>
        <w:rPr>
          <w:rFonts w:ascii="Consolas" w:hAnsi="Consolas"/>
          <w:color w:val="1E293B"/>
          <w:sz w:val="19"/>
        </w:rPr>
        <w:t>PythonJavaScriptJavaCopydef longest_substring_with_unique_chars_optimized(s: str) -&gt; int:</w:t>
        <w:br/>
        <w:t xml:space="preserve">    max_len = 0</w:t>
        <w:br/>
        <w:t xml:space="preserve">    prev_indexes = {}</w:t>
        <w:br/>
        <w:t xml:space="preserve">    left = right = 0</w:t>
        <w:br/>
        <w:t xml:space="preserve">    while right &lt; len(s):</w:t>
        <w:br/>
        <w:t xml:space="preserve">        # If a previous index of the current character is present in the current</w:t>
        <w:br/>
        <w:t xml:space="preserve">        # window, it's a duplicate character in the window.</w:t>
        <w:br/>
        <w:t xml:space="preserve">        if s[right] in prev_indexes and prev_indexes[s[right]] &gt;= left:</w:t>
        <w:br/>
        <w:t xml:space="preserve">            # Shrink the window to exclude the previous occurrence of this character.</w:t>
        <w:br/>
        <w:t xml:space="preserve">            left = prev_indexes[s[right]] + 1</w:t>
        <w:br/>
        <w:t xml:space="preserve">        # Update 'max_len' if the current window is larger.</w:t>
        <w:br/>
        <w:t xml:space="preserve">        max_len = max(max_len, right - left + 1)</w:t>
        <w:br/>
        <w:t xml:space="preserve">        prev_indexes[s[right]] = right</w:t>
        <w:br/>
        <w:t xml:space="preserve">        # Expand the window.</w:t>
        <w:br/>
        <w:t xml:space="preserve">        right += 1</w:t>
        <w:br/>
        <w:t xml:space="preserve">    return max_lenfunction longestSubstringWithUniqueCharsOptimized(s) {</w:t>
        <w:br/>
        <w:t xml:space="preserve">    let maxLen = 0;</w:t>
        <w:br/>
        <w:t xml:space="preserve">    const prevIndexes = new Map();</w:t>
        <w:br/>
        <w:t xml:space="preserve">    let left = 0, right = 0;</w:t>
        <w:br/>
        <w:t xml:space="preserve">    while (right &lt; s.length) {</w:t>
        <w:br/>
        <w:t xml:space="preserve">        // If a previous index of the current character is present in the current</w:t>
        <w:br/>
        <w:t xml:space="preserve">        // window, it's a duplicate character in the window.</w:t>
        <w:br/>
        <w:t xml:space="preserve">        if (prevIndexes.has(s[right]) &amp;&amp; prevIndexes.get(s[right]) &gt;= left) {</w:t>
        <w:br/>
        <w:t xml:space="preserve">            // Shrink the window to exclude the previous occurrence of this character.</w:t>
        <w:br/>
        <w:t xml:space="preserve">            left = prevIndexes.get(s[right]) + 1;</w:t>
        <w:br/>
        <w:t xml:space="preserve">        }</w:t>
        <w:br/>
        <w:t xml:space="preserve">        // Update 'maxLen' if the current window is larger.</w:t>
        <w:br/>
        <w:t xml:space="preserve">        maxLen = Math.max(maxLen, right - left + 1);</w:t>
        <w:br/>
        <w:t xml:space="preserve">        prevIndexes.set(s[right], right);</w:t>
        <w:br/>
        <w:t xml:space="preserve">        // Expand the window.</w:t>
        <w:br/>
        <w:t xml:space="preserve">        right++;</w:t>
        <w:br/>
        <w:t xml:space="preserve">    }</w:t>
        <w:br/>
        <w:t xml:space="preserve">    return maxLen;</w:t>
        <w:br/>
        <w:t>}public int longestSubstringWithUniqueCharsOptimized(String s) {</w:t>
        <w:br/>
        <w:t xml:space="preserve">    int maxLen = 0;</w:t>
        <w:br/>
        <w:t xml:space="preserve">    Map&lt;Character, Integer&gt; prevIndexes = new HashMap&lt;&gt;();</w:t>
        <w:br/>
        <w:t xml:space="preserve">    int left = 0, right = 0;</w:t>
        <w:br/>
        <w:t xml:space="preserve">    while (right &lt; s.length()) {</w:t>
        <w:br/>
        <w:t xml:space="preserve">        // If a previous index of the current character is present in the current</w:t>
        <w:br/>
        <w:t xml:space="preserve">        // window, it's a duplicate character in the window.</w:t>
        <w:br/>
        <w:t xml:space="preserve">        if (prevIndexes.containsKey(s.charAt(right)) &amp;&amp; prevIndexes.get(s.charAt(right)) &gt;= left) {</w:t>
        <w:br/>
        <w:t xml:space="preserve">            // Shrink the window to exclude the previous occurrence of this character.</w:t>
        <w:br/>
        <w:t xml:space="preserve">            left = prevIndexes.get(s.charAt(right)) + 1;</w:t>
        <w:br/>
        <w:t xml:space="preserve">        }</w:t>
        <w:br/>
        <w:t xml:space="preserve">        // Update 'maxLen' if the current window is larger.</w:t>
        <w:br/>
        <w:t xml:space="preserve">        maxLen = Math.max(maxLen, right - left + 1);</w:t>
        <w:br/>
        <w:t xml:space="preserve">        prevIndexes.put(s.charAt(right), right);</w:t>
        <w:br/>
        <w:t xml:space="preserve">        // Expand the window.</w:t>
        <w:br/>
        <w:t xml:space="preserve">        right++;</w:t>
        <w:br/>
        <w:t xml:space="preserve">    }</w:t>
        <w:br/>
        <w:t xml:space="preserve">    return maxLen;</w:t>
        <w:br/>
        <w:t>}</w:t>
      </w:r>
    </w:p>
    <w:p>
      <w:pPr>
        <w:pStyle w:val="Heading3"/>
        <w:spacing w:before="320" w:after="120"/>
      </w:pPr>
      <w:r>
        <w:t>Complexity Analysis</w:t>
      </w:r>
    </w:p>
    <w:p>
      <w:pPr>
        <w:spacing w:after="160" w:line="276" w:lineRule="auto"/>
      </w:pPr>
      <w:r>
        <w:t>Time complexity:The time complexity of the optimized implementation isO(n)O(n)O(n)because we traverse the string linearly with two pointers.</w:t>
      </w:r>
    </w:p>
    <w:p>
      <w:pPr>
        <w:spacing w:after="160" w:line="276" w:lineRule="auto"/>
      </w:pPr>
      <w:r>
        <w:t>Space complexity:The space complexity isO(m)O(m)O(m)because we use a hash map to store unique characters, wheremmmrepresents the total number of unique characters within the string.</w:t>
      </w:r>
    </w:p>
    <w:p>
      <w:r>
        <w:br w:type="page"/>
      </w:r>
    </w:p>
    <w:p>
      <w:pPr>
        <w:pStyle w:val="Heading1"/>
        <w:spacing w:before="480" w:after="280"/>
      </w:pPr>
      <w:r>
        <w:rPr>
          <w:b/>
          <w:color w:val="008A60"/>
          <w:sz w:val="28"/>
        </w:rPr>
        <w:t>Chapter 28</w:t>
        <w:br/>
      </w:r>
      <w:r>
        <w:rPr>
          <w:b/>
          <w:color w:val="0F172A"/>
          <w:sz w:val="40"/>
        </w:rPr>
        <w:t>Longest Uniform Substring After Replacements</w:t>
      </w:r>
    </w:p>
    <w:p>
      <w:pPr>
        <w:spacing w:before="160" w:after="160"/>
        <w:ind w:left="360"/>
      </w:pPr>
      <w:r>
        <w:rPr>
          <w:rFonts w:ascii="Consolas" w:hAnsi="Consolas"/>
          <w:color w:val="1E293B"/>
          <w:sz w:val="19"/>
        </w:rPr>
        <w:t>A uniform substring is one in which all characters are identical. Given a string, determine the length of the longest uniform substring that can be formed by replacing up to k characters.Example:ExampleCopyInput: s = 'aabcdcca', k = 2</w:t>
        <w:br/>
        <w:t>Output: 5</w:t>
        <w:br/>
        <w:t>Explanation: if we can only replace 2 characters, the longest uniform substring we can achieve is "ccccc", obtained by replacing 'b' and 'd' with 'c'.</w:t>
      </w:r>
    </w:p>
    <w:p>
      <w:pPr>
        <w:pStyle w:val="Heading2"/>
        <w:spacing w:before="320" w:after="120"/>
      </w:pPr>
      <w:r>
        <w:t>Intuition</w:t>
      </w:r>
    </w:p>
    <w:p>
      <w:pPr>
        <w:spacing w:after="160" w:line="276" w:lineRule="auto"/>
      </w:pPr>
      <w:r>
        <w:t>Determining if a substring is uniformBefore we try finding the longest uniform substring, let’s first determine the most efficient way to make a string uniform with the fewest character replacements. Consider the example below:</w:t>
      </w:r>
    </w:p>
    <w:p>
      <w:pPr>
        <w:spacing w:after="160" w:line="276" w:lineRule="auto"/>
      </w:pPr>
      <w:r>
        <w:t>Which characters should we replace to ensure the minimum number of replacements are performed to make the string uniform? There are three main choices: make the string all ‘a’s, or all ‘b’s, or all ‘c’s. The most efficient choice, requiring the fewest replacements, is to make all characters ‘a’, which involves just three replacements:</w:t>
      </w:r>
    </w:p>
    <w:p>
      <w:pPr>
        <w:spacing w:after="160" w:line="276" w:lineRule="auto"/>
      </w:pPr>
      <w:r>
        <w:t>The key observation is that the minimum number of replacements needed to achieve uniformity is obtained byreplacing all characters except the most frequent one.</w:t>
      </w:r>
    </w:p>
    <w:p>
      <w:pPr>
        <w:spacing w:after="160" w:line="276" w:lineRule="auto"/>
      </w:pPr>
      <w:r>
        <w:t>This suggests that if we know the highest frequency of a character in a substring, we can determine if our value of k is sufficient to make that substring uniform. The number of characters that need to be replaced (num_chars_to_replace) can be found by subtracting this highest frequency from the total number of characters in the substring:</w:t>
      </w:r>
    </w:p>
    <w:p>
      <w:pPr>
        <w:spacing w:after="160" w:line="276" w:lineRule="auto"/>
      </w:pPr>
      <w:r>
        <w:t>Once we’ve calculated num_chars_to_replace for a given substring, we can assess if the substring can be made uniform:</w:t>
      </w:r>
    </w:p>
    <w:p>
      <w:pPr>
        <w:pStyle w:val="ListBullet"/>
      </w:pPr>
      <w:r>
        <w:t>Ifnum_chars_to_replace ≤ k, the substring can be made uniform.</w:t>
      </w:r>
    </w:p>
    <w:p>
      <w:pPr>
        <w:pStyle w:val="ListBullet"/>
      </w:pPr>
      <w:r>
        <w:t>Ifnum_chars_to_replace &gt; k, the substring cannot be made uniform.</w:t>
      </w:r>
    </w:p>
    <w:p>
      <w:pPr>
        <w:spacing w:after="160" w:line="276" w:lineRule="auto"/>
      </w:pPr>
      <w:r>
        <w:t>To calculate num_chars_to_replace, we need to know the value ofhighest_freq. This requires tracking the frequency of each character, which can be efficiently managed using ahash map(freqs). This hash map allows us to updatehighest_freqwhenever we encounter a character with a higher frequency. Below is an illustration of howfreqsis updated:</w:t>
      </w:r>
    </w:p>
    <w:p>
      <w:pPr>
        <w:spacing w:after="160" w:line="276" w:lineRule="auto"/>
      </w:pPr>
      <w:r>
        <w:t>Now that we have the tools to determine if a substring can be made uniform, the next step is to figure out how to identify the longest uniform substring. Let’s explore a technique that lets us do this.</w:t>
      </w:r>
    </w:p>
    <w:p>
      <w:pPr>
        <w:spacing w:after="160" w:line="276" w:lineRule="auto"/>
      </w:pPr>
      <w:r>
        <w:t>Dynamic sliding windowWe know sliding windows can be useful for solving problems involving substrings. This problem requires that we find the longest substring that satisfies a specific condition:</w:t>
      </w:r>
    </w:p>
    <w:p>
      <w:pPr>
        <w:spacing w:after="160" w:line="276" w:lineRule="auto"/>
      </w:pPr>
      <w:r>
        <w:t>So, a dynamic sliding window might be appropriate, as discussed in the chapter introduction.</w:t>
      </w:r>
    </w:p>
    <w:p>
      <w:pPr>
        <w:spacing w:after="160" w:line="276" w:lineRule="auto"/>
      </w:pPr>
      <w:r>
        <w:t>We can use the above condition to determine how to expand or shrink the window:</w:t>
      </w:r>
    </w:p>
    <w:p>
      <w:pPr>
        <w:pStyle w:val="ListBullet"/>
      </w:pPr>
      <w:r>
        <w:t>If the condition is met (i.e., the window is valid), weexpandthe window to find a longer window that still meets this condition.</w:t>
      </w:r>
    </w:p>
    <w:p>
      <w:pPr>
        <w:pStyle w:val="ListBullet"/>
      </w:pPr>
      <w:r>
        <w:t>If the condition is violated (i.e., the window is invalid), weshrinkthe window until it meets the condition again.</w:t>
      </w:r>
    </w:p>
    <w:p>
      <w:pPr>
        <w:spacing w:after="160" w:line="276" w:lineRule="auto"/>
      </w:pPr>
      <w:r>
        <w:t>Let’s see how this works over the example below:</w:t>
      </w:r>
    </w:p>
    <w:p>
      <w:pPr>
        <w:spacing w:after="160" w:line="276" w:lineRule="auto"/>
      </w:pPr>
      <w:r>
        <w:t>Start by defining the left and right boundaries of the window at index 0. Continue expanding the window for as long as it satisfies our condition (nums_char_to_replace &lt;= k):</w:t>
      </w:r>
    </w:p>
    <w:p>
      <w:pPr>
        <w:spacing w:after="160" w:line="276" w:lineRule="auto"/>
      </w:pPr>
      <w:r>
        <w:t>Once the window expands to the fifth character (‘d’), it will contain 3 characters that must be replaced to make the window uniform. Since we can only replace up to k = 2 characters, the window is invalid. So, we shrink the window:</w:t>
      </w:r>
    </w:p>
    <w:p>
      <w:pPr>
        <w:spacing w:after="160" w:line="276" w:lineRule="auto"/>
      </w:pPr>
      <w:r>
        <w:t>Notice that after shrinking the window, the value ofhighest_freqis still 2, which is no longer correct. Recall that our current method for updatinghighest_freqonly increases it when encountering a character with a higher frequency, meaninghighest_freqcan only remain the same or increase, but it can never decrease.</w:t>
      </w:r>
    </w:p>
    <w:p>
      <w:pPr>
        <w:spacing w:after="160" w:line="276" w:lineRule="auto"/>
      </w:pPr>
      <w:r>
        <w:t>One way to work around this is to develop a new method for updatinghighest_freqthat accurately decreases it when the highest frequency in a window decreases. However, our goal is to find the longest substring that meets the condition, so shrinking the window might not even be necessary. The crucial point here is thatwhen we find a valid window of a certain length, no shorter window will provide a longer uniform substring.</w:t>
      </w:r>
    </w:p>
    <w:p>
      <w:pPr>
        <w:spacing w:after="160" w:line="276" w:lineRule="auto"/>
      </w:pPr>
      <w:r>
        <w:t>With this observation, we should correct our previous logic:</w:t>
      </w:r>
    </w:p>
    <w:p>
      <w:pPr>
        <w:pStyle w:val="ListBullet"/>
      </w:pPr>
      <w:r>
        <w:t>If the window satisfies the condition: expand.</w:t>
      </w:r>
    </w:p>
    <w:p>
      <w:pPr>
        <w:pStyle w:val="ListBullet"/>
      </w:pPr>
      <w:r>
        <w:t>If the window doesn’t satisfy the condition: slide.</w:t>
      </w:r>
    </w:p>
    <w:p>
      <w:pPr>
        <w:spacing w:after="160" w:line="276" w:lineRule="auto"/>
      </w:pPr>
      <w:r>
        <w:t>Let’s correct the action taken in the first invalid window above by sliding instead of shrinking. Then, we can continue processing the rest of the string.</w:t>
      </w:r>
    </w:p>
    <w:p>
      <w:pPr>
        <w:spacing w:after="160" w:line="276" w:lineRule="auto"/>
      </w:pPr>
      <w:r>
        <w:t>The above window is the final window because we cannot expand or slide it any further. The longest valid window encountered during this process is a window of length 5.</w:t>
      </w:r>
    </w:p>
    <w:p>
      <w:pPr>
        <w:pStyle w:val="Heading2"/>
        <w:spacing w:before="320" w:after="120"/>
      </w:pPr>
      <w:r>
        <w:t>Implementation</w:t>
      </w:r>
    </w:p>
    <w:p>
      <w:pPr>
        <w:spacing w:before="160" w:after="160"/>
        <w:ind w:left="360"/>
      </w:pPr>
      <w:r>
        <w:rPr>
          <w:rFonts w:ascii="Consolas" w:hAnsi="Consolas"/>
          <w:color w:val="1E293B"/>
          <w:sz w:val="19"/>
        </w:rPr>
        <w:t>PythonJavaScriptJavaCopydef longest_uniform_substring_after_replacements(s: str, k: int) -&gt; int:</w:t>
        <w:br/>
        <w:t xml:space="preserve">    freqs = {}</w:t>
        <w:br/>
        <w:t xml:space="preserve">    highest_freq = max_len = 0</w:t>
        <w:br/>
        <w:t xml:space="preserve">    left = right = 0</w:t>
        <w:br/>
        <w:t xml:space="preserve">    while right &lt; len(s):</w:t>
        <w:br/>
        <w:t xml:space="preserve">        # Update the frequency of the character at the right pointer and the highest</w:t>
        <w:br/>
        <w:t xml:space="preserve">        # frequency for the current window.</w:t>
        <w:br/>
        <w:t xml:space="preserve">        freqs[s[right]] = freqs.get(s[right], 0) + 1</w:t>
        <w:br/>
        <w:t xml:space="preserve">        highest_freq = max(highest_freq, freqs[s[right]])</w:t>
        <w:br/>
        <w:t xml:space="preserve">        # Calculate replacements needed for the current window.</w:t>
        <w:br/>
        <w:t xml:space="preserve">        num_chars_to_replace = (right - left + 1) - highest_freq</w:t>
        <w:br/>
        <w:t xml:space="preserve">        # Slide the window if the number of replacements needed exceeds 'k'.</w:t>
        <w:br/>
        <w:t xml:space="preserve">        # The right pointer always gets advanced, so we just need to advance 'left'.</w:t>
        <w:br/>
        <w:t xml:space="preserve">        if num_chars_to_replace &gt; k:</w:t>
        <w:br/>
        <w:t xml:space="preserve">            # Remove the character at the left pointer from the hash map before</w:t>
        <w:br/>
        <w:t xml:space="preserve">            # advancing the left pointer.</w:t>
        <w:br/>
        <w:t xml:space="preserve">            freqs[s[left]] -= 1</w:t>
        <w:br/>
        <w:t xml:space="preserve">            left += 1</w:t>
        <w:br/>
        <w:t xml:space="preserve">        # Since the length of the current window increases or stays the same, assign</w:t>
        <w:br/>
        <w:t xml:space="preserve">        # the length of the current window to 'max_len'.</w:t>
        <w:br/>
        <w:t xml:space="preserve">        max_len = right - left + 1</w:t>
        <w:br/>
        <w:t xml:space="preserve">        # Expand the window.</w:t>
        <w:br/>
        <w:t xml:space="preserve">        right += 1</w:t>
        <w:br/>
        <w:t xml:space="preserve">    return max_lenfunction longestUniformSubstringAfterReplacements(s, k) {</w:t>
        <w:br/>
        <w:t xml:space="preserve">    const freqs = new Map();</w:t>
        <w:br/>
        <w:t xml:space="preserve">    let highestFreq = 0, maxLen = 0;</w:t>
        <w:br/>
        <w:t xml:space="preserve">    let left = 0, right = 0;</w:t>
        <w:br/>
        <w:t xml:space="preserve">    while (right &lt; s.length) {</w:t>
        <w:br/>
        <w:t xml:space="preserve">        // Update the frequency of the character at the right pointer and the highest</w:t>
        <w:br/>
        <w:t xml:space="preserve">        // frequency for the current window.</w:t>
        <w:br/>
        <w:t xml:space="preserve">        freqs.set(s[right], (freqs.get(s[right]) || 0) + 1);</w:t>
        <w:br/>
        <w:t xml:space="preserve">        highestFreq = Math.max(highestFreq, freqs.get(s[right]));</w:t>
        <w:br/>
        <w:t xml:space="preserve">        // Calculate replacements needed for the current window.</w:t>
        <w:br/>
        <w:t xml:space="preserve">        const numCharsToReplace = (right - left + 1) - highestFreq;</w:t>
        <w:br/>
        <w:t xml:space="preserve">        // Slide the window if the number of replacements needed exceeds 'k'.</w:t>
        <w:br/>
        <w:t xml:space="preserve">        // The right pointer always gets advanced, so we just need to advance 'left'.</w:t>
        <w:br/>
        <w:t xml:space="preserve">        if (numCharsToReplace &gt; k) {</w:t>
        <w:br/>
        <w:t xml:space="preserve">            // Remove the character at the left pointer from the hash map before</w:t>
        <w:br/>
        <w:t xml:space="preserve">            // advancing the left pointer.</w:t>
        <w:br/>
        <w:t xml:space="preserve">            freqs.set(s[left], freqs.get(s[left]) - 1);</w:t>
        <w:br/>
        <w:t xml:space="preserve">            left++;</w:t>
        <w:br/>
        <w:t xml:space="preserve">        }</w:t>
        <w:br/>
        <w:t xml:space="preserve">        // Since the length of the current window increases or stays the same, assign</w:t>
        <w:br/>
        <w:t xml:space="preserve">        // the length of the current window to 'maxLen'.</w:t>
        <w:br/>
        <w:t xml:space="preserve">        maxLen = right - left + 1;</w:t>
        <w:br/>
        <w:t xml:space="preserve">        // Expand the window.</w:t>
        <w:br/>
        <w:t xml:space="preserve">        right++;</w:t>
        <w:br/>
        <w:t xml:space="preserve">    }</w:t>
        <w:br/>
        <w:t xml:space="preserve">    return maxLen;</w:t>
        <w:br/>
        <w:t>}public int longestUniformSubstringAfterReplacements(String s, int k) {</w:t>
        <w:br/>
        <w:t xml:space="preserve">    Map&lt;Character, Integer&gt; freqs = new HashMap&lt;&gt;();</w:t>
        <w:br/>
        <w:t xml:space="preserve">    int highestFreq = 0, maxLen = 0;</w:t>
        <w:br/>
        <w:t xml:space="preserve">    int left = 0, right = 0;</w:t>
        <w:br/>
        <w:t xml:space="preserve">    while (right &lt; s.length()) {</w:t>
        <w:br/>
        <w:t xml:space="preserve">        // Update the frequency of the character at the right pointer and the highest</w:t>
        <w:br/>
        <w:t xml:space="preserve">        // frequency for the current window.</w:t>
        <w:br/>
        <w:t xml:space="preserve">        char rightChar = s.charAt(right);</w:t>
        <w:br/>
        <w:t xml:space="preserve">        freqs.put(rightChar, freqs.getOrDefault(rightChar, 0) + 1);</w:t>
        <w:br/>
        <w:t xml:space="preserve">        highestFreq = Math.max(highestFreq, freqs.get(rightChar));</w:t>
        <w:br/>
        <w:t xml:space="preserve">        // Calculate replacements needed for the current window.</w:t>
        <w:br/>
        <w:t xml:space="preserve">        int numCharsToReplace = (right - left + 1) - highestFreq;</w:t>
        <w:br/>
        <w:t xml:space="preserve">        // Slide the window if the number of replacements needed exceeds 'k'.</w:t>
        <w:br/>
        <w:t xml:space="preserve">        // The right pointer always gets advanced, so we just need to advance 'left'.</w:t>
        <w:br/>
        <w:t xml:space="preserve">        if (numCharsToReplace &gt; k) {</w:t>
        <w:br/>
        <w:t xml:space="preserve">            // Remove the character at the left pointer from the hash map before</w:t>
        <w:br/>
        <w:t xml:space="preserve">            // advancing the left pointer.</w:t>
        <w:br/>
        <w:t xml:space="preserve">            char leftChar = s.charAt(left);</w:t>
        <w:br/>
        <w:t xml:space="preserve">            freqs.put(leftChar, freqs.get(leftChar) - 1);</w:t>
        <w:br/>
        <w:t xml:space="preserve">            left++;</w:t>
        <w:br/>
        <w:t xml:space="preserve">        }</w:t>
        <w:br/>
        <w:t xml:space="preserve">        // Since the length of the current window increases or stays the same, assign</w:t>
        <w:br/>
        <w:t xml:space="preserve">        // the length of the current window to 'maxLen'.</w:t>
        <w:br/>
        <w:t xml:space="preserve">        maxLen = right - left + 1;</w:t>
        <w:br/>
        <w:t xml:space="preserve">        // Expand the window.</w:t>
        <w:br/>
        <w:t xml:space="preserve">        right++;</w:t>
        <w:br/>
        <w:t xml:space="preserve">    }</w:t>
        <w:br/>
        <w:t xml:space="preserve">    return maxLen;</w:t>
        <w:br/>
        <w:t>}</w:t>
      </w:r>
    </w:p>
    <w:p>
      <w:pPr>
        <w:pStyle w:val="Heading3"/>
        <w:spacing w:before="320" w:after="120"/>
      </w:pPr>
      <w:r>
        <w:t>Complexity Analysis</w:t>
      </w:r>
    </w:p>
    <w:p>
      <w:pPr>
        <w:spacing w:after="160" w:line="276" w:lineRule="auto"/>
      </w:pPr>
      <w:r>
        <w:t>Time complexity:The time complexity oflongest_uniform_substring_after_replacementsisO(n)O(n)O(n), wherennnis the length of the input string. This is because we traverse the string linearly with two pointers.</w:t>
      </w:r>
    </w:p>
    <w:p>
      <w:pPr>
        <w:spacing w:after="160" w:line="276" w:lineRule="auto"/>
      </w:pPr>
      <w:r>
        <w:t>Space complexity:The space complexity isO(m)O(m)O(m), wheremmmis the number of unique characters in the string stored in the hash mapfreqs.</w:t>
      </w:r>
    </w:p>
    <w:p>
      <w:r>
        <w:br w:type="page"/>
      </w:r>
    </w:p>
    <w:p>
      <w:pPr>
        <w:pStyle w:val="Heading1"/>
        <w:spacing w:before="480" w:after="280"/>
      </w:pPr>
      <w:r>
        <w:rPr>
          <w:b/>
          <w:color w:val="008A60"/>
          <w:sz w:val="28"/>
        </w:rPr>
        <w:t>Chapter 29</w:t>
        <w:br/>
      </w:r>
      <w:r>
        <w:rPr>
          <w:b/>
          <w:color w:val="0F172A"/>
          <w:sz w:val="40"/>
        </w:rPr>
        <w:t>Introduction to Binary Search</w:t>
      </w:r>
    </w:p>
    <w:p>
      <w:pPr>
        <w:pStyle w:val="Heading2"/>
        <w:spacing w:before="320" w:after="120"/>
      </w:pPr>
      <w:r>
        <w:t>Intuition</w:t>
      </w:r>
    </w:p>
    <w:p>
      <w:pPr>
        <w:spacing w:after="160" w:line="276" w:lineRule="auto"/>
      </w:pPr>
      <w:r>
        <w:t>Let's say you have a standard, hard-copy English dictionary, and you want to find the definition of the word "inheritance." How could we do this?</w:t>
      </w:r>
    </w:p>
    <w:p>
      <w:pPr>
        <w:spacing w:after="160" w:line="276" w:lineRule="auto"/>
      </w:pPr>
      <w:r>
        <w:t>One approach is to flick through it page by page, until reaching the page with "inheritance." But this is inefficient, and realistically, you're more likely to immediately open a page somewhere in the middle.</w:t>
      </w:r>
    </w:p>
    <w:p>
      <w:pPr>
        <w:spacing w:after="160" w:line="276" w:lineRule="auto"/>
      </w:pPr>
      <w:r>
        <w:t>Let's say you do this and land on a page of words beginning with "M." Realizing that "inheritance" is somewhere to the left of "M" in the alphabet, you open a page somewhere between the letters "A" and "M." You continue this process of checking if "inheritance" is to the right or left of the current page, and narrowing the search down until you find the correct page. With this method, you've significantly reduced the number of pages to be searched, in contrast to linearly turning every page in order. This is the fundamental concept of binary search.</w:t>
      </w:r>
    </w:p>
    <w:p>
      <w:pPr>
        <w:pStyle w:val="Heading2"/>
        <w:spacing w:before="320" w:after="120"/>
      </w:pPr>
      <w:r>
        <w:t>Implementing Binary Search</w:t>
      </w:r>
    </w:p>
    <w:p>
      <w:pPr>
        <w:spacing w:after="160" w:line="276" w:lineRule="auto"/>
      </w:pPr>
      <w:r>
        <w:t>Binary search is an algorithm that searches for a value in asorted data set.</w:t>
      </w:r>
    </w:p>
    <w:p>
      <w:pPr>
        <w:spacing w:after="160" w:line="276" w:lineRule="auto"/>
      </w:pPr>
      <w:r>
        <w:t>Even experienced developers can find it quite tricky to implement binary search correctly because "the devil's in the detail."</w:t>
      </w:r>
    </w:p>
    <w:p>
      <w:pPr>
        <w:pStyle w:val="ListBullet"/>
      </w:pPr>
      <w:r>
        <w:t>How should the boundary variablesleftand right be initialized?</w:t>
      </w:r>
    </w:p>
    <w:p>
      <w:pPr>
        <w:pStyle w:val="ListBullet"/>
      </w:pPr>
      <w:r>
        <w:t>Should we useleft &lt; rightorleft ≤ rightas the exit condition in our while-loop?</w:t>
      </w:r>
    </w:p>
    <w:p>
      <w:pPr>
        <w:pStyle w:val="ListBullet"/>
      </w:pPr>
      <w:r>
        <w:t>How should the boundary variables be updated? Should we chooseleft = mid,left = mid + 1,right = mid, orright = mid - 1?</w:t>
      </w:r>
    </w:p>
    <w:p>
      <w:pPr>
        <w:spacing w:after="160" w:line="276" w:lineRule="auto"/>
      </w:pPr>
      <w:r>
        <w:t>This chapter offers clear, intuitive guidance on how to master these challenges, and confidently handle even the trickiest edge case.</w:t>
      </w:r>
    </w:p>
    <w:p>
      <w:pPr>
        <w:spacing w:after="160" w:line="276" w:lineRule="auto"/>
      </w:pPr>
      <w:r>
        <w:t>To begin any binary search implementation, do the following:</w:t>
      </w:r>
    </w:p>
    <w:p>
      <w:pPr>
        <w:pStyle w:val="ListNumber"/>
      </w:pPr>
      <w:r>
        <w:t>Define the search space.</w:t>
      </w:r>
    </w:p>
    <w:p>
      <w:pPr>
        <w:pStyle w:val="ListNumber"/>
      </w:pPr>
      <w:r>
        <w:t>Define the behavior inside the loop for narrowing the search space.</w:t>
      </w:r>
    </w:p>
    <w:p>
      <w:pPr>
        <w:pStyle w:val="ListNumber"/>
      </w:pPr>
      <w:r>
        <w:t>Choose an exit condition for the while-loop.</w:t>
      </w:r>
    </w:p>
    <w:p>
      <w:pPr>
        <w:pStyle w:val="ListNumber"/>
      </w:pPr>
      <w:r>
        <w:t>Return the correct value.</w:t>
      </w:r>
    </w:p>
    <w:p>
      <w:pPr>
        <w:spacing w:after="160" w:line="276" w:lineRule="auto"/>
      </w:pPr>
      <w:r>
        <w:t>Let's break down these steps.</w:t>
      </w:r>
    </w:p>
    <w:p>
      <w:pPr>
        <w:spacing w:after="160" w:line="276" w:lineRule="auto"/>
      </w:pPr>
      <w:r>
        <w:t>1. Defining the search spaceThe search space encompasses all possible values that may include the value we're searching for. For instance, when searching for a target in a sorted array, the search space should cover the entire array, as the target could be anywhere within it. This is illustrated in the array below, where the left and right pointers define the search space:</w:t>
      </w:r>
    </w:p>
    <w:p>
      <w:pPr>
        <w:spacing w:after="160" w:line="276" w:lineRule="auto"/>
      </w:pPr>
      <w:r>
        <w:t>2. Narrowing the search spaceNarrowing the search space involves progressively moving the left or right pointer inward until the search space is reduced to one element or none.</w:t>
      </w:r>
    </w:p>
    <w:p>
      <w:pPr>
        <w:spacing w:after="160" w:line="276" w:lineRule="auto"/>
      </w:pPr>
      <w:r>
        <w:t>At each point in the binary search, we need to decide how we narrow our search space. We can either:</w:t>
      </w:r>
    </w:p>
    <w:p>
      <w:pPr>
        <w:pStyle w:val="ListBullet"/>
      </w:pPr>
      <w:r>
        <w:t>Narrow the search space toward the left(by moving the right pointer inward):</w:t>
      </w:r>
    </w:p>
    <w:p>
      <w:pPr>
        <w:pStyle w:val="ListBullet"/>
      </w:pPr>
      <w:r>
        <w:t>Narrow the search space toward the right(by moving the left pointer inward):</w:t>
      </w:r>
    </w:p>
    <w:p>
      <w:pPr>
        <w:spacing w:after="160" w:line="276" w:lineRule="auto"/>
      </w:pPr>
      <w:r>
        <w:t>Using the midpointWe decide whether to move the left or right pointer based on the value in the middle of the search space, indicated by the midpoint variable (mid).</w:t>
      </w:r>
    </w:p>
    <w:p>
      <w:pPr>
        <w:spacing w:after="160" w:line="276" w:lineRule="auto"/>
      </w:pPr>
      <w:r>
        <w:t>The main question to ask at each iteration of binary search is:is the value being searched for to the left or the right of the midpoint?</w:t>
      </w:r>
    </w:p>
    <w:p>
      <w:pPr>
        <w:spacing w:after="160" w:line="276" w:lineRule="auto"/>
      </w:pPr>
      <w:r>
        <w:t>Here's the general idea: if the value we're looking for is to the right of the midpoint, narrow the search space toward the right. Otherwise, narrow the search space toward the left.</w:t>
      </w:r>
    </w:p>
    <w:p>
      <w:pPr>
        <w:spacing w:after="160" w:line="276" w:lineRule="auto"/>
      </w:pPr>
      <w:r>
        <w:t>To narrow the search space towards the right, there are two options:</w:t>
      </w:r>
    </w:p>
    <w:p>
      <w:pPr>
        <w:pStyle w:val="ListBullet"/>
      </w:pPr>
      <w:r>
        <w:t>left = mid + 1</w:t>
      </w:r>
    </w:p>
    <w:p>
      <w:pPr>
        <w:spacing w:after="160" w:line="276" w:lineRule="auto"/>
      </w:pPr>
      <w:r>
        <w:t>We do this if the midpoint value is definitively not the value we're looking for</w:t>
        <w:br/>
        <w:t>and shouldexcludedfrom the search space.</w:t>
      </w:r>
    </w:p>
    <w:p>
      <w:pPr>
        <w:pStyle w:val="ListBullet"/>
      </w:pPr>
      <w:r>
        <w:t>left = midWe do this if the midpoint value itself could potentially be the value we're looking</w:t>
        <w:br/>
        <w:t>for and should still beincludedin the search space.</w:t>
      </w:r>
    </w:p>
    <w:p>
      <w:pPr>
        <w:spacing w:after="160" w:line="276" w:lineRule="auto"/>
      </w:pPr>
      <w:r>
        <w:t>The exclude/include logic applies when narrowing the search space towards the left, as well (i.e., betweenright = mid - 1andright = mid).</w:t>
      </w:r>
    </w:p>
    <w:p>
      <w:pPr>
        <w:spacing w:after="160" w:line="276" w:lineRule="auto"/>
      </w:pPr>
      <w:r>
        <w:t>Calculating the midpointIn most cases, the midpoint is calculated usingmid = (left + right) // 2in Python.1To lower the risk of integer overflow,mid = left + (right - left) // 2is preferred in many other languages.</w:t>
      </w:r>
    </w:p>
    <w:p>
      <w:pPr>
        <w:spacing w:after="160" w:line="276" w:lineRule="auto"/>
      </w:pPr>
      <w:r>
        <w:t>3. Choosing an exit conditionChoosing an exit condition for when the while-loop should terminate can be tricky. Our choices are primarily betweenleft &lt; rightandleft ≤ right. Both conditions are applicable in different situations.</w:t>
      </w:r>
    </w:p>
    <w:p>
      <w:pPr>
        <w:pStyle w:val="ListBullet"/>
      </w:pPr>
      <w:r>
        <w:t>When the exit condition isleft &lt; right, the while-loop will break whenleftandrightmeet.2</w:t>
      </w:r>
    </w:p>
    <w:p>
      <w:pPr>
        <w:pStyle w:val="ListBullet"/>
      </w:pPr>
      <w:r>
        <w:t>On the other hand,left ≤ rightends oncelefthas surpassed right.</w:t>
      </w:r>
    </w:p>
    <w:p>
      <w:pPr>
        <w:spacing w:after="160" w:line="276" w:lineRule="auto"/>
      </w:pPr>
      <w:r>
        <w:t>When the left and right pointers meet after exiting theleft &lt; rightcondition, both converge to a single value. This is the final value in the search space after the binary search process is complete. This will be the exit condition we use throughout this chapter.</w:t>
      </w:r>
    </w:p>
    <w:p>
      <w:pPr>
        <w:spacing w:after="160" w:line="276" w:lineRule="auto"/>
      </w:pPr>
      <w:r>
        <w:t>4. Returning the correct valueAs previously mentioned, the while-loopterminates oncewe've narrowed the search space down to a final value(assuming no value was returned during earlier iterations), pointed at by bothleftandright:</w:t>
      </w:r>
    </w:p>
    <w:p>
      <w:pPr>
        <w:spacing w:after="160" w:line="276" w:lineRule="auto"/>
      </w:pPr>
      <w:r>
        <w:t>This final value is the answer we're looking for, assuming a valid answer exists.</w:t>
      </w:r>
    </w:p>
    <w:p>
      <w:pPr>
        <w:pStyle w:val="Heading2"/>
        <w:spacing w:before="320" w:after="120"/>
      </w:pPr>
      <w:r>
        <w:t>Time Complexity</w:t>
      </w:r>
    </w:p>
    <w:p>
      <w:pPr>
        <w:spacing w:after="160" w:line="276" w:lineRule="auto"/>
      </w:pPr>
      <w:r>
        <w:t>The time complexity of the binary search isO(log⁡(n))O(\log(n))O(log(n)), wherennnis the number of values in the search space. The algorithm is logarithmic because, in each iteration of the algorithm, it divides the search space in half until a single value is located, or no value is found. This reduction by half in each step is characteristic of logarithmic behavior.</w:t>
      </w:r>
    </w:p>
    <w:p>
      <w:pPr>
        <w:pStyle w:val="Heading2"/>
        <w:spacing w:before="320" w:after="120"/>
      </w:pPr>
      <w:r>
        <w:t>Real-world Example</w:t>
      </w:r>
    </w:p>
    <w:p>
      <w:pPr>
        <w:spacing w:after="160" w:line="276" w:lineRule="auto"/>
      </w:pPr>
      <w:r>
        <w:t>Transaction search in financial systems:In financial systems, a binary search can be used to quickly find a transaction or record by narrowing down the search range, as the data is typically stored in order. This makes it efficient to retrieve specific entries without searching through the entire database.</w:t>
      </w:r>
    </w:p>
    <w:p>
      <w:pPr>
        <w:pStyle w:val="Heading2"/>
        <w:spacing w:before="320" w:after="120"/>
      </w:pPr>
      <w:r>
        <w:t>Chapter Outline</w:t>
      </w:r>
    </w:p>
    <w:p>
      <w:pPr>
        <w:spacing w:after="160" w:line="276" w:lineRule="auto"/>
      </w:pPr>
      <w:r>
        <w:t>Binary search has many applications, and we explore a range of problems covering various uses.</w:t>
      </w:r>
    </w:p>
    <w:p>
      <w:pPr>
        <w:spacing w:before="160" w:after="160"/>
        <w:ind w:left="360"/>
      </w:pPr>
      <w:r>
        <w:rPr>
          <w:rFonts w:ascii="Consolas" w:hAnsi="Consolas"/>
          <w:color w:val="1E293B"/>
          <w:sz w:val="19"/>
        </w:rPr>
        <w:t>Footnotes</w:t>
        <w:br/>
        <w:br/>
        <w:br/>
        <w:t>In rare cases, we calculate the midpoint differently, such as when doing an upper-bound binary search. The details are explained in the First and Last Occurrences of a Number problem. ↩</w:t>
        <w:br/>
        <w:br/>
        <w:br/>
        <w:t>There are some rare situations where left and right will cross, which is also explored in the First and Last Occurrences of a Number problem. ↩</w:t>
        <w:br/>
        <w:br/>
        <w:br/>
      </w:r>
    </w:p>
    <w:p>
      <w:r>
        <w:br w:type="page"/>
      </w:r>
    </w:p>
    <w:p>
      <w:pPr>
        <w:pStyle w:val="Heading1"/>
        <w:spacing w:before="480" w:after="280"/>
      </w:pPr>
      <w:r>
        <w:rPr>
          <w:b/>
          <w:color w:val="008A60"/>
          <w:sz w:val="28"/>
        </w:rPr>
        <w:t>Chapter 30</w:t>
        <w:br/>
      </w:r>
      <w:r>
        <w:rPr>
          <w:b/>
          <w:color w:val="0F172A"/>
          <w:sz w:val="40"/>
        </w:rPr>
        <w:t>Find the Insertion Index</w:t>
      </w:r>
    </w:p>
    <w:p>
      <w:pPr>
        <w:spacing w:before="160" w:after="160"/>
        <w:ind w:left="360"/>
      </w:pPr>
      <w:r>
        <w:rPr>
          <w:rFonts w:ascii="Consolas" w:hAnsi="Consolas"/>
          <w:color w:val="1E293B"/>
          <w:sz w:val="19"/>
        </w:rPr>
        <w:t>You are given a sorted array that contains unique values, along with an integer target.</w:t>
        <w:br/>
        <w:t>If the array contains the target value, return its index.</w:t>
        <w:br/>
        <w:t>Otherwise, return the insertion index. This is the index where the target would be if it were inserted in order, maintaining the sorted sequence of the array.</w:t>
        <w:br/>
        <w:t>Example 1:ExampleCopyInput: nums = [1, 2, 4, 5, 7, 8, 9], target = 4</w:t>
        <w:br/>
        <w:t>Output: 2</w:t>
        <w:br/>
        <w:t>Example 2:ExampleCopyInput: nums = [1, 2, 4, 5, 7, 8, 9], target = 6</w:t>
        <w:br/>
        <w:t>Output: 4</w:t>
        <w:br/>
        <w:t>Explanation: 6 would be inserted at index 4 to be positioned between 5 and 7: [1, 2, 4, 5, 6, 7, 8, 9].</w:t>
      </w:r>
    </w:p>
    <w:p>
      <w:pPr>
        <w:pStyle w:val="Heading2"/>
        <w:spacing w:before="320" w:after="120"/>
      </w:pPr>
    </w:p>
    <w:p>
      <w:pPr>
        <w:pStyle w:val="Heading2"/>
        <w:spacing w:before="320" w:after="120"/>
      </w:pPr>
      <w:r>
        <w:t>Intuition</w:t>
      </w:r>
    </w:p>
    <w:p>
      <w:pPr>
        <w:spacing w:after="160" w:line="276" w:lineRule="auto"/>
      </w:pPr>
      <w:r>
        <w:t>The goal of this problem varies depending on whether the sorted input array contains the target value or not. If it does, we should return its index. If it doesn’t, we return its insertion index.</w:t>
      </w:r>
    </w:p>
    <w:p>
      <w:pPr>
        <w:spacing w:after="160" w:line="276" w:lineRule="auto"/>
      </w:pPr>
      <w:r>
        <w:t>When the target doesn’t exist in the array, we observe the insertion index is found at the first value in the array greater than the target, as can be seen in the second diagram above, where the first value larger than the target of 6, is 7.</w:t>
      </w:r>
    </w:p>
    <w:p>
      <w:pPr>
        <w:spacing w:after="160" w:line="276" w:lineRule="auto"/>
      </w:pPr>
      <w:r>
        <w:t>Since we don’t know if the target exists in the array before we start looking for it, we can combine both cases by finding thefirst value greater than or equal to the target. This gives us a universal objective regardless of whether the target is in the array or not.</w:t>
      </w:r>
    </w:p>
    <w:p>
      <w:pPr>
        <w:spacing w:after="160" w:line="276" w:lineRule="auto"/>
      </w:pPr>
      <w:r>
        <w:t>As the array is sorted, we can usebinary searchto find the desired index.</w:t>
      </w:r>
    </w:p>
    <w:p>
      <w:pPr>
        <w:spacing w:after="160" w:line="276" w:lineRule="auto"/>
      </w:pPr>
      <w:r>
        <w:t>Binary searchIn this binary search, we’re effectively looking for the first value that matches acondition, where the condition is that the number is greater than or equal to the target. Let’s visualize which values of the array meet this condition and which don’t:</w:t>
      </w:r>
    </w:p>
    <w:p>
      <w:pPr>
        <w:spacing w:after="160" w:line="276" w:lineRule="auto"/>
      </w:pPr>
      <w:r>
        <w:t>From this diagram, we can see the value we want to find is effectively thelower boundof values that satisfy this condition:</w:t>
      </w:r>
    </w:p>
    <w:p>
      <w:pPr>
        <w:spacing w:after="160" w:line="276" w:lineRule="auto"/>
      </w:pPr>
      <w:r>
        <w:t>Note that finding the lower bound is equivalent to finding the leftmost value. With this in mind, let’s come up with an algorithm.</w:t>
      </w:r>
    </w:p>
    <w:p>
      <w:pPr>
        <w:spacing w:after="160" w:line="276" w:lineRule="auto"/>
      </w:pPr>
      <w:r>
        <w:t>First,define the search space. If the target exists in the array, it could be located at any index within the range from 0 to n - 1. However, if the target is not in the array and is larger than all the elements, its insertion index is n. Therefore, our search space should cover all indexes in the range[0, n].</w:t>
      </w:r>
    </w:p>
    <w:p>
      <w:pPr>
        <w:spacing w:after="160" w:line="276" w:lineRule="auto"/>
      </w:pPr>
      <w:r>
        <w:t>To figure out how wenarrow the search space, let’s first explore an example array that contains the target, then dive into an example where the array doesn’t contain the target.</w:t>
      </w:r>
    </w:p>
    <w:p>
      <w:pPr>
        <w:spacing w:after="160" w:line="276" w:lineRule="auto"/>
      </w:pPr>
      <w:r>
        <w:t>Target exists in the arrayConsider searching for target value 4 in the following sorted array.</w:t>
      </w:r>
    </w:p>
    <w:p>
      <w:pPr>
        <w:spacing w:after="160" w:line="276" w:lineRule="auto"/>
      </w:pPr>
      <w:r>
        <w:t>Initially, the midpoint is positioned at element 5, which is a number that satisfies our condition of being greater than or equal to the target. This means the lower bound is either at this midpoint, or to its left since the lower bound is the leftmost value that satisfies the condition.</w:t>
      </w:r>
    </w:p>
    <w:p>
      <w:pPr>
        <w:spacing w:after="160" w:line="276" w:lineRule="auto"/>
      </w:pPr>
      <w:r>
        <w:t>So, narrow the search space toward the left, while including the midpoint (i.e.,right = mid):</w:t>
      </w:r>
    </w:p>
    <w:p>
      <w:pPr>
        <w:spacing w:after="160" w:line="276" w:lineRule="auto"/>
      </w:pPr>
      <w:r>
        <w:t>Now, the midpoint is positioned at element 2. The lower bound should be a value greater than or equal to the target (4), which means the current midpoint is too small. To look for a larger value, we need to search to the right of the midpoint.</w:t>
      </w:r>
    </w:p>
    <w:p>
      <w:pPr>
        <w:spacing w:after="160" w:line="276" w:lineRule="auto"/>
      </w:pPr>
      <w:r>
        <w:t>So, narrow the search space toward the right while excluding the midpoint:</w:t>
      </w:r>
    </w:p>
    <w:p>
      <w:pPr>
        <w:spacing w:after="160" w:line="276" w:lineRule="auto"/>
      </w:pPr>
      <w:r>
        <w:t>Now, the midpoint is positioned at element 4, which satisfies the condition of being greater than or equal to the target. So, narrow the search space toward the left while including the midpoint:</w:t>
      </w:r>
    </w:p>
    <w:p>
      <w:pPr>
        <w:spacing w:after="160" w:line="276" w:lineRule="auto"/>
      </w:pPr>
      <w:r>
        <w:t>Once the left and right pointers meet, the lower bound is located, which is the first value greater than or equal to the target. Now, we just returnleftto return this value’s index.</w:t>
      </w:r>
    </w:p>
    <w:p>
      <w:pPr>
        <w:spacing w:after="160" w:line="276" w:lineRule="auto"/>
      </w:pPr>
      <w:r>
        <w:t>Target doesn’t exist in the arrayLet’s test the above logic in the following example where the target is not in the array:</w:t>
      </w:r>
    </w:p>
    <w:p>
      <w:pPr>
        <w:spacing w:after="160" w:line="276" w:lineRule="auto"/>
      </w:pPr>
      <w:r>
        <w:t>As we can see, by the end of the binary search, we’ve narrowed down the search space to a single value, identifying index 4 as the insertion index. Returnleft.</w:t>
      </w:r>
    </w:p>
    <w:p>
      <w:pPr>
        <w:spacing w:after="160" w:line="276" w:lineRule="auto"/>
      </w:pPr>
      <w:r>
        <w:t>SummaryFor clarity, let’s summarize the two main scenarios we encounter while narrowing down the search space.</w:t>
      </w:r>
    </w:p>
    <w:p>
      <w:pPr>
        <w:spacing w:after="160" w:line="276" w:lineRule="auto"/>
      </w:pPr>
      <w:r>
        <w:t>Case 1: The midpoint value is greater than or equal to the target, indicating the lower bound is either at the midpoint, or to its left. In this case, we narrow the search space toward the left, ensuring the midpoint is included:</w:t>
      </w:r>
    </w:p>
    <w:p>
      <w:pPr>
        <w:spacing w:after="160" w:line="276" w:lineRule="auto"/>
      </w:pPr>
      <w:r>
        <w:t>Case 2: The midpoint value is less than the target, indicating the lower bound is somewhere to the right. In this case, we narrow the search space toward the right, ensuring the midpoint is excluded:</w:t>
      </w:r>
    </w:p>
    <w:p>
      <w:pPr>
        <w:pStyle w:val="Heading2"/>
        <w:spacing w:before="320" w:after="120"/>
      </w:pPr>
      <w:r>
        <w:t>Implementation</w:t>
      </w:r>
    </w:p>
    <w:p>
      <w:pPr>
        <w:spacing w:before="160" w:after="160"/>
        <w:ind w:left="360"/>
      </w:pPr>
      <w:r>
        <w:rPr>
          <w:rFonts w:ascii="Consolas" w:hAnsi="Consolas"/>
          <w:color w:val="1E293B"/>
          <w:sz w:val="19"/>
        </w:rPr>
        <w:t>PythonJavaScriptJavaCopyfrom typing import List</w:t>
        <w:br/>
        <w:t xml:space="preserve">    </w:t>
        <w:br/>
        <w:t>def find_the_insertion_index(nums: List[int], target: int) -&gt; int:</w:t>
        <w:br/>
        <w:t xml:space="preserve">    left, right = 0, len(nums)</w:t>
        <w:br/>
        <w:t xml:space="preserve">    while left &lt; right:</w:t>
        <w:br/>
        <w:t xml:space="preserve">        mid = (left + right) // 2</w:t>
        <w:br/>
        <w:t xml:space="preserve">        # If the midpoint value is greater than or equal to the target, the lower</w:t>
        <w:br/>
        <w:t xml:space="preserve">        # bound is either at the midpoint, or to its left.</w:t>
        <w:br/>
        <w:t xml:space="preserve">        if nums[mid] &gt;= target:</w:t>
        <w:br/>
        <w:t xml:space="preserve">            right = mid</w:t>
        <w:br/>
        <w:t xml:space="preserve">        # The midpoint value is less than the target, indicating the lower bound is</w:t>
        <w:br/>
        <w:t xml:space="preserve">        # somewhere to the right.</w:t>
        <w:br/>
        <w:t xml:space="preserve">        else:</w:t>
        <w:br/>
        <w:t xml:space="preserve">            left = mid + 1</w:t>
        <w:br/>
        <w:t xml:space="preserve">    return leftfunction findTheInsertionIndex(nums, target) {</w:t>
        <w:br/>
        <w:t xml:space="preserve">    let left = 0, right = nums.length;</w:t>
        <w:br/>
        <w:t xml:space="preserve">    while (left &lt; right) {</w:t>
        <w:br/>
        <w:t xml:space="preserve">        const mid = Math.floor((left + right) / 2);</w:t>
        <w:br/>
        <w:t xml:space="preserve">        // If the midpoint value is greater than or equal to the target, the lower</w:t>
        <w:br/>
        <w:t xml:space="preserve">        // bound is either at the midpoint, or to its left.</w:t>
        <w:br/>
        <w:t xml:space="preserve">        if (nums[mid] &gt;= target) {</w:t>
        <w:br/>
        <w:t xml:space="preserve">            right = mid;</w:t>
        <w:br/>
        <w:t xml:space="preserve">        // The midpoint value is less than the target, indicating the lower bound is</w:t>
        <w:br/>
        <w:t xml:space="preserve">        // somewhere to the right.</w:t>
        <w:br/>
        <w:t xml:space="preserve">        } else {</w:t>
        <w:br/>
        <w:t xml:space="preserve">            left = mid + 1;</w:t>
        <w:br/>
        <w:t xml:space="preserve">        }</w:t>
        <w:br/>
        <w:t xml:space="preserve">    }</w:t>
        <w:br/>
        <w:t xml:space="preserve">    return left;</w:t>
        <w:br/>
        <w:t>}public class Solution {</w:t>
        <w:br/>
        <w:t xml:space="preserve">    public int findTheInsertionIndex(int[] nums, int target) {</w:t>
        <w:br/>
        <w:t xml:space="preserve">        int left = 0, right = nums.length;</w:t>
        <w:br/>
        <w:t xml:space="preserve">        while (left &lt; right) {</w:t>
        <w:br/>
        <w:t xml:space="preserve">            int mid = left + (right - left) / 2;</w:t>
        <w:br/>
        <w:t xml:space="preserve">            // If the midpoint value is greater than or equal to the target, the lower</w:t>
        <w:br/>
        <w:t xml:space="preserve">            // bound is either at the midpoint, or to its left.</w:t>
        <w:br/>
        <w:t xml:space="preserve">            if (nums[mid] &gt;= target) {</w:t>
        <w:br/>
        <w:t xml:space="preserve">                right = mid;</w:t>
        <w:br/>
        <w:t xml:space="preserve">            // The midpoint value is less than the target, indicating the lower bound is</w:t>
        <w:br/>
        <w:t xml:space="preserve">            // somewhere to the right.</w:t>
        <w:br/>
        <w:t xml:space="preserve">            } else {</w:t>
        <w:br/>
        <w:t xml:space="preserve">                left = mid + 1;</w:t>
        <w:br/>
        <w:t xml:space="preserve">            }</w:t>
        <w:br/>
        <w:t xml:space="preserve">        }</w:t>
        <w:br/>
        <w:t xml:space="preserve">        return left;</w:t>
        <w:br/>
        <w:t xml:space="preserve">    }</w:t>
        <w:br/>
        <w:t>}</w:t>
      </w:r>
    </w:p>
    <w:p>
      <w:pPr>
        <w:pStyle w:val="Heading3"/>
        <w:spacing w:before="320" w:after="120"/>
      </w:pPr>
      <w:r>
        <w:t>Complexity Analysis</w:t>
      </w:r>
    </w:p>
    <w:p>
      <w:pPr>
        <w:spacing w:after="160" w:line="276" w:lineRule="auto"/>
      </w:pPr>
      <w:r>
        <w:t>Time complexity:The time complexity offind_the_insertion_indexisO(log⁡(n))O(\log(n))O(log(n))because it performs a binary search over a search space of sizen+1n+1n+1.</w:t>
      </w:r>
    </w:p>
    <w:p>
      <w:pPr>
        <w:spacing w:after="160" w:line="276" w:lineRule="auto"/>
      </w:pPr>
      <w:r>
        <w:t>Space complexity:The space complexity isO(1)O(1)O(1).</w:t>
      </w:r>
    </w:p>
    <w:p>
      <w:r>
        <w:br w:type="page"/>
      </w:r>
    </w:p>
    <w:p>
      <w:pPr>
        <w:pStyle w:val="Heading1"/>
        <w:spacing w:before="480" w:after="280"/>
      </w:pPr>
      <w:r>
        <w:rPr>
          <w:b/>
          <w:color w:val="008A60"/>
          <w:sz w:val="28"/>
        </w:rPr>
        <w:t>Chapter 31</w:t>
        <w:br/>
      </w:r>
      <w:r>
        <w:rPr>
          <w:b/>
          <w:color w:val="0F172A"/>
          <w:sz w:val="40"/>
        </w:rPr>
        <w:t>First and Last Occurrences of a Number</w:t>
      </w:r>
    </w:p>
    <w:p>
      <w:pPr>
        <w:spacing w:before="160" w:after="160"/>
        <w:ind w:left="360"/>
      </w:pPr>
      <w:r>
        <w:rPr>
          <w:rFonts w:ascii="Consolas" w:hAnsi="Consolas"/>
          <w:color w:val="1E293B"/>
          <w:sz w:val="19"/>
        </w:rPr>
        <w:t>Given an array of integers sorted in non-decreasing order, return the first and last indexes of a target number. If the target is not found, return [-1, -1] .Example 1:ExampleCopyInput: nums = [1, 2, 3, 4, 4, 4, 5, 6, 7, 8, 9, 10, 11],</w:t>
        <w:br/>
        <w:t xml:space="preserve">       target = 4</w:t>
        <w:br/>
        <w:t>Output: [3, 5]</w:t>
        <w:br/>
        <w:t>Explanation: The first and last occurrences of number 4 are indexes 3 and 5, respectively.</w:t>
      </w:r>
    </w:p>
    <w:p>
      <w:pPr>
        <w:pStyle w:val="Heading2"/>
        <w:spacing w:before="320" w:after="120"/>
      </w:pPr>
      <w:r>
        <w:t>Intuition</w:t>
      </w:r>
    </w:p>
    <w:p>
      <w:pPr>
        <w:spacing w:after="160" w:line="276" w:lineRule="auto"/>
      </w:pPr>
      <w:r>
        <w:t>A brute-force solution to this problem involves a linear search to find the first and last occurrences of the target number. However, since the array is sorted, we can try searching for these two occurrences usingbinary search.</w:t>
      </w:r>
    </w:p>
    <w:p>
      <w:pPr>
        <w:spacing w:after="160" w:line="276" w:lineRule="auto"/>
      </w:pPr>
      <w:r>
        <w:t>The challenge of using binary search here is that we need to find two separate occurrences of the same number. This means that a standard binary search alone isn’t sufficient.</w:t>
      </w:r>
    </w:p>
    <w:p>
      <w:pPr>
        <w:spacing w:after="160" w:line="276" w:lineRule="auto"/>
      </w:pPr>
      <w:r>
        <w:t>To help us find a solution, it’s important to understand that the problem is effectively asking us to find the lower and upper bound of a number in the array:</w:t>
      </w:r>
    </w:p>
    <w:p>
      <w:pPr>
        <w:spacing w:after="160" w:line="276" w:lineRule="auto"/>
      </w:pPr>
      <w:r>
        <w:t>This indicates we can solve this problem in two main steps:</w:t>
      </w:r>
    </w:p>
    <w:p>
      <w:pPr>
        <w:pStyle w:val="ListNumber"/>
      </w:pPr>
      <w:r>
        <w:t>Perform a binary search to find the lower bound of the target.</w:t>
      </w:r>
    </w:p>
    <w:p>
      <w:pPr>
        <w:pStyle w:val="ListNumber"/>
      </w:pPr>
      <w:r>
        <w:t>Perform a binary search to find the upper bound of the target.</w:t>
      </w:r>
    </w:p>
    <w:p>
      <w:pPr>
        <w:spacing w:after="160" w:line="276" w:lineRule="auto"/>
      </w:pPr>
      <w:r>
        <w:t>Lower-bound binary searchTo find the start position of the target, let’s firstdefine thesearch space. The target could be anywhere in the array, so the search space should encompass all the array’s indexes.</w:t>
      </w:r>
    </w:p>
    <w:p>
      <w:pPr>
        <w:spacing w:after="160" w:line="276" w:lineRule="auto"/>
      </w:pPr>
      <w:r>
        <w:t>Next, let’s figure out how tonarrow the search space. At each point in the binary search, there are three conditions to consider based on the midpoint value:</w:t>
      </w:r>
    </w:p>
    <w:p>
      <w:pPr>
        <w:pStyle w:val="ListBullet"/>
      </w:pPr>
      <w:r>
        <w:t>when it's greater than the target</w:t>
      </w:r>
    </w:p>
    <w:p>
      <w:pPr>
        <w:pStyle w:val="ListBullet"/>
      </w:pPr>
      <w:r>
        <w:t>when it's less than the target</w:t>
      </w:r>
    </w:p>
    <w:p>
      <w:pPr>
        <w:pStyle w:val="ListBullet"/>
      </w:pPr>
      <w:r>
        <w:t>when it’s equal to the target</w:t>
      </w:r>
    </w:p>
    <w:p>
      <w:pPr>
        <w:spacing w:after="160" w:line="276" w:lineRule="auto"/>
      </w:pPr>
      <w:r>
        <w:t>In each of these cases, think about where the target is in relation to the midpoint. Note that we’re effectively looking for theleftmost occurrenceof the target value.</w:t>
      </w:r>
    </w:p>
    <w:p>
      <w:pPr>
        <w:spacing w:after="160" w:line="276" w:lineRule="auto"/>
      </w:pPr>
      <w:r>
        <w:t>Midpoint value is greater than the targetIf the midpoint value is greater, it means the target is to the left of this number. So, narrow the search space toward the left.</w:t>
      </w:r>
    </w:p>
    <w:p>
      <w:pPr>
        <w:spacing w:after="160" w:line="276" w:lineRule="auto"/>
      </w:pPr>
      <w:r>
        <w:t>When we do this, we can exclude the midpoint from the search space (i.e.,right = mid - 1) because its value is not equal to the target:</w:t>
      </w:r>
    </w:p>
    <w:p>
      <w:pPr>
        <w:spacing w:after="160" w:line="276" w:lineRule="auto"/>
      </w:pPr>
      <w:r>
        <w:t>Midpoint value is less than the targetIf the midpoint value is smaller, it means the target is to the right of this number. So, narrow the search space toward the right. Again, we can exclude the midpoint from the search space (i.e.,left = mid + 1) because its value is not equal to the target:</w:t>
      </w:r>
    </w:p>
    <w:p>
      <w:pPr>
        <w:spacing w:after="160" w:line="276" w:lineRule="auto"/>
      </w:pPr>
      <w:r>
        <w:t>Midpoint value is equal to the targetNow is when things get interesting. When the midpoint value is equal to the target, there are two possibilities:</w:t>
      </w:r>
    </w:p>
    <w:p>
      <w:pPr>
        <w:pStyle w:val="ListNumber"/>
      </w:pPr>
      <w:r>
        <w:t>This is the lower bound of the target value.</w:t>
      </w:r>
    </w:p>
    <w:p>
      <w:pPr>
        <w:pStyle w:val="ListNumber"/>
      </w:pPr>
      <w:r>
        <w:t>This is not the lower bound, so the lower bound is somewhere further to the left.</w:t>
      </w:r>
    </w:p>
    <w:p>
      <w:pPr>
        <w:spacing w:after="160" w:line="276" w:lineRule="auto"/>
      </w:pPr>
      <w:r>
        <w:t>We don’t know which possibility is true at the moment, so we should narrow the search space toward the left to continue looking for the lower bound, while also including the midpoint itself in the search space (i.e.,right = mid).</w:t>
      </w:r>
    </w:p>
    <w:p>
      <w:pPr>
        <w:spacing w:after="160" w:line="276" w:lineRule="auto"/>
      </w:pPr>
      <w:r>
        <w:t>Continue this reasoning for the next midpoint as it’s also equal to the target:</w:t>
      </w:r>
    </w:p>
    <w:p>
      <w:pPr>
        <w:spacing w:after="160" w:line="276" w:lineRule="auto"/>
      </w:pPr>
      <w:r>
        <w:t>The final value, once the left and right pointers meet, is the lower bound of the target.</w:t>
      </w:r>
    </w:p>
    <w:p>
      <w:pPr>
        <w:spacing w:after="160" w:line="276" w:lineRule="auto"/>
      </w:pPr>
      <w:r>
        <w:t>Upper-bound binary searchThere’s a lot of similarity between this and lower-bound binary search. For starters, the search space is identical. Additionally, the cases when the midpoint value is greater than or less than the target are handled the same. This makes sense because, in both binary searches, we’re seeking the same target value. So, when the midpoint value is not equal to the target, the actions we take will be the same as the actions taken in the lower-bound binary search.</w:t>
      </w:r>
    </w:p>
    <w:p>
      <w:pPr>
        <w:spacing w:after="160" w:line="276" w:lineRule="auto"/>
      </w:pPr>
      <w:r>
        <w:t>The difference in logic occurs when the midpoint is equal to the target, as we’re now looking for therightmost value of the target,instead of the leftmost value. As such, let’s just focus on the logic for when the midpoint value is equal to the target.</w:t>
      </w:r>
    </w:p>
    <w:p>
      <w:pPr>
        <w:spacing w:after="160" w:line="276" w:lineRule="auto"/>
      </w:pPr>
      <w:r>
        <w:t>Midpoint value is equal to the targetSimilar to lower-bound binary search, there are two possibilities: either this is the upper bound, or it’s not. Again, we’re not sure which is true. So, let’s narrow the search space toward the right to continue looking for an upper bound while including the midpoint in the search space (i.e.,left = mid):</w:t>
      </w:r>
    </w:p>
    <w:p>
      <w:pPr>
        <w:spacing w:after="160" w:line="276" w:lineRule="auto"/>
      </w:pPr>
      <w:r>
        <w:t>When we continue this logic for the next midpoint values, we notice something peculiar happen:</w:t>
      </w:r>
    </w:p>
    <w:p>
      <w:pPr>
        <w:spacing w:after="160" w:line="276" w:lineRule="auto"/>
      </w:pPr>
      <w:r>
        <w:t>It looks like we just gotstuck in an infinite loop, where the position of the</w:t>
        <w:br/>
        <w:t>left pointer keeps getting set tomidwhen they’re both at the same index. Why</w:t>
        <w:br/>
        <w:t>does this happen?</w:t>
      </w:r>
    </w:p>
    <w:p>
      <w:pPr>
        <w:spacing w:after="160" w:line="276" w:lineRule="auto"/>
      </w:pPr>
      <w:r>
        <w:t>Debugging the infinite loopWhen the left and right pointers are directly next to each other,midends up being positioned where the left pointer is:</w:t>
      </w:r>
    </w:p>
    <w:p>
      <w:pPr>
        <w:spacing w:after="160" w:line="276" w:lineRule="auto"/>
      </w:pPr>
      <w:r>
        <w:t>Since one of our operations isleft = mid, we get stuck in an infinite loop whereleftandmidare continuously set to each other’s positions, which means progress cannot be made. The reason this wasn’t a problem during lower-bound binary search was that we never hadleft = midas an operation in the logic. One way to avoid this issue is bybiasing the midpoint to the right.</w:t>
      </w:r>
    </w:p>
    <w:p>
      <w:pPr>
        <w:spacing w:after="160" w:line="276" w:lineRule="auto"/>
      </w:pPr>
      <w:r>
        <w:t>When the midpoint is biased to the right, we avoid an infinite loop during upper-bound binary search.</w:t>
      </w:r>
    </w:p>
    <w:p>
      <w:pPr>
        <w:pStyle w:val="ListBullet"/>
      </w:pPr>
      <w:r>
        <w:t>We no longer need to worry about the left pointer sincemidis now being positioned at the right pointer when the search space has two elements.</w:t>
      </w:r>
    </w:p>
    <w:p>
      <w:pPr>
        <w:pStyle w:val="ListBullet"/>
      </w:pPr>
      <w:r>
        <w:t>We won’t encounter any infinite loops with the right pointer because it never gets set to the midpoint’s position, as we useright = mid - 1.</w:t>
      </w:r>
    </w:p>
    <w:p>
      <w:pPr>
        <w:spacing w:after="160" w:line="276" w:lineRule="auto"/>
      </w:pPr>
      <w:r>
        <w:t>A right bias of the midpoint can be achieved usingmid = (left + right) // 2+ 1:</w:t>
      </w:r>
    </w:p>
    <w:p>
      <w:pPr>
        <w:spacing w:after="160" w:line="276" w:lineRule="auto"/>
      </w:pPr>
      <w:r>
        <w:t>Now, performingleft = midallows us to properly narrow the search space.</w:t>
      </w:r>
    </w:p>
    <w:p>
      <w:pPr>
        <w:spacing w:before="160" w:after="160"/>
        <w:ind w:left="360"/>
      </w:pPr>
      <w:r>
        <w:rPr>
          <w:rFonts w:ascii="Consolas" w:hAnsi="Consolas"/>
          <w:color w:val="1E293B"/>
          <w:sz w:val="19"/>
        </w:rPr>
        <w:br/>
        <w:t>As a general rule, in upper-bound binary search, we should bias mid to the right.</w:t>
        <w:br/>
      </w:r>
    </w:p>
    <w:p>
      <w:pPr>
        <w:spacing w:after="160" w:line="276" w:lineRule="auto"/>
      </w:pPr>
      <w:r>
        <w:t>Let’s apply this change to the same example and see what happens:</w:t>
      </w:r>
    </w:p>
    <w:p>
      <w:pPr>
        <w:spacing w:after="160" w:line="276" w:lineRule="auto"/>
      </w:pPr>
      <w:r>
        <w:t>As we can see, we’ve avoided an infinite loop, with the left and right pointers meeting at the upper bound of the target.</w:t>
      </w:r>
    </w:p>
    <w:p>
      <w:pPr>
        <w:spacing w:after="160" w:line="276" w:lineRule="auto"/>
      </w:pPr>
      <w:r>
        <w:t>If the target doesn’t existThe last step in both algorithms is to check that the final values located are equal to the target. If the target does not exist in the array, the final values in both binary search algorithms won’t be equal to the target. In this case, we should return -1.</w:t>
      </w:r>
    </w:p>
    <w:p>
      <w:pPr>
        <w:pStyle w:val="Heading2"/>
        <w:spacing w:before="320" w:after="120"/>
      </w:pPr>
      <w:r>
        <w:t>Implementation</w:t>
      </w:r>
    </w:p>
    <w:p>
      <w:pPr>
        <w:spacing w:before="160" w:after="160"/>
        <w:ind w:left="360"/>
      </w:pPr>
      <w:r>
        <w:rPr>
          <w:rFonts w:ascii="Consolas" w:hAnsi="Consolas"/>
          <w:color w:val="1E293B"/>
          <w:sz w:val="19"/>
        </w:rPr>
        <w:t>PythonJavaScriptJavaCopyfrom typing import List</w:t>
        <w:br/>
        <w:t xml:space="preserve">    </w:t>
        <w:br/>
        <w:t>def first_and_last_occurrences_of_a_number(nums: List[int], target: int) -&gt; List[int]:</w:t>
        <w:br/>
        <w:t xml:space="preserve">    lower_bound = lower_bound_binary_search(nums, target)</w:t>
        <w:br/>
        <w:t xml:space="preserve">    upper_bound = upper_bound_binary_search(nums, target)</w:t>
        <w:br/>
        <w:t xml:space="preserve">    return [lower_bound, upper_bound]</w:t>
        <w:br/>
        <w:t xml:space="preserve">    </w:t>
        <w:br/>
        <w:t>def lower_bound_binary_search(nums: List[int], target: int) -&gt; int:</w:t>
        <w:br/>
        <w:t xml:space="preserve">    left, right = 0, len(nums) - 1</w:t>
        <w:br/>
        <w:t xml:space="preserve">    while left &lt; right:</w:t>
        <w:br/>
        <w:t xml:space="preserve">        mid = (left + right) // 2</w:t>
        <w:br/>
        <w:t xml:space="preserve">        if nums[mid] &gt; target:</w:t>
        <w:br/>
        <w:t xml:space="preserve">            right = mid - 1</w:t>
        <w:br/>
        <w:t xml:space="preserve">        elif nums[mid] &lt; target:</w:t>
        <w:br/>
        <w:t xml:space="preserve">            left = mid + 1</w:t>
        <w:br/>
        <w:t xml:space="preserve">        else:</w:t>
        <w:br/>
        <w:t xml:space="preserve">            right = mid</w:t>
        <w:br/>
        <w:t xml:space="preserve">    return left if nums and nums[left] == target else -1</w:t>
        <w:br/>
        <w:t xml:space="preserve">    </w:t>
        <w:br/>
        <w:t>def upper_bound_binary_search(nums: List[int], target: int) -&gt; int:</w:t>
        <w:br/>
        <w:t xml:space="preserve">    left, right = 0, len(nums) - 1</w:t>
        <w:br/>
        <w:t xml:space="preserve">    while left &lt; right:</w:t>
        <w:br/>
        <w:t xml:space="preserve">        # In upper-bound binary search, bias the midpoint to the right.</w:t>
        <w:br/>
        <w:t xml:space="preserve">        mid = (left + right) // 2 + 1</w:t>
        <w:br/>
        <w:t xml:space="preserve">        if nums[mid] &gt; target:</w:t>
        <w:br/>
        <w:t xml:space="preserve">            right = mid - 1</w:t>
        <w:br/>
        <w:t xml:space="preserve">        elif nums[mid] &lt; target:</w:t>
        <w:br/>
        <w:t xml:space="preserve">            left = mid + 1</w:t>
        <w:br/>
        <w:t xml:space="preserve">        else:</w:t>
        <w:br/>
        <w:t xml:space="preserve">            left = mid</w:t>
        <w:br/>
        <w:t xml:space="preserve">    # If the target doesn’t exist in the array, then it's possible that</w:t>
        <w:br/>
        <w:t xml:space="preserve">    # 'left = mid + 1' places the left pointer outside the array when `mid == n - 1`.</w:t>
        <w:br/>
        <w:t xml:space="preserve">    # So, we use the right pointer in the return statement instead.</w:t>
        <w:br/>
        <w:t xml:space="preserve">    return right if nums and nums[right] == target else -1function firstAndLastOccurrencesOfANumber(nums, target) {</w:t>
        <w:br/>
        <w:t xml:space="preserve">    const lowerBound = lowerBoundBinarySearch(nums, target);</w:t>
        <w:br/>
        <w:t xml:space="preserve">    const upperBound = upperBoundBinarySearch(nums, target);</w:t>
        <w:br/>
        <w:t xml:space="preserve">    return [lowerBound, upperBound];</w:t>
        <w:br/>
        <w:t>}</w:t>
        <w:br/>
        <w:br/>
        <w:t>function lowerBoundBinarySearch(nums, target) {</w:t>
        <w:br/>
        <w:t xml:space="preserve">    let left = 0, right = nums.length - 1;</w:t>
        <w:br/>
        <w:t xml:space="preserve">    while (left &lt; right) {</w:t>
        <w:br/>
        <w:t xml:space="preserve">        const mid = Math.floor((left + right) / 2);</w:t>
        <w:br/>
        <w:t xml:space="preserve">        if (nums[mid] &gt; target) {</w:t>
        <w:br/>
        <w:t xml:space="preserve">            right = mid - 1;</w:t>
        <w:br/>
        <w:t xml:space="preserve">        } else if (nums[mid] &lt; target) {</w:t>
        <w:br/>
        <w:t xml:space="preserve">            left = mid + 1;</w:t>
        <w:br/>
        <w:t xml:space="preserve">        } else {</w:t>
        <w:br/>
        <w:t xml:space="preserve">            right = mid;</w:t>
        <w:br/>
        <w:t xml:space="preserve">        }</w:t>
        <w:br/>
        <w:t xml:space="preserve">    }</w:t>
        <w:br/>
        <w:t xml:space="preserve">    return (nums.length &gt; 0 &amp;&amp; nums[left] === target) ? left : -1;</w:t>
        <w:br/>
        <w:t>}</w:t>
        <w:br/>
        <w:br/>
        <w:t>function upperBoundBinarySearch(nums, target) {</w:t>
        <w:br/>
        <w:t xml:space="preserve">    let left = 0, right = nums.length - 1;</w:t>
        <w:br/>
        <w:t xml:space="preserve">    while (left &lt; right) {</w:t>
        <w:br/>
        <w:t xml:space="preserve">        // In upper-bound binary search, bias the midpoint to the right.</w:t>
        <w:br/>
        <w:t xml:space="preserve">        const mid = Math.floor((left + right) / 2) + 1;</w:t>
        <w:br/>
        <w:t xml:space="preserve">        if (nums[mid] &gt; target) {</w:t>
        <w:br/>
        <w:t xml:space="preserve">            right = mid - 1;</w:t>
        <w:br/>
        <w:t xml:space="preserve">        } else if (nums[mid] &lt; target) {</w:t>
        <w:br/>
        <w:t xml:space="preserve">            left = mid + 1;</w:t>
        <w:br/>
        <w:t xml:space="preserve">        } else {</w:t>
        <w:br/>
        <w:t xml:space="preserve">            left = mid;</w:t>
        <w:br/>
        <w:t xml:space="preserve">        }</w:t>
        <w:br/>
        <w:t xml:space="preserve">    }</w:t>
        <w:br/>
        <w:t xml:space="preserve">    // If the target doesn’t exist in the array, then it's possible that</w:t>
        <w:br/>
        <w:t xml:space="preserve">    // 'left = mid + 1' places the left pointer outside the array when `mid == n - 1`.</w:t>
        <w:br/>
        <w:t xml:space="preserve">    // So, we use the right pointer in the return statement instead.</w:t>
        <w:br/>
        <w:t xml:space="preserve">    return (nums.length &gt; 0 &amp;&amp; nums[right] === target) ? right : -1;</w:t>
        <w:br/>
        <w:t>}public class Solution {</w:t>
        <w:br/>
        <w:t xml:space="preserve">    public int[] firstAndLastOccurrencesOfANumber(int[] nums, int target) {</w:t>
        <w:br/>
        <w:t xml:space="preserve">        int lowerBound = lowerBoundBinarySearch(nums, target);</w:t>
        <w:br/>
        <w:t xml:space="preserve">        int upperBound = upperBoundBinarySearch(nums, target);</w:t>
        <w:br/>
        <w:t xml:space="preserve">        return new int[]{lowerBound, upperBound};</w:t>
        <w:br/>
        <w:t xml:space="preserve">    }</w:t>
        <w:br/>
        <w:br/>
        <w:t xml:space="preserve">    private int lowerBoundBinarySearch(int[] nums, int target) {</w:t>
        <w:br/>
        <w:t xml:space="preserve">        int left = 0, right = nums.length - 1;</w:t>
        <w:br/>
        <w:t xml:space="preserve">        while (left &lt; right) {</w:t>
        <w:br/>
        <w:t xml:space="preserve">            int mid = left + (right - left) / 2;</w:t>
        <w:br/>
        <w:t xml:space="preserve">            if (nums[mid] &gt; target) {</w:t>
        <w:br/>
        <w:t xml:space="preserve">                right = mid - 1;</w:t>
        <w:br/>
        <w:t xml:space="preserve">            } else if (nums[mid] &lt; target) {</w:t>
        <w:br/>
        <w:t xml:space="preserve">                left = mid + 1;</w:t>
        <w:br/>
        <w:t xml:space="preserve">            } else {</w:t>
        <w:br/>
        <w:t xml:space="preserve">                right = mid;</w:t>
        <w:br/>
        <w:t xml:space="preserve">            }</w:t>
        <w:br/>
        <w:t xml:space="preserve">        }</w:t>
        <w:br/>
        <w:t xml:space="preserve">        return (nums.length &gt; 0 &amp;&amp; nums[left] == target) ? left : -1;</w:t>
        <w:br/>
        <w:t xml:space="preserve">    }</w:t>
        <w:br/>
        <w:br/>
        <w:t xml:space="preserve">    private int upperBoundBinarySearch(int[] nums, int target) {</w:t>
        <w:br/>
        <w:t xml:space="preserve">        int left = 0, right = nums.length - 1;</w:t>
        <w:br/>
        <w:t xml:space="preserve">        while (left &lt; right) {</w:t>
        <w:br/>
        <w:t xml:space="preserve">            // In upper-bound binary search, bias the midpoint to the right.</w:t>
        <w:br/>
        <w:t xml:space="preserve">            int mid = left + (right - left) / 2 + 1;</w:t>
        <w:br/>
        <w:t xml:space="preserve">            if (nums[mid] &gt; target) {</w:t>
        <w:br/>
        <w:t xml:space="preserve">                right = mid - 1;</w:t>
        <w:br/>
        <w:t xml:space="preserve">            } else if (nums[mid] &lt; target) {</w:t>
        <w:br/>
        <w:t xml:space="preserve">                left = mid + 1;</w:t>
        <w:br/>
        <w:t xml:space="preserve">            } else {</w:t>
        <w:br/>
        <w:t xml:space="preserve">                left = mid;</w:t>
        <w:br/>
        <w:t xml:space="preserve">            }</w:t>
        <w:br/>
        <w:t xml:space="preserve">        }</w:t>
        <w:br/>
        <w:t xml:space="preserve">        // If the target doesn’t exist in the array, then it's possible that</w:t>
        <w:br/>
        <w:t xml:space="preserve">        // 'left = mid + 1' places the left pointer outside the array when `mid == n - 1`.</w:t>
        <w:br/>
        <w:t xml:space="preserve">        // So, we use the right pointer in the return statement instead.</w:t>
        <w:br/>
        <w:t xml:space="preserve">        return (nums.length &gt; 0 &amp;&amp; nums[right] == target) ? right : -1;</w:t>
        <w:br/>
        <w:t xml:space="preserve">    }</w:t>
        <w:br/>
        <w:t>}</w:t>
      </w:r>
    </w:p>
    <w:p>
      <w:pPr>
        <w:pStyle w:val="Heading2"/>
        <w:spacing w:before="320" w:after="120"/>
      </w:pPr>
      <w:r>
        <w:t>Complexity Analysis</w:t>
      </w:r>
    </w:p>
    <w:p>
      <w:pPr>
        <w:spacing w:after="160" w:line="276" w:lineRule="auto"/>
      </w:pPr>
      <w:r>
        <w:t>Time complexity:The time complexity of both thelower_bound_binary_searchandupper_bound_binary_searchhelper functions isO(log⁡(n))O(\log(n))O(log(n)), wherennnis the length of the input array. This is because each function performs a binary search over the entire array. Therefore,first_and_last_occurrences_of_a_numberis alsoO(log⁡(n))O(\log(n))O(log(n))because it calls each helper function once.</w:t>
      </w:r>
    </w:p>
    <w:p>
      <w:pPr>
        <w:spacing w:after="160" w:line="276" w:lineRule="auto"/>
      </w:pPr>
      <w:r>
        <w:t>Space complexity:The space complexity isO(1)O(1)O(1).</w:t>
      </w:r>
    </w:p>
    <w:p>
      <w:pPr>
        <w:pStyle w:val="Heading2"/>
        <w:spacing w:before="320" w:after="120"/>
      </w:pPr>
      <w:r>
        <w:t>Interview Tip</w:t>
      </w:r>
    </w:p>
    <w:p>
      <w:pPr>
        <w:spacing w:after="160" w:line="276" w:lineRule="auto"/>
      </w:pPr>
      <w:r>
        <w:t>Tip: Always test your algorithm.Binary search can be a tricky algorithm to implement. The best way to uncover unexpected errors is to test your code. The infinite loop encountered during the upper-bound binary search problem is quite easy to miss while designing the algorithm. If you're unable to recognize this issue during implementation, manual testing can help reveal it. In binary search, an infinite loop can be uncovered when testing a search space that contains just two elements, similar to what we did in the explanation.</w:t>
      </w:r>
    </w:p>
    <w:p>
      <w:r>
        <w:br w:type="page"/>
      </w:r>
    </w:p>
    <w:p>
      <w:pPr>
        <w:pStyle w:val="Heading1"/>
        <w:spacing w:before="480" w:after="280"/>
      </w:pPr>
      <w:r>
        <w:rPr>
          <w:b/>
          <w:color w:val="008A60"/>
          <w:sz w:val="28"/>
        </w:rPr>
        <w:t>Chapter 32</w:t>
        <w:br/>
      </w:r>
      <w:r>
        <w:rPr>
          <w:b/>
          <w:color w:val="0F172A"/>
          <w:sz w:val="40"/>
        </w:rPr>
        <w:t>Cutting Wood</w:t>
      </w:r>
    </w:p>
    <w:p>
      <w:pPr>
        <w:spacing w:before="160" w:after="160"/>
        <w:ind w:left="360"/>
      </w:pPr>
      <w:r>
        <w:rPr>
          <w:rFonts w:ascii="Consolas" w:hAnsi="Consolas"/>
          <w:color w:val="1E293B"/>
          <w:sz w:val="19"/>
        </w:rPr>
        <w:t>You are given an array representing the heights of trees, and an integer k representing the total length of wood that needs to be cut.For this task, a woodcutting machine is set to a certain height, H. The machine cuts off the top part of all trees taller than H, while trees shorter than H remain untouched. Determine the highest possible setting of the woodcutter (H) so that it cuts at least k meters of wood.Assume the woodcutter cannot be set higher than the height of the tallest tree in the array.Example:ExampleCopyInput: heights = [2, 6, 3, 8], k = 7</w:t>
        <w:br/>
        <w:t>Output: 3</w:t>
        <w:br/>
        <w:t>Explanation: The highest possible height setting that yields at least k = 7 meters of wood is 3, which yields 8 meters of wood. Any height setting higher than this will yield less than 7 meters of wood.Constraints:</w:t>
        <w:br/>
        <w:t>It's always possible to attain at least k meters of wood.</w:t>
        <w:br/>
        <w:t>There's at least one tree.</w:t>
        <w:br/>
      </w:r>
    </w:p>
    <w:p>
      <w:pPr>
        <w:pStyle w:val="Heading2"/>
        <w:spacing w:before="320" w:after="120"/>
      </w:pPr>
      <w:r>
        <w:t>Intuition</w:t>
      </w:r>
    </w:p>
    <w:p>
      <w:pPr>
        <w:spacing w:after="160" w:line="276" w:lineRule="auto"/>
      </w:pPr>
      <w:r>
        <w:t>At first, it might strike you as strange that this problem is in theBinary Searchchapter. The given input array isn't necessarily sorted, so how is binary search applicable here? Well, this is an example of a common application of binary search, where the search space does not encompass the input array.</w:t>
      </w:r>
    </w:p>
    <w:p>
      <w:pPr>
        <w:spacing w:after="160" w:line="276" w:lineRule="auto"/>
      </w:pPr>
      <w:r>
        <w:t>Let’s consider a visualization of four trees of heights[2, 6, 3, 8]and assume k = 7:</w:t>
      </w:r>
    </w:p>
    <w:p>
      <w:pPr>
        <w:spacing w:after="160" w:line="276" w:lineRule="auto"/>
      </w:pPr>
      <w:r>
        <w:t>The tallest tree above has a height of 8. So the height setting, H, can be set to any height between 0 and 8.</w:t>
      </w:r>
    </w:p>
    <w:p>
      <w:pPr>
        <w:pStyle w:val="ListBullet"/>
      </w:pPr>
      <w:r>
        <w:t>The most amount of wood is cut at H = 0, where all trees are cut from the bottom.</w:t>
      </w:r>
    </w:p>
    <w:p>
      <w:pPr>
        <w:pStyle w:val="ListBullet"/>
      </w:pPr>
      <w:r>
        <w:t>The least amount of wood is cut at H = 8, where no wood is cut at all.</w:t>
      </w:r>
    </w:p>
    <w:p>
      <w:pPr>
        <w:spacing w:after="160" w:line="276" w:lineRule="auto"/>
      </w:pPr>
      <w:r>
        <w:t>Gradually increasing the height setting of the woodcutter from H = 0 to H = 8 yields less and less wood, and our goal is to find the highest value of H that gives us at least k meters of wood.</w:t>
      </w:r>
    </w:p>
    <w:p>
      <w:pPr>
        <w:spacing w:after="160" w:line="276" w:lineRule="auto"/>
      </w:pPr>
      <w:r>
        <w:t>Determining if a height setting yields enough woodWe need a function that determines if any given height setting H yields at least k meters of wood.</w:t>
      </w:r>
    </w:p>
    <w:p>
      <w:pPr>
        <w:spacing w:after="160" w:line="276" w:lineRule="auto"/>
      </w:pPr>
      <w:r>
        <w:t>Let’s name this functioncuts_enough_wood(H, k), which will calculate the total wood obtained by cutting the trees taller than H, and return true if this total meets or exceeds k. Below is a visual representation of how to determine if a height setting of 3 yields enough wood in the example:</w:t>
      </w:r>
    </w:p>
    <w:p>
      <w:pPr>
        <w:spacing w:after="160" w:line="276" w:lineRule="auto"/>
      </w:pPr>
      <w:r>
        <w:t>Applying this function to all possible values of H (from 0 to 8) gives us the outcome below, where heights 0 to 3 yield at least k meters of wood and heights 4 to 8 are too high and don’t yield enough. Note that here, we visualize which H values make the functioncuts_enough_woodreturn true, and which will result in false.</w:t>
      </w:r>
    </w:p>
    <w:p>
      <w:pPr>
        <w:spacing w:after="160" w:line="276" w:lineRule="auto"/>
      </w:pPr>
      <w:r>
        <w:t>We could callcuts_enough_woodon each value of H from 0 to 8 until we reach the highest value that still causescuts_enough_woodto return true. However, a key observation is that the above sequence of boolean outcomes is effectively asorted sequence, since all true outcomes are positioned before false ones.</w:t>
      </w:r>
    </w:p>
    <w:p>
      <w:pPr>
        <w:spacing w:after="160" w:line="276" w:lineRule="auto"/>
      </w:pPr>
      <w:r>
        <w:t>As this is a sorted sequence, we should try using binary search.</w:t>
      </w:r>
    </w:p>
    <w:p>
      <w:pPr>
        <w:spacing w:after="160" w:line="276" w:lineRule="auto"/>
      </w:pPr>
      <w:r>
        <w:t>Binary searchThe goal is to find the last value of H that cuts at least k meters of wood. In other words, we’re looking for the upper bound value of H that satisfies this condition.</w:t>
      </w:r>
    </w:p>
    <w:p>
      <w:pPr>
        <w:spacing w:after="160" w:line="276" w:lineRule="auto"/>
      </w:pPr>
      <w:r>
        <w:t>As such, we should useupper-bound binary search. This means we’ll need to calculate</w:t>
        <w:br/>
        <w:t>the midpoint usingmid = (left + right) // 2 + 1, as mentioned in theFirst</w:t>
        <w:br/>
        <w:t>and Last Occurrences of a Numberproblem.</w:t>
      </w:r>
    </w:p>
    <w:p>
      <w:pPr>
        <w:spacing w:after="160" w:line="276" w:lineRule="auto"/>
      </w:pPr>
      <w:r>
        <w:t>Let’s firstdefine the search space. Our search space should encompass all values of H between 0 and the height of the tallest tree in the array, as these are all possible answers.</w:t>
      </w:r>
    </w:p>
    <w:p>
      <w:pPr>
        <w:spacing w:after="160" w:line="276" w:lineRule="auto"/>
      </w:pPr>
      <w:r>
        <w:t>To figure out how tonarrow the search space, let's use the example below, setting left and right pointers at the ends of the search space:</w:t>
      </w:r>
    </w:p>
    <w:p>
      <w:pPr>
        <w:spacing w:after="160" w:line="276" w:lineRule="auto"/>
      </w:pPr>
      <w:r>
        <w:t>Initially, the midpoint is set to H = 4. When we callcuts_enough_wood(4, k), it returns false. This means the height setting is not yielding enough wood and is, hence, set too high. To find a lower height setting, we should narrow our search space toward the left:</w:t>
      </w:r>
    </w:p>
    <w:p>
      <w:pPr>
        <w:spacing w:after="160" w:line="276" w:lineRule="auto"/>
      </w:pPr>
      <w:r>
        <w:t>The next midpoint is set to H = 2. When we callcuts_enough_wood(2, k), it returns true. This means the upper bound is either at the midpoint or to its right, as the upper bound is the rightmost height setting that cuts enough wood.</w:t>
      </w:r>
    </w:p>
    <w:p>
      <w:pPr>
        <w:spacing w:after="160" w:line="276" w:lineRule="auto"/>
      </w:pPr>
      <w:r>
        <w:t>So, narrow the search space toward the right while including the midpoint:</w:t>
      </w:r>
    </w:p>
    <w:p>
      <w:pPr>
        <w:spacing w:after="160" w:line="276" w:lineRule="auto"/>
      </w:pPr>
      <w:r>
        <w:t>The next midpoint is set to H = 3. When we callcuts_enough_wood(3, k), it returns true. So, narrow the search space toward the right while including the midpoint:</w:t>
      </w:r>
    </w:p>
    <w:p>
      <w:pPr>
        <w:spacing w:after="160" w:line="276" w:lineRule="auto"/>
      </w:pPr>
      <w:r>
        <w:t>Once the left and right pointers meet, we have located the upper bound height setting that yields at least k meters of wood.</w:t>
      </w:r>
    </w:p>
    <w:p>
      <w:pPr>
        <w:spacing w:after="160" w:line="276" w:lineRule="auto"/>
      </w:pPr>
      <w:r>
        <w:t>SummaryCase 1: The midpoint is set at a height that allows us to cut at least k meters of wood, indicating the upper bound is somewhere to the right. Narrow the search space to the right while including the midpoint:</w:t>
      </w:r>
    </w:p>
    <w:p>
      <w:pPr>
        <w:spacing w:after="160" w:line="276" w:lineRule="auto"/>
      </w:pPr>
      <w:r>
        <w:t>Case 2: The midpoint is at a height that doesn’t allow us to cut enough wood, indicating the upper bound is somewhere to the left. Narrow the search space to the left while excluding the midpoint:</w:t>
      </w:r>
    </w:p>
    <w:p>
      <w:pPr>
        <w:pStyle w:val="Heading2"/>
        <w:spacing w:before="320" w:after="120"/>
      </w:pPr>
      <w:r>
        <w:t>Implementation</w:t>
      </w:r>
    </w:p>
    <w:p>
      <w:pPr>
        <w:spacing w:before="160" w:after="160"/>
        <w:ind w:left="360"/>
      </w:pPr>
      <w:r>
        <w:rPr>
          <w:rFonts w:ascii="Consolas" w:hAnsi="Consolas"/>
          <w:color w:val="1E293B"/>
          <w:sz w:val="19"/>
        </w:rPr>
        <w:t>PythonJavaScriptJavaCopyfrom typing import List</w:t>
        <w:br/>
        <w:t xml:space="preserve">    </w:t>
        <w:br/>
        <w:t>def cutting_wood(heights: List[int], k: int) -&gt; int:</w:t>
        <w:br/>
        <w:t xml:space="preserve">    left, right = 0, max(heights)</w:t>
        <w:br/>
        <w:t xml:space="preserve">    while left &lt; right:</w:t>
        <w:br/>
        <w:t xml:space="preserve">        # Bias the midpoint to the right during the upper-bound binary search.</w:t>
        <w:br/>
        <w:t xml:space="preserve">        mid = (left + right) // 2 + 1</w:t>
        <w:br/>
        <w:t xml:space="preserve">        if cuts_enough_wood(mid, k, heights):</w:t>
        <w:br/>
        <w:t xml:space="preserve">            left = mid</w:t>
        <w:br/>
        <w:t xml:space="preserve">        else:</w:t>
        <w:br/>
        <w:t xml:space="preserve">            right = mid - 1</w:t>
        <w:br/>
        <w:t xml:space="preserve">    return right</w:t>
        <w:br/>
        <w:t xml:space="preserve">    </w:t>
        <w:br/>
        <w:t># Determine if the current value of 'H' cuts at least 'k' meters of wood.</w:t>
        <w:br/>
        <w:t>def cuts_enough_wood(H: int, k: int, heights: List[int]) -&gt; bool:</w:t>
        <w:br/>
        <w:t xml:space="preserve">    wood_collected = 0</w:t>
        <w:br/>
        <w:t xml:space="preserve">    for height in heights:</w:t>
        <w:br/>
        <w:t xml:space="preserve">        if height &gt; H:</w:t>
        <w:br/>
        <w:t xml:space="preserve">            wood_collected += (height - H)</w:t>
        <w:br/>
        <w:t xml:space="preserve">    return wood_collected &gt;= kfunction cuttingWood(heights, k) {</w:t>
        <w:br/>
        <w:t xml:space="preserve">    let left = 0, right = Math.max(...heights);</w:t>
        <w:br/>
        <w:t xml:space="preserve">    while (left &lt; right) {</w:t>
        <w:br/>
        <w:t xml:space="preserve">        // Bias the midpoint to the right during the upper-bound binary search.</w:t>
        <w:br/>
        <w:t xml:space="preserve">        const mid = Math.floor((left + right) / 2) + 1;</w:t>
        <w:br/>
        <w:t xml:space="preserve">        if (cutsEnoughWood(mid, k, heights)) {</w:t>
        <w:br/>
        <w:t xml:space="preserve">            left = mid;</w:t>
        <w:br/>
        <w:t xml:space="preserve">        } else {</w:t>
        <w:br/>
        <w:t xml:space="preserve">            right = mid - 1;</w:t>
        <w:br/>
        <w:t xml:space="preserve">        }</w:t>
        <w:br/>
        <w:t xml:space="preserve">    }</w:t>
        <w:br/>
        <w:t xml:space="preserve">    return right;</w:t>
        <w:br/>
        <w:t>}</w:t>
        <w:br/>
        <w:br/>
        <w:t>// Determine if the current value of 'H' cuts at least 'k' meters of wood.</w:t>
        <w:br/>
        <w:t>function cutsEnoughWood(H, k, heights) {</w:t>
        <w:br/>
        <w:t xml:space="preserve">    let woodCollected = 0;</w:t>
        <w:br/>
        <w:t xml:space="preserve">    for (const height of heights) {</w:t>
        <w:br/>
        <w:t xml:space="preserve">        if (height &gt; H) {</w:t>
        <w:br/>
        <w:t xml:space="preserve">            woodCollected += (height - H);</w:t>
        <w:br/>
        <w:t xml:space="preserve">        }</w:t>
        <w:br/>
        <w:t xml:space="preserve">    }</w:t>
        <w:br/>
        <w:t xml:space="preserve">    return woodCollected &gt;= k;</w:t>
        <w:br/>
        <w:t>}public class Solution {</w:t>
        <w:br/>
        <w:t xml:space="preserve">    public int cuttingWood(int[] heights, int k) {</w:t>
        <w:br/>
        <w:t xml:space="preserve">        int maxVal = 0;</w:t>
        <w:br/>
        <w:t xml:space="preserve">        for (int h : heights) {</w:t>
        <w:br/>
        <w:t xml:space="preserve">            maxVal = Math.max(maxVal, h);</w:t>
        <w:br/>
        <w:t xml:space="preserve">        }</w:t>
        <w:br/>
        <w:t xml:space="preserve">        int left = 0, right = maxVal;</w:t>
        <w:br/>
        <w:t xml:space="preserve">        while (left &lt; right) {</w:t>
        <w:br/>
        <w:t xml:space="preserve">            // Bias the midpoint to the right during the upper-bound binary search.</w:t>
        <w:br/>
        <w:t xml:space="preserve">            int mid = left + (right - left) / 2 + 1;</w:t>
        <w:br/>
        <w:t xml:space="preserve">            if (cutsEnoughWood(mid, k, heights)) {</w:t>
        <w:br/>
        <w:t xml:space="preserve">                left = mid;</w:t>
        <w:br/>
        <w:t xml:space="preserve">            } else {</w:t>
        <w:br/>
        <w:t xml:space="preserve">                right = mid - 1;</w:t>
        <w:br/>
        <w:t xml:space="preserve">            }</w:t>
        <w:br/>
        <w:t xml:space="preserve">        }</w:t>
        <w:br/>
        <w:t xml:space="preserve">        return right;</w:t>
        <w:br/>
        <w:t xml:space="preserve">    }</w:t>
        <w:br/>
        <w:br/>
        <w:t xml:space="preserve">    // Determine if the current value of 'H' cuts at least 'k' meters of wood.</w:t>
        <w:br/>
        <w:t xml:space="preserve">    private boolean cutsEnoughWood(int H, int k, int[] heights) {</w:t>
        <w:br/>
        <w:t xml:space="preserve">        long woodCollected = 0;</w:t>
        <w:br/>
        <w:t xml:space="preserve">        for (int height : heights) {</w:t>
        <w:br/>
        <w:t xml:space="preserve">            if (height &gt; H) {</w:t>
        <w:br/>
        <w:t xml:space="preserve">                woodCollected += (height - H);</w:t>
        <w:br/>
        <w:t xml:space="preserve">            }</w:t>
        <w:br/>
        <w:t xml:space="preserve">        }</w:t>
        <w:br/>
        <w:t xml:space="preserve">        return woodCollected &gt;= k;</w:t>
        <w:br/>
        <w:t xml:space="preserve">    }</w:t>
        <w:br/>
        <w:t>}</w:t>
      </w:r>
    </w:p>
    <w:p>
      <w:pPr>
        <w:pStyle w:val="Heading2"/>
        <w:spacing w:before="320" w:after="120"/>
      </w:pPr>
      <w:r>
        <w:t>Complexity Analysis</w:t>
      </w:r>
    </w:p>
    <w:p>
      <w:pPr>
        <w:spacing w:after="160" w:line="276" w:lineRule="auto"/>
      </w:pPr>
      <w:r>
        <w:t>Time complexity:The time complexity ofcutting_woodisO(nlog⁡(m))O(n\log(m))O(nlog(m)), wheremmmis the maximum height of the trees. This is because we perform a binary search over the range [0,mmm]. Each iteration of the binary search calls thecuts_enough_woodfunction, which runs inO(n)O(n)O(n)time, wherennnis the number of trees. This results in an overall time complexity ofO(log⁡(m))O(n)=O(nlog⁡(m))O(\log(m))O(n)=O(n\log(m))O(log(m))O(n)=O(nlog(m)).</w:t>
      </w:r>
    </w:p>
    <w:p>
      <w:pPr>
        <w:spacing w:after="160" w:line="276" w:lineRule="auto"/>
      </w:pPr>
      <w:r>
        <w:t>Space complexity:The space complexity isO(1)O(1)O(1).</w:t>
      </w:r>
    </w:p>
    <w:p>
      <w:r>
        <w:br w:type="page"/>
      </w:r>
    </w:p>
    <w:p>
      <w:pPr>
        <w:pStyle w:val="Heading1"/>
        <w:spacing w:before="480" w:after="280"/>
      </w:pPr>
      <w:r>
        <w:rPr>
          <w:b/>
          <w:color w:val="008A60"/>
          <w:sz w:val="28"/>
        </w:rPr>
        <w:t>Chapter 33</w:t>
        <w:br/>
      </w:r>
      <w:r>
        <w:rPr>
          <w:b/>
          <w:color w:val="0F172A"/>
          <w:sz w:val="40"/>
        </w:rPr>
        <w:t>Find the Target in a Rotated Sorted Array</w:t>
      </w:r>
    </w:p>
    <w:p>
      <w:pPr>
        <w:spacing w:before="160" w:after="160"/>
        <w:ind w:left="360"/>
      </w:pPr>
      <w:r>
        <w:rPr>
          <w:rFonts w:ascii="Consolas" w:hAnsi="Consolas"/>
          <w:color w:val="1E293B"/>
          <w:sz w:val="19"/>
        </w:rPr>
        <w:t>A rotated sorted array is an array of numbers sorted in ascending order, in which a portion of the array is moved from the beginning to the end. For example, a possible rotation of [1, 2, 3, 4, 5] is [3, 4, 5, 1, 2] , where the first two numbers are moved to the end.Given a rotated sorted array of unique numbers, return the index of a target value. If the target value is not present, return -1.Example:ExampleCopyInput: nums = [8, 9, 1, 2, 3, 4, 5, 6, 7], target = 1</w:t>
        <w:br/>
        <w:t>Output: 2</w:t>
        <w:br/>
      </w:r>
    </w:p>
    <w:p>
      <w:pPr>
        <w:pStyle w:val="Heading2"/>
        <w:spacing w:before="320" w:after="120"/>
      </w:pPr>
      <w:r>
        <w:t>Intuition</w:t>
      </w:r>
    </w:p>
    <w:p>
      <w:pPr>
        <w:spacing w:after="160" w:line="276" w:lineRule="auto"/>
      </w:pPr>
      <w:r>
        <w:t>A naive solution is to iterate through the input array until we find the target number. This strategy takes linear time, and doesn’t take into account that the input is a rotated sorted array. Given the array was sorted before it was rotated, we should figure out howbinary searchmight be useful in finding the target.</w:t>
      </w:r>
    </w:p>
    <w:p>
      <w:pPr>
        <w:spacing w:after="160" w:line="276" w:lineRule="auto"/>
      </w:pPr>
      <w:r>
        <w:t>First, let’sdefine the search spacefor the binary search. Since the target value could exist anywhere in the array, the search space should encompass the entire array.</w:t>
      </w:r>
    </w:p>
    <w:p>
      <w:pPr>
        <w:spacing w:after="160" w:line="276" w:lineRule="auto"/>
      </w:pPr>
      <w:r>
        <w:t>Now, let’s figure out how tonarrow the search space, which is an interesting challenge considering the array isn’t perfectly sorted. Let’s work through this by exploring an example:</w:t>
      </w:r>
    </w:p>
    <w:p>
      <w:pPr>
        <w:spacing w:after="160" w:line="276" w:lineRule="auto"/>
      </w:pPr>
      <w:r>
        <w:t>Let’s set left and right pointers at the boundaries of the array and consider the first midpoint value:</w:t>
      </w:r>
    </w:p>
    <w:p>
      <w:pPr>
        <w:spacing w:after="160" w:line="276" w:lineRule="auto"/>
      </w:pPr>
      <w:r>
        <w:t>In a normal sorted array, we’d be able to logically assess whether to search to the left or the right of the midpoint, based solely on the midpoint value and the target. In a rotated sorted array, it’s much less straightforward to determine which side the target value is on.</w:t>
      </w:r>
    </w:p>
    <w:p>
      <w:pPr>
        <w:spacing w:after="160" w:line="276" w:lineRule="auto"/>
      </w:pPr>
      <w:r>
        <w:t>To decide whether to narrow the search space toward the left or right of the midpoint, let’s visualize the height of each number in the array and pay attention to subarrays[left : mid]and[mid : right]separately. Note, we include the midpoint in both subarrays since the midpoint is used to decide which subarray to narrow the search space towards:</w:t>
      </w:r>
    </w:p>
    <w:p>
      <w:pPr>
        <w:spacing w:after="160" w:line="276" w:lineRule="auto"/>
      </w:pPr>
      <w:r>
        <w:t>Here, we see the subarray[mid : right]is sorted in ascending order. Since it’s sorted, we know what the smallest and largest numbers in that range are: 3 and 7, respectively. This means we can check if the target is in this subarray by checking if it’s in between 3 and 7. The target (1) is not in this range, so therefore, it must be in the left subarray.</w:t>
      </w:r>
    </w:p>
    <w:p>
      <w:pPr>
        <w:spacing w:after="160" w:line="276" w:lineRule="auto"/>
      </w:pPr>
      <w:r>
        <w:t>So, we should narrow the search space toward the left, excluding the midpoint (right = mid - 1):</w:t>
      </w:r>
    </w:p>
    <w:p>
      <w:pPr>
        <w:spacing w:after="160" w:line="276" w:lineRule="auto"/>
      </w:pPr>
      <w:r>
        <w:t>The reason we excluded the midpoint value was because it wasn’t equal to the target, and so should no longer be considered in the search space.</w:t>
      </w:r>
    </w:p>
    <w:p>
      <w:pPr>
        <w:spacing w:after="160" w:line="276" w:lineRule="auto"/>
      </w:pPr>
      <w:r>
        <w:t>Let’s continue with the example.</w:t>
      </w:r>
    </w:p>
    <w:p>
      <w:pPr>
        <w:spacing w:after="160" w:line="276" w:lineRule="auto"/>
      </w:pPr>
      <w:r>
        <w:t>This time, the sorted subarray is the left subarray,[left : mid]. So, we can use this subarray to check where the target value is. Since the target (1) doesn't fall within the range between 8 and 9, it indicates the target resides in the right subarray. Therefore, we narrow our search space toward the right, excluding the midpoint (left = mid + 1):</w:t>
      </w:r>
    </w:p>
    <w:p>
      <w:pPr>
        <w:spacing w:after="160" w:line="276" w:lineRule="auto"/>
      </w:pPr>
      <w:r>
        <w:t>Again, we excluded the midpoint value (9) as it was not equal to the target.</w:t>
      </w:r>
    </w:p>
    <w:p>
      <w:pPr>
        <w:spacing w:after="160" w:line="276" w:lineRule="auto"/>
      </w:pPr>
      <w:r>
        <w:t>Finally, we’ve found the target at the midpoint, so we can return its index (mid):</w:t>
      </w:r>
    </w:p>
    <w:p>
      <w:pPr>
        <w:spacing w:after="160" w:line="276" w:lineRule="auto"/>
      </w:pPr>
      <w:r>
        <w:t>SummaryFrom our discussion above, an important strategy emerges: between the two subarrays,[left : mid]and[mid : right], we can use the sorted one to determine where the target is.</w:t>
      </w:r>
    </w:p>
    <w:p>
      <w:pPr>
        <w:spacing w:after="160" w:line="276" w:lineRule="auto"/>
      </w:pPr>
      <w:r>
        <w:t>Before examining the subarrays, let’s firstcompare the target with the value at the midpoint. If they match, we've found our target atmid. If not, then we decide where to adjust our search depending on which subarray is sorted, as detailed in the following two test cases:</w:t>
      </w:r>
    </w:p>
    <w:p>
      <w:pPr>
        <w:spacing w:after="160" w:line="276" w:lineRule="auto"/>
      </w:pPr>
      <w:r>
        <w:t>Case 1: the left subarray,[left : mid], is sorted</w:t>
      </w:r>
    </w:p>
    <w:p>
      <w:pPr>
        <w:pStyle w:val="ListBullet"/>
      </w:pPr>
      <w:r>
        <w:t>If the target falls in the range of this left subarray, we narrow the search space toward the left.</w:t>
      </w:r>
    </w:p>
    <w:p>
      <w:pPr>
        <w:pStyle w:val="ListBullet"/>
      </w:pPr>
      <w:r>
        <w:t>Otherwise, we narrow the search space toward the right.</w:t>
      </w:r>
    </w:p>
    <w:p>
      <w:pPr>
        <w:spacing w:after="160" w:line="276" w:lineRule="auto"/>
      </w:pPr>
      <w:r>
        <w:t>Case 2: the right subarray,[mid : right]is sorted</w:t>
      </w:r>
    </w:p>
    <w:p>
      <w:pPr>
        <w:pStyle w:val="ListBullet"/>
      </w:pPr>
      <w:r>
        <w:t>If the target falls in the range of this right subarray, we narrow the search space toward the right.</w:t>
      </w:r>
    </w:p>
    <w:p>
      <w:pPr>
        <w:pStyle w:val="ListBullet"/>
      </w:pPr>
      <w:r>
        <w:t>Otherwise, narrow the search space toward the left.</w:t>
      </w:r>
    </w:p>
    <w:p>
      <w:pPr>
        <w:spacing w:after="160" w:line="276" w:lineRule="auto"/>
      </w:pPr>
      <w:r>
        <w:t>It’s possible to encounter a situation where both subarrays are sorted. In this case, it doesn’t matter which subarray we use to check where the target is.</w:t>
      </w:r>
    </w:p>
    <w:p>
      <w:pPr>
        <w:spacing w:after="160" w:line="276" w:lineRule="auto"/>
      </w:pPr>
      <w:r>
        <w:t>One final thing to note is that the array might not contain the target value at all. In this case, once the binary search terminates and narrows down to a single value, we need to check if this value is the target. If not, it indicates the target is not present in the array, and we return -1.</w:t>
      </w:r>
    </w:p>
    <w:p>
      <w:pPr>
        <w:pStyle w:val="Heading2"/>
        <w:spacing w:before="320" w:after="120"/>
      </w:pPr>
      <w:r>
        <w:t>Implementation</w:t>
      </w:r>
    </w:p>
    <w:p>
      <w:pPr>
        <w:spacing w:before="160" w:after="160"/>
        <w:ind w:left="360"/>
      </w:pPr>
      <w:r>
        <w:rPr>
          <w:rFonts w:ascii="Consolas" w:hAnsi="Consolas"/>
          <w:color w:val="1E293B"/>
          <w:sz w:val="19"/>
        </w:rPr>
        <w:t>PythonJavaScriptJavaCopyfrom typing import List</w:t>
        <w:br/>
        <w:t xml:space="preserve">    </w:t>
        <w:br/>
        <w:t>def find_the_target_in_a_rotated_sorted_array(nums: List[int], target: int) -&gt; int:</w:t>
        <w:br/>
        <w:t xml:space="preserve">    left, right = 0, len(nums) - 1</w:t>
        <w:br/>
        <w:t xml:space="preserve">    while left &lt; right:</w:t>
        <w:br/>
        <w:t xml:space="preserve">        mid = (left + right) // 2</w:t>
        <w:br/>
        <w:t xml:space="preserve">        if nums[mid] == target:</w:t>
        <w:br/>
        <w:t xml:space="preserve">            return mid</w:t>
        <w:br/>
        <w:t xml:space="preserve">        # If the left subarray [left : mid] is sorted, check if the target falls in</w:t>
        <w:br/>
        <w:t xml:space="preserve">        # this range. If it does, search the left subarray. Otherwise, search the</w:t>
        <w:br/>
        <w:t xml:space="preserve">        # right.</w:t>
        <w:br/>
        <w:t xml:space="preserve">        elif nums[left] &lt;= nums[mid]:</w:t>
        <w:br/>
        <w:t xml:space="preserve">            if nums[left] &lt;= target &lt; nums[mid]:</w:t>
        <w:br/>
        <w:t xml:space="preserve">                right = mid - 1</w:t>
        <w:br/>
        <w:t xml:space="preserve">            else:</w:t>
        <w:br/>
        <w:t xml:space="preserve">                left = mid + 1</w:t>
        <w:br/>
        <w:t xml:space="preserve">        # If the right subarray [mid : right] is sorted, check if the target falls</w:t>
        <w:br/>
        <w:t xml:space="preserve">        # in this range. If it does, search the right subarray. Otherwise, search the</w:t>
        <w:br/>
        <w:t xml:space="preserve">        # left.</w:t>
        <w:br/>
        <w:t xml:space="preserve">        else:</w:t>
        <w:br/>
        <w:t xml:space="preserve">            if nums[mid] &lt; target &lt;= nums[right]:</w:t>
        <w:br/>
        <w:t xml:space="preserve">                left = mid + 1</w:t>
        <w:br/>
        <w:t xml:space="preserve">            else:</w:t>
        <w:br/>
        <w:t xml:space="preserve">                right = mid - 1</w:t>
        <w:br/>
        <w:t xml:space="preserve">    # If the target is found in the array, return it’s index. Otherwise, return -1.</w:t>
        <w:br/>
        <w:t xml:space="preserve">    return left if nums and nums[left] == target else -1function findTheTargetInARotatedSortedArray(nums, target) {</w:t>
        <w:br/>
        <w:t xml:space="preserve">    let left = 0, right = nums.length - 1;</w:t>
        <w:br/>
        <w:t xml:space="preserve">    while (left &lt; right) {</w:t>
        <w:br/>
        <w:t xml:space="preserve">        const mid = Math.floor((left + right) / 2);</w:t>
        <w:br/>
        <w:t xml:space="preserve">        if (nums[mid] === target) {</w:t>
        <w:br/>
        <w:t xml:space="preserve">            return mid;</w:t>
        <w:br/>
        <w:t xml:space="preserve">        // If the left subarray [left : mid] is sorted, check if the target falls in</w:t>
        <w:br/>
        <w:t xml:space="preserve">        // this range. If it does, search the left subarray. Otherwise, search the</w:t>
        <w:br/>
        <w:t xml:space="preserve">        // right.</w:t>
        <w:br/>
        <w:t xml:space="preserve">        } else if (nums[left] &lt;= nums[mid]) {</w:t>
        <w:br/>
        <w:t xml:space="preserve">            if (nums[left] &lt;= target &amp;&amp; target &lt; nums[mid]) {</w:t>
        <w:br/>
        <w:t xml:space="preserve">                right = mid - 1;</w:t>
        <w:br/>
        <w:t xml:space="preserve">            } else {</w:t>
        <w:br/>
        <w:t xml:space="preserve">                left = mid + 1;</w:t>
        <w:br/>
        <w:t xml:space="preserve">            }</w:t>
        <w:br/>
        <w:t xml:space="preserve">        // If the right subarray [mid : right] is sorted, check if the target falls</w:t>
        <w:br/>
        <w:t xml:space="preserve">        // in this range. If it does, search the right subarray. Otherwise, search the</w:t>
        <w:br/>
        <w:t xml:space="preserve">        // left.</w:t>
        <w:br/>
        <w:t xml:space="preserve">        } else {</w:t>
        <w:br/>
        <w:t xml:space="preserve">            if (nums[mid] &lt; target &amp;&amp; target &lt;= nums[right]) {</w:t>
        <w:br/>
        <w:t xml:space="preserve">                left = mid + 1;</w:t>
        <w:br/>
        <w:t xml:space="preserve">            } else {</w:t>
        <w:br/>
        <w:t xml:space="preserve">                right = mid - 1;</w:t>
        <w:br/>
        <w:t xml:space="preserve">            }</w:t>
        <w:br/>
        <w:t xml:space="preserve">        }</w:t>
        <w:br/>
        <w:t xml:space="preserve">    }</w:t>
        <w:br/>
        <w:t xml:space="preserve">    // If the target is found in the array, return it’s index. Otherwise, return -1.</w:t>
        <w:br/>
        <w:t xml:space="preserve">    return (nums.length &gt; 0 &amp;&amp; nums[left] === target) ? left : -1;</w:t>
        <w:br/>
        <w:t>}public class Solution {</w:t>
        <w:br/>
        <w:t xml:space="preserve">    public int findTheTargetInARotatedSortedArray(int[] nums, int target) {</w:t>
        <w:br/>
        <w:t xml:space="preserve">        int left = 0, right = nums.length - 1;</w:t>
        <w:br/>
        <w:t xml:space="preserve">        while (left &lt; right) {</w:t>
        <w:br/>
        <w:t xml:space="preserve">            int mid = left + (right - left) / 2;</w:t>
        <w:br/>
        <w:t xml:space="preserve">            if (nums[mid] == target) {</w:t>
        <w:br/>
        <w:t xml:space="preserve">                return mid;</w:t>
        <w:br/>
        <w:t xml:space="preserve">            // If the left subarray [left : mid] is sorted, check if the target falls in</w:t>
        <w:br/>
        <w:t xml:space="preserve">            // this range. If it does, search the left subarray. Otherwise, search the</w:t>
        <w:br/>
        <w:t xml:space="preserve">            // right.</w:t>
        <w:br/>
        <w:t xml:space="preserve">            } else if (nums[left] &lt;= nums[mid]) {</w:t>
        <w:br/>
        <w:t xml:space="preserve">                if (nums[left] &lt;= target &amp;&amp; target &lt; nums[mid]) {</w:t>
        <w:br/>
        <w:t xml:space="preserve">                    right = mid - 1;</w:t>
        <w:br/>
        <w:t xml:space="preserve">                } else {</w:t>
        <w:br/>
        <w:t xml:space="preserve">                    left = mid + 1;</w:t>
        <w:br/>
        <w:t xml:space="preserve">                }</w:t>
        <w:br/>
        <w:t xml:space="preserve">            // If the right subarray [mid : right] is sorted, check if the target falls</w:t>
        <w:br/>
        <w:t xml:space="preserve">            // in this range. If it does, search the right subarray. Otherwise, search the</w:t>
        <w:br/>
        <w:t xml:space="preserve">            // left.</w:t>
        <w:br/>
        <w:t xml:space="preserve">            } else {</w:t>
        <w:br/>
        <w:t xml:space="preserve">                if (nums[mid] &lt; target &amp;&amp; target &lt;= nums[right]) {</w:t>
        <w:br/>
        <w:t xml:space="preserve">                    left = mid + 1;</w:t>
        <w:br/>
        <w:t xml:space="preserve">                } else {</w:t>
        <w:br/>
        <w:t xml:space="preserve">                    right = mid - 1;</w:t>
        <w:br/>
        <w:t xml:space="preserve">                }</w:t>
        <w:br/>
        <w:t xml:space="preserve">            }</w:t>
        <w:br/>
        <w:t xml:space="preserve">        }</w:t>
        <w:br/>
        <w:t xml:space="preserve">        // If the target is found in the array, return it’s index. Otherwise, return -1.</w:t>
        <w:br/>
        <w:t xml:space="preserve">        return (nums.length &gt; 0 &amp;&amp; nums[left] == target) ? left : -1;</w:t>
        <w:br/>
        <w:t xml:space="preserve">    }</w:t>
        <w:br/>
        <w:t>}</w:t>
      </w:r>
    </w:p>
    <w:p>
      <w:pPr>
        <w:pStyle w:val="Heading3"/>
        <w:spacing w:before="320" w:after="120"/>
      </w:pPr>
      <w:r>
        <w:t>Complexity Analysis</w:t>
      </w:r>
    </w:p>
    <w:p>
      <w:pPr>
        <w:spacing w:after="160" w:line="276" w:lineRule="auto"/>
      </w:pPr>
      <w:r>
        <w:t>Time complexity:The time complexity offind_the_target_in_a_rotated_sorted_arrayisO(log⁡(n))O(\log(n))O(log(n))because we're performing a binary search over an array of lengthnnn.</w:t>
      </w:r>
    </w:p>
    <w:p>
      <w:pPr>
        <w:spacing w:after="160" w:line="276" w:lineRule="auto"/>
      </w:pPr>
      <w:r>
        <w:t>Space complexity:The space complexity isO(1)O(1)O(1).</w:t>
      </w:r>
    </w:p>
    <w:p>
      <w:r>
        <w:br w:type="page"/>
      </w:r>
    </w:p>
    <w:p>
      <w:pPr>
        <w:pStyle w:val="Heading1"/>
        <w:spacing w:before="480" w:after="280"/>
      </w:pPr>
      <w:r>
        <w:rPr>
          <w:b/>
          <w:color w:val="008A60"/>
          <w:sz w:val="28"/>
        </w:rPr>
        <w:t>Chapter 34</w:t>
        <w:br/>
      </w:r>
      <w:r>
        <w:rPr>
          <w:b/>
          <w:color w:val="0F172A"/>
          <w:sz w:val="40"/>
        </w:rPr>
        <w:t>Find the Median From Two Sorted Arrays</w:t>
      </w:r>
    </w:p>
    <w:p>
      <w:pPr>
        <w:spacing w:before="160" w:after="160"/>
        <w:ind w:left="360"/>
      </w:pPr>
      <w:r>
        <w:rPr>
          <w:rFonts w:ascii="Consolas" w:hAnsi="Consolas"/>
          <w:color w:val="1E293B"/>
          <w:sz w:val="19"/>
        </w:rPr>
        <w:t>Given two sorted integer arrays, find their median value as if they were merged into a single sorted sequence.Example 1:ExampleCopyInput: nums1 = [0, 2, 5, 6, 8], nums2 = [1, 3, 7]</w:t>
        <w:br/>
        <w:t>Output: 4.0</w:t>
        <w:br/>
        <w:t>Explanation: Merging both arrays results in [0, 1, 2, 3, 5, 6, 7, 8], which has a median of (3 + 5) / 2 = 4.0.Example 2:ExampleCopyInput: nums1 = [0, 2, 5, 6, 8], nums2 = [1, 3, 7, 9]</w:t>
        <w:br/>
        <w:t>Output: 5.0</w:t>
        <w:br/>
        <w:t>Explanation: Merging both arrays results in [0, 1, 2, 3, 5, 6, 7, 8, 9], which has a median of 5.Constraints:</w:t>
        <w:br/>
        <w:t>At least one of the input arrays will contain an element.</w:t>
        <w:br/>
      </w:r>
    </w:p>
    <w:p>
      <w:pPr>
        <w:pStyle w:val="Heading2"/>
        <w:spacing w:before="320" w:after="120"/>
      </w:pPr>
      <w:r>
        <w:t>Intuition</w:t>
      </w:r>
    </w:p>
    <w:p>
      <w:pPr>
        <w:spacing w:after="160" w:line="276" w:lineRule="auto"/>
      </w:pPr>
      <w:r>
        <w:t>The brute force approach to this problem involves merging both arrays and finding the median in this merged array. This approach takesO((m+n)log⁡(m+n))O((m+n)\log(m+n))O((m+n)log(m+n))time wheremmmandnnndenote the lengths of each array, respectively. This complexity is primarily due to the cost of sorting the merged array of lengthm+nm+nm+n. This approach can be improved toO(m+n)O(m+n)O(m+n)time by merging both arrays in order, which is possible because both arrays are already sorted. However, is there a way to find the median without merging the two arrays?</w:t>
      </w:r>
    </w:p>
    <w:p>
      <w:pPr>
        <w:spacing w:after="160" w:line="276" w:lineRule="auto"/>
      </w:pPr>
      <w:r>
        <w:t>In this explanation, we use "total length" to refer to the combined length of both input arrays. Let's discuss odd and even total lengths separately, as these result in two different types of medians.</w:t>
      </w:r>
    </w:p>
    <w:p>
      <w:pPr>
        <w:spacing w:after="160" w:line="276" w:lineRule="auto"/>
      </w:pPr>
      <w:r>
        <w:t>Consider the following two arrays that have an even total length:</w:t>
      </w:r>
    </w:p>
    <w:p>
      <w:pPr>
        <w:spacing w:after="160" w:line="276" w:lineRule="auto"/>
      </w:pPr>
      <w:r>
        <w:t>Below is what these two arrays would look like when merged. Let's see if we can draw any insights from this.</w:t>
      </w:r>
    </w:p>
    <w:p>
      <w:pPr>
        <w:spacing w:after="160" w:line="276" w:lineRule="auto"/>
      </w:pPr>
      <w:r>
        <w:t>Observe that the merged array can be divided into two halves, which reveals the median values on the inner edge of each half.</w:t>
      </w:r>
    </w:p>
    <w:p>
      <w:pPr>
        <w:spacing w:after="160" w:line="276" w:lineRule="auto"/>
      </w:pPr>
      <w:r>
        <w:t>A challenge here is identifying which values in either input array belongs to the left half of the merged array, and which belong to the right half. One thing we do know is the size of each half of the merged array:half of the total length.</w:t>
      </w:r>
    </w:p>
    <w:p>
      <w:pPr>
        <w:spacing w:after="160" w:line="276" w:lineRule="auto"/>
      </w:pPr>
      <w:r>
        <w:t>Slicing both arraysTo figure out which values belong to each half, we can try "slicing" both arrays into two segments, where the left segments of both arrays and the right segments of both arrays each have 4 total values. Let's refer to the values on the left and right of the slice as the "left partition" and "right partition." Below are three examples of what this slice could look like:</w:t>
      </w:r>
    </w:p>
    <w:p>
      <w:pPr>
        <w:spacing w:after="160" w:line="276" w:lineRule="auto"/>
      </w:pPr>
      <w:r>
        <w:t>As we can see, there are several ways to slice the arrays to produce two partitions of equal size (4). However, only one of these slices corresponds to the halves of the merged array. In our example, it's this slice:</w:t>
      </w:r>
    </w:p>
    <w:p>
      <w:pPr>
        <w:spacing w:after="160" w:line="276" w:lineRule="auto"/>
      </w:pPr>
      <w:r>
        <w:t>Let's refer to this as the "correct slice." We'll explain how to identify the correct slice shortly, but first, let's consider how to identify which slice correctly corresponds to the halves of the merged array.</w:t>
      </w:r>
    </w:p>
    <w:p>
      <w:pPr>
        <w:spacing w:after="160" w:line="276" w:lineRule="auto"/>
      </w:pPr>
      <w:r>
        <w:t>Determining the correct slice</w:t>
      </w:r>
    </w:p>
    <w:p>
      <w:pPr>
        <w:spacing w:after="160" w:line="276" w:lineRule="auto"/>
      </w:pPr>
      <w:r>
        <w:t>We can assess this by comparing the two end values of the left partition with the start values of the right partition (illustrated below). Let's refer to the end values of the left partition asL1andL2, respectively. Similarly, let's call the start values of the right partitionR1andR2.</w:t>
      </w:r>
    </w:p>
    <w:p>
      <w:pPr>
        <w:spacing w:after="160" w:line="276" w:lineRule="auto"/>
      </w:pPr>
      <w:r>
        <w:t>Since the values in each array are sorted, we know that conditionsL1 ≤ R1andL2 ≤ R2are always true. Then, all we have to do is check thatL1 ≤ R2andL2 ≤ R1. We can observe how this comparison reveals the correct slice from the previous three example slices:</w:t>
      </w:r>
    </w:p>
    <w:p>
      <w:pPr>
        <w:spacing w:after="160" w:line="276" w:lineRule="auto"/>
      </w:pPr>
      <w:r>
        <w:t>Notice that in the third example above, the second array does not contribute any values to the left partition. So, to work around this, we set the second array's left value to - so thatL2 ≤ R1is true by default.</w:t>
      </w:r>
    </w:p>
    <w:p>
      <w:pPr>
        <w:spacing w:after="160" w:line="276" w:lineRule="auto"/>
      </w:pPr>
      <w:r>
        <w:t>Searching for the correct sliceNow, our goal is to search through all possible slices until we find the correct one. We do this by searching through all possible placements ofL1,R1,L2, andR2. Note that we only need tosearch forL1since the other three values can be inferred based onL1's index.</w:t>
      </w:r>
    </w:p>
    <w:p>
      <w:pPr>
        <w:spacing w:after="160" w:line="276" w:lineRule="auto"/>
      </w:pPr>
      <w:r>
        <w:t>Let's take a closer look at how this works. Once we identifyL1's index, we can calculateL2's index based onL1's index, which is demonstrated in the diagram below.R1andR2are just the values immediately to the right ofL1andL2, respectively.</w:t>
      </w:r>
    </w:p>
    <w:p>
      <w:pPr>
        <w:spacing w:after="160" w:line="276" w:lineRule="auto"/>
      </w:pPr>
      <w:r>
        <w:t>Since we search forL1overnums1, which is a sorted array, we can usebinary searchinstead of searching for it linearly. Thesearch spacewill encompass all values of thenums1.</w:t>
      </w:r>
    </w:p>
    <w:p>
      <w:pPr>
        <w:spacing w:after="160" w:line="276" w:lineRule="auto"/>
      </w:pPr>
      <w:r>
        <w:t>Let's figure out how tonarrow the search space. Here, we'll define the midpoint asL1_index, since it's also the index ofL1. Let's discuss how the search space is narrowed based on these conditions:</w:t>
      </w:r>
    </w:p>
    <w:p>
      <w:pPr>
        <w:pStyle w:val="ListBullet"/>
      </w:pPr>
      <w:r>
        <w:t>IfL1 &gt; R2, thenL1is larger than it should be because we expectL1to be less than or equal toR2. To search for a smallerL1, narrow the search space toward the left:</w:t>
      </w:r>
    </w:p>
    <w:p>
      <w:pPr>
        <w:pStyle w:val="ListBullet"/>
      </w:pPr>
      <w:r>
        <w:t>IfL2 &gt; R1, thenR1is smaller than it should be because we expectR1to be less than or equal toL2. To search for a largerR1, narrow the search space toward the right:</w:t>
      </w:r>
    </w:p>
    <w:p>
      <w:pPr>
        <w:pStyle w:val="ListBullet"/>
      </w:pPr>
      <w:r>
        <w:t>IfL1 ≤ R2, andL2 ≤ R1, the correct slice has been located:</w:t>
      </w:r>
    </w:p>
    <w:p>
      <w:pPr>
        <w:spacing w:after="160" w:line="276" w:lineRule="auto"/>
      </w:pPr>
      <w:r>
        <w:t>Search space optimizationA small optimization here is to ensure thatnums1is the smallest array between the two input arrays. This ensures our search space is as small as possible. Ifnums2is smaller thannums1, we can just swap the two arrays, allowingnums1to always be the smaller array.</w:t>
      </w:r>
    </w:p>
    <w:p>
      <w:pPr>
        <w:spacing w:after="160" w:line="276" w:lineRule="auto"/>
      </w:pPr>
      <w:r>
        <w:t>Returning the medianOnce binary search has identified the correct slice, we need to return the median. With an even total length, the median is calculated using the array's two middle values. From our set of partition slice values (L1,R1,L2, andR2), which of them are the middle two? We know one of the median values is from the left partition and the other is from the right partition. From the left partition, the largest value betweenL1andL2will be closest to the middle. From the right, the smallest value betweenR1andR2is closer to the middle:</w:t>
      </w:r>
    </w:p>
    <w:p>
      <w:pPr>
        <w:spacing w:after="160" w:line="276" w:lineRule="auto"/>
      </w:pPr>
      <w:r>
        <w:t>So, to return the median, we just return the sum of these two values, divided by 2 using floating-point division.</w:t>
      </w:r>
    </w:p>
    <w:p>
      <w:pPr>
        <w:spacing w:after="160" w:line="276" w:lineRule="auto"/>
      </w:pPr>
      <w:r>
        <w:t>What if the total length of both arrays is odd?The main difference when the total length of both arrays is odd compared to an even length is that we can no longer slice the arrays into two equal halves. One half must have an additional value.</w:t>
      </w:r>
    </w:p>
    <w:p>
      <w:pPr>
        <w:spacing w:after="160" w:line="276" w:lineRule="auto"/>
      </w:pPr>
      <w:r>
        <w:t>The diagram above shows that the right half ends up with one extra value. This is because when we calculate the slice position, we ensure the left half has a size of half the total length. In this example, this calculation using integer division gives us a left half size of (5 + 4) // 2 = 4. Consequently, this means the right half ends up with 5 values. When the total length is odd, the median can be found in the right half:</w:t>
      </w:r>
    </w:p>
    <w:p>
      <w:pPr>
        <w:spacing w:after="160" w:line="276" w:lineRule="auto"/>
      </w:pPr>
      <w:r>
        <w:t>So, after the binary search narrows down the correct slice, we can just return the smallest value betweenR1andR2.</w:t>
      </w:r>
    </w:p>
    <w:p>
      <w:pPr>
        <w:pStyle w:val="Heading2"/>
        <w:spacing w:before="320" w:after="120"/>
      </w:pPr>
      <w:r>
        <w:t>Implementation</w:t>
      </w:r>
    </w:p>
    <w:p>
      <w:pPr>
        <w:spacing w:before="160" w:after="160"/>
        <w:ind w:left="360"/>
      </w:pPr>
      <w:r>
        <w:rPr>
          <w:rFonts w:ascii="Consolas" w:hAnsi="Consolas"/>
          <w:color w:val="1E293B"/>
          <w:sz w:val="19"/>
        </w:rPr>
        <w:t>PythonJavaScriptJavaCopyfrom typing import List</w:t>
        <w:br/>
        <w:t xml:space="preserve">   </w:t>
        <w:br/>
        <w:t>def find_the_median_from_two_sorted_arrays(nums1: List[int], nums2: List[int]) -&gt; float:</w:t>
        <w:br/>
        <w:t xml:space="preserve">    # Optimization: ensure 'nums1' is the smaller array.</w:t>
        <w:br/>
        <w:t xml:space="preserve">    if len(nums2) &lt; len(nums1):</w:t>
        <w:br/>
        <w:t xml:space="preserve">        nums1, nums2 = nums2, nums1</w:t>
        <w:br/>
        <w:t xml:space="preserve">    m, n = len(nums1), len(nums2)</w:t>
        <w:br/>
        <w:t xml:space="preserve">    half_total_len = (m + n) // 2</w:t>
        <w:br/>
        <w:t xml:space="preserve">    left, right = 0, m - 1</w:t>
        <w:br/>
        <w:t xml:space="preserve">    # A median always exists in a non-empty array, so continue binary search until</w:t>
        <w:br/>
        <w:t xml:space="preserve">    # it's found.</w:t>
        <w:br/>
        <w:t xml:space="preserve">    while True:</w:t>
        <w:br/>
        <w:t xml:space="preserve">        L1_index = (left + right) // 2</w:t>
        <w:br/>
        <w:t xml:space="preserve">        L2_index = half_total_len - (L1_index + 1) - 1</w:t>
        <w:br/>
        <w:t xml:space="preserve">        # Set to -infinity or +infinity if out of bounds.</w:t>
        <w:br/>
        <w:t xml:space="preserve">        L1 = float('-inf') if L1_index &lt; 0 else nums1[L1_index]</w:t>
        <w:br/>
        <w:t xml:space="preserve">        R1 = float('inf') if L1_index &gt;= m - 1 else nums1[L1_index + 1]</w:t>
        <w:br/>
        <w:t xml:space="preserve">        L2 = float('-inf') if L2_index &lt; 0 else nums2[L2_index]</w:t>
        <w:br/>
        <w:t xml:space="preserve">        R2 = float('inf') if L2_index &gt;= n - 1 else nums2[L2_index + 1]</w:t>
        <w:br/>
        <w:t xml:space="preserve">        # If 'L1 &gt; R2', then 'L1' is too far to the right. Narrow the search space</w:t>
        <w:br/>
        <w:t xml:space="preserve">        # toward the left.</w:t>
        <w:br/>
        <w:t xml:space="preserve">        if L1 &gt; R2:</w:t>
        <w:br/>
        <w:t xml:space="preserve">            right = L1_index - 1</w:t>
        <w:br/>
        <w:t xml:space="preserve">        # If 'L2 &gt; R1', then 'L1' is too far to the left. Narrow the search space</w:t>
        <w:br/>
        <w:t xml:space="preserve">        # toward the right.</w:t>
        <w:br/>
        <w:t xml:space="preserve">        elif L2 &gt; R1:</w:t>
        <w:br/>
        <w:t xml:space="preserve">            left = L1_index + 1</w:t>
        <w:br/>
        <w:t xml:space="preserve">        # If both 'L1' and 'L2' are less than or equal to both 'R1' and 'R2', we</w:t>
        <w:br/>
        <w:t xml:space="preserve">        # found the correct slice.</w:t>
        <w:br/>
        <w:t xml:space="preserve">        else:</w:t>
        <w:br/>
        <w:t xml:space="preserve">            if (m + n) % 2 == 0:</w:t>
        <w:br/>
        <w:t xml:space="preserve">                return (max(L1, L2) + min(R1, R2)) / 2.0</w:t>
        <w:br/>
        <w:t xml:space="preserve">            else:</w:t>
        <w:br/>
        <w:t xml:space="preserve">                return min(R1, R2)function findTheMedianFromTwoSortedArrays(nums1, nums2) {</w:t>
        <w:br/>
        <w:t xml:space="preserve">    // Optimization: ensure 'nums1' is the smaller array.</w:t>
        <w:br/>
        <w:t xml:space="preserve">    if (nums2.length &lt; nums1.length) {</w:t>
        <w:br/>
        <w:t xml:space="preserve">        [nums1, nums2] = [nums2, nums1];</w:t>
        <w:br/>
        <w:t xml:space="preserve">    }</w:t>
        <w:br/>
        <w:t xml:space="preserve">    const m = nums1.length, n = nums2.length;</w:t>
        <w:br/>
        <w:t xml:space="preserve">    const halfTotalLen = Math.floor((m + n) / 2);</w:t>
        <w:br/>
        <w:t xml:space="preserve">    let left = 0, right = m - 1;</w:t>
        <w:br/>
        <w:t xml:space="preserve">    // A median always exists in a non-empty array, so continue binary search until</w:t>
        <w:br/>
        <w:t xml:space="preserve">    // it's found.</w:t>
        <w:br/>
        <w:t xml:space="preserve">    while (true) {</w:t>
        <w:br/>
        <w:t xml:space="preserve">        const L1Index = Math.floor((left + right) / 2);</w:t>
        <w:br/>
        <w:t xml:space="preserve">        const L2Index = halfTotalLen - (L1Index + 1) - 1;</w:t>
        <w:br/>
        <w:t xml:space="preserve">        // Set to -infinity or +infinity if out of bounds.</w:t>
        <w:br/>
        <w:t xml:space="preserve">        const L1 = L1Index &lt; 0 ? -Infinity : nums1[L1Index];</w:t>
        <w:br/>
        <w:t xml:space="preserve">        const R1 = L1Index &gt;= m - 1 ? Infinity : nums1[L1Index + 1];</w:t>
        <w:br/>
        <w:t xml:space="preserve">        const L2 = L2Index &lt; 0 ? -Infinity : nums2[L2Index];</w:t>
        <w:br/>
        <w:t xml:space="preserve">        const R2 = L2Index &gt;= n - 1 ? Infinity : nums2[L2Index + 1];</w:t>
        <w:br/>
        <w:t xml:space="preserve">        // If 'L1 &gt; R2', then 'L1' is too far to the right. Narrow the search space</w:t>
        <w:br/>
        <w:t xml:space="preserve">        // toward the left.</w:t>
        <w:br/>
        <w:t xml:space="preserve">        if (L1 &gt; R2) {</w:t>
        <w:br/>
        <w:t xml:space="preserve">            right = L1Index - 1;</w:t>
        <w:br/>
        <w:t xml:space="preserve">        // If 'L2 &gt; R1', then 'L1' is too far to the left. Narrow the search space</w:t>
        <w:br/>
        <w:t xml:space="preserve">        // toward the right.</w:t>
        <w:br/>
        <w:t xml:space="preserve">        } else if (L2 &gt; R1) {</w:t>
        <w:br/>
        <w:t xml:space="preserve">            left = L1Index + 1;</w:t>
        <w:br/>
        <w:t xml:space="preserve">        // If both 'L1' and 'L2' are less than or equal to both 'R1' and 'R2', we</w:t>
        <w:br/>
        <w:t xml:space="preserve">        // found the correct slice.</w:t>
        <w:br/>
        <w:t xml:space="preserve">        } else {</w:t>
        <w:br/>
        <w:t xml:space="preserve">            if ((m + n) % 2 === 0) {</w:t>
        <w:br/>
        <w:t xml:space="preserve">                return (Math.max(L1, L2) + Math.min(R1, R2)) / 2.0;</w:t>
        <w:br/>
        <w:t xml:space="preserve">            } else {</w:t>
        <w:br/>
        <w:t xml:space="preserve">                return Math.min(R1, R2);</w:t>
        <w:br/>
        <w:t xml:space="preserve">            }</w:t>
        <w:br/>
        <w:t xml:space="preserve">        }</w:t>
        <w:br/>
        <w:t xml:space="preserve">    }</w:t>
        <w:br/>
        <w:t>}public class Solution {</w:t>
        <w:br/>
        <w:t xml:space="preserve">    public double findTheMedianFromTwoSortedArrays(int[] nums1, int[] nums2) {</w:t>
        <w:br/>
        <w:t xml:space="preserve">        // Optimization: ensure 'nums1' is the smaller array.</w:t>
        <w:br/>
        <w:t xml:space="preserve">        if (nums2.length &lt; nums1.length) {</w:t>
        <w:br/>
        <w:t xml:space="preserve">            int[] temp = nums1;</w:t>
        <w:br/>
        <w:t xml:space="preserve">            nums1 = nums2;</w:t>
        <w:br/>
        <w:t xml:space="preserve">            nums2 = temp;</w:t>
        <w:br/>
        <w:t xml:space="preserve">        }</w:t>
        <w:br/>
        <w:t xml:space="preserve">        int m = nums1.length, n = nums2.length;</w:t>
        <w:br/>
        <w:t xml:space="preserve">        int halfTotalLen = (m + n) / 2;</w:t>
        <w:br/>
        <w:t xml:space="preserve">        int left = 0, right = m - 1;</w:t>
        <w:br/>
        <w:t xml:space="preserve">        // A median always exists in a non-empty array, so continue binary search until</w:t>
        <w:br/>
        <w:t xml:space="preserve">        // it's found.</w:t>
        <w:br/>
        <w:t xml:space="preserve">        while (true) {</w:t>
        <w:br/>
        <w:t xml:space="preserve">            int L1Index = Math.floorDiv(left + right, 2);</w:t>
        <w:br/>
        <w:t xml:space="preserve">            int L2Index = halfTotalLen - (L1Index + 1) - 1;</w:t>
        <w:br/>
        <w:t xml:space="preserve">            // Set to -infinity or +infinity if out of bounds.</w:t>
        <w:br/>
        <w:t xml:space="preserve">            double L1 = L1Index &lt; 0 ? Double.NEGATIVE_INFINITY : nums1[L1Index];</w:t>
        <w:br/>
        <w:t xml:space="preserve">            double R1 = L1Index &gt;= m - 1 ? Double.POSITIVE_INFINITY : nums1[L1Index + 1];</w:t>
        <w:br/>
        <w:t xml:space="preserve">            double L2 = L2Index &lt; 0 ? Double.NEGATIVE_INFINITY : nums2[L2Index];</w:t>
        <w:br/>
        <w:t xml:space="preserve">            double R2 = L2Index &gt;= n - 1 ? Double.POSITIVE_INFINITY : nums2[L2Index + 1];</w:t>
        <w:br/>
        <w:t xml:space="preserve">            // If 'L1 &gt; R2', then 'L1' is too far to the right. Narrow the search space</w:t>
        <w:br/>
        <w:t xml:space="preserve">            // toward the left.</w:t>
        <w:br/>
        <w:t xml:space="preserve">            if (L1 &gt; R2) {</w:t>
        <w:br/>
        <w:t xml:space="preserve">                right = L1Index - 1;</w:t>
        <w:br/>
        <w:t xml:space="preserve">            // If 'L2 &gt; R1', then 'L1' is too far to the left. Narrow the search space</w:t>
        <w:br/>
        <w:t xml:space="preserve">            // toward the right.</w:t>
        <w:br/>
        <w:t xml:space="preserve">            } else if (L2 &gt; R1) {</w:t>
        <w:br/>
        <w:t xml:space="preserve">                left = L1Index + 1;</w:t>
        <w:br/>
        <w:t xml:space="preserve">            // If both 'L1' and 'L2' are less than or equal to both 'R1' and 'R2', we</w:t>
        <w:br/>
        <w:t xml:space="preserve">            // found the correct slice.</w:t>
        <w:br/>
        <w:t xml:space="preserve">            } else {</w:t>
        <w:br/>
        <w:t xml:space="preserve">                if ((m + n) % 2 == 0) {</w:t>
        <w:br/>
        <w:t xml:space="preserve">                    return (Math.max(L1, L2) + Math.min(R1, R2)) / 2.0;</w:t>
        <w:br/>
        <w:t xml:space="preserve">                } else {</w:t>
        <w:br/>
        <w:t xml:space="preserve">                    return Math.min(R1, R2);</w:t>
        <w:br/>
        <w:t xml:space="preserve">                }</w:t>
        <w:br/>
        <w:t xml:space="preserve">            }</w:t>
        <w:br/>
        <w:t xml:space="preserve">        }</w:t>
        <w:br/>
        <w:t xml:space="preserve">    }</w:t>
        <w:br/>
        <w:t>}</w:t>
      </w:r>
    </w:p>
    <w:p>
      <w:pPr>
        <w:pStyle w:val="Heading3"/>
        <w:spacing w:before="320" w:after="120"/>
      </w:pPr>
      <w:r>
        <w:t>Complexity Analysis</w:t>
      </w:r>
    </w:p>
    <w:p>
      <w:pPr>
        <w:spacing w:after="160" w:line="276" w:lineRule="auto"/>
      </w:pPr>
      <w:r>
        <w:t>Time complexity:The time complexity offind_the_median_from_two_sorted_arraysisO(log⁡(min(m,n)))O(\log(min(m,n)))O(log(min(m,n)))because we perform binary search over the smaller of the two input arrays.</w:t>
      </w:r>
    </w:p>
    <w:p>
      <w:pPr>
        <w:spacing w:after="160" w:line="276" w:lineRule="auto"/>
      </w:pPr>
      <w:r>
        <w:t>Space complexity:The space complexity isO(1)O(1)O(1).</w:t>
      </w:r>
    </w:p>
    <w:p>
      <w:pPr>
        <w:spacing w:after="160" w:line="276" w:lineRule="auto"/>
      </w:pPr>
      <w:r>
        <w:t>Note: this explanation refers to the two middle values as "median values" to keep things simple. However, it's important to understand that these two values aren't technically "medians," as there's only ever one median. These are just the two values used to calculate the median.</w:t>
      </w:r>
    </w:p>
    <w:p>
      <w:r>
        <w:br w:type="page"/>
      </w:r>
    </w:p>
    <w:p>
      <w:pPr>
        <w:pStyle w:val="Heading1"/>
        <w:spacing w:before="480" w:after="280"/>
      </w:pPr>
      <w:r>
        <w:rPr>
          <w:b/>
          <w:color w:val="008A60"/>
          <w:sz w:val="28"/>
        </w:rPr>
        <w:t>Chapter 35</w:t>
        <w:br/>
      </w:r>
      <w:r>
        <w:rPr>
          <w:b/>
          <w:color w:val="0F172A"/>
          <w:sz w:val="40"/>
        </w:rPr>
        <w:t>Matrix Search</w:t>
      </w:r>
    </w:p>
    <w:p>
      <w:pPr>
        <w:spacing w:before="160" w:after="160"/>
        <w:ind w:left="360"/>
      </w:pPr>
      <w:r>
        <w:rPr>
          <w:rFonts w:ascii="Consolas" w:hAnsi="Consolas"/>
          <w:color w:val="1E293B"/>
          <w:sz w:val="19"/>
        </w:rPr>
        <w:t>Determine if a target value exists in a matrix. Each row of the matrix is sorted in non-decreasing order, and the first value of each row is greater than or equal to the last value of the previous row.Example:ExampleCopyOutput: True</w:t>
        <w:br/>
      </w:r>
    </w:p>
    <w:p>
      <w:pPr>
        <w:pStyle w:val="Heading2"/>
        <w:spacing w:before="320" w:after="120"/>
      </w:pPr>
      <w:r>
        <w:t>Intuition</w:t>
      </w:r>
    </w:p>
    <w:p>
      <w:pPr>
        <w:spacing w:after="160" w:line="276" w:lineRule="auto"/>
      </w:pPr>
      <w:r>
        <w:t>A naive solution to this problem is to linearly scan the matrix until we encounter the target value. However, this isn’t taking advantage of the sorted properties of the matrix.</w:t>
      </w:r>
    </w:p>
    <w:p>
      <w:pPr>
        <w:spacing w:after="160" w:line="276" w:lineRule="auto"/>
      </w:pPr>
      <w:r>
        <w:t>A key observation is that all values in a given row are greater than or equal to all values in the previous row. This indicates the entire matrix can be considered as a single, continuous, sorted sequence of values:</w:t>
      </w:r>
    </w:p>
    <w:p>
      <w:pPr>
        <w:spacing w:after="160" w:line="276" w:lineRule="auto"/>
      </w:pPr>
      <w:r>
        <w:t>If we were able to flatten this matrix into a single, sorted array, we could perform abinary searchon the array. Creating a separate array and populating it with the matrix’s values still takesO(m⋅n)O(m\cdot n)O(m⋅n)time, and also takesO(m⋅n)O(m\cdot n)O(m⋅n)space, wheremmmandnnnare the dimensions of the matrix. Is there a way to perform a binary search on the matrix without flattening it?</w:t>
      </w:r>
    </w:p>
    <w:p>
      <w:pPr>
        <w:spacing w:after="160" w:line="276" w:lineRule="auto"/>
      </w:pPr>
      <w:r>
        <w:t>Let’s map the indexes of the flattened array to their corresponding cells in the matrix:</w:t>
      </w:r>
    </w:p>
    <w:p>
      <w:pPr>
        <w:spacing w:after="160" w:line="276" w:lineRule="auto"/>
      </w:pPr>
      <w:r>
        <w:t>This index mapping would give us a way to access the elements of the matrix in a similar way to how we would access them in the flattened array. To figure out how to do this, let’s find a way to map any cell (r,c) to its corresponding index in the flattened array.</w:t>
      </w:r>
    </w:p>
    <w:p>
      <w:pPr>
        <w:spacing w:after="160" w:line="276" w:lineRule="auto"/>
      </w:pPr>
      <w:r>
        <w:t>Let’s start by examining the mapped indexes of each row of the matrix:</w:t>
      </w:r>
    </w:p>
    <w:p>
      <w:pPr>
        <w:pStyle w:val="ListBullet"/>
      </w:pPr>
      <w:r>
        <w:t>Row 0 starts at index 0.</w:t>
      </w:r>
    </w:p>
    <w:p>
      <w:pPr>
        <w:pStyle w:val="ListBullet"/>
      </w:pPr>
      <w:r>
        <w:t>Row 1 starts at indexn.</w:t>
      </w:r>
    </w:p>
    <w:p>
      <w:pPr>
        <w:pStyle w:val="ListBullet"/>
      </w:pPr>
      <w:r>
        <w:t>Row 2 starts at index 2n.</w:t>
      </w:r>
    </w:p>
    <w:p>
      <w:pPr>
        <w:spacing w:after="160" w:line="276" w:lineRule="auto"/>
      </w:pPr>
      <w:r>
        <w:t>From the above observations, we see a pattern: for any rowr, the first cell of the row corresponds to the indexr⋅n.</w:t>
      </w:r>
    </w:p>
    <w:p>
      <w:pPr>
        <w:spacing w:after="160" w:line="276" w:lineRule="auto"/>
      </w:pPr>
      <w:r>
        <w:t>When we also consider the column valuec, we can conclude that for any cell (r,c), the corresponding index in the flattened array isr⋅n + c.</w:t>
      </w:r>
    </w:p>
    <w:p>
      <w:pPr>
        <w:spacing w:after="160" w:line="276" w:lineRule="auto"/>
      </w:pPr>
      <w:r>
        <w:t>Now that we understand how the 2D matrix maps to the 1D flattened array, let’s work backward to obtain the row and column indexes from an index in the flattened array. Leti = r⋅n + c. The row and column values are:</w:t>
      </w:r>
    </w:p>
    <w:p>
      <w:pPr>
        <w:pStyle w:val="ListBullet"/>
      </w:pPr>
      <w:r>
        <w:t>r = i // n</w:t>
      </w:r>
    </w:p>
    <w:p>
      <w:pPr>
        <w:pStyle w:val="ListBullet"/>
      </w:pPr>
      <w:r>
        <w:t>c = i % n</w:t>
      </w:r>
    </w:p>
    <w:p>
      <w:pPr>
        <w:spacing w:after="160" w:line="276" w:lineRule="auto"/>
      </w:pPr>
      <w:r>
        <w:t>We can see how these are obtained below:</w:t>
      </w:r>
    </w:p>
    <w:p>
      <w:pPr>
        <w:spacing w:after="160" w:line="276" w:lineRule="auto"/>
      </w:pPr>
      <w:r>
        <w:t>Now that we have these formulas, let’s use binary search to find the target.</w:t>
      </w:r>
    </w:p>
    <w:p>
      <w:pPr>
        <w:spacing w:after="160" w:line="276" w:lineRule="auto"/>
      </w:pPr>
      <w:r>
        <w:t>Binary searchTo define thesearch space, we need the first and last indexes of the flattened array. The first index is 0, and the last index ism⋅n - 1. So, we set the left and right pointers to 0 andm⋅n - 1respectively.</w:t>
      </w:r>
    </w:p>
    <w:p>
      <w:pPr>
        <w:spacing w:after="160" w:line="276" w:lineRule="auto"/>
      </w:pPr>
      <w:r>
        <w:t>To figure out how tonarrow the search space, let’s explore an example matrix that contains the target of 21.</w:t>
      </w:r>
    </w:p>
    <w:p>
      <w:pPr>
        <w:spacing w:after="160" w:line="276" w:lineRule="auto"/>
      </w:pPr>
      <w:r>
        <w:t>We can calculate mid using the formula:mid = (left + right) // 2. Then, determine the corresponding row and column values. Here, the value at the midpoint (10) is less than the target, which means the target is to the right of the midpoint. So, let’s narrow the search space toward the right:</w:t>
      </w:r>
    </w:p>
    <w:p>
      <w:pPr>
        <w:spacing w:after="160" w:line="276" w:lineRule="auto"/>
      </w:pPr>
      <w:r>
        <w:t>The new midpoint value is still less than the target, so let’s narrow the search space towards the right:</w:t>
      </w:r>
    </w:p>
    <w:p>
      <w:pPr>
        <w:spacing w:after="160" w:line="276" w:lineRule="auto"/>
      </w:pPr>
      <w:r>
        <w:t>The midpoint value is now larger than the target, which means the target is to the left of the midpoint. So, let’s move the search space to the left:</w:t>
      </w:r>
    </w:p>
    <w:p>
      <w:pPr>
        <w:spacing w:after="160" w:line="276" w:lineRule="auto"/>
      </w:pPr>
      <w:r>
        <w:t>Now, the midpoint is equal to the target, so we return true to conclude the search.</w:t>
      </w:r>
    </w:p>
    <w:p>
      <w:pPr>
        <w:spacing w:after="160" w:line="276" w:lineRule="auto"/>
      </w:pPr>
      <w:r>
        <w:t>Note that ourexit conditionshould bewhile left ≤ rightin order to also examine the above search space whenleft == right.</w:t>
      </w:r>
    </w:p>
    <w:p>
      <w:pPr>
        <w:pStyle w:val="Heading2"/>
        <w:spacing w:before="320" w:after="120"/>
      </w:pPr>
      <w:r>
        <w:t>Implementation</w:t>
      </w:r>
    </w:p>
    <w:p>
      <w:pPr>
        <w:spacing w:before="160" w:after="160"/>
        <w:ind w:left="360"/>
      </w:pPr>
      <w:r>
        <w:rPr>
          <w:rFonts w:ascii="Consolas" w:hAnsi="Consolas"/>
          <w:color w:val="1E293B"/>
          <w:sz w:val="19"/>
        </w:rPr>
        <w:t>PythonJavaScriptJavaCopyfrom typing import List</w:t>
        <w:br/>
        <w:t xml:space="preserve">    </w:t>
        <w:br/>
        <w:t>def matrix_search(matrix: List[List[int]], target: int) -&gt; bool:</w:t>
        <w:br/>
        <w:t xml:space="preserve">    m, n = len(matrix), len(matrix[0])</w:t>
        <w:br/>
        <w:t xml:space="preserve">    left, right = 0, m * n - 1</w:t>
        <w:br/>
        <w:t xml:space="preserve">    # Perform binary search to find the target.</w:t>
        <w:br/>
        <w:t xml:space="preserve">    while left &lt;= right:</w:t>
        <w:br/>
        <w:t xml:space="preserve">        mid = (left + right) // 2</w:t>
        <w:br/>
        <w:t xml:space="preserve">        r, c = mid // n, mid % n</w:t>
        <w:br/>
        <w:t xml:space="preserve">        if matrix[r][c] == target:</w:t>
        <w:br/>
        <w:t xml:space="preserve">            return True</w:t>
        <w:br/>
        <w:t xml:space="preserve">        elif matrix[r][c] &gt; target:</w:t>
        <w:br/>
        <w:t xml:space="preserve">            right = mid - 1</w:t>
        <w:br/>
        <w:t xml:space="preserve">        else:</w:t>
        <w:br/>
        <w:t xml:space="preserve">            left = mid + 1</w:t>
        <w:br/>
        <w:t xml:space="preserve">    return Falsefunction matrixSearch(matrix, target) {</w:t>
        <w:br/>
        <w:t xml:space="preserve">    const m = matrix.length, n = matrix[0].length;</w:t>
        <w:br/>
        <w:t xml:space="preserve">    let left = 0, right = m * n - 1;</w:t>
        <w:br/>
        <w:t xml:space="preserve">    // Perform binary search to find the target.</w:t>
        <w:br/>
        <w:t xml:space="preserve">    while (left &lt;= right) {</w:t>
        <w:br/>
        <w:t xml:space="preserve">        const mid = Math.floor((left + right) / 2);</w:t>
        <w:br/>
        <w:t xml:space="preserve">        const r = Math.floor(mid / n), c = mid % n;</w:t>
        <w:br/>
        <w:t xml:space="preserve">        if (matrix[r][c] === target) {</w:t>
        <w:br/>
        <w:t xml:space="preserve">            return true;</w:t>
        <w:br/>
        <w:t xml:space="preserve">        } else if (matrix[r][c] &gt; target) {</w:t>
        <w:br/>
        <w:t xml:space="preserve">            right = mid - 1;</w:t>
        <w:br/>
        <w:t xml:space="preserve">        } else {</w:t>
        <w:br/>
        <w:t xml:space="preserve">            left = mid + 1;</w:t>
        <w:br/>
        <w:t xml:space="preserve">        }</w:t>
        <w:br/>
        <w:t xml:space="preserve">    }</w:t>
        <w:br/>
        <w:t xml:space="preserve">    return false;</w:t>
        <w:br/>
        <w:t>}public class Solution {</w:t>
        <w:br/>
        <w:t xml:space="preserve">    public boolean matrixSearch(int[][] matrix, int target) {</w:t>
        <w:br/>
        <w:t xml:space="preserve">        int m = matrix.length, n = matrix[0].length;</w:t>
        <w:br/>
        <w:t xml:space="preserve">        int left = 0, right = m * n - 1;</w:t>
        <w:br/>
        <w:t xml:space="preserve">        // Perform binary search to find the target.</w:t>
        <w:br/>
        <w:t xml:space="preserve">        while (left &lt;= right) {</w:t>
        <w:br/>
        <w:t xml:space="preserve">            int mid = left + (right - left) / 2;</w:t>
        <w:br/>
        <w:t xml:space="preserve">            int r = mid / n, c = mid % n;</w:t>
        <w:br/>
        <w:t xml:space="preserve">            if (matrix[r][c] == target) {</w:t>
        <w:br/>
        <w:t xml:space="preserve">                return true;</w:t>
        <w:br/>
        <w:t xml:space="preserve">            } else if (matrix[r][c] &gt; target) {</w:t>
        <w:br/>
        <w:t xml:space="preserve">                right = mid - 1;</w:t>
        <w:br/>
        <w:t xml:space="preserve">            } else {</w:t>
        <w:br/>
        <w:t xml:space="preserve">                left = mid + 1;</w:t>
        <w:br/>
        <w:t xml:space="preserve">            }</w:t>
        <w:br/>
        <w:t xml:space="preserve">        }</w:t>
        <w:br/>
        <w:t xml:space="preserve">        return false;</w:t>
        <w:br/>
        <w:t xml:space="preserve">    }</w:t>
        <w:br/>
        <w:t>}</w:t>
      </w:r>
    </w:p>
    <w:p>
      <w:pPr>
        <w:pStyle w:val="Heading3"/>
        <w:spacing w:before="320" w:after="120"/>
      </w:pPr>
      <w:r>
        <w:t>Complexity Analysis</w:t>
      </w:r>
    </w:p>
    <w:p>
      <w:pPr>
        <w:spacing w:after="160" w:line="276" w:lineRule="auto"/>
      </w:pPr>
      <w:r>
        <w:t>Time complexity:The time complexity ofmatrix_searchisO(log⁡(m⋅n))O(\log(m\cdot n))O(log(m⋅n))because it performs a binary search over a search space of sizem⋅nm\cdot nm⋅n.</w:t>
      </w:r>
    </w:p>
    <w:p>
      <w:pPr>
        <w:spacing w:after="160" w:line="276" w:lineRule="auto"/>
      </w:pPr>
      <w:r>
        <w:t>Space complexity:The space complexity isO(1)O(1)O(1).</w:t>
      </w:r>
    </w:p>
    <w:p>
      <w:r>
        <w:br w:type="page"/>
      </w:r>
    </w:p>
    <w:p>
      <w:pPr>
        <w:pStyle w:val="Heading1"/>
        <w:spacing w:before="480" w:after="280"/>
      </w:pPr>
      <w:r>
        <w:rPr>
          <w:b/>
          <w:color w:val="008A60"/>
          <w:sz w:val="28"/>
        </w:rPr>
        <w:t>Chapter 36</w:t>
        <w:br/>
      </w:r>
      <w:r>
        <w:rPr>
          <w:b/>
          <w:color w:val="0F172A"/>
          <w:sz w:val="40"/>
        </w:rPr>
        <w:t>Local Maxima in Array</w:t>
      </w:r>
    </w:p>
    <w:p>
      <w:pPr>
        <w:spacing w:before="160" w:after="160"/>
        <w:ind w:left="360"/>
      </w:pPr>
      <w:r>
        <w:rPr>
          <w:rFonts w:ascii="Consolas" w:hAnsi="Consolas"/>
          <w:color w:val="1E293B"/>
          <w:sz w:val="19"/>
        </w:rPr>
        <w:t>A local maxima is a value greater than both its immediate neighbors. Return any local maxima in an array. You may assume that an element is always considered to be strictly greater than a neighbor that is outside the array.Example:ExampleCopyInput: nums = [1, 4, 3, 2, 3]</w:t>
        <w:br/>
        <w:t>Output: 1 # index 4 is also acceptable</w:t>
        <w:br/>
        <w:t>Constraints:</w:t>
        <w:br/>
        <w:t>No two adjacent elements in the array are equal.</w:t>
        <w:br/>
      </w:r>
    </w:p>
    <w:p>
      <w:pPr>
        <w:pStyle w:val="Heading2"/>
        <w:spacing w:before="320" w:after="120"/>
      </w:pPr>
      <w:r>
        <w:t>Intuition</w:t>
      </w:r>
    </w:p>
    <w:p>
      <w:pPr>
        <w:spacing w:after="160" w:line="276" w:lineRule="auto"/>
      </w:pPr>
      <w:r>
        <w:t>A naive way to solve this problem is to linearly search for a local maxima by iteratively comparing each value to its neighbors and returning the first local maxima we find. A linear solution isn't terrible, but since we can returnanymaxima, there’s likely a more efficient approach.</w:t>
      </w:r>
    </w:p>
    <w:p>
      <w:pPr>
        <w:spacing w:after="160" w:line="276" w:lineRule="auto"/>
      </w:pPr>
      <w:r>
        <w:t>The first important thing to notice is that since this is an array with no adjacent duplicates, it will always contain at least one local maxima. If it's not at one of the edges of the array, there'll be at least one somewhere in the middle:</w:t>
      </w:r>
    </w:p>
    <w:p>
      <w:pPr>
        <w:spacing w:after="160" w:line="276" w:lineRule="auto"/>
      </w:pPr>
      <w:r>
        <w:t>Now, let's say we're at some random index in the array, indexi. An interesting observation is that if the next number (at indexi + 1) is greater than the current, there’s definitely a local maxima somewhere to the right ofi. This is because the two points at indexiandi + 1form anascending slope, and this slope would be heading upwards towards some maxima:</w:t>
      </w:r>
    </w:p>
    <w:p>
      <w:pPr>
        <w:spacing w:after="160" w:line="276" w:lineRule="auto"/>
      </w:pPr>
      <w:r>
        <w:t>The opposite applies if pointsiandi + 1form adescending slope. This would imply a maxima exists somewhere to the left or ati. Notice here that the point at indexiitself could be a maxima too:</w:t>
      </w:r>
    </w:p>
    <w:p>
      <w:pPr>
        <w:spacing w:after="160" w:line="276" w:lineRule="auto"/>
      </w:pPr>
      <w:r>
        <w:t>Once we know whether a local maxima exists to the left or to the right, we can continue searching in that direction until we find it. In other words, we narrow our search toward the direction of the maxima. Doesn't this type of reasoning sound similar to how we narrow search space in a binary search? This indicates that it might be possible to find a local maxima using binary search.</w:t>
      </w:r>
    </w:p>
    <w:p>
      <w:pPr>
        <w:spacing w:after="160" w:line="276" w:lineRule="auto"/>
      </w:pPr>
      <w:r>
        <w:t>Binary searchFirst, let’s define thesearch space. A local maxima could exist at any index of the array. So, the search space should encompass the entire array.</w:t>
      </w:r>
    </w:p>
    <w:p>
      <w:pPr>
        <w:spacing w:after="160" w:line="276" w:lineRule="auto"/>
      </w:pPr>
      <w:r>
        <w:t>To figure out how wenarrow the search space, let’s use the below example, setting left and right pointers at the boundaries of the array:</w:t>
      </w:r>
    </w:p>
    <w:p>
      <w:pPr>
        <w:spacing w:after="160" w:line="276" w:lineRule="auto"/>
      </w:pPr>
      <w:r>
        <w:t>The midpoint is initially set at index 3, which forms a descending slope with its right neighbor sincenums[mid] &gt; nums[mid + 1]. This suggests that either a maxima exists to the left of index 3 or that index 3 itself is a maxima). So, we should continue our search to the left, while including the midpoint in the search space:</w:t>
      </w:r>
    </w:p>
    <w:p>
      <w:pPr>
        <w:spacing w:after="160" w:line="276" w:lineRule="auto"/>
      </w:pPr>
      <w:r>
        <w:t>The next midpoint is set at index 1, which forms an ascending slope with its right neighbor sincenums[mid] &lt; nums[mid + 1]. This suggests that a maxima exists somewhere to the right of the midpoint. So, let’s continue the search to the right, while excluding the midpoint:</w:t>
      </w:r>
    </w:p>
    <w:p>
      <w:pPr>
        <w:spacing w:after="160" w:line="276" w:lineRule="auto"/>
      </w:pPr>
      <w:r>
        <w:t>The next midpoint is set at index 2, which forms a descending slope with its right neighbor. So, we continue by searching to the left, while including the midpoint:</w:t>
      </w:r>
    </w:p>
    <w:p>
      <w:pPr>
        <w:spacing w:after="160" w:line="276" w:lineRule="auto"/>
      </w:pPr>
      <w:r>
        <w:t>Now that the left and right pointers have met, locating index 2 as a local maxima, we return this maxima’s index (left).</w:t>
      </w:r>
    </w:p>
    <w:p>
      <w:pPr>
        <w:spacing w:after="160" w:line="276" w:lineRule="auto"/>
      </w:pPr>
      <w:r>
        <w:t>SummaryCase 1: The midpoint forms a descending slope with its right neighbor, indicating the midpoint is a local maxima, or that a local maxima exists to the left. Narrow the search space toward the left while including the midpoint:</w:t>
      </w:r>
    </w:p>
    <w:p>
      <w:pPr>
        <w:spacing w:after="160" w:line="276" w:lineRule="auto"/>
      </w:pPr>
      <w:r>
        <w:t>Case 2: The midpoint forms an ascending slope with its right neighbor, indicating a local maxima exists to the right. Narrow the search space toward the right while excluding the midpoint:</w:t>
      </w:r>
    </w:p>
    <w:p>
      <w:pPr>
        <w:pStyle w:val="Heading2"/>
        <w:spacing w:before="320" w:after="120"/>
      </w:pPr>
      <w:r>
        <w:t>Implementation</w:t>
      </w:r>
    </w:p>
    <w:p>
      <w:pPr>
        <w:spacing w:before="160" w:after="160"/>
        <w:ind w:left="360"/>
      </w:pPr>
      <w:r>
        <w:rPr>
          <w:rFonts w:ascii="Consolas" w:hAnsi="Consolas"/>
          <w:color w:val="1E293B"/>
          <w:sz w:val="19"/>
        </w:rPr>
        <w:t>PythonJavaScriptJavaCopyfrom typing import List</w:t>
        <w:br/>
        <w:t xml:space="preserve">    </w:t>
        <w:br/>
        <w:t>def local_maxima_in_array(nums: List[int]) -&gt; int:</w:t>
        <w:br/>
        <w:t xml:space="preserve">    left, right = 0, len(nums) - 1</w:t>
        <w:br/>
        <w:t xml:space="preserve">    while left &lt; right:</w:t>
        <w:br/>
        <w:t xml:space="preserve">        mid = (left + right) // 2</w:t>
        <w:br/>
        <w:t xml:space="preserve">        if nums[mid] &gt; nums[mid + 1]:</w:t>
        <w:br/>
        <w:t xml:space="preserve">            right = mid</w:t>
        <w:br/>
        <w:t xml:space="preserve">        else:</w:t>
        <w:br/>
        <w:t xml:space="preserve">            left = mid + 1</w:t>
        <w:br/>
        <w:t xml:space="preserve">    return leftfunction localMaximaInArray(nums) {</w:t>
        <w:br/>
        <w:t xml:space="preserve">    let left = 0, right = nums.length - 1;</w:t>
        <w:br/>
        <w:t xml:space="preserve">    while (left &lt; right) {</w:t>
        <w:br/>
        <w:t xml:space="preserve">        const mid = Math.floor((left + right) / 2);</w:t>
        <w:br/>
        <w:t xml:space="preserve">        if (nums[mid] &gt; nums[mid + 1]) {</w:t>
        <w:br/>
        <w:t xml:space="preserve">            right = mid;</w:t>
        <w:br/>
        <w:t xml:space="preserve">        } else {</w:t>
        <w:br/>
        <w:t xml:space="preserve">            left = mid + 1;</w:t>
        <w:br/>
        <w:t xml:space="preserve">        }</w:t>
        <w:br/>
        <w:t xml:space="preserve">    }</w:t>
        <w:br/>
        <w:t xml:space="preserve">    return left;</w:t>
        <w:br/>
        <w:t>}public class Solution {</w:t>
        <w:br/>
        <w:t xml:space="preserve">    public int localMaximaInArray(int[] nums) {</w:t>
        <w:br/>
        <w:t xml:space="preserve">        int left = 0, right = nums.length - 1;</w:t>
        <w:br/>
        <w:t xml:space="preserve">        while (left &lt; right) {</w:t>
        <w:br/>
        <w:t xml:space="preserve">            int mid = left + (right - left) / 2;</w:t>
        <w:br/>
        <w:t xml:space="preserve">            if (nums[mid] &gt; nums[mid + 1]) {</w:t>
        <w:br/>
        <w:t xml:space="preserve">                right = mid;</w:t>
        <w:br/>
        <w:t xml:space="preserve">            } else {</w:t>
        <w:br/>
        <w:t xml:space="preserve">                left = mid + 1;</w:t>
        <w:br/>
        <w:t xml:space="preserve">            }</w:t>
        <w:br/>
        <w:t xml:space="preserve">        }</w:t>
        <w:br/>
        <w:t xml:space="preserve">        return left;</w:t>
        <w:br/>
        <w:t xml:space="preserve">    }</w:t>
        <w:br/>
        <w:t>}</w:t>
      </w:r>
    </w:p>
    <w:p>
      <w:pPr>
        <w:pStyle w:val="Heading3"/>
        <w:spacing w:before="320" w:after="120"/>
      </w:pPr>
      <w:r>
        <w:t>Complexity Analysis</w:t>
      </w:r>
    </w:p>
    <w:p>
      <w:pPr>
        <w:spacing w:after="160" w:line="276" w:lineRule="auto"/>
      </w:pPr>
      <w:r>
        <w:t>Time complexity:The time complexity oflocal_maxima_in_arrayisO(log⁡(n))O(\log(n))O(log(n)), wherennndenotes the length of the array. This is because we use binary search to find a local maxima.</w:t>
      </w:r>
    </w:p>
    <w:p>
      <w:pPr>
        <w:spacing w:after="160" w:line="276" w:lineRule="auto"/>
      </w:pPr>
      <w:r>
        <w:t>Space complexity:The space complexity isO(1)O(1)O(1).</w:t>
      </w:r>
    </w:p>
    <w:p>
      <w:r>
        <w:br w:type="page"/>
      </w:r>
    </w:p>
    <w:p>
      <w:pPr>
        <w:pStyle w:val="Heading1"/>
        <w:spacing w:before="480" w:after="280"/>
      </w:pPr>
      <w:r>
        <w:rPr>
          <w:b/>
          <w:color w:val="008A60"/>
          <w:sz w:val="28"/>
        </w:rPr>
        <w:t>Chapter 37</w:t>
        <w:br/>
      </w:r>
      <w:r>
        <w:rPr>
          <w:b/>
          <w:color w:val="0F172A"/>
          <w:sz w:val="40"/>
        </w:rPr>
        <w:t>Weighted Random Selection</w:t>
      </w:r>
    </w:p>
    <w:p>
      <w:pPr>
        <w:spacing w:before="160" w:after="160"/>
        <w:ind w:left="360"/>
      </w:pPr>
      <w:r>
        <w:rPr>
          <w:rFonts w:ascii="Consolas" w:hAnsi="Consolas"/>
          <w:color w:val="1E293B"/>
          <w:sz w:val="19"/>
        </w:rPr>
        <w:t>Given an array of items, each with a corresponding weight, implement a function that randomly selects an item from the array, where the probability of selecting any item is proportional to its weight.In other words, the probability of picking the item at index i is:</w:t>
        <w:br/>
        <w:t>weights[i] / sum(weights).Return the index of the selected item.Example:ExampleCopyInput: weights = [3, 1, 2, 4]</w:t>
        <w:br/>
        <w:t>Explanation:</w:t>
        <w:br/>
        <w:t>sum(weights) = 10</w:t>
        <w:br/>
        <w:t>3 has a 3/10 probability of being selected.</w:t>
        <w:br/>
        <w:t>1 has a 1/10 probability of being selected.</w:t>
        <w:br/>
        <w:t>2 has a 2/10 probability of being selected.</w:t>
        <w:br/>
        <w:t>4 has a 4/10 probability of being selected.</w:t>
        <w:br/>
        <w:t>For example, we expect index 0 to be returned 30% of the time.Constraints:</w:t>
        <w:br/>
        <w:t>The weights array contains at least one element.</w:t>
        <w:br/>
      </w:r>
    </w:p>
    <w:p>
      <w:pPr>
        <w:pStyle w:val="Heading2"/>
        <w:spacing w:before="320" w:after="120"/>
      </w:pPr>
      <w:r>
        <w:t>Intuition</w:t>
      </w:r>
    </w:p>
    <w:p>
      <w:pPr>
        <w:spacing w:after="160" w:line="276" w:lineRule="auto"/>
      </w:pPr>
      <w:r>
        <w:t>A completely uniform random selection implies every index has an equal chance of being selected. Aweightedrandom selection means some items are more likely to be picked than others. If we repeatedly perform a random selection many times, the frequency of each index being picked will match their expected probabilities.</w:t>
      </w:r>
    </w:p>
    <w:p>
      <w:pPr>
        <w:spacing w:after="160" w:line="276" w:lineRule="auto"/>
      </w:pPr>
      <w:r>
        <w:t>The challenge with this problem is determining a method to randomly select an index based on its probability.</w:t>
      </w:r>
    </w:p>
    <w:p>
      <w:pPr>
        <w:spacing w:after="160" w:line="276" w:lineRule="auto"/>
      </w:pPr>
      <w:r>
        <w:t>Let’s say we had weights 1 and 4 for indexes 0 and 1, respectively:</w:t>
      </w:r>
    </w:p>
    <w:p>
      <w:pPr>
        <w:spacing w:after="160" w:line="276" w:lineRule="auto"/>
      </w:pPr>
      <w:r>
        <w:t>Here, index 1 should be selected with a probability of 4/5, significantly higher than index 0’s probability of 1/5:</w:t>
      </w:r>
    </w:p>
    <w:p>
      <w:pPr>
        <w:spacing w:after="160" w:line="276" w:lineRule="auto"/>
      </w:pPr>
      <w:r>
        <w:t>A useful observation is that all probabilities have the same denominator (which is 5 in this case). Now, imagine we had a line with the same length as this denominator, and we divided this line into two segments of size 1 and 4, respectively:</w:t>
      </w:r>
    </w:p>
    <w:p>
      <w:pPr>
        <w:spacing w:after="160" w:line="276" w:lineRule="auto"/>
      </w:pPr>
      <w:r>
        <w:t>If we were to randomly pick a number on this line, we’d pick the first segment with a probability of 1/5 and the second segment 4/5 times. Now, imagine index 0 represents the first segment, and index 1 represents the second segment:</w:t>
      </w:r>
    </w:p>
    <w:p>
      <w:pPr>
        <w:spacing w:after="160" w:line="276" w:lineRule="auto"/>
      </w:pPr>
      <w:r>
        <w:t>If werandomly select a number on this line, we’ll select index 0 with a probability of 1/5, and index 1 with a probability of 4/5. This reflects their expected probabilities.</w:t>
      </w:r>
    </w:p>
    <w:p>
      <w:pPr>
        <w:spacing w:after="160" w:line="276" w:lineRule="auto"/>
      </w:pPr>
      <w:r>
        <w:t>What we need now is a way to identify which numbers on the number line correspond to which index so that when we pick a random number on this line, we know which index to return.</w:t>
      </w:r>
    </w:p>
    <w:p>
      <w:pPr>
        <w:spacing w:after="160" w:line="276" w:lineRule="auto"/>
      </w:pPr>
      <w:r>
        <w:t>Before we continue, let’s establish the definitions of terms used in this explanation:</w:t>
      </w:r>
    </w:p>
    <w:p>
      <w:pPr>
        <w:pStyle w:val="ListBullet"/>
      </w:pPr>
      <w:r>
        <w:t>“Weights” refers to the values of the elements in the weights array.</w:t>
      </w:r>
    </w:p>
    <w:p>
      <w:pPr>
        <w:pStyle w:val="ListBullet"/>
      </w:pPr>
      <w:r>
        <w:t>“Indexes” refers to the indexes of the weights array.</w:t>
      </w:r>
    </w:p>
    <w:p>
      <w:pPr>
        <w:pStyle w:val="ListBullet"/>
      </w:pPr>
      <w:r>
        <w:t>“Numbers” or “numbers on the number line” refers to the numbers from 1 to sum(weights).</w:t>
      </w:r>
    </w:p>
    <w:p>
      <w:pPr>
        <w:spacing w:after="160" w:line="276" w:lineRule="auto"/>
      </w:pPr>
      <w:r>
        <w:t>Determining which numbers on the number line correspond to which indexesAs mentioned before, to know which index to return, we need a way to tell which index our random number line number corresponds to. Consider a larger distribution of weights:</w:t>
      </w:r>
    </w:p>
    <w:p>
      <w:pPr>
        <w:spacing w:after="160" w:line="276" w:lineRule="auto"/>
      </w:pPr>
      <w:r>
        <w:t>One strategy is to use a hash map. In this hash map, each number on the line is a key, and its corresponding index is the value:</w:t>
      </w:r>
    </w:p>
    <w:p>
      <w:pPr>
        <w:spacing w:after="160" w:line="276" w:lineRule="auto"/>
      </w:pPr>
      <w:r>
        <w:t>This method uses a lot of space because we need to store a key-value pair for each number on the number line. Let's consider some other more space-efficient methods.</w:t>
      </w:r>
    </w:p>
    <w:p>
      <w:pPr>
        <w:spacing w:after="160" w:line="276" w:lineRule="auto"/>
      </w:pPr>
      <w:r>
        <w:t>A more efficient strategy is to store only theendpoints of each segmentinstead.</w:t>
      </w:r>
    </w:p>
    <w:p>
      <w:pPr>
        <w:spacing w:after="160" w:line="276" w:lineRule="auto"/>
      </w:pPr>
      <w:r>
        <w:t>Naturally, the endpoint of a segment marks where that segment ends. It also helps us know where the next segment begins, as each new segment starts right after the previous one ends. This way, we can determine the start and end of each index’s segment.</w:t>
      </w:r>
    </w:p>
    <w:p>
      <w:pPr>
        <w:spacing w:after="160" w:line="276" w:lineRule="auto"/>
      </w:pPr>
      <w:r>
        <w:t>By storing only the endpoints, we need to keep justnvalues, one for each endpoint. When storing these endpoints in an array, the array index of each endpoint is the same as its index value on the number line:</w:t>
      </w:r>
    </w:p>
    <w:p>
      <w:pPr>
        <w:spacing w:after="160" w:line="276" w:lineRule="auto"/>
      </w:pPr>
      <w:r>
        <w:t>The question now is, how do we find these endpoints?</w:t>
      </w:r>
    </w:p>
    <w:p>
      <w:pPr>
        <w:spacing w:after="160" w:line="276" w:lineRule="auto"/>
      </w:pPr>
      <w:r>
        <w:t>Obtaining the endpoints of each index’s segment on the lineA key observation is that the endpoint of a segment is equal to the length of all previous segments, plus the length of the current segment. We can see how this works below:</w:t>
      </w:r>
    </w:p>
    <w:p>
      <w:pPr>
        <w:spacing w:after="160" w:line="276" w:lineRule="auto"/>
      </w:pPr>
      <w:r>
        <w:t>This demonstrates that each endpoint is a cumulative sum, suggesting we can obtain the endpoint of each segment by obtaining theprefix sumsof the array of weights:</w:t>
      </w:r>
    </w:p>
    <w:p>
      <w:pPr>
        <w:spacing w:after="160" w:line="276" w:lineRule="auto"/>
      </w:pPr>
      <w:r>
        <w:t>As we can see, the prefix sums array stores the endpoint of each segment.</w:t>
      </w:r>
    </w:p>
    <w:p>
      <w:pPr>
        <w:spacing w:after="160" w:line="276" w:lineRule="auto"/>
      </w:pPr>
      <w:r>
        <w:t>Now, let's see how the prefix sums array helps us. When we pick a random number from 1 to 10, we need to determine which index it corresponds to using the prefix sum array. Let's see how we can do this.</w:t>
      </w:r>
    </w:p>
    <w:p>
      <w:pPr>
        <w:spacing w:after="160" w:line="276" w:lineRule="auto"/>
      </w:pPr>
      <w:r>
        <w:t>Using the prefix sums to determine which numbers correspond to which indexesLet’s say we pick a random number from 1 to 10 and get 5. How can we use the prefix sum array to determine which index that 5 corresponds to? To determine the segment, we’ll need to find its corresponding endpoint. We know that:</w:t>
      </w:r>
    </w:p>
    <w:p>
      <w:pPr>
        <w:pStyle w:val="ListBullet"/>
      </w:pPr>
      <w:r>
        <w:t>Either 5 itself is the endpoint, since 5 could be the endpoint of its own segment, or:</w:t>
      </w:r>
    </w:p>
    <w:p>
      <w:pPr>
        <w:pStyle w:val="ListBullet"/>
      </w:pPr>
      <w:r>
        <w:t>The endpoint is somewhere to the right of 5 since its endpoint cannot be to the left.</w:t>
      </w:r>
    </w:p>
    <w:p>
      <w:pPr>
        <w:spacing w:after="160" w:line="276" w:lineRule="auto"/>
      </w:pPr>
      <w:r>
        <w:t>Among all the endpoints to the right of 5, the closest one to 5 will be the endpoint of its segment. Endpoints farther away belong to different segments:</w:t>
      </w:r>
    </w:p>
    <w:p>
      <w:pPr>
        <w:spacing w:after="160" w:line="276" w:lineRule="auto"/>
      </w:pPr>
      <w:r>
        <w:t>This means for any target, we’re looking for thefirst prefix sum (endpoint) greater than or equal to the target. Below, we can see which prefix sum first meets this condition for a target of 5:</w:t>
      </w:r>
    </w:p>
    <w:p>
      <w:pPr>
        <w:spacing w:after="160" w:line="276" w:lineRule="auto"/>
      </w:pPr>
      <w:r>
        <w:t>As we can see, the first prefix sum that satisfies this condition is the same as the lower-bound prefix sum that satisfies this condition. Therefore, we can perform alower-bound binary searchto find it.</w:t>
      </w:r>
    </w:p>
    <w:p>
      <w:pPr>
        <w:spacing w:after="160" w:line="276" w:lineRule="auto"/>
      </w:pPr>
      <w:r>
        <w:t>Let’s see how this works over our example with a random target of 5. Thesearch spaceshould encompass all prefix sum values:</w:t>
      </w:r>
    </w:p>
    <w:p>
      <w:pPr>
        <w:spacing w:after="160" w:line="276" w:lineRule="auto"/>
      </w:pPr>
      <w:r>
        <w:t>Let’s begin narrowing the search space. Remember that we’re looking for the lower-bound prefix sum which satisfies the conditionprefix_sums[mid] ≥ target.</w:t>
      </w:r>
    </w:p>
    <w:p>
      <w:pPr>
        <w:spacing w:after="160" w:line="276" w:lineRule="auto"/>
      </w:pPr>
      <w:r>
        <w:t>The initial midpoint value is 4, which is less than the target of 5. This means the lower bound is somewhere to the right of the midpoint, so let’s narrow the search space toward the right:</w:t>
      </w:r>
    </w:p>
    <w:p>
      <w:pPr>
        <w:spacing w:after="160" w:line="276" w:lineRule="auto"/>
      </w:pPr>
      <w:r>
        <w:t>The midpoint value is now 6, which is greater than the target. This midpoint satisfies our condition, so it could be the lower bound. If it isn’t, then the lower bound is somewhere further to the left. So, let’s narrow the search space toward the left while including the midpoint:</w:t>
      </w:r>
    </w:p>
    <w:p>
      <w:pPr>
        <w:spacing w:after="160" w:line="276" w:lineRule="auto"/>
      </w:pPr>
      <w:r>
        <w:t>Now, the left and right pointers have met with the search space consisting of a single value which represents the lower bound. So, we can exit the binary search and return the index that corresponds to this prefix sum: left:</w:t>
      </w:r>
    </w:p>
    <w:p>
      <w:pPr>
        <w:pStyle w:val="Heading2"/>
        <w:spacing w:before="320" w:after="120"/>
      </w:pPr>
      <w:r>
        <w:t>Implementation</w:t>
      </w:r>
    </w:p>
    <w:p>
      <w:pPr>
        <w:spacing w:before="160" w:after="160"/>
        <w:ind w:left="360"/>
      </w:pPr>
      <w:r>
        <w:rPr>
          <w:rFonts w:ascii="Consolas" w:hAnsi="Consolas"/>
          <w:color w:val="1E293B"/>
          <w:sz w:val="19"/>
        </w:rPr>
        <w:t>PythonJavaScriptJavaCopyfrom typing import List</w:t>
        <w:br/>
        <w:t>import random</w:t>
        <w:br/>
        <w:t xml:space="preserve">    </w:t>
        <w:br/>
        <w:t>class WeightedRandomSelection:</w:t>
        <w:br/>
        <w:t xml:space="preserve">    def __init__(self, weights: List[int]):</w:t>
        <w:br/>
        <w:t xml:space="preserve">        self.prefix_sums = [weights[0]]</w:t>
        <w:br/>
        <w:t xml:space="preserve">        for i in range(1, len(weights)):</w:t>
        <w:br/>
        <w:t xml:space="preserve">            self.prefix_sums.append(self.prefix_sums[-1] + weights[i])</w:t>
        <w:br/>
        <w:t xml:space="preserve">      </w:t>
        <w:br/>
        <w:t xml:space="preserve">    def select(self) -&gt; int:</w:t>
        <w:br/>
        <w:t xml:space="preserve">        # Pick a random target between 1 and the largest endpoint on the number</w:t>
        <w:br/>
        <w:t xml:space="preserve">        # line.</w:t>
        <w:br/>
        <w:t xml:space="preserve">        target = random.randint(1, self.prefix_sums[-1])</w:t>
        <w:br/>
        <w:t xml:space="preserve">        left, right = 0, len(self.prefix_sums) - 1</w:t>
        <w:br/>
        <w:t xml:space="preserve">        # Perform lower-bound binary search to find which endpoint (i.e., prefix</w:t>
        <w:br/>
        <w:t xml:space="preserve">        # sum value) corresponds to the target.</w:t>
        <w:br/>
        <w:t xml:space="preserve">        while left &lt; right:</w:t>
        <w:br/>
        <w:t xml:space="preserve">            mid = (left + right) // 2</w:t>
        <w:br/>
        <w:t xml:space="preserve">            if self.prefix_sums[mid] &lt; target:</w:t>
        <w:br/>
        <w:t xml:space="preserve">                left = mid + 1</w:t>
        <w:br/>
        <w:t xml:space="preserve">            else:</w:t>
        <w:br/>
        <w:t xml:space="preserve">                right = mid</w:t>
        <w:br/>
        <w:t xml:space="preserve">        return leftclass WeightedRandomSelection {</w:t>
        <w:br/>
        <w:t xml:space="preserve">    constructor(weights) {</w:t>
        <w:br/>
        <w:t xml:space="preserve">        this.prefixSums = [weights[0]];</w:t>
        <w:br/>
        <w:t xml:space="preserve">        for (let i = 1; i &lt; weights.length; i++) {</w:t>
        <w:br/>
        <w:t xml:space="preserve">            this.prefixSums.push(this.prefixSums[this.prefixSums.length - 1] + weights[i]);</w:t>
        <w:br/>
        <w:t xml:space="preserve">        }</w:t>
        <w:br/>
        <w:t xml:space="preserve">    }</w:t>
        <w:br/>
        <w:br/>
        <w:t xml:space="preserve">    select() {</w:t>
        <w:br/>
        <w:t xml:space="preserve">        // Pick a random target between 1 and the largest endpoint on the number</w:t>
        <w:br/>
        <w:t xml:space="preserve">        // line.</w:t>
        <w:br/>
        <w:t xml:space="preserve">        const total = this.prefixSums[this.prefixSums.length - 1];</w:t>
        <w:br/>
        <w:t xml:space="preserve">        const target = Math.floor(Math.random() * total) + 1;</w:t>
        <w:br/>
        <w:t xml:space="preserve">        let left = 0, right = this.prefixSums.length - 1;</w:t>
        <w:br/>
        <w:t xml:space="preserve">        // Perform lower-bound binary search to find which endpoint (i.e., prefix</w:t>
        <w:br/>
        <w:t xml:space="preserve">        // sum value) corresponds to the target.</w:t>
        <w:br/>
        <w:t xml:space="preserve">        while (left &lt; right) {</w:t>
        <w:br/>
        <w:t xml:space="preserve">            const mid = Math.floor((left + right) / 2);</w:t>
        <w:br/>
        <w:t xml:space="preserve">            if (this.prefixSums[mid] &lt; target) {</w:t>
        <w:br/>
        <w:t xml:space="preserve">                left = mid + 1;</w:t>
        <w:br/>
        <w:t xml:space="preserve">            } else {</w:t>
        <w:br/>
        <w:t xml:space="preserve">                right = mid;</w:t>
        <w:br/>
        <w:t xml:space="preserve">            }</w:t>
        <w:br/>
        <w:t xml:space="preserve">        }</w:t>
        <w:br/>
        <w:t xml:space="preserve">        return left;</w:t>
        <w:br/>
        <w:t xml:space="preserve">    }</w:t>
        <w:br/>
        <w:t>}import java.util.Random;</w:t>
        <w:br/>
        <w:br/>
        <w:t>public class WeightedRandomSelection {</w:t>
        <w:br/>
        <w:t xml:space="preserve">    private int[] prefixSums;</w:t>
        <w:br/>
        <w:t xml:space="preserve">    private Random random;</w:t>
        <w:br/>
        <w:br/>
        <w:t xml:space="preserve">    public WeightedRandomSelection(int[] weights) {</w:t>
        <w:br/>
        <w:t xml:space="preserve">        this.random = new Random();</w:t>
        <w:br/>
        <w:t xml:space="preserve">        this.prefixSums = new int[weights.length];</w:t>
        <w:br/>
        <w:t xml:space="preserve">        this.prefixSums[0] = weights[0];</w:t>
        <w:br/>
        <w:t xml:space="preserve">        for (int i = 1; i &lt; weights.length; i++) {</w:t>
        <w:br/>
        <w:t xml:space="preserve">            this.prefixSums[i] = this.prefixSums[i - 1] + weights[i];</w:t>
        <w:br/>
        <w:t xml:space="preserve">        }</w:t>
        <w:br/>
        <w:t xml:space="preserve">    }</w:t>
        <w:br/>
        <w:br/>
        <w:t xml:space="preserve">    public int select() {</w:t>
        <w:br/>
        <w:t xml:space="preserve">        // Pick a random target between 1 and the largest endpoint on the number</w:t>
        <w:br/>
        <w:t xml:space="preserve">        // line.</w:t>
        <w:br/>
        <w:t xml:space="preserve">        int target = random.nextInt(this.prefixSums[this.prefixSums.length - 1]) + 1;</w:t>
        <w:br/>
        <w:t xml:space="preserve">        int left = 0, right = this.prefixSums.length - 1;</w:t>
        <w:br/>
        <w:t xml:space="preserve">        // Perform lower-bound binary search to find which endpoint (i.e., prefix</w:t>
        <w:br/>
        <w:t xml:space="preserve">        // sum value) corresponds to the target.</w:t>
        <w:br/>
        <w:t xml:space="preserve">        while (left &lt; right) {</w:t>
        <w:br/>
        <w:t xml:space="preserve">            int mid = left + (right - left) / 2;</w:t>
        <w:br/>
        <w:t xml:space="preserve">            if (this.prefixSums[mid] &lt; target) {</w:t>
        <w:br/>
        <w:t xml:space="preserve">                left = mid + 1;</w:t>
        <w:br/>
        <w:t xml:space="preserve">            } else {</w:t>
        <w:br/>
        <w:t xml:space="preserve">                right = mid;</w:t>
        <w:br/>
        <w:t xml:space="preserve">            }</w:t>
        <w:br/>
        <w:t xml:space="preserve">        }</w:t>
        <w:br/>
        <w:t xml:space="preserve">        return left;</w:t>
        <w:br/>
        <w:t xml:space="preserve">    }</w:t>
        <w:br/>
        <w:t>}</w:t>
      </w:r>
    </w:p>
    <w:p>
      <w:pPr>
        <w:pStyle w:val="Heading3"/>
        <w:spacing w:before="320" w:after="120"/>
      </w:pPr>
      <w:r>
        <w:t>Complexity Analysis</w:t>
      </w:r>
    </w:p>
    <w:p>
      <w:pPr>
        <w:spacing w:after="160" w:line="276" w:lineRule="auto"/>
      </w:pPr>
      <w:r>
        <w:t>Time complexity:The time complexity of the constructor isO(n)O(n)O(n)because we iterate through each weight in the weights array once. The time complexity of select isO(log⁡(n))O(\log(n))O(log(n))since we perform binary search over theprefix_sumsarray.</w:t>
      </w:r>
    </w:p>
    <w:p>
      <w:pPr>
        <w:spacing w:after="160" w:line="276" w:lineRule="auto"/>
      </w:pPr>
      <w:r>
        <w:t>Space complexity:The space complexity of the constructor isO(n)O(n)O(n)due to theprefix_sumsarray. The space complexity of select isO(1)O(1)O(1).</w:t>
      </w:r>
    </w:p>
    <w:p>
      <w:r>
        <w:br w:type="page"/>
      </w:r>
    </w:p>
    <w:p>
      <w:pPr>
        <w:pStyle w:val="Heading1"/>
        <w:spacing w:before="480" w:after="280"/>
      </w:pPr>
      <w:r>
        <w:rPr>
          <w:b/>
          <w:color w:val="008A60"/>
          <w:sz w:val="28"/>
        </w:rPr>
        <w:t>Chapter 38</w:t>
        <w:br/>
      </w:r>
      <w:r>
        <w:rPr>
          <w:b/>
          <w:color w:val="0F172A"/>
          <w:sz w:val="40"/>
        </w:rPr>
        <w:t>Introduction to Stacks</w:t>
      </w:r>
    </w:p>
    <w:p>
      <w:pPr>
        <w:pStyle w:val="Heading2"/>
        <w:spacing w:before="320" w:after="120"/>
      </w:pPr>
      <w:r>
        <w:t>Intuition</w:t>
      </w:r>
    </w:p>
    <w:p>
      <w:pPr>
        <w:spacing w:after="160" w:line="276" w:lineRule="auto"/>
      </w:pPr>
      <w:r>
        <w:t>Imagine a stack of plates. You can only add a new plate to the top of the stack, and when you need a plate, you take the one from the top. It’s not possible to take a plate from the bottom or middle without first removing all the plates above it.</w:t>
      </w:r>
    </w:p>
    <w:p>
      <w:pPr>
        <w:spacing w:after="160" w:line="276" w:lineRule="auto"/>
      </w:pPr>
      <w:r>
        <w:t>This analogy encapsulates the essence of the stack data structure. Adding a plate to and taking a plate from the top of the stack, physically demonstrates the two main stack operations:</w:t>
      </w:r>
    </w:p>
    <w:p>
      <w:pPr>
        <w:pStyle w:val="ListBullet"/>
      </w:pPr>
      <w:r>
        <w:t>Push(adds an element to the top of the stack).</w:t>
      </w:r>
    </w:p>
    <w:p>
      <w:pPr>
        <w:pStyle w:val="ListBullet"/>
      </w:pPr>
      <w:r>
        <w:t>Pop(removes and returns the element at the top of the stack).</w:t>
      </w:r>
    </w:p>
    <w:p>
      <w:pPr>
        <w:spacing w:after="160" w:line="276" w:lineRule="auto"/>
      </w:pPr>
      <w:r>
        <w:t>LIFO (Last‐In‐First‐Out)Stacks follow the LIFO principle, meaning the most recently added item is the first to be removed. This unique characteristic makes stacks particularly useful in various scenarios where the order of processing or removal is critical. Here are a few key applications:</w:t>
      </w:r>
    </w:p>
    <w:p>
      <w:pPr>
        <w:pStyle w:val="ListBullet"/>
      </w:pPr>
      <w:r>
        <w:t>Handling nested structures: Stacks are a good option for parsing or validating nested structures such as nested parentheses in a string (e.g., "(())()"). They allow us to process the innermost nested structures first due to the LIFO principle.</w:t>
      </w:r>
    </w:p>
    <w:p>
      <w:pPr>
        <w:pStyle w:val="ListBullet"/>
      </w:pPr>
      <w:r>
        <w:t>Reverse order: When elements are added (pushed) onto a stack and then removed (popped), they come out in the reverse order of how they were added. This property is useful for reversing sequences.</w:t>
      </w:r>
    </w:p>
    <w:p>
      <w:pPr>
        <w:pStyle w:val="ListBullet"/>
      </w:pPr>
      <w:r>
        <w:t>Substitute for recursion: Recursive algorithms use the recursive call stack to manage recursive calls. Ultimately, this recursive call stack is itself a stack. As such, we can often implement recursive functions iteratively using the stack data structure.</w:t>
        <w:br/>
        <w:t>• Monotonic stacks: These special‐purpose stacks maintain elements in a consistent, increasing or decreasing sorted order. Before adding a new element to the stack, any elements that break this order are removed from the top of the stack, ensuring the stack remains sorted.</w:t>
      </w:r>
    </w:p>
    <w:p>
      <w:pPr>
        <w:spacing w:after="160" w:line="276" w:lineRule="auto"/>
      </w:pPr>
      <w:r>
        <w:t>Some examples of the above applications are explored in this chapter.</w:t>
      </w:r>
    </w:p>
    <w:p>
      <w:pPr>
        <w:spacing w:after="160" w:line="276" w:lineRule="auto"/>
      </w:pPr>
      <w:r>
        <w:t>Below is a time complexity breakdown of common stack operations:</w:t>
      </w:r>
    </w:p>
    <w:p>
      <w:pPr>
        <w:pStyle w:val="Heading2"/>
        <w:spacing w:before="320" w:after="120"/>
      </w:pPr>
      <w:r>
        <w:t>Real-world Example</w:t>
      </w:r>
    </w:p>
    <w:p>
      <w:pPr>
        <w:spacing w:after="160" w:line="276" w:lineRule="auto"/>
      </w:pPr>
      <w:r>
        <w:t>Function call management:As hinted above, a common real‐world example of stacks is in function call management within operating systems or programming languages.</w:t>
      </w:r>
    </w:p>
    <w:p>
      <w:pPr>
        <w:spacing w:after="160" w:line="276" w:lineRule="auto"/>
      </w:pPr>
      <w:r>
        <w:t>When a function is called, the program pushes the function’s state (including its parameters, local variables, and the return address) onto the call stack. As functions call other functions, their states are also pushed onto the stack. When a function completes, its state is popped off the stack, and the program returns to the calling function. This stack‐based approach ensures that functions return control in the correct order, managing nested or recursive function calls efficiently.</w:t>
      </w:r>
    </w:p>
    <w:p>
      <w:pPr>
        <w:pStyle w:val="Heading2"/>
        <w:spacing w:before="320" w:after="120"/>
      </w:pPr>
      <w:r>
        <w:t>Chapter Outline</w:t>
      </w:r>
    </w:p>
    <w:p>
      <w:pPr>
        <w:spacing w:after="160" w:line="276" w:lineRule="auto"/>
      </w:pPr>
      <w:r>
        <w:t>This chapter explores a variety of problems, offering detailed explanations for how to use stacks in problem solving. Additionally, we briefly introduce queues and deques, which are two data structures that share similarities with stacks, but operate on different principles.</w:t>
      </w:r>
    </w:p>
    <w:p>
      <w:r>
        <w:br w:type="page"/>
      </w:r>
    </w:p>
    <w:p>
      <w:pPr>
        <w:pStyle w:val="Heading1"/>
        <w:spacing w:before="480" w:after="280"/>
      </w:pPr>
      <w:r>
        <w:rPr>
          <w:b/>
          <w:color w:val="008A60"/>
          <w:sz w:val="28"/>
        </w:rPr>
        <w:t>Chapter 39</w:t>
        <w:br/>
      </w:r>
      <w:r>
        <w:rPr>
          <w:b/>
          <w:color w:val="0F172A"/>
          <w:sz w:val="40"/>
        </w:rPr>
        <w:t>Valid Parenthesis Expression</w:t>
      </w:r>
    </w:p>
    <w:p>
      <w:pPr>
        <w:spacing w:before="160" w:after="160"/>
        <w:ind w:left="360"/>
      </w:pPr>
      <w:r>
        <w:rPr>
          <w:rFonts w:ascii="Consolas" w:hAnsi="Consolas"/>
          <w:color w:val="1E293B"/>
          <w:sz w:val="19"/>
        </w:rPr>
        <w:t>Given a string representing an expression of parentheses containing the characters '(', ')', '[', ']', '{', or '}', determine if the expression forms a valid sequence of parentheses.A sequence of parentheses is valid if every opening parenthesis has a corresponding closing parenthesis, and no closing parenthesis appears before its matching opening parenthesis.Example 1:ExampleCopyInput: s = '([]{})'</w:t>
        <w:br/>
        <w:t>Output: True</w:t>
        <w:br/>
        <w:t>Example 2:ExampleCopyInput: s = '([]{)}'</w:t>
        <w:br/>
        <w:t>Output: False</w:t>
        <w:br/>
        <w:t>Explanation: The '(' parenthesis is closed before its nested '{' parenthesis is closed.</w:t>
      </w:r>
    </w:p>
    <w:p>
      <w:pPr>
        <w:pStyle w:val="Heading2"/>
        <w:spacing w:before="320" w:after="120"/>
      </w:pPr>
      <w:r>
        <w:t>Intuition</w:t>
      </w:r>
    </w:p>
    <w:p>
      <w:pPr>
        <w:spacing w:after="160" w:line="276" w:lineRule="auto"/>
      </w:pPr>
      <w:r>
        <w:t>An early observation is that for each type of parenthesis, the number of opening and closing parenthesis must be identical. However, to check if an expression is valid, this observation alone isn’t enough. For example, the string "())(" has the same number of opening and closing parentheses, but is still invalid. This means we need a way to account for the order of parentheses.</w:t>
      </w:r>
    </w:p>
    <w:p>
      <w:pPr>
        <w:spacing w:after="160" w:line="276" w:lineRule="auto"/>
      </w:pPr>
      <w:r>
        <w:t>Consider the string “()”. The first parenthesis is opening, and we’re waiting for it to be closing. Upon reaching the second parenthesis, the first parenthesis gets closed.</w:t>
      </w:r>
    </w:p>
    <w:p>
      <w:pPr>
        <w:spacing w:after="160" w:line="276" w:lineRule="auto"/>
      </w:pPr>
      <w:r>
        <w:t>Now, consider the string “[(])”. When we reach index 1, we have two opening parentheses waiting to be closed. In particular, we expect ‘(‘ to be closed before ‘[’. The first closing parenthesis we encounter is ‘]’, which does not close ‘(’. Therefore, this string is invalid.</w:t>
      </w:r>
    </w:p>
    <w:p>
      <w:pPr>
        <w:spacing w:after="160" w:line="276" w:lineRule="auto"/>
      </w:pPr>
      <w:r>
        <w:t>The key observation here is thatthe most recent opening parenthesis we encounter should be the first parenthesis that gets closed. So, opening parentheses are processed from most recent to least recent, which is indicative of a last-in-first-out (LIFO) dynamic. This leads to the idea that astackcan be used to solve this problem.</w:t>
      </w:r>
    </w:p>
    <w:p>
      <w:pPr>
        <w:spacing w:after="160" w:line="276" w:lineRule="auto"/>
      </w:pPr>
      <w:r>
        <w:t>StackHere’s a high-level strategy:</w:t>
      </w:r>
    </w:p>
    <w:p>
      <w:pPr>
        <w:pStyle w:val="ListBullet"/>
      </w:pPr>
      <w:r>
        <w:t>Add each opening parenthesis we encounter to the stack. This way, the most recent parenthesis is always at the top of the stack.</w:t>
      </w:r>
    </w:p>
    <w:p>
      <w:pPr>
        <w:pStyle w:val="ListBullet"/>
      </w:pPr>
      <w:r>
        <w:t>When encountering a closing parenthesis, check if it can close the most recent opening parenthesis.If it can, close that pair of parenthesis by popping off the top of the stack.If not, the string is invalid.</w:t>
      </w:r>
    </w:p>
    <w:p>
      <w:pPr>
        <w:spacing w:after="160" w:line="276" w:lineRule="auto"/>
      </w:pPr>
      <w:r>
        <w:t>Let’s see how this strategy works over an example:</w:t>
      </w:r>
    </w:p>
    <w:p>
      <w:pPr>
        <w:spacing w:after="160" w:line="276" w:lineRule="auto"/>
      </w:pPr>
      <w:r>
        <w:t>For each opening parenthesis we encounter, push it to the top of the stack:</w:t>
      </w:r>
    </w:p>
    <w:p>
      <w:pPr>
        <w:spacing w:after="160" w:line="276" w:lineRule="auto"/>
      </w:pPr>
      <w:r>
        <w:t>Next, we encounter a closing parenthesis. Comparing it to the opening parenthesis at the top of the stack, we see that it correctly closes that opening parenthesis. So, we can pop off the opening parenthesis at the top of the stack:</w:t>
      </w:r>
    </w:p>
    <w:p>
      <w:pPr>
        <w:spacing w:after="160" w:line="276" w:lineRule="auto"/>
      </w:pPr>
      <w:r>
        <w:t>The next character is an opening parenthesis, which we just push to the top of the stack:</w:t>
      </w:r>
    </w:p>
    <w:p>
      <w:pPr>
        <w:spacing w:after="160" w:line="276" w:lineRule="auto"/>
      </w:pPr>
      <w:r>
        <w:t>The next character is a closing parenthesis, ‘)’, which does not close the opening parenthesis at the top of the stack, ‘{’. This means this parenthesis expression is invalid. As such, we return false.</w:t>
      </w:r>
    </w:p>
    <w:p>
      <w:pPr>
        <w:spacing w:after="160" w:line="276" w:lineRule="auto"/>
      </w:pPr>
      <w:r>
        <w:t>If we’ve iterated over the entire string without returning false, that means we’ve accounted for all closing parentheses in the string.</w:t>
      </w:r>
    </w:p>
    <w:p>
      <w:pPr>
        <w:spacing w:after="160" w:line="276" w:lineRule="auto"/>
      </w:pPr>
      <w:r>
        <w:t>Edge case: extra opening parenthesesWe only check for invalidity at closing parenthesis, so need to perform a final check to ensure there aren’t any opening parentheses in the string left unclosed. This can be done by checking if the stack is empty after processing the whole input string, as a non-empty stack indicates opening parentheses remain in the stack.</w:t>
      </w:r>
    </w:p>
    <w:p>
      <w:pPr>
        <w:spacing w:after="160" w:line="276" w:lineRule="auto"/>
      </w:pPr>
      <w:r>
        <w:t>Managing three types of parenthesesIn our algorithm, we need a way to ensure we compare the correct types of opening and closing parentheses. We can use ahash mapfor this, which maps each type of opening parenthesis to its corresponding closing parenthesis:</w:t>
      </w:r>
    </w:p>
    <w:p>
      <w:pPr>
        <w:spacing w:after="160" w:line="276" w:lineRule="auto"/>
      </w:pPr>
      <w:r>
        <w:t>This hash map can also be used as a way to check if a parenthesis is an opening or a closing one: if the parenthesis exists in this hash map as a key, it’s an opening parenthesis.</w:t>
      </w:r>
    </w:p>
    <w:p>
      <w:pPr>
        <w:pStyle w:val="Heading2"/>
        <w:spacing w:before="320" w:after="120"/>
      </w:pPr>
      <w:r>
        <w:t>Implementation</w:t>
      </w:r>
    </w:p>
    <w:p>
      <w:pPr>
        <w:spacing w:before="160" w:after="160"/>
        <w:ind w:left="360"/>
      </w:pPr>
      <w:r>
        <w:rPr>
          <w:rFonts w:ascii="Consolas" w:hAnsi="Consolas"/>
          <w:color w:val="1E293B"/>
          <w:sz w:val="19"/>
        </w:rPr>
        <w:t>PythonJavaScriptJavaCopydef valid_parenthesis_expression(s: str) -&gt; bool:</w:t>
        <w:br/>
        <w:t xml:space="preserve">    parentheses_map = {'(': ')', '{': '}', '[': ']'}</w:t>
        <w:br/>
        <w:t xml:space="preserve">    stack = []</w:t>
        <w:br/>
        <w:t xml:space="preserve">    for c in s:</w:t>
        <w:br/>
        <w:t xml:space="preserve">        # If the current character is an opening parenthesis, push it onto the stack.</w:t>
        <w:br/>
        <w:t xml:space="preserve">        if c in parentheses_map:</w:t>
        <w:br/>
        <w:t xml:space="preserve">            stack.append(c)</w:t>
        <w:br/>
        <w:t xml:space="preserve">        # If the current character is a closing parenthesis, check if it closes the</w:t>
        <w:br/>
        <w:t xml:space="preserve">        # opening parenthesis at the top of the stack.</w:t>
        <w:br/>
        <w:t xml:space="preserve">        else:</w:t>
        <w:br/>
        <w:t xml:space="preserve">            if stack and parentheses_map[stack[-1]] == c:</w:t>
        <w:br/>
        <w:t xml:space="preserve">                stack.pop()</w:t>
        <w:br/>
        <w:t xml:space="preserve">            else:</w:t>
        <w:br/>
        <w:t xml:space="preserve">                return False</w:t>
        <w:br/>
        <w:t xml:space="preserve">    # If the stack is empty, all opening parentheses were successfully closed.</w:t>
        <w:br/>
        <w:t xml:space="preserve">    return not stackfunction validParenthesisExpression(s) {</w:t>
        <w:br/>
        <w:t xml:space="preserve">    const parenthesesMap = { '(': ')', '{': '}', '[': ']' };</w:t>
        <w:br/>
        <w:t xml:space="preserve">    const stack = [];</w:t>
        <w:br/>
        <w:t xml:space="preserve">    for (const c of s) {</w:t>
        <w:br/>
        <w:t xml:space="preserve">        // If the current character is an opening parenthesis, push it onto the stack.</w:t>
        <w:br/>
        <w:t xml:space="preserve">        if (c in parenthesesMap) {</w:t>
        <w:br/>
        <w:t xml:space="preserve">            stack.push(c);</w:t>
        <w:br/>
        <w:t xml:space="preserve">        // If the current character is a closing parenthesis, check if it closes the</w:t>
        <w:br/>
        <w:t xml:space="preserve">        // opening parenthesis at the top of the stack.</w:t>
        <w:br/>
        <w:t xml:space="preserve">        } else {</w:t>
        <w:br/>
        <w:t xml:space="preserve">            if (stack.length &gt; 0 &amp;&amp; parenthesesMap[stack[stack.length - 1]] === c) {</w:t>
        <w:br/>
        <w:t xml:space="preserve">                stack.pop();</w:t>
        <w:br/>
        <w:t xml:space="preserve">            } else {</w:t>
        <w:br/>
        <w:t xml:space="preserve">                return false;</w:t>
        <w:br/>
        <w:t xml:space="preserve">            }</w:t>
        <w:br/>
        <w:t xml:space="preserve">        }</w:t>
        <w:br/>
        <w:t xml:space="preserve">    }</w:t>
        <w:br/>
        <w:t xml:space="preserve">    // If the stack is empty, all opening parentheses were successfully closed.</w:t>
        <w:br/>
        <w:t xml:space="preserve">    return stack.length === 0;</w:t>
        <w:br/>
        <w:t>}import java.util.*;</w:t>
        <w:br/>
        <w:br/>
        <w:t>public class Solution {</w:t>
        <w:br/>
        <w:t xml:space="preserve">    public boolean validParenthesisExpression(String s) {</w:t>
        <w:br/>
        <w:t xml:space="preserve">        Map&lt;Character, Character&gt; parenthesesMap = new HashMap&lt;&gt;();</w:t>
        <w:br/>
        <w:t xml:space="preserve">        parenthesesMap.put('(', ')');</w:t>
        <w:br/>
        <w:t xml:space="preserve">        parenthesesMap.put('{', '}');</w:t>
        <w:br/>
        <w:t xml:space="preserve">        parenthesesMap.put('[', ']');</w:t>
        <w:br/>
        <w:t xml:space="preserve">        Deque&lt;Character&gt; stack = new ArrayDeque&lt;&gt;();</w:t>
        <w:br/>
        <w:t xml:space="preserve">        for (char c : s.toCharArray()) {</w:t>
        <w:br/>
        <w:t xml:space="preserve">            // If the current character is an opening parenthesis, push it onto the stack.</w:t>
        <w:br/>
        <w:t xml:space="preserve">            if (parenthesesMap.containsKey(c)) {</w:t>
        <w:br/>
        <w:t xml:space="preserve">                stack.push(c);</w:t>
        <w:br/>
        <w:t xml:space="preserve">            // If the current character is a closing parenthesis, check if it closes the</w:t>
        <w:br/>
        <w:t xml:space="preserve">            // opening parenthesis at the top of the stack.</w:t>
        <w:br/>
        <w:t xml:space="preserve">            } else {</w:t>
        <w:br/>
        <w:t xml:space="preserve">                if (!stack.isEmpty() &amp;&amp; parenthesesMap.get(stack.peek()) == c) {</w:t>
        <w:br/>
        <w:t xml:space="preserve">                    stack.pop();</w:t>
        <w:br/>
        <w:t xml:space="preserve">                } else {</w:t>
        <w:br/>
        <w:t xml:space="preserve">                    return false;</w:t>
        <w:br/>
        <w:t xml:space="preserve">                }</w:t>
        <w:br/>
        <w:t xml:space="preserve">            }</w:t>
        <w:br/>
        <w:t xml:space="preserve">        }</w:t>
        <w:br/>
        <w:t xml:space="preserve">        // If the stack is empty, all opening parentheses were successfully closed.</w:t>
        <w:br/>
        <w:t xml:space="preserve">        return stack.isEmpty();</w:t>
        <w:br/>
        <w:t xml:space="preserve">    }</w:t>
        <w:br/>
        <w:t>}</w:t>
      </w:r>
    </w:p>
    <w:p>
      <w:pPr>
        <w:pStyle w:val="Heading3"/>
        <w:spacing w:before="320" w:after="120"/>
      </w:pPr>
      <w:r>
        <w:t>Complexity Analysis</w:t>
      </w:r>
    </w:p>
    <w:p>
      <w:pPr>
        <w:spacing w:after="160" w:line="276" w:lineRule="auto"/>
      </w:pPr>
      <w:r>
        <w:t>Time complexity:The time complexity ofvalid_parenthesis_expressionisO(n)O(n)O(n)because we traverse the entire string once. For each character, we perform a constant-time operation, either pushing an opening parenthesis onto the stack or popping it off for a matching closing parenthesis.</w:t>
      </w:r>
    </w:p>
    <w:p>
      <w:pPr>
        <w:spacing w:after="160" w:line="276" w:lineRule="auto"/>
      </w:pPr>
      <w:r>
        <w:t>Space complexity:The space complexity isO(n)O(n)O(n)because the stack stores at mostnnncharacters, and the hash map takes upO(1)O(1)O(1)space.</w:t>
      </w:r>
    </w:p>
    <w:p>
      <w:r>
        <w:br w:type="page"/>
      </w:r>
    </w:p>
    <w:p>
      <w:pPr>
        <w:pStyle w:val="Heading1"/>
        <w:spacing w:before="480" w:after="280"/>
      </w:pPr>
      <w:r>
        <w:rPr>
          <w:b/>
          <w:color w:val="008A60"/>
          <w:sz w:val="28"/>
        </w:rPr>
        <w:t>Chapter 40</w:t>
        <w:br/>
      </w:r>
      <w:r>
        <w:rPr>
          <w:b/>
          <w:color w:val="0F172A"/>
          <w:sz w:val="40"/>
        </w:rPr>
        <w:t>Next Largest Number to the Right</w:t>
      </w:r>
    </w:p>
    <w:p>
      <w:pPr>
        <w:spacing w:before="160" w:after="160"/>
        <w:ind w:left="360"/>
      </w:pPr>
      <w:r>
        <w:rPr>
          <w:rFonts w:ascii="Consolas" w:hAnsi="Consolas"/>
          <w:color w:val="1E293B"/>
          <w:sz w:val="19"/>
        </w:rPr>
        <w:t>Given an integer array nums, return an output array res where, for each value nums[i], res[i] is the first number to the right that's larger than nums[i]. If no larger number exists to the right of nums[i], set res[i] to ‐1.Example:ExampleCopyInput: nums = [5, 2, 4, 6, 1]</w:t>
        <w:br/>
        <w:t>Output: [6, 4, 6, -1, -1]</w:t>
        <w:br/>
      </w:r>
    </w:p>
    <w:p>
      <w:pPr>
        <w:pStyle w:val="Heading2"/>
        <w:spacing w:before="320" w:after="120"/>
      </w:pPr>
      <w:r>
        <w:t>Intuition</w:t>
      </w:r>
    </w:p>
    <w:p>
      <w:pPr>
        <w:spacing w:after="160" w:line="276" w:lineRule="auto"/>
      </w:pPr>
      <w:r>
        <w:t>A brute-force solution to this problem involves iterating through each number in the array and, for each of these numbers, linearly searching to their right to find the first larger number. This approach takesO(n2)O(n^2)O(n2)time, wherennndenotes the length of the array. Can we think of something better?</w:t>
      </w:r>
    </w:p>
    <w:p>
      <w:pPr>
        <w:spacing w:after="160" w:line="276" w:lineRule="auto"/>
      </w:pPr>
      <w:r>
        <w:t>Let’s approach this problem from a different perspective. Instead of finding the next largest number for each value, what if wecheck whether the value itself is the next largest number for any value(s) to its left? For example, can we figure out which values in the following example have 6 as their next largest number?:</w:t>
      </w:r>
    </w:p>
    <w:p>
      <w:pPr>
        <w:spacing w:after="160" w:line="276" w:lineRule="auto"/>
      </w:pPr>
      <w:r>
        <w:t>With this shift in perspective, we should search the array from right to left: certain values we encounter from the right could potentially be the next largest number of values to their left. Let’s call these values “candidates.” But how do we determine which numbers qualify as candidates?</w:t>
      </w:r>
    </w:p>
    <w:p>
      <w:pPr>
        <w:spacing w:after="160" w:line="276" w:lineRule="auto"/>
      </w:pPr>
      <w:r>
        <w:t>Consider the example below:</w:t>
      </w:r>
    </w:p>
    <w:p>
      <w:pPr>
        <w:spacing w:after="160" w:line="276" w:lineRule="auto"/>
      </w:pPr>
      <w:r>
        <w:t>Let’s start at the rightmost index, where the only value we know initially is 4:</w:t>
      </w:r>
    </w:p>
    <w:p>
      <w:pPr>
        <w:spacing w:after="160" w:line="276" w:lineRule="auto"/>
      </w:pPr>
      <w:r>
        <w:t>Right now, we can say 4 is a candidate as it might be the next largest number of values to its left. No candidates have been encountered before 4 because it’s the rightmost element, so we should mark the result for 4 in res as -1:</w:t>
      </w:r>
    </w:p>
    <w:p>
      <w:pPr>
        <w:spacing w:after="160" w:line="276" w:lineRule="auto"/>
      </w:pPr>
      <w:r>
        <w:t>Next, we encounter a 2. The next largest number of 2 is the most recently added candidate that’s larger than it. In this case, the rightmost candidate in the candidates list represents the most recently added candidate, which is 4 in this case.</w:t>
      </w:r>
    </w:p>
    <w:p>
      <w:pPr>
        <w:spacing w:after="160" w:line="276" w:lineRule="auto"/>
      </w:pPr>
      <w:r>
        <w:t>Record 4 as the next largest number of 2 in res, and then add 2 to the candidates list because it could be the next largest number of elements to its left:</w:t>
      </w:r>
    </w:p>
    <w:p>
      <w:pPr>
        <w:spacing w:after="160" w:line="276" w:lineRule="auto"/>
      </w:pPr>
      <w:r>
        <w:t>The next number is 3. Notice that with the introduction of 3, number 2 should no longer be considered a candidate. This is because it’s now impossible for 2 to be the next largest number of any value to its left. Since 3 is both larger and further to the left, it will always be prioritized over 2 as the next largest number. So, let’s remove 2 from the candidates list, as well as any other candidate that’s less than or equal to 3:</w:t>
      </w:r>
    </w:p>
    <w:p>
      <w:pPr>
        <w:spacing w:after="160" w:line="276" w:lineRule="auto"/>
      </w:pPr>
      <w:r>
        <w:t>Since we removed all candidates smaller than 3, the rightmost candidate is now 4. So, let’s record 4 as the next largest number of 3 in res and add 3 to the candidates list:</w:t>
      </w:r>
    </w:p>
    <w:p>
      <w:pPr>
        <w:spacing w:after="160" w:line="276" w:lineRule="auto"/>
      </w:pPr>
      <w:r>
        <w:t>This provides a crucial insight:</w:t>
      </w:r>
    </w:p>
    <w:p>
      <w:pPr>
        <w:spacing w:after="160" w:line="276" w:lineRule="auto"/>
      </w:pPr>
      <w:r>
        <w:t>Another key observation is thatthe list of candidates always maintains a strictly decreasing order of values. This is because we always remove candidates less than or equal to each new value, ensuring values are added in decreasing order. We can see this more clearly in the final state of the candidates list of the previous example:</w:t>
      </w:r>
    </w:p>
    <w:p>
      <w:pPr>
        <w:spacing w:after="160" w:line="276" w:lineRule="auto"/>
      </w:pPr>
      <w:r>
        <w:t>This indicates astackis the ideal data structure for storing the candidates list, since stacks can be used to efficiently maintain amonotonic decreasing orderof values, as mentioned in the introduction.</w:t>
      </w:r>
    </w:p>
    <w:p>
      <w:pPr>
        <w:spacing w:after="160" w:line="276" w:lineRule="auto"/>
      </w:pPr>
      <w:r>
        <w:t>The top of the stack represents the most recent candidate to the right of each new number encountered. Given this, here’s how to use the stack to add and remove candidates at each value:</w:t>
      </w:r>
    </w:p>
    <w:p>
      <w:pPr>
        <w:pStyle w:val="ListNumber"/>
      </w:pPr>
      <w:r>
        <w:t>Pop off all candidates from the top of the stack less than or equal to the current value.</w:t>
      </w:r>
    </w:p>
    <w:p>
      <w:pPr>
        <w:pStyle w:val="ListNumber"/>
      </w:pPr>
      <w:r>
        <w:t>The top of the stack will then represent the next largest number of the current value.</w:t>
      </w:r>
    </w:p>
    <w:p>
      <w:pPr>
        <w:pStyle w:val="ListBullet"/>
      </w:pPr>
      <w:r>
        <w:t>Record the top of the stack as the answer for the current value.</w:t>
      </w:r>
    </w:p>
    <w:p>
      <w:pPr>
        <w:pStyle w:val="ListBullet"/>
      </w:pPr>
      <w:r>
        <w:t>If the stack is empty, there’s no next largest number for the current value. So, record -1.</w:t>
      </w:r>
    </w:p>
    <w:p>
      <w:pPr>
        <w:pStyle w:val="ListNumber"/>
      </w:pPr>
      <w:r>
        <w:t>Add the current value as a new candidate by pushing it to the top of the stack.</w:t>
      </w:r>
    </w:p>
    <w:p>
      <w:pPr>
        <w:pStyle w:val="Heading2"/>
        <w:spacing w:before="320" w:after="120"/>
      </w:pPr>
      <w:r>
        <w:t>Implementation</w:t>
      </w:r>
    </w:p>
    <w:p>
      <w:pPr>
        <w:spacing w:before="160" w:after="160"/>
        <w:ind w:left="360"/>
      </w:pPr>
      <w:r>
        <w:rPr>
          <w:rFonts w:ascii="Consolas" w:hAnsi="Consolas"/>
          <w:color w:val="1E293B"/>
          <w:sz w:val="19"/>
        </w:rPr>
        <w:t>PythonJavaScriptJavaCopyfrom typing import List</w:t>
        <w:br/>
        <w:t xml:space="preserve">    </w:t>
        <w:br/>
        <w:t>def next_largest_number_to_the_right(nums: List[int]) -&gt; List[int]:</w:t>
        <w:br/>
        <w:t xml:space="preserve">    res = [0] * len(nums)</w:t>
        <w:br/>
        <w:t xml:space="preserve">    stack = []</w:t>
        <w:br/>
        <w:t xml:space="preserve">    # Find the next largest number of each element, starting with the rightmost</w:t>
        <w:br/>
        <w:t xml:space="preserve">    # element.</w:t>
        <w:br/>
        <w:t xml:space="preserve">    for i in range(len(nums) - 1, -1, -1):</w:t>
        <w:br/>
        <w:t xml:space="preserve">        # Pop values from the top of the stack until the current value's next largest</w:t>
        <w:br/>
        <w:t xml:space="preserve">        # number is at the top.</w:t>
        <w:br/>
        <w:t xml:space="preserve">        while stack and stack[-1] &lt;= nums[i]:</w:t>
        <w:br/>
        <w:t xml:space="preserve">            stack.pop()</w:t>
        <w:br/>
        <w:t xml:space="preserve">        # Record the current value's next largest number, which is at the top of the</w:t>
        <w:br/>
        <w:t xml:space="preserve">        # stack. If the stack is empty, record -1.</w:t>
        <w:br/>
        <w:t xml:space="preserve">        res[i] = stack[-1] if stack else -1</w:t>
        <w:br/>
        <w:t xml:space="preserve">        stack.append(nums[i])</w:t>
        <w:br/>
        <w:t xml:space="preserve">    return resfunction nextLargestNumberToTheRight(nums) {</w:t>
        <w:br/>
        <w:t xml:space="preserve">    const res = new Array(nums.length).fill(0);</w:t>
        <w:br/>
        <w:t xml:space="preserve">    const stack = [];</w:t>
        <w:br/>
        <w:t xml:space="preserve">    // Find the next largest number of each element, starting with the rightmost</w:t>
        <w:br/>
        <w:t xml:space="preserve">    // element.</w:t>
        <w:br/>
        <w:t xml:space="preserve">    for (let i = nums.length - 1; i &gt;= 0; i--) {</w:t>
        <w:br/>
        <w:t xml:space="preserve">        // Pop values from the top of the stack until the current value's next largest</w:t>
        <w:br/>
        <w:t xml:space="preserve">        // number is at the top.</w:t>
        <w:br/>
        <w:t xml:space="preserve">        while (stack.length &gt; 0 &amp;&amp; stack[stack.length - 1] &lt;= nums[i]) {</w:t>
        <w:br/>
        <w:t xml:space="preserve">            stack.pop();</w:t>
        <w:br/>
        <w:t xml:space="preserve">        }</w:t>
        <w:br/>
        <w:t xml:space="preserve">        // Record the current value's next largest number, which is at the top of the</w:t>
        <w:br/>
        <w:t xml:space="preserve">        // stack. If the stack is empty, record -1.</w:t>
        <w:br/>
        <w:t xml:space="preserve">        res[i] = stack.length &gt; 0 ? stack[stack.length - 1] : -1;</w:t>
        <w:br/>
        <w:t xml:space="preserve">        stack.push(nums[i]);</w:t>
        <w:br/>
        <w:t xml:space="preserve">    }</w:t>
        <w:br/>
        <w:t xml:space="preserve">    return res;</w:t>
        <w:br/>
        <w:t>}import java.util.*;</w:t>
        <w:br/>
        <w:br/>
        <w:t>public class Solution {</w:t>
        <w:br/>
        <w:t xml:space="preserve">    public int[] nextLargestNumberToTheRight(int[] nums) {</w:t>
        <w:br/>
        <w:t xml:space="preserve">        int[] res = new int[nums.length];</w:t>
        <w:br/>
        <w:t xml:space="preserve">        Deque&lt;Integer&gt; stack = new ArrayDeque&lt;&gt;();</w:t>
        <w:br/>
        <w:t xml:space="preserve">        // Find the next largest number of each element, starting with the rightmost</w:t>
        <w:br/>
        <w:t xml:space="preserve">        // element.</w:t>
        <w:br/>
        <w:t xml:space="preserve">        for (int i = nums.length - 1; i &gt;= 0; i--) {</w:t>
        <w:br/>
        <w:t xml:space="preserve">            // Pop values from the top of the stack until the current value's next largest</w:t>
        <w:br/>
        <w:t xml:space="preserve">            // number is at the top.</w:t>
        <w:br/>
        <w:t xml:space="preserve">            while (!stack.isEmpty() &amp;&amp; stack.peek() &lt;= nums[i]) {</w:t>
        <w:br/>
        <w:t xml:space="preserve">                stack.pop();</w:t>
        <w:br/>
        <w:t xml:space="preserve">            }</w:t>
        <w:br/>
        <w:t xml:space="preserve">            // Record the current value's next largest number, which is at the top of the</w:t>
        <w:br/>
        <w:t xml:space="preserve">            // stack. If the stack is empty, record -1.</w:t>
        <w:br/>
        <w:t xml:space="preserve">            res[i] = !stack.isEmpty() ? stack.peek() : -1;</w:t>
        <w:br/>
        <w:t xml:space="preserve">            stack.push(nums[i]);</w:t>
        <w:br/>
        <w:t xml:space="preserve">        }</w:t>
        <w:br/>
        <w:t xml:space="preserve">        return res;</w:t>
        <w:br/>
        <w:t xml:space="preserve">    }</w:t>
        <w:br/>
        <w:t>}</w:t>
      </w:r>
    </w:p>
    <w:p>
      <w:pPr>
        <w:pStyle w:val="Heading3"/>
        <w:spacing w:before="320" w:after="120"/>
      </w:pPr>
      <w:r>
        <w:t>Complexity Analysis</w:t>
      </w:r>
    </w:p>
    <w:p>
      <w:pPr>
        <w:spacing w:after="160" w:line="276" w:lineRule="auto"/>
      </w:pPr>
      <w:r>
        <w:t>Time complexity:The time complexity ofnext_largest_number_to_the_rightisO(n)O(n)O(n). This is because each value ofnumsis pushed and popped from the stack at most once.</w:t>
      </w:r>
    </w:p>
    <w:p>
      <w:pPr>
        <w:spacing w:after="160" w:line="276" w:lineRule="auto"/>
      </w:pPr>
      <w:r>
        <w:t>Space complexity:The space complexity isO(n)O(n)O(n)because the stack can potentially store allnnnvalues.</w:t>
      </w:r>
    </w:p>
    <w:p>
      <w:r>
        <w:br w:type="page"/>
      </w:r>
    </w:p>
    <w:p>
      <w:pPr>
        <w:pStyle w:val="Heading1"/>
        <w:spacing w:before="480" w:after="280"/>
      </w:pPr>
      <w:r>
        <w:rPr>
          <w:b/>
          <w:color w:val="008A60"/>
          <w:sz w:val="28"/>
        </w:rPr>
        <w:t>Chapter 41</w:t>
        <w:br/>
      </w:r>
      <w:r>
        <w:rPr>
          <w:b/>
          <w:color w:val="0F172A"/>
          <w:sz w:val="40"/>
        </w:rPr>
        <w:t>Evaluate Expression</w:t>
      </w:r>
    </w:p>
    <w:p>
      <w:pPr>
        <w:spacing w:before="160" w:after="160"/>
        <w:ind w:left="360"/>
      </w:pPr>
      <w:r>
        <w:rPr>
          <w:rFonts w:ascii="Consolas" w:hAnsi="Consolas"/>
          <w:color w:val="1E293B"/>
          <w:sz w:val="19"/>
        </w:rPr>
        <w:t>Given a string representing a mathematical expression containing integers, parentheses, addition, and subtraction operators, evaluate and return the result of the expression.Example:ExampleCopyInput: s = '18-(7+(2-4))'</w:t>
        <w:br/>
        <w:t>Output: 13</w:t>
        <w:br/>
      </w:r>
    </w:p>
    <w:p>
      <w:pPr>
        <w:pStyle w:val="Heading2"/>
        <w:spacing w:before="320" w:after="120"/>
      </w:pPr>
      <w:r>
        <w:t>Intuition</w:t>
      </w:r>
    </w:p>
    <w:p>
      <w:pPr>
        <w:spacing w:after="160" w:line="276" w:lineRule="auto"/>
      </w:pPr>
      <w:r>
        <w:t>At first, it might seem overwhelming to deal with expressions that include a variety of elements like negative numbers, nested expressions inside parentheses, and numbers with multiple digits. The key to managing this complexity is to break down the problem into smaller, more manageable parts. Let's first focus on evaluating simple expressions that contain no parentheses.</w:t>
      </w:r>
    </w:p>
    <w:p>
      <w:pPr>
        <w:spacing w:after="160" w:line="276" w:lineRule="auto"/>
      </w:pPr>
      <w:r>
        <w:t>Handling positive and negative signsConsider the following expression:</w:t>
      </w:r>
    </w:p>
    <w:p>
      <w:pPr>
        <w:spacing w:after="160" w:line="276" w:lineRule="auto"/>
      </w:pPr>
      <w:r>
        <w:t>There's already some complexity in this expression with there being two signs to consider: plus and minus. An immediate simplification we can make is totreat all expressions as ones of pure addition. This is possible when we assign signs to each number (1 representing + and -1 representing -). This sign can be multiplied by the number to attain its correct value. This allows us to just focus on performing additions:</w:t>
      </w:r>
    </w:p>
    <w:p>
      <w:pPr>
        <w:spacing w:after="160" w:line="276" w:lineRule="auto"/>
      </w:pPr>
      <w:r>
        <w:t>Processing numbers with multiple digitsAnother complexity in this expression is that some numbers have multiple digits. We’ll need a way to build numbers digit by digit until we reach the end of the number. We can build a number using the variablecurr_num, which is initially set to 0. Every time we encounter a new digit, we multiplycurr_numby 10 and add the new digit to it, effectively shifting all digits to the left and appending the new digit.</w:t>
      </w:r>
    </w:p>
    <w:p>
      <w:pPr>
        <w:spacing w:after="160" w:line="276" w:lineRule="auto"/>
      </w:pPr>
      <w:r>
        <w:t>We can see this process play out for the string “123” in the following illustration:</w:t>
      </w:r>
    </w:p>
    <w:p>
      <w:pPr>
        <w:spacing w:after="160" w:line="276" w:lineRule="auto"/>
      </w:pPr>
      <w:r>
        <w:t>We can stop building this number once we encounter a non-digit character, indicating the end of the number.</w:t>
      </w:r>
    </w:p>
    <w:p>
      <w:pPr>
        <w:spacing w:after="160" w:line="276" w:lineRule="auto"/>
      </w:pPr>
      <w:r>
        <w:t>Evaluating an expression without parenthesesWith the information from the section above, let's evaluate the following expression, which contains no parentheses. We’ll start off with a sign of 1:</w:t>
      </w:r>
    </w:p>
    <w:p>
      <w:pPr>
        <w:spacing w:after="160" w:line="276" w:lineRule="auto"/>
      </w:pPr>
      <w:r>
        <w:t>Upon reaching the ‘-’ operator, we’ve reached the end of the first number (28). So, let’s:</w:t>
      </w:r>
    </w:p>
    <w:p>
      <w:pPr>
        <w:pStyle w:val="ListNumber"/>
      </w:pPr>
      <w:r>
        <w:t>Multiply the current number (28) by its sign (1).</w:t>
      </w:r>
    </w:p>
    <w:p>
      <w:pPr>
        <w:pStyle w:val="ListNumber"/>
      </w:pPr>
      <w:r>
        <w:t>Add the resulting product (28) to the result.</w:t>
      </w:r>
    </w:p>
    <w:p>
      <w:pPr>
        <w:pStyle w:val="ListNumber"/>
      </w:pPr>
      <w:r>
        <w:t>Update the sign to -1 since the current operator is a minus sign.</w:t>
      </w:r>
    </w:p>
    <w:p>
      <w:pPr>
        <w:pStyle w:val="ListNumber"/>
      </w:pPr>
      <w:r>
        <w:t>Resetcurr_numto 0 before building the next number.</w:t>
      </w:r>
    </w:p>
    <w:p>
      <w:pPr>
        <w:spacing w:after="160" w:line="276" w:lineRule="auto"/>
      </w:pPr>
      <w:r>
        <w:t>Once we reach the second operator, we multiply the current number (10) by its sign of -1 before adding the resulting product (-10) to the result. This effectively subtracts 10 from the result:</w:t>
      </w:r>
    </w:p>
    <w:p>
      <w:pPr>
        <w:spacing w:after="160" w:line="276" w:lineRule="auto"/>
      </w:pPr>
      <w:r>
        <w:t>Finally, once we’ve reached the end of the string, we just add the final number (7) to the result after multiplying it by its sign of 1:</w:t>
      </w:r>
    </w:p>
    <w:p>
      <w:pPr>
        <w:spacing w:after="160" w:line="276" w:lineRule="auto"/>
      </w:pPr>
      <w:r>
        <w:t>Evaluating expressions containing parenthesesNow that we can solve simple expressions, it's time to bring parentheses into the discussion. Moving forward, we define a nested expression as one that’s inside a pair of parentheses.</w:t>
      </w:r>
    </w:p>
    <w:p>
      <w:pPr>
        <w:spacing w:after="160" w:line="276" w:lineRule="auto"/>
      </w:pPr>
      <w:r>
        <w:t>One challenge is that we need to evaluate the results of nested expressions before we can calculate the original expression. Once all nested expressions are evaluated, we can evaluate the original expression.</w:t>
      </w:r>
    </w:p>
    <w:p>
      <w:pPr>
        <w:spacing w:after="160" w:line="276" w:lineRule="auto"/>
      </w:pPr>
      <w:r>
        <w:t>Consider another problem in this chapter that also contains parentheses:Valid Parenthesis Expression. In that problem, we used astackto process nested parentheses in the right order. This suggests a stack might also help us evaluate nested expressions in the right order. Let’s explore this idea further.</w:t>
      </w:r>
    </w:p>
    <w:p>
      <w:pPr>
        <w:spacing w:after="160" w:line="276" w:lineRule="auto"/>
      </w:pPr>
      <w:r>
        <w:t>Similar toValid Parenthesis Expression, an opening parenthesis ‘(‘ indicates the start of a new nested expression, whereas a closing parenthesis ‘)’ indicates the end of one. Understanding this, let’s try to use a stack to solve the following expression.</w:t>
      </w:r>
    </w:p>
    <w:p>
      <w:pPr>
        <w:spacing w:after="160" w:line="276" w:lineRule="auto"/>
      </w:pPr>
      <w:r>
        <w:t>We already know how to evaluate expressions without parentheses, so let’s just focus on what to do when we encounter a parenthesis.</w:t>
      </w:r>
    </w:p>
    <w:p>
      <w:pPr>
        <w:spacing w:after="160" w:line="276" w:lineRule="auto"/>
      </w:pPr>
      <w:r>
        <w:t>At the first opening parenthesis, we know a nested expression has started. Before we evaluate the nested expression, we’ll need to save the running result (res) of the current expression, as well as the sign of this upcoming nested expression. This way, once we’re done evaluating the nested expression, we can resume where we were in the current expression.</w:t>
      </w:r>
    </w:p>
    <w:p>
      <w:pPr>
        <w:spacing w:after="160" w:line="276" w:lineRule="auto"/>
      </w:pPr>
      <w:r>
        <w:t>Here are the steps for when we encounter an opening parenthesis:</w:t>
      </w:r>
    </w:p>
    <w:p>
      <w:pPr>
        <w:pStyle w:val="ListNumber"/>
      </w:pPr>
      <w:r>
        <w:t>stack.push(res): Save the running result on the stack.</w:t>
      </w:r>
    </w:p>
    <w:p>
      <w:pPr>
        <w:pStyle w:val="ListNumber"/>
      </w:pPr>
      <w:r>
        <w:t>stack.push(sign): Save the sign of the upcoming nested expression on the stack.</w:t>
      </w:r>
    </w:p>
    <w:p>
      <w:pPr>
        <w:pStyle w:val="ListNumber"/>
      </w:pPr>
      <w:r>
        <w:t>res = 0,sign = 1: Reset these variables because we’re about to begin calculating a new expression.</w:t>
      </w:r>
    </w:p>
    <w:p>
      <w:pPr>
        <w:spacing w:after="160" w:line="276" w:lineRule="auto"/>
      </w:pPr>
      <w:r>
        <w:t>The next parenthesis we encounter is an opening parenthesis. Again, this indicates the start of a new nested expression. Let’s save the current result and sign on the stack, before resetting them to evaluate the upcoming nested expression:</w:t>
      </w:r>
    </w:p>
    <w:p>
      <w:pPr>
        <w:spacing w:after="160" w:line="276" w:lineRule="auto"/>
      </w:pPr>
      <w:r>
        <w:t>The next parenthesis we encounter is a closing parenthesis. This means the current nested expression just ended, and we need to merge its result with the outer expression. Here’s how we do this:</w:t>
      </w:r>
    </w:p>
    <w:p>
      <w:pPr>
        <w:pStyle w:val="ListNumber"/>
      </w:pPr>
      <w:r>
        <w:t>res *= stack.pop(): Apply the sign of the current nested expression to its result.</w:t>
      </w:r>
    </w:p>
    <w:p>
      <w:pPr>
        <w:pStyle w:val="ListNumber"/>
      </w:pPr>
      <w:r>
        <w:t>res += stack.pop(): Add the result of the outer expression to the result of the current nested expression.</w:t>
      </w:r>
    </w:p>
    <w:p>
      <w:pPr>
        <w:spacing w:after="160" w:line="276" w:lineRule="auto"/>
      </w:pPr>
      <w:r>
        <w:t>After applying those operations, the value ofreswill be 5, representing the result of the highlighted part of the expression below:</w:t>
      </w:r>
    </w:p>
    <w:p>
      <w:pPr>
        <w:spacing w:after="160" w:line="276" w:lineRule="auto"/>
      </w:pPr>
      <w:r>
        <w:t>At the final closing parenthesis, we can apply the same steps:</w:t>
      </w:r>
    </w:p>
    <w:p>
      <w:pPr>
        <w:spacing w:after="160" w:line="276" w:lineRule="auto"/>
      </w:pPr>
      <w:r>
        <w:t>Finally, the value ofreswill be 13, representing the result of the entire expression:</w:t>
      </w:r>
    </w:p>
    <w:p>
      <w:pPr>
        <w:spacing w:after="160" w:line="276" w:lineRule="auto"/>
      </w:pPr>
      <w:r>
        <w:t>Now that we’ve reached the end of the string, we can returnres.</w:t>
      </w:r>
    </w:p>
    <w:p>
      <w:pPr>
        <w:pStyle w:val="Heading2"/>
        <w:spacing w:before="320" w:after="120"/>
      </w:pPr>
      <w:r>
        <w:t>Implementation</w:t>
      </w:r>
    </w:p>
    <w:p>
      <w:pPr>
        <w:spacing w:before="160" w:after="160"/>
        <w:ind w:left="360"/>
      </w:pPr>
      <w:r>
        <w:rPr>
          <w:rFonts w:ascii="Consolas" w:hAnsi="Consolas"/>
          <w:color w:val="1E293B"/>
          <w:sz w:val="19"/>
        </w:rPr>
        <w:t>PythonJavaScriptJavaCopydef evaluate_expression(s: str) -&gt; int:</w:t>
        <w:br/>
        <w:t xml:space="preserve">    stack = []</w:t>
        <w:br/>
        <w:t xml:space="preserve">    curr_num, sign, res = 0, 1, 0</w:t>
        <w:br/>
        <w:t xml:space="preserve">    for c in s:</w:t>
        <w:br/>
        <w:t xml:space="preserve">        if c.isdigit():</w:t>
        <w:br/>
        <w:t xml:space="preserve">            curr_num = curr_num * 10 + int(c)</w:t>
        <w:br/>
        <w:t xml:space="preserve">        # If the current character is an operator, add 'curr_num' to the result</w:t>
        <w:br/>
        <w:t xml:space="preserve">        # after multiplying it by its sign.</w:t>
        <w:br/>
        <w:t xml:space="preserve">        elif c == '+' or c == '-':</w:t>
        <w:br/>
        <w:t xml:space="preserve">            res += curr_num * sign</w:t>
        <w:br/>
        <w:t xml:space="preserve">            # Update the sign and reset 'curr_num'.</w:t>
        <w:br/>
        <w:t xml:space="preserve">            sign = -1 if c == '-' else 1</w:t>
        <w:br/>
        <w:t xml:space="preserve">            curr_num = 0</w:t>
        <w:br/>
        <w:t xml:space="preserve">        # If the current character is an opening parenthesis, a new nested expression</w:t>
        <w:br/>
        <w:t xml:space="preserve">        # is starting.</w:t>
        <w:br/>
        <w:t xml:space="preserve">        elif c == '(':</w:t>
        <w:br/>
        <w:t xml:space="preserve">            # Save the current 'res' and 'sign' values by pushing them onto</w:t>
        <w:br/>
        <w:t xml:space="preserve">            # the stack, then reset their values to start calculating the new nested</w:t>
        <w:br/>
        <w:t xml:space="preserve">            # expression.</w:t>
        <w:br/>
        <w:t xml:space="preserve">            stack.append(res)</w:t>
        <w:br/>
        <w:t xml:space="preserve">            stack.append(sign)</w:t>
        <w:br/>
        <w:t xml:space="preserve">            res, sign = 0, 1</w:t>
        <w:br/>
        <w:t xml:space="preserve">        # If the current character is a closing parenthesis, a nested expression has</w:t>
        <w:br/>
        <w:t xml:space="preserve">        # ended.</w:t>
        <w:br/>
        <w:t xml:space="preserve">        elif c == ')':</w:t>
        <w:br/>
        <w:t xml:space="preserve">            # Finalize the result of the current nested expression.</w:t>
        <w:br/>
        <w:t xml:space="preserve">            res += sign * curr_num</w:t>
        <w:br/>
        <w:t xml:space="preserve">            # Apply the sign of the current nested expression’s result before adding</w:t>
        <w:br/>
        <w:t xml:space="preserve">            # this result to the result of the outer expression.</w:t>
        <w:br/>
        <w:t xml:space="preserve">            res *= stack.pop()</w:t>
        <w:br/>
        <w:t xml:space="preserve">            res += stack.pop()</w:t>
        <w:br/>
        <w:t xml:space="preserve">            curr_num = 0</w:t>
        <w:br/>
        <w:t xml:space="preserve">    # Finalize the result of the overall expression.</w:t>
        <w:br/>
        <w:t xml:space="preserve">    return res + curr_num * signfunction evaluateExpression(s) {</w:t>
        <w:br/>
        <w:t xml:space="preserve">    const stack = [];</w:t>
        <w:br/>
        <w:t xml:space="preserve">    let currNum = 0, sign = 1, res = 0;</w:t>
        <w:br/>
        <w:t xml:space="preserve">    for (const c of s) {</w:t>
        <w:br/>
        <w:t xml:space="preserve">        if (c &gt;= '0' &amp;&amp; c &lt;= '9') {</w:t>
        <w:br/>
        <w:t xml:space="preserve">            currNum = currNum * 10 + parseInt(c, 10);</w:t>
        <w:br/>
        <w:t xml:space="preserve">        // If the current character is an operator, add 'curr_num' to the result</w:t>
        <w:br/>
        <w:t xml:space="preserve">        // after multiplying it by its sign.</w:t>
        <w:br/>
        <w:t xml:space="preserve">        } else if (c === '+' || c === '-') {</w:t>
        <w:br/>
        <w:t xml:space="preserve">            res += currNum * sign;</w:t>
        <w:br/>
        <w:t xml:space="preserve">            // Update the sign and reset 'curr_num'.</w:t>
        <w:br/>
        <w:t xml:space="preserve">            sign = c === '-' ? -1 : 1;</w:t>
        <w:br/>
        <w:t xml:space="preserve">            currNum = 0;</w:t>
        <w:br/>
        <w:t xml:space="preserve">        // If the current character is an opening parenthesis, a new nested expression</w:t>
        <w:br/>
        <w:t xml:space="preserve">        // is starting.</w:t>
        <w:br/>
        <w:t xml:space="preserve">        } else if (c === '(') {</w:t>
        <w:br/>
        <w:t xml:space="preserve">            // Save the current 'res' and 'sign' values by pushing them onto</w:t>
        <w:br/>
        <w:t xml:space="preserve">            // the stack, then reset their values to start calculating the new nested</w:t>
        <w:br/>
        <w:t xml:space="preserve">            // expression.</w:t>
        <w:br/>
        <w:t xml:space="preserve">            stack.push(res);</w:t>
        <w:br/>
        <w:t xml:space="preserve">            stack.push(sign);</w:t>
        <w:br/>
        <w:t xml:space="preserve">            res = 0;</w:t>
        <w:br/>
        <w:t xml:space="preserve">            sign = 1;</w:t>
        <w:br/>
        <w:t xml:space="preserve">        // If the current character is a closing parenthesis, a nested expression has</w:t>
        <w:br/>
        <w:t xml:space="preserve">        // ended.</w:t>
        <w:br/>
        <w:t xml:space="preserve">        } else if (c === ')') {</w:t>
        <w:br/>
        <w:t xml:space="preserve">            // Finalize the result of the current nested expression.</w:t>
        <w:br/>
        <w:t xml:space="preserve">            res += sign * currNum;</w:t>
        <w:br/>
        <w:t xml:space="preserve">            // Apply the sign of the current nested expression’s result before adding</w:t>
        <w:br/>
        <w:t xml:space="preserve">            // this result to the result of the outer expression.</w:t>
        <w:br/>
        <w:t xml:space="preserve">            res *= stack.pop();</w:t>
        <w:br/>
        <w:t xml:space="preserve">            res += stack.pop();</w:t>
        <w:br/>
        <w:t xml:space="preserve">            currNum = 0;</w:t>
        <w:br/>
        <w:t xml:space="preserve">        }</w:t>
        <w:br/>
        <w:t xml:space="preserve">    }</w:t>
        <w:br/>
        <w:t xml:space="preserve">    // Finalize the result of the overall expression.</w:t>
        <w:br/>
        <w:t xml:space="preserve">    return res + currNum * sign;</w:t>
        <w:br/>
        <w:t>}import java.util.*;</w:t>
        <w:br/>
        <w:br/>
        <w:t>public class Solution {</w:t>
        <w:br/>
        <w:t xml:space="preserve">    public int evaluateExpression(String s) {</w:t>
        <w:br/>
        <w:t xml:space="preserve">        Deque&lt;Integer&gt; stack = new ArrayDeque&lt;&gt;();</w:t>
        <w:br/>
        <w:t xml:space="preserve">        int currNum = 0, sign = 1, res = 0;</w:t>
        <w:br/>
        <w:t xml:space="preserve">        for (char c : s.toCharArray()) {</w:t>
        <w:br/>
        <w:t xml:space="preserve">            if (Character.isDigit(c)) {</w:t>
        <w:br/>
        <w:t xml:space="preserve">                currNum = currNum * 10 + (c - '0');</w:t>
        <w:br/>
        <w:t xml:space="preserve">            // If the current character is an operator, add 'curr_num' to the result</w:t>
        <w:br/>
        <w:t xml:space="preserve">            // after multiplying it by its sign.</w:t>
        <w:br/>
        <w:t xml:space="preserve">            } else if (c == '+' || c == '-') {</w:t>
        <w:br/>
        <w:t xml:space="preserve">                res += currNum * sign;</w:t>
        <w:br/>
        <w:t xml:space="preserve">                // Update the sign and reset 'curr_num'.</w:t>
        <w:br/>
        <w:t xml:space="preserve">                sign = c == '-' ? -1 : 1;</w:t>
        <w:br/>
        <w:t xml:space="preserve">                currNum = 0;</w:t>
        <w:br/>
        <w:t xml:space="preserve">            // If the current character is an opening parenthesis, a new nested expression</w:t>
        <w:br/>
        <w:t xml:space="preserve">            // is starting.</w:t>
        <w:br/>
        <w:t xml:space="preserve">            } else if (c == '(') {</w:t>
        <w:br/>
        <w:t xml:space="preserve">                // Save the current 'res' and 'sign' values by pushing them onto</w:t>
        <w:br/>
        <w:t xml:space="preserve">                // the stack, then reset their values to start calculating the new nested</w:t>
        <w:br/>
        <w:t xml:space="preserve">                // expression.</w:t>
        <w:br/>
        <w:t xml:space="preserve">                stack.push(res);</w:t>
        <w:br/>
        <w:t xml:space="preserve">                stack.push(sign);</w:t>
        <w:br/>
        <w:t xml:space="preserve">                res = 0;</w:t>
        <w:br/>
        <w:t xml:space="preserve">                sign = 1;</w:t>
        <w:br/>
        <w:t xml:space="preserve">            // If the current character is a closing parenthesis, a nested expression has</w:t>
        <w:br/>
        <w:t xml:space="preserve">            // ended.</w:t>
        <w:br/>
        <w:t xml:space="preserve">            } else if (c == ')') {</w:t>
        <w:br/>
        <w:t xml:space="preserve">                // Finalize the result of the current nested expression.</w:t>
        <w:br/>
        <w:t xml:space="preserve">                res += sign * currNum;</w:t>
        <w:br/>
        <w:t xml:space="preserve">                // Apply the sign of the current nested expression’s result before adding</w:t>
        <w:br/>
        <w:t xml:space="preserve">                // this result to the result of the outer expression.</w:t>
        <w:br/>
        <w:t xml:space="preserve">                res *= stack.pop();</w:t>
        <w:br/>
        <w:t xml:space="preserve">                res += stack.pop();</w:t>
        <w:br/>
        <w:t xml:space="preserve">                currNum = 0;</w:t>
        <w:br/>
        <w:t xml:space="preserve">            }</w:t>
        <w:br/>
        <w:t xml:space="preserve">        }</w:t>
        <w:br/>
        <w:t xml:space="preserve">        // Finalize the result of the overall expression.</w:t>
        <w:br/>
        <w:t xml:space="preserve">        return res + currNum * sign;</w:t>
        <w:br/>
        <w:t xml:space="preserve">    }</w:t>
        <w:br/>
        <w:t>}</w:t>
      </w:r>
    </w:p>
    <w:p>
      <w:pPr>
        <w:pStyle w:val="Heading3"/>
        <w:spacing w:before="320" w:after="120"/>
      </w:pPr>
      <w:r>
        <w:t>Complexity Analysis</w:t>
      </w:r>
    </w:p>
    <w:p>
      <w:pPr>
        <w:spacing w:after="160" w:line="276" w:lineRule="auto"/>
      </w:pPr>
      <w:r>
        <w:t>Time complexity:The time complexity ofevaluate_expressionisO(n)O(n)O(n)because we traverse each character of the expression once, processing nested expressions using the stack, where each stack push or pop operation takesO(1)O(1)O(1)time.</w:t>
      </w:r>
    </w:p>
    <w:p>
      <w:pPr>
        <w:spacing w:after="160" w:line="276" w:lineRule="auto"/>
      </w:pPr>
      <w:r>
        <w:t>Space complexity:The space complexity isO(n)O(n)O(n)because the stack can grow proportionally to the length of the expression.</w:t>
      </w:r>
    </w:p>
    <w:p>
      <w:r>
        <w:br w:type="page"/>
      </w:r>
    </w:p>
    <w:p>
      <w:pPr>
        <w:pStyle w:val="Heading1"/>
        <w:spacing w:before="480" w:after="280"/>
      </w:pPr>
      <w:r>
        <w:rPr>
          <w:b/>
          <w:color w:val="008A60"/>
          <w:sz w:val="28"/>
        </w:rPr>
        <w:t>Chapter 42</w:t>
        <w:br/>
      </w:r>
      <w:r>
        <w:rPr>
          <w:b/>
          <w:color w:val="0F172A"/>
          <w:sz w:val="40"/>
        </w:rPr>
        <w:t>Repeated Removal of Adjacent Duplicates</w:t>
      </w:r>
    </w:p>
    <w:p>
      <w:pPr>
        <w:spacing w:before="160" w:after="160"/>
        <w:ind w:left="360"/>
      </w:pPr>
      <w:r>
        <w:rPr>
          <w:rFonts w:ascii="Consolas" w:hAnsi="Consolas"/>
          <w:color w:val="1E293B"/>
          <w:sz w:val="19"/>
        </w:rPr>
        <w:t>Given a string, continually perform the following operation: remove a pair of adjacent duplicates from the string. Continue performing this operation until the string no longer contains pairs of adjacent duplicates. Return the final string.Example 1:ExampleCopyInput: s = 'aacabba'</w:t>
        <w:br/>
        <w:t>Output: 'c'</w:t>
        <w:br/>
        <w:t>Example 2:ExampleCopyInput: s = 'aaa'</w:t>
        <w:br/>
        <w:t>Output: 'a'</w:t>
        <w:br/>
      </w:r>
    </w:p>
    <w:p>
      <w:pPr>
        <w:pStyle w:val="Heading2"/>
        <w:spacing w:before="320" w:after="120"/>
      </w:pPr>
      <w:r>
        <w:t>Intuition</w:t>
      </w:r>
    </w:p>
    <w:p>
      <w:pPr>
        <w:spacing w:after="160" w:line="276" w:lineRule="auto"/>
      </w:pPr>
      <w:r>
        <w:t>One challenge in solving this problem is how we handle characters which aren’t currently adjacent duplicates but will be in the future.</w:t>
      </w:r>
    </w:p>
    <w:p>
      <w:pPr>
        <w:spacing w:after="160" w:line="276" w:lineRule="auto"/>
      </w:pPr>
      <w:r>
        <w:t>A solution we can try is to iterativelybuild the string character by characterand immediately remove each pair of adjacent duplicates that get formed as we’re building the string.</w:t>
      </w:r>
    </w:p>
    <w:p>
      <w:pPr>
        <w:spacing w:after="160" w:line="276" w:lineRule="auto"/>
      </w:pPr>
      <w:r>
        <w:t>It’s also possible an adjacent duplicate may be formed after another adjacent duplicate gets removed. For example, with the string “abba”, removing “bb” will result in “aa”. Building the string character by character ensures the formation of “aa” gets noticed and removed. To better understand how this works, let’s dive into an example.</w:t>
      </w:r>
    </w:p>
    <w:p>
      <w:pPr>
        <w:spacing w:after="160" w:line="276" w:lineRule="auto"/>
      </w:pPr>
      <w:r>
        <w:t>Consider the following string:</w:t>
      </w:r>
    </w:p>
    <w:p>
      <w:pPr>
        <w:spacing w:after="160" w:line="276" w:lineRule="auto"/>
      </w:pPr>
      <w:r>
        <w:t>At the second ‘a’, we notice that adding it would result in an adjacent duplicate forming (i.e., “aa”). So, let’s remove this duplicate before adding any new characters. We’ll do this for all adjacent duplicates we come across as we build the string:</w:t>
      </w:r>
    </w:p>
    <w:p>
      <w:pPr>
        <w:spacing w:after="160" w:line="276" w:lineRule="auto"/>
      </w:pPr>
      <w:r>
        <w:t>Once the smoke clears, the resulting string we were building ends up just being “c”, which is the expected output.</w:t>
      </w:r>
    </w:p>
    <w:p>
      <w:pPr>
        <w:spacing w:after="160" w:line="276" w:lineRule="auto"/>
      </w:pPr>
      <w:r>
        <w:t>Now that we know how this strategy works, we just need a data structure that'll allow us to:</w:t>
      </w:r>
    </w:p>
    <w:p>
      <w:pPr>
        <w:pStyle w:val="ListNumber"/>
      </w:pPr>
      <w:r>
        <w:t>Add letters to one end of it.</w:t>
      </w:r>
    </w:p>
    <w:p>
      <w:pPr>
        <w:pStyle w:val="ListNumber"/>
      </w:pPr>
      <w:r>
        <w:t>Remove letters from the same end.</w:t>
      </w:r>
    </w:p>
    <w:p>
      <w:pPr>
        <w:spacing w:after="160" w:line="276" w:lineRule="auto"/>
      </w:pPr>
      <w:r>
        <w:t>Thestackdata structure is a strong option because it allows for both operations.</w:t>
      </w:r>
    </w:p>
    <w:p>
      <w:pPr>
        <w:spacing w:after="160" w:line="276" w:lineRule="auto"/>
      </w:pPr>
      <w:r>
        <w:t>As we push characters onto the stack, the top of the stack will represent the previous/most recently added character. Given this, to mimic the process of building the “new string” as shown in the example, we:</w:t>
      </w:r>
    </w:p>
    <w:p>
      <w:pPr>
        <w:pStyle w:val="ListBullet"/>
      </w:pPr>
      <w:r>
        <w:t>Push the current character onto the stack if it’s different from the character at the top (i.e., not a duplicate character.)</w:t>
      </w:r>
    </w:p>
    <w:p>
      <w:pPr>
        <w:pStyle w:val="ListBullet"/>
      </w:pPr>
      <w:r>
        <w:t>Pop off the character at the top of the stack if it's the same as the current character (i.e., a duplicate.)</w:t>
      </w:r>
    </w:p>
    <w:p>
      <w:pPr>
        <w:spacing w:after="160" w:line="276" w:lineRule="auto"/>
      </w:pPr>
      <w:r>
        <w:t>Once all characters have been processed, the last thing to do is return the content of the stack as a string, since the final state of the stack will contain all characters that weren’t removed.</w:t>
      </w:r>
    </w:p>
    <w:p>
      <w:pPr>
        <w:pStyle w:val="Heading2"/>
        <w:spacing w:before="320" w:after="120"/>
      </w:pPr>
      <w:r>
        <w:t>Implementation</w:t>
      </w:r>
    </w:p>
    <w:p>
      <w:pPr>
        <w:spacing w:before="160" w:after="160"/>
        <w:ind w:left="360"/>
      </w:pPr>
      <w:r>
        <w:rPr>
          <w:rFonts w:ascii="Consolas" w:hAnsi="Consolas"/>
          <w:color w:val="1E293B"/>
          <w:sz w:val="19"/>
        </w:rPr>
        <w:t>PythonJavaScriptJavaCopydef repeated_removal_of_adjacent_duplicates(s: str) -&gt; str:</w:t>
        <w:br/>
        <w:t xml:space="preserve">    stack = []</w:t>
        <w:br/>
        <w:t xml:space="preserve">    for c in s:</w:t>
        <w:br/>
        <w:t xml:space="preserve">        # If the current character is the same as the top character on the stack,</w:t>
        <w:br/>
        <w:t xml:space="preserve">        # a pair of adjacent duplicates has been formed. So, pop the top character</w:t>
        <w:br/>
        <w:t xml:space="preserve">        # from the stack.</w:t>
        <w:br/>
        <w:t xml:space="preserve">        if stack and c == stack[-1]:</w:t>
        <w:br/>
        <w:t xml:space="preserve">            stack.pop()</w:t>
        <w:br/>
        <w:t xml:space="preserve">        # Otherwise, push the current character onto the stack.</w:t>
        <w:br/>
        <w:t xml:space="preserve">        else:</w:t>
        <w:br/>
        <w:t xml:space="preserve">            stack.append(c)</w:t>
        <w:br/>
        <w:t xml:space="preserve">    # Return the remaining characters as a string.</w:t>
        <w:br/>
        <w:t xml:space="preserve">    return ''.join(stack)function repeatedRemovalOfAdjacentDuplicates(s) {</w:t>
        <w:br/>
        <w:t xml:space="preserve">    const stack = [];</w:t>
        <w:br/>
        <w:t xml:space="preserve">    for (const c of s) {</w:t>
        <w:br/>
        <w:t xml:space="preserve">        // If the current character is the same as the top character on the stack,</w:t>
        <w:br/>
        <w:t xml:space="preserve">        // a pair of adjacent duplicates has been formed. So, pop the top character</w:t>
        <w:br/>
        <w:t xml:space="preserve">        // from the stack.</w:t>
        <w:br/>
        <w:t xml:space="preserve">        if (stack.length &gt; 0 &amp;&amp; c === stack[stack.length - 1]) {</w:t>
        <w:br/>
        <w:t xml:space="preserve">            stack.pop();</w:t>
        <w:br/>
        <w:t xml:space="preserve">        // Otherwise, push the current character onto the stack.</w:t>
        <w:br/>
        <w:t xml:space="preserve">        } else {</w:t>
        <w:br/>
        <w:t xml:space="preserve">            stack.push(c);</w:t>
        <w:br/>
        <w:t xml:space="preserve">        }</w:t>
        <w:br/>
        <w:t xml:space="preserve">    }</w:t>
        <w:br/>
        <w:t xml:space="preserve">    // Return the remaining characters as a string.</w:t>
        <w:br/>
        <w:t xml:space="preserve">    return stack.join('');</w:t>
        <w:br/>
        <w:t>}public class Solution {</w:t>
        <w:br/>
        <w:t xml:space="preserve">    public String repeatedRemovalOfAdjacentDuplicates(String s) {</w:t>
        <w:br/>
        <w:t xml:space="preserve">        StringBuilder sb = new StringBuilder();</w:t>
        <w:br/>
        <w:t xml:space="preserve">        for (char c : s.toCharArray()) {</w:t>
        <w:br/>
        <w:t xml:space="preserve">            // If the current character is the same as the top character on the stack,</w:t>
        <w:br/>
        <w:t xml:space="preserve">            // a pair of adjacent duplicates has been formed. So, pop the top character</w:t>
        <w:br/>
        <w:t xml:space="preserve">            // from the stack.</w:t>
        <w:br/>
        <w:t xml:space="preserve">            if (sb.length() &gt; 0 &amp;&amp; c == sb.charAt(sb.length() - 1)) {</w:t>
        <w:br/>
        <w:t xml:space="preserve">                sb.deleteCharAt(sb.length() - 1);</w:t>
        <w:br/>
        <w:t xml:space="preserve">            // Otherwise, push the current character onto the stack.</w:t>
        <w:br/>
        <w:t xml:space="preserve">            } else {</w:t>
        <w:br/>
        <w:t xml:space="preserve">                sb.append(c);</w:t>
        <w:br/>
        <w:t xml:space="preserve">            }</w:t>
        <w:br/>
        <w:t xml:space="preserve">        }</w:t>
        <w:br/>
        <w:t xml:space="preserve">        // Return the remaining characters as a string.</w:t>
        <w:br/>
        <w:t xml:space="preserve">        return sb.toString();</w:t>
        <w:br/>
        <w:t xml:space="preserve">    }</w:t>
        <w:br/>
        <w:t>}</w:t>
      </w:r>
    </w:p>
    <w:p>
      <w:pPr>
        <w:pStyle w:val="Heading3"/>
        <w:spacing w:before="320" w:after="120"/>
      </w:pPr>
      <w:r>
        <w:t>Complexity Analysis</w:t>
      </w:r>
    </w:p>
    <w:p>
      <w:pPr>
        <w:spacing w:after="160" w:line="276" w:lineRule="auto"/>
      </w:pPr>
      <w:r>
        <w:t>Time complexity:The time complexity of therepeated_removal_of_adjacent_duplicatesfunction isO(n)O(n)O(n)wherennndenotes the length of the string. This is because we traverse the entire string, and we perform a join operation of up tonnncharacters in the stack. The stackpushandpopoperations contributeO(1)O(1)O(1)time.</w:t>
      </w:r>
    </w:p>
    <w:p>
      <w:pPr>
        <w:spacing w:after="160" w:line="276" w:lineRule="auto"/>
      </w:pPr>
      <w:r>
        <w:t>Space complexity:The space complexity isO(n)O(n)O(n)because the stack can store at mostnnncharacters.</w:t>
      </w:r>
    </w:p>
    <w:p>
      <w:r>
        <w:br w:type="page"/>
      </w:r>
    </w:p>
    <w:p>
      <w:pPr>
        <w:pStyle w:val="Heading1"/>
        <w:spacing w:before="480" w:after="280"/>
      </w:pPr>
      <w:r>
        <w:rPr>
          <w:b/>
          <w:color w:val="008A60"/>
          <w:sz w:val="28"/>
        </w:rPr>
        <w:t>Chapter 43</w:t>
        <w:br/>
      </w:r>
      <w:r>
        <w:rPr>
          <w:b/>
          <w:color w:val="0F172A"/>
          <w:sz w:val="40"/>
        </w:rPr>
        <w:t>Implement a Queue using Stacks</w:t>
      </w:r>
    </w:p>
    <w:p>
      <w:pPr>
        <w:spacing w:before="160" w:after="160"/>
        <w:ind w:left="360"/>
      </w:pPr>
      <w:r>
        <w:rPr>
          <w:rFonts w:ascii="Consolas" w:hAnsi="Consolas"/>
          <w:color w:val="1E293B"/>
          <w:sz w:val="19"/>
        </w:rPr>
        <w:t>Implement a queue using the stack data structure. Include the following functions:</w:t>
        <w:br/>
        <w:t>enqueue(x: int) -&gt; None: adds x to the end of the queue.</w:t>
        <w:br/>
        <w:t>dequeue() -&gt; int: removes and returns the element from the front of the queue.</w:t>
        <w:br/>
        <w:t>peek() -&gt; int: returns the front element of the queue.</w:t>
        <w:br/>
        <w:t>You may not use any other data structures to implement the queue.ExampleExampleCopyInput: [enqueue(1), enqueue(2), dequeue(), enqueue(3), peek()]</w:t>
        <w:br/>
        <w:t>Output: [1, 2]</w:t>
        <w:br/>
        <w:t>Constraints:</w:t>
        <w:br/>
        <w:t>The dequeue and peek operations will only be called on a non-empty queue.</w:t>
        <w:br/>
      </w:r>
    </w:p>
    <w:p>
      <w:pPr>
        <w:pStyle w:val="Heading2"/>
        <w:spacing w:before="320" w:after="120"/>
      </w:pPr>
      <w:r>
        <w:t>Intuition</w:t>
      </w:r>
    </w:p>
    <w:p>
      <w:pPr>
        <w:spacing w:after="160" w:line="276" w:lineRule="auto"/>
      </w:pPr>
      <w:r>
        <w:t>A queue is a first-in-first-out (FIFO) data structure, whereas stacks are a first-in-last-out (FILO) data structure:</w:t>
      </w:r>
    </w:p>
    <w:p>
      <w:pPr>
        <w:spacing w:after="160" w:line="276" w:lineRule="auto"/>
      </w:pPr>
      <w:r>
        <w:t>The main difference between these data structures is how items are evicted from them. In a queue, the first value to enter is the first to leave, whereas it would be the last to leave in a stack.</w:t>
      </w:r>
    </w:p>
    <w:p>
      <w:pPr>
        <w:spacing w:after="160" w:line="276" w:lineRule="auto"/>
      </w:pPr>
      <w:r>
        <w:t>Now that we understand how they work, let’s dive into the problem. Let’s start by seeing if it’s possible to replicate the functionality of a queue with just one stack.</w:t>
      </w:r>
    </w:p>
    <w:p>
      <w:pPr>
        <w:spacing w:after="160" w:line="276" w:lineRule="auto"/>
      </w:pPr>
      <w:r>
        <w:t>Consider the following stack where we push values 1, 2, and 3 to it after receiving enqueue(1), enqueue(2), and enqueue(3):</w:t>
      </w:r>
    </w:p>
    <w:p>
      <w:pPr>
        <w:spacing w:after="160" w:line="276" w:lineRule="auto"/>
      </w:pPr>
      <w:r>
        <w:t>We now encounter a problem with attempting adequeueoperation since popping off the top of the stack would return 3. The value we actually want popped off is 1, since it was the first value that entered the data structure. However, 1 is all the way at the bottom of the stack.</w:t>
      </w:r>
    </w:p>
    <w:p>
      <w:pPr>
        <w:spacing w:after="160" w:line="276" w:lineRule="auto"/>
      </w:pPr>
      <w:r>
        <w:t>To get to the bottom, we need to pop off all the values from the top of the stack and temporarily store these values in a separate data structure (temp) so we can add them back to the stack later:</w:t>
      </w:r>
    </w:p>
    <w:p>
      <w:pPr>
        <w:spacing w:after="160" w:line="276" w:lineRule="auto"/>
      </w:pPr>
      <w:r>
        <w:t>Once we've popped and returned the bottom value (1), push the values stored in temp back onto the stack in reverse order to ensure they're added back correctly:</w:t>
      </w:r>
    </w:p>
    <w:p>
      <w:pPr>
        <w:spacing w:after="160" w:line="276" w:lineRule="auto"/>
      </w:pPr>
      <w:r>
        <w:t>We know that if we were to use a data structure such as temp,it’d have to be a stack, since the problem specifies only stacks can be used. In this temporary data structure, we remove values in the opposite order in which we added them. In other words, it follows the LIFO principle, which is conveniently how a stack works. This means we can use a stack for our temporary storage.</w:t>
      </w:r>
    </w:p>
    <w:p>
      <w:pPr>
        <w:spacing w:after="160" w:line="276" w:lineRule="auto"/>
      </w:pPr>
      <w:r>
        <w:t>Now, even though we have a solution that works, having to pop off every single value from the top of the stack whenever we want to access the bottom value is quite time-consuming. To find a way around this, let’s have a closer look at the state of our two stacks right after we’ve moved the stack values to temp:</w:t>
      </w:r>
    </w:p>
    <w:p>
      <w:pPr>
        <w:spacing w:after="160" w:line="276" w:lineRule="auto"/>
      </w:pPr>
      <w:r>
        <w:t>In our original solution, we would now move the values from temp back to the main stack. However, notice the top of the temp stack now contains the next value we expect to return. This is because it’s the second value to have entered the data structure, and according to the FIFO eviction policy, it should be the next one to be removed.</w:t>
      </w:r>
    </w:p>
    <w:p>
      <w:pPr>
        <w:spacing w:after="160" w:line="276" w:lineRule="auto"/>
      </w:pPr>
      <w:r>
        <w:t>So, instead of adding these values back to the main stack, we could just leave them in temp and return the stack’s top value at the next dequeue call.</w:t>
      </w:r>
    </w:p>
    <w:p>
      <w:pPr>
        <w:spacing w:after="160" w:line="276" w:lineRule="auto"/>
      </w:pPr>
      <w:r>
        <w:t>In the above logic, we ended up using two stacks which each serve a unique purpose. In particular, we used:</w:t>
      </w:r>
    </w:p>
    <w:p>
      <w:pPr>
        <w:pStyle w:val="ListNumber"/>
      </w:pPr>
      <w:r>
        <w:t>A stack to push values onto during each enqueue call (enqueue_stack).</w:t>
      </w:r>
    </w:p>
    <w:p>
      <w:pPr>
        <w:pStyle w:val="ListNumber"/>
      </w:pPr>
      <w:r>
        <w:t>A stack to pop values from during each dequeue call (dequeue_stack).</w:t>
      </w:r>
    </w:p>
    <w:p>
      <w:pPr>
        <w:spacing w:after="160" w:line="276" w:lineRule="auto"/>
      </w:pPr>
      <w:r>
        <w:t>An important thing to realize here is that the dequeue stack won’t always be populated with values. So, what should we do when it’s empty? We can just populate it by moving all the values from the enqueue stack to the dequeue stack, just like we did in the example. To understand this more clearly, let’s dive into a full example.</w:t>
      </w:r>
    </w:p>
    <w:p>
      <w:pPr>
        <w:spacing w:after="160" w:line="276" w:lineRule="auto"/>
      </w:pPr>
      <w:r>
        <w:t>Let’s start with two enqueue calls and push each number onto the enqueue stack.</w:t>
      </w:r>
    </w:p>
    <w:p>
      <w:pPr>
        <w:spacing w:after="160" w:line="276" w:lineRule="auto"/>
      </w:pPr>
      <w:r>
        <w:t>Now, let's try processing a dequeue call. The first step is to pop off each element from the enqueue stack and push them onto the dequeue stack:</w:t>
      </w:r>
    </w:p>
    <w:p>
      <w:pPr>
        <w:spacing w:after="160" w:line="276" w:lineRule="auto"/>
      </w:pPr>
      <w:r>
        <w:t>Then, we just return the top value from the dequeue stack:</w:t>
      </w:r>
    </w:p>
    <w:p>
      <w:pPr>
        <w:spacing w:after="160" w:line="276" w:lineRule="auto"/>
      </w:pPr>
      <w:r>
        <w:t>Let’s enqueue one more value:</w:t>
      </w:r>
    </w:p>
    <w:p>
      <w:pPr>
        <w:spacing w:after="160" w:line="276" w:lineRule="auto"/>
      </w:pPr>
      <w:r>
        <w:t>If we call dequeue again, we return the value from the top of the dequeue stack:</w:t>
      </w:r>
    </w:p>
    <w:p>
      <w:pPr>
        <w:spacing w:after="160" w:line="276" w:lineRule="auto"/>
      </w:pPr>
      <w:r>
        <w:t>Now, what happens when we call dequeue and the dequeue stack is empty? We need to repopulate it by popping all the values from the enqueue stack and pushing them into the dequeue stack. Once this is done, we return the top of the dequeue stack as usual:</w:t>
      </w:r>
    </w:p>
    <w:p>
      <w:pPr>
        <w:spacing w:after="160" w:line="276" w:lineRule="auto"/>
      </w:pPr>
      <w:r>
        <w:t>Regarding thepeekfunction, we follow the same logic as thedequeuefunction, but instead, we return the top element of the dequeue stack without popping it.</w:t>
      </w:r>
    </w:p>
    <w:p>
      <w:pPr>
        <w:pStyle w:val="Heading2"/>
        <w:spacing w:before="320" w:after="120"/>
      </w:pPr>
      <w:r>
        <w:t>Implementation</w:t>
      </w:r>
    </w:p>
    <w:p>
      <w:pPr>
        <w:spacing w:after="160" w:line="276" w:lineRule="auto"/>
      </w:pPr>
      <w:r>
        <w:t>As mentioned before, thedequeueandpeekfunctions have mostly the same behavior, with the only difference being thatdequeuepops the top value whilepeekdoes not. To avoid duplicate code, the common logic between these functions for transferring values from the enqueue stack to the dequeue stack has been extracted into a separate function,transfer_enqueue_to_dequeue.</w:t>
      </w:r>
    </w:p>
    <w:p>
      <w:pPr>
        <w:spacing w:before="160" w:after="160"/>
        <w:ind w:left="360"/>
      </w:pPr>
      <w:r>
        <w:rPr>
          <w:rFonts w:ascii="Consolas" w:hAnsi="Consolas"/>
          <w:color w:val="1E293B"/>
          <w:sz w:val="19"/>
        </w:rPr>
        <w:t>PythonJavaScriptJavaCopyclass Queue:</w:t>
        <w:br/>
        <w:t xml:space="preserve">    def __init__(self):</w:t>
        <w:br/>
        <w:t xml:space="preserve">        self.enqueue_stack = []</w:t>
        <w:br/>
        <w:t xml:space="preserve">        self.dequeue_stack = []</w:t>
        <w:br/>
        <w:br/>
        <w:t xml:space="preserve">    def enqueue(self, x: int) -&gt; None:</w:t>
        <w:br/>
        <w:t xml:space="preserve">        self.enqueue_stack.append(x)</w:t>
        <w:br/>
        <w:br/>
        <w:t xml:space="preserve">    def transfer_enqueue_to_dequeue(self) -&gt; None:</w:t>
        <w:br/>
        <w:t xml:space="preserve">        # If the dequeue stack is empty, push all elements from the enqueue stack</w:t>
        <w:br/>
        <w:t xml:space="preserve">        # onto the dequeue stack. This ensures the top of the dequeue stack</w:t>
        <w:br/>
        <w:t xml:space="preserve">        # contains the most recent value.</w:t>
        <w:br/>
        <w:t xml:space="preserve">        if not self.dequeue_stack:</w:t>
        <w:br/>
        <w:t xml:space="preserve">            while self.enqueue_stack:</w:t>
        <w:br/>
        <w:t xml:space="preserve">                self.dequeue_stack.append(self.enqueue_stack.pop())</w:t>
        <w:br/>
        <w:br/>
        <w:t xml:space="preserve">    def dequeue(self) -&gt; int:</w:t>
        <w:br/>
        <w:t xml:space="preserve">        self.transfer_enqueue_to_dequeue()</w:t>
        <w:br/>
        <w:t xml:space="preserve">        # Pop and return the value at the top of the dequeue stack.</w:t>
        <w:br/>
        <w:t xml:space="preserve">        return self.dequeue_stack.pop() if self.dequeue_stack else None</w:t>
        <w:br/>
        <w:br/>
        <w:t xml:space="preserve">    def peek(self) -&gt; int:</w:t>
        <w:br/>
        <w:t xml:space="preserve">        self.transfer_enqueue_to_dequeue()</w:t>
        <w:br/>
        <w:t xml:space="preserve">        return self.dequeue_stack[-1] if self.dequeue_stack else Noneclass Queue {</w:t>
        <w:br/>
        <w:t xml:space="preserve">    constructor() {</w:t>
        <w:br/>
        <w:t xml:space="preserve">        this.enqueueStack = [];</w:t>
        <w:br/>
        <w:t xml:space="preserve">        this.dequeueStack = [];</w:t>
        <w:br/>
        <w:t xml:space="preserve">    }</w:t>
        <w:br/>
        <w:br/>
        <w:t xml:space="preserve">    enqueue(x) {</w:t>
        <w:br/>
        <w:t xml:space="preserve">        this.enqueueStack.push(x);</w:t>
        <w:br/>
        <w:t xml:space="preserve">    }</w:t>
        <w:br/>
        <w:br/>
        <w:t xml:space="preserve">    transferEnqueueToDequeue() {</w:t>
        <w:br/>
        <w:t xml:space="preserve">        // If the dequeue stack is empty, push all elements from the enqueue stack</w:t>
        <w:br/>
        <w:t xml:space="preserve">        // onto the dequeue stack. This ensures the top of the dequeue stack</w:t>
        <w:br/>
        <w:t xml:space="preserve">        // contains the most recent value.</w:t>
        <w:br/>
        <w:t xml:space="preserve">        if (this.dequeueStack.length === 0) {</w:t>
        <w:br/>
        <w:t xml:space="preserve">            while (this.enqueueStack.length &gt; 0) {</w:t>
        <w:br/>
        <w:t xml:space="preserve">                this.dequeueStack.push(this.enqueueStack.pop());</w:t>
        <w:br/>
        <w:t xml:space="preserve">            }</w:t>
        <w:br/>
        <w:t xml:space="preserve">        }</w:t>
        <w:br/>
        <w:t xml:space="preserve">    }</w:t>
        <w:br/>
        <w:br/>
        <w:t xml:space="preserve">    dequeue() {</w:t>
        <w:br/>
        <w:t xml:space="preserve">        this.transferEnqueueToDequeue();</w:t>
        <w:br/>
        <w:t xml:space="preserve">        // Pop and return the value at the top of the dequeue stack.</w:t>
        <w:br/>
        <w:t xml:space="preserve">        return this.dequeueStack.length &gt; 0 ? this.dequeueStack.pop() : null;</w:t>
        <w:br/>
        <w:t xml:space="preserve">    }</w:t>
        <w:br/>
        <w:br/>
        <w:t xml:space="preserve">    peek() {</w:t>
        <w:br/>
        <w:t xml:space="preserve">        this.transferEnqueueToDequeue();</w:t>
        <w:br/>
        <w:t xml:space="preserve">        return this.dequeueStack.length &gt; 0 ? this.dequeueStack[this.dequeueStack.length - 1] : null;</w:t>
        <w:br/>
        <w:t xml:space="preserve">    }</w:t>
        <w:br/>
        <w:t>}import java.util.*;</w:t>
        <w:br/>
        <w:br/>
        <w:t>public class Queue {</w:t>
        <w:br/>
        <w:t xml:space="preserve">    private Deque&lt;Integer&gt; enqueueStack;</w:t>
        <w:br/>
        <w:t xml:space="preserve">    private Deque&lt;Integer&gt; dequeueStack;</w:t>
        <w:br/>
        <w:br/>
        <w:t xml:space="preserve">    public Queue() {</w:t>
        <w:br/>
        <w:t xml:space="preserve">        enqueueStack = new ArrayDeque&lt;&gt;();</w:t>
        <w:br/>
        <w:t xml:space="preserve">        dequeueStack = new ArrayDeque&lt;&gt;();</w:t>
        <w:br/>
        <w:t xml:space="preserve">    }</w:t>
        <w:br/>
        <w:br/>
        <w:t xml:space="preserve">    public void enqueue(int x) {</w:t>
        <w:br/>
        <w:t xml:space="preserve">        enqueueStack.push(x);</w:t>
        <w:br/>
        <w:t xml:space="preserve">    }</w:t>
        <w:br/>
        <w:br/>
        <w:t xml:space="preserve">    public void transferEnqueueToDequeue() {</w:t>
        <w:br/>
        <w:t xml:space="preserve">        // If the dequeue stack is empty, push all elements from the enqueue stack</w:t>
        <w:br/>
        <w:t xml:space="preserve">        // onto the dequeue stack. This ensures the top of the dequeue stack</w:t>
        <w:br/>
        <w:t xml:space="preserve">        // contains the most recent value.</w:t>
        <w:br/>
        <w:t xml:space="preserve">        if (dequeueStack.isEmpty()) {</w:t>
        <w:br/>
        <w:t xml:space="preserve">            while (!enqueueStack.isEmpty()) {</w:t>
        <w:br/>
        <w:t xml:space="preserve">                dequeueStack.push(enqueueStack.pop());</w:t>
        <w:br/>
        <w:t xml:space="preserve">            }</w:t>
        <w:br/>
        <w:t xml:space="preserve">        }</w:t>
        <w:br/>
        <w:t xml:space="preserve">    }</w:t>
        <w:br/>
        <w:br/>
        <w:t xml:space="preserve">    public Integer dequeue() {</w:t>
        <w:br/>
        <w:t xml:space="preserve">        transferEnqueueToDequeue();</w:t>
        <w:br/>
        <w:t xml:space="preserve">        // Pop and return the value at the top of the dequeue stack.</w:t>
        <w:br/>
        <w:t xml:space="preserve">        return !dequeueStack.isEmpty() ? dequeueStack.pop() : null;</w:t>
        <w:br/>
        <w:t xml:space="preserve">    }</w:t>
        <w:br/>
        <w:br/>
        <w:t xml:space="preserve">    public Integer peek() {</w:t>
        <w:br/>
        <w:t xml:space="preserve">        transferEnqueueToDequeue();</w:t>
        <w:br/>
        <w:t xml:space="preserve">        return !dequeueStack.isEmpty() ? dequeueStack.peek() : null;</w:t>
        <w:br/>
        <w:t xml:space="preserve">    }</w:t>
        <w:br/>
        <w:t>}</w:t>
      </w:r>
    </w:p>
    <w:p>
      <w:pPr>
        <w:pStyle w:val="Heading3"/>
        <w:spacing w:before="320" w:after="120"/>
      </w:pPr>
      <w:r>
        <w:t>Complexity Analysis</w:t>
      </w:r>
    </w:p>
    <w:p>
      <w:pPr>
        <w:spacing w:after="160" w:line="276" w:lineRule="auto"/>
      </w:pPr>
      <w:r>
        <w:t>Time complexity:The time complexity of:</w:t>
      </w:r>
    </w:p>
    <w:p>
      <w:pPr>
        <w:pStyle w:val="ListBullet"/>
      </w:pPr>
      <w:r>
        <w:t>enqueueisO(1)O(1)O(1)because we add one element to the enqueue stack in constant time.</w:t>
      </w:r>
    </w:p>
    <w:p>
      <w:pPr>
        <w:pStyle w:val="ListBullet"/>
      </w:pPr>
      <w:r>
        <w:t>dequeueis amortizedO(1)O(1)O(1).In the worst case, all elements from the enqueue stack are moved to the dequeue stack. This takesO(n)O(n)O(n)time, wherennndenotes the number of elements in the enqueue queue.However, each element is only ever moved once during its lifetime. So, overnnndequeuecalls, at mostnnnelements are moved between stacks, averaging the cost toO(1)O(1)O(1)time perdequeueoperation.</w:t>
      </w:r>
    </w:p>
    <w:p>
      <w:pPr>
        <w:pStyle w:val="ListBullet"/>
      </w:pPr>
      <w:r>
        <w:t>peekis amortizedO(1)O(1)O(1)for the same reasons asdequeue.</w:t>
      </w:r>
    </w:p>
    <w:p>
      <w:pPr>
        <w:spacing w:after="160" w:line="276" w:lineRule="auto"/>
      </w:pPr>
      <w:r>
        <w:t>Space complexity:The space complexity isO(n)O(n)O(n)since we maintain two stacks that collectively store all elements of the queue at any given time.</w:t>
      </w:r>
    </w:p>
    <w:p>
      <w:r>
        <w:br w:type="page"/>
      </w:r>
    </w:p>
    <w:p>
      <w:pPr>
        <w:pStyle w:val="Heading1"/>
        <w:spacing w:before="480" w:after="280"/>
      </w:pPr>
      <w:r>
        <w:rPr>
          <w:b/>
          <w:color w:val="008A60"/>
          <w:sz w:val="28"/>
        </w:rPr>
        <w:t>Chapter 44</w:t>
        <w:br/>
      </w:r>
      <w:r>
        <w:rPr>
          <w:b/>
          <w:color w:val="0F172A"/>
          <w:sz w:val="40"/>
        </w:rPr>
        <w:t>Maximums of Sliding Window</w:t>
      </w:r>
    </w:p>
    <w:p>
      <w:pPr>
        <w:spacing w:before="160" w:after="160"/>
        <w:ind w:left="360"/>
      </w:pPr>
      <w:r>
        <w:rPr>
          <w:rFonts w:ascii="Consolas" w:hAnsi="Consolas"/>
          <w:color w:val="1E293B"/>
          <w:sz w:val="19"/>
        </w:rPr>
        <w:t>There's a sliding window of size k that slides through an integer array from left to right. Create a new array that records the largest number found in each window as it slides through.Example:ExampleCopyInput: nums = [3, 2, 4, 1, 2, 1, 1], k = 4</w:t>
        <w:br/>
        <w:t>Output: [4, 4, 4, 2]</w:t>
        <w:br/>
      </w:r>
    </w:p>
    <w:p>
      <w:pPr>
        <w:pStyle w:val="Heading2"/>
        <w:spacing w:before="320" w:after="120"/>
      </w:pPr>
      <w:r>
        <w:t>Intuition</w:t>
      </w:r>
    </w:p>
    <w:p>
      <w:pPr>
        <w:spacing w:after="160" w:line="276" w:lineRule="auto"/>
      </w:pPr>
      <w:r>
        <w:t>A brute-force approach to solving this problem involves iterating through each element within a window to find the maximum value of that window. Repeating this for each window will takeO(n⋅k)O(n\cdot k)O(n⋅k)time because we traversekkkelements for up tonnnwindows.</w:t>
      </w:r>
    </w:p>
    <w:p>
      <w:pPr>
        <w:spacing w:after="160" w:line="276" w:lineRule="auto"/>
      </w:pPr>
      <w:r>
        <w:t>The main issue is that as we slide the window, we keep re-examining the same elements we've already looked at in previous windows. This is because two adjacent windows share mostly the same values.</w:t>
      </w:r>
    </w:p>
    <w:p>
      <w:pPr>
        <w:spacing w:after="160" w:line="276" w:lineRule="auto"/>
      </w:pPr>
      <w:r>
        <w:t>A more efficient solution likely involves keeping track of values we see in any given window so that at the next window, we don't have to iterate over previously seen values again. Specifically, at each window, we should only maintain a record of values that have the potential to become the maximum of a future window. Let's call these valuescandidates, where all the values that aren't candidates can no longer contribute to a maximum. How can we determine which numbers are candidates?</w:t>
      </w:r>
    </w:p>
    <w:p>
      <w:pPr>
        <w:spacing w:after="160" w:line="276" w:lineRule="auto"/>
      </w:pPr>
      <w:r>
        <w:t>Consider the window of size 4 in the following array. We'll use left and right pointers to define the window:</w:t>
      </w:r>
    </w:p>
    <w:p>
      <w:pPr>
        <w:spacing w:after="160" w:line="276" w:lineRule="auto"/>
      </w:pPr>
      <w:r>
        <w:t>To identify the candidates for the next window, let's look at each number individually.</w:t>
      </w:r>
    </w:p>
    <w:p>
      <w:pPr>
        <w:spacing w:after="160" w:line="276" w:lineRule="auto"/>
      </w:pPr>
      <w:r>
        <w:t>3:Number 3 is a candidate for the current window, but once we move to the next window, we can ignore it since it will no longer be included in the window.</w:t>
      </w:r>
    </w:p>
    <w:p>
      <w:pPr>
        <w:spacing w:after="160" w:line="276" w:lineRule="auto"/>
      </w:pPr>
      <w:r>
        <w:t>2:Could number 2 be a maximum of a future window? The answer is no. This is because of the 4 to its right: all future windows which contain this 2 will also contain 4, and since 4 is larger, it means 2 could never be a maximum of any future windows.</w:t>
      </w:r>
    </w:p>
    <w:p>
      <w:pPr>
        <w:spacing w:after="160" w:line="276" w:lineRule="auto"/>
      </w:pPr>
      <w:r>
        <w:t>4:This is the maximum value in the current window, and it'll be included in some future windows. Therefore, 4 could potentially be a maximum for a future window.</w:t>
      </w:r>
    </w:p>
    <w:p>
      <w:pPr>
        <w:spacing w:after="160" w:line="276" w:lineRule="auto"/>
      </w:pPr>
      <w:r>
        <w:t>1:Could 1 become the maximum of a future window? The answer is yes. While 4 is larger in the current window, it's positioned to the left of 1. As the window shifts to the right, there will eventually be a point where 1 remains in the window while 4 is excluded, making 1 a potential maximum in the future.</w:t>
      </w:r>
    </w:p>
    <w:p>
      <w:pPr>
        <w:spacing w:after="160" w:line="276" w:lineRule="auto"/>
      </w:pPr>
      <w:r>
        <w:t>Based on the above analysis, we can derive the following strategy whenever the window encounters a new candidate:</w:t>
      </w:r>
    </w:p>
    <w:p>
      <w:pPr>
        <w:pStyle w:val="ListNumber"/>
      </w:pPr>
      <w:r>
        <w:t>Remove smaller or equal candidates:Any existing candidates less than or equal to the new candidate should be discarded because they can no longer be maximums of future windows.</w:t>
      </w:r>
    </w:p>
    <w:p>
      <w:pPr>
        <w:pStyle w:val="ListNumber"/>
      </w:pPr>
      <w:r>
        <w:t>Adding the new candidate: Once smaller candidates are discarded, the new value can be added as a new candidate.</w:t>
      </w:r>
    </w:p>
    <w:p>
      <w:pPr>
        <w:pStyle w:val="ListNumber"/>
      </w:pPr>
      <w:r>
        <w:t>Removing outdated candidates: When the window moves past a value, that value should be discarded to ensure we don't consider values outside the window.</w:t>
      </w:r>
    </w:p>
    <w:p>
      <w:pPr>
        <w:spacing w:after="160" w:line="276" w:lineRule="auto"/>
      </w:pPr>
      <w:r>
        <w:t>Observe how this strategy is applied to the list of candidates below as the window advances one index to the right:</w:t>
      </w:r>
    </w:p>
    <w:p>
      <w:pPr>
        <w:spacing w:after="160" w:line="276" w:lineRule="auto"/>
      </w:pPr>
      <w:r>
        <w:t>An important observation is thatcandidate values always maintain a decreasing order. This is because each new candidate we encounter removes smaller and equal candidates to its left, ensuring the list of candidates is kept in a decreasing order.</w:t>
      </w:r>
    </w:p>
    <w:p>
      <w:pPr>
        <w:spacing w:after="160" w:line="276" w:lineRule="auto"/>
      </w:pPr>
      <w:r>
        <w:t>This consequently meansthe maximum value for a window is always the first value in the candidate list.</w:t>
      </w:r>
    </w:p>
    <w:p>
      <w:pPr>
        <w:spacing w:after="160" w:line="276" w:lineRule="auto"/>
      </w:pPr>
      <w:r>
        <w:t>Therefore, to store the candidates, we need a data structure that can maintain amonotonic decreasing orderof values.</w:t>
      </w:r>
    </w:p>
    <w:p>
      <w:pPr>
        <w:spacing w:after="160" w:line="276" w:lineRule="auto"/>
      </w:pPr>
      <w:r>
        <w:t>DequeWe know that typically, a stack allows us to maintain a monotonic decreasing order of values, but in this case, it has a critical limitation: it doesn't provide a way to remove outdated candidates. A stack is a last-in-first-out (LIFO) data structure, which means we only have access to the last (i.e., most recent) end of the data structure. From the diagram above, we know we need access to both ends of the list of candidates, so a stack won't be sufficient.</w:t>
      </w:r>
    </w:p>
    <w:p>
      <w:pPr>
        <w:spacing w:after="160" w:line="276" w:lineRule="auto"/>
      </w:pPr>
      <w:r>
        <w:t>Is there a data structure that allows us to add and remove from both ends? Adouble-ended queue, or deque for short, is a great candidate for this. A deque is essentially a doubly linked list under the hood. It allows us to push and pop values from both ends of the data structure inO(1)O(1)O(1)time.</w:t>
      </w:r>
    </w:p>
    <w:p>
      <w:pPr>
        <w:spacing w:after="160" w:line="276" w:lineRule="auto"/>
      </w:pPr>
      <w:r>
        <w:t>Despite its name, it's easier to think of a deque as a double-ended stack:</w:t>
      </w:r>
    </w:p>
    <w:p>
      <w:pPr>
        <w:spacing w:after="160" w:line="276" w:lineRule="auto"/>
      </w:pPr>
      <w:r>
        <w:t>Now that we have our data structure, let's see how we can use it over the following example. Note that our deque will store tuples containing both a value and its corresponding index. We keep track of indexes in the deque because they allow us to determine whether a value has moved outside the window. We'll see how this works later in the example.</w:t>
      </w:r>
    </w:p>
    <w:p>
      <w:pPr>
        <w:spacing w:after="160" w:line="276" w:lineRule="auto"/>
      </w:pPr>
      <w:r>
        <w:t>Start by expanding the window until it's of length k. For each candidate we encounter, we need to ensure the values in the deque maintain a monotonic decreasing order before pushing it in:</w:t>
      </w:r>
    </w:p>
    <w:p>
      <w:pPr>
        <w:spacing w:after="160" w:line="276" w:lineRule="auto"/>
      </w:pPr>
      <w:r>
        <w:t>When we reach 4, we can't add it to the deque straight away because adding it would violate the decreasing order of the deque. So, let's pop any candidates from the right of the deque that are less than 4 before pushing 4 in.</w:t>
      </w:r>
    </w:p>
    <w:p>
      <w:pPr>
        <w:spacing w:after="160" w:line="276" w:lineRule="auto"/>
      </w:pPr>
      <w:r>
        <w:t>The next expansion of the window will set it at the expected fixed size of k:</w:t>
      </w:r>
    </w:p>
    <w:p>
      <w:pPr>
        <w:spacing w:after="160" w:line="276" w:lineRule="auto"/>
      </w:pPr>
      <w:r>
        <w:t>Now that the window is of length k, it's time to begin recording the maximum value of each window. As mentioned earlier, the maximum value is the first value in the candidate list (i.e., the leftmost value of the deque.) The maximum value of this window is 4 since it's the leftmost candidate value.</w:t>
      </w:r>
    </w:p>
    <w:p>
      <w:pPr>
        <w:spacing w:after="160" w:line="276" w:lineRule="auto"/>
      </w:pPr>
      <w:r>
        <w:t>With the window now at a fixed size of k, our approach shifts from expanding the window to sliding it. As we slide, we should remove any values from the deque whose index is before the left pointer, since those values will be outside the window:</w:t>
      </w:r>
    </w:p>
    <w:p>
      <w:pPr>
        <w:spacing w:after="160" w:line="276" w:lineRule="auto"/>
      </w:pPr>
      <w:r>
        <w:t>The maximum value of the above window after the three operations are performed is revealed to be 4, as it's the leftmost candidate value.</w:t>
      </w:r>
    </w:p>
    <w:p>
      <w:pPr>
        <w:spacing w:after="160" w:line="276" w:lineRule="auto"/>
      </w:pPr>
      <w:r>
        <w:t>The maximum value of the above window after the three operations are performed is also 4, as it's the leftmost candidate value.</w:t>
      </w:r>
    </w:p>
    <w:p>
      <w:pPr>
        <w:spacing w:after="160" w:line="276" w:lineRule="auto"/>
      </w:pPr>
      <w:r>
        <w:t>Before recording the maximum value of this window, we ensured 4 was removed from the deque because its index (index 2) occurs before the left pointer (index 3), indicating it's no longer within the current window. The maximum value for this window after this removal is revealed to be 2.</w:t>
      </w:r>
    </w:p>
    <w:p>
      <w:pPr>
        <w:pStyle w:val="Heading2"/>
        <w:spacing w:before="320" w:after="120"/>
      </w:pPr>
      <w:r>
        <w:t>Implementation</w:t>
      </w:r>
    </w:p>
    <w:p>
      <w:pPr>
        <w:spacing w:before="160" w:after="160"/>
        <w:ind w:left="360"/>
      </w:pPr>
      <w:r>
        <w:rPr>
          <w:rFonts w:ascii="Consolas" w:hAnsi="Consolas"/>
          <w:color w:val="1E293B"/>
          <w:sz w:val="19"/>
        </w:rPr>
        <w:t>PythonJavaScriptJavaCopyfrom typing import List</w:t>
        <w:br/>
        <w:t>from collections import deque</w:t>
        <w:br/>
        <w:t xml:space="preserve">    </w:t>
        <w:br/>
        <w:t>def maximums_of_sliding_window(nums: List[int], k: int) -&gt; List[int]:</w:t>
        <w:br/>
        <w:t xml:space="preserve">    res = []</w:t>
        <w:br/>
        <w:t xml:space="preserve">    dq = deque()</w:t>
        <w:br/>
        <w:t xml:space="preserve">    left = right = 0</w:t>
        <w:br/>
        <w:t xml:space="preserve">    while right &lt; len(nums):</w:t>
        <w:br/>
        <w:t xml:space="preserve">        # 1) Ensure the values of the deque maintain a monotonic decreasing order</w:t>
        <w:br/>
        <w:t xml:space="preserve">        # by removing candidates &lt;= the current candidate.</w:t>
        <w:br/>
        <w:t xml:space="preserve">        while dq and dq[-1][0] &lt;= nums[right]:</w:t>
        <w:br/>
        <w:t xml:space="preserve">            dq.pop()</w:t>
        <w:br/>
        <w:t xml:space="preserve">        # 2) Add the current candidate.</w:t>
        <w:br/>
        <w:t xml:space="preserve">        dq.append((nums[right], right))</w:t>
        <w:br/>
        <w:t xml:space="preserve">        # If the window is of length 'k', record the maximum of the window.</w:t>
        <w:br/>
        <w:t xml:space="preserve">        if right - left + 1 == k:</w:t>
        <w:br/>
        <w:t xml:space="preserve">            # 3) Remove values whose indexes occur outside the window.</w:t>
        <w:br/>
        <w:t xml:space="preserve">            if dq and dq[0][1] &lt; left:</w:t>
        <w:br/>
        <w:t xml:space="preserve">                dq.popleft()</w:t>
        <w:br/>
        <w:t xml:space="preserve">            # The maximum value of this window is the leftmost value in the</w:t>
        <w:br/>
        <w:t xml:space="preserve">            # deque.</w:t>
        <w:br/>
        <w:t xml:space="preserve">            res.append(dq[0][0])</w:t>
        <w:br/>
        <w:t xml:space="preserve">            # Slide the window by advancing both 'left' and 'right'. The right</w:t>
        <w:br/>
        <w:t xml:space="preserve">            # pointer always gets advanced so we just need to advance 'left'</w:t>
        <w:br/>
        <w:t xml:space="preserve">            left += 1</w:t>
        <w:br/>
        <w:t xml:space="preserve">        right += 1</w:t>
        <w:br/>
        <w:t xml:space="preserve">    return resfunction maximumsOfSlidingWindow(nums, k) {</w:t>
        <w:br/>
        <w:t xml:space="preserve">    const res = [];</w:t>
        <w:br/>
        <w:t xml:space="preserve">    const dq = []; // Stores [val, index]</w:t>
        <w:br/>
        <w:t xml:space="preserve">    let left = 0, right = 0;</w:t>
        <w:br/>
        <w:t xml:space="preserve">    while (right &lt; nums.length) {</w:t>
        <w:br/>
        <w:t xml:space="preserve">        // 1) Ensure the values of the deque maintain a monotonic decreasing order</w:t>
        <w:br/>
        <w:t xml:space="preserve">        // by removing candidates &lt;= the current candidate.</w:t>
        <w:br/>
        <w:t xml:space="preserve">        while (dq.length &gt; 0 &amp;&amp; dq[dq.length - 1][0] &lt;= nums[right]) {</w:t>
        <w:br/>
        <w:t xml:space="preserve">            dq.pop();</w:t>
        <w:br/>
        <w:t xml:space="preserve">        }</w:t>
        <w:br/>
        <w:t xml:space="preserve">        // 2) Add the current candidate.</w:t>
        <w:br/>
        <w:t xml:space="preserve">        dq.push([nums[right], right]);</w:t>
        <w:br/>
        <w:t xml:space="preserve">        // If the window is of length 'k', record the maximum of the window.</w:t>
        <w:br/>
        <w:t xml:space="preserve">        if (right - left + 1 === k) {</w:t>
        <w:br/>
        <w:t xml:space="preserve">            // 3) Remove values whose indexes occur outside the window.</w:t>
        <w:br/>
        <w:t xml:space="preserve">            if (dq.length &gt; 0 &amp;&amp; dq[0][1] &lt; left) {</w:t>
        <w:br/>
        <w:t xml:space="preserve">                dq.shift();</w:t>
        <w:br/>
        <w:t xml:space="preserve">            }</w:t>
        <w:br/>
        <w:t xml:space="preserve">            // The maximum value of this window is the leftmost value in the</w:t>
        <w:br/>
        <w:t xml:space="preserve">            // deque.</w:t>
        <w:br/>
        <w:t xml:space="preserve">            res.push(dq[0][0]);</w:t>
        <w:br/>
        <w:t xml:space="preserve">            // Slide the window by advancing both 'left' and 'right'. The right</w:t>
        <w:br/>
        <w:t xml:space="preserve">            // pointer always gets advanced so we just need to advance 'left'</w:t>
        <w:br/>
        <w:t xml:space="preserve">            left += 1;</w:t>
        <w:br/>
        <w:t xml:space="preserve">        }</w:t>
        <w:br/>
        <w:t xml:space="preserve">        right += 1;</w:t>
        <w:br/>
        <w:t xml:space="preserve">    }</w:t>
        <w:br/>
        <w:t xml:space="preserve">    return res;</w:t>
        <w:br/>
        <w:t>}import java.util.*;</w:t>
        <w:br/>
        <w:br/>
        <w:t>public class Solution {</w:t>
        <w:br/>
        <w:t xml:space="preserve">    public int[] maximumsOfSlidingWindow(int[] nums, int k) {</w:t>
        <w:br/>
        <w:t xml:space="preserve">        if (nums.length == 0 || k &lt;= 0) return new int[0];</w:t>
        <w:br/>
        <w:t xml:space="preserve">        List&lt;Integer&gt; res = new ArrayList&lt;&gt;();</w:t>
        <w:br/>
        <w:t xml:space="preserve">        // Stores int[]{val, index}</w:t>
        <w:br/>
        <w:t xml:space="preserve">        Deque&lt;int[]&gt; dq = new ArrayDeque&lt;&gt;();</w:t>
        <w:br/>
        <w:t xml:space="preserve">        int left = 0, right = 0;</w:t>
        <w:br/>
        <w:t xml:space="preserve">        while (right &lt; nums.length) {</w:t>
        <w:br/>
        <w:t xml:space="preserve">            // 1) Ensure the values of the deque maintain a monotonic decreasing order</w:t>
        <w:br/>
        <w:t xml:space="preserve">            // by removing candidates &lt;= the current candidate.</w:t>
        <w:br/>
        <w:t xml:space="preserve">            while (!dq.isEmpty() &amp;&amp; dq.peekLast()[0] &lt;= nums[right]) {</w:t>
        <w:br/>
        <w:t xml:space="preserve">                dq.pollLast();</w:t>
        <w:br/>
        <w:t xml:space="preserve">            }</w:t>
        <w:br/>
        <w:t xml:space="preserve">            // 2) Add the current candidate.</w:t>
        <w:br/>
        <w:t xml:space="preserve">            dq.offerLast(new int[]{nums[right], right});</w:t>
        <w:br/>
        <w:t xml:space="preserve">            // If the window is of length 'k', record the maximum of the window.</w:t>
        <w:br/>
        <w:t xml:space="preserve">            if (right - left + 1 == k) {</w:t>
        <w:br/>
        <w:t xml:space="preserve">                // 3) Remove values whose indexes occur outside the window.</w:t>
        <w:br/>
        <w:t xml:space="preserve">                if (!dq.isEmpty() &amp;&amp; dq.peekFirst()[1] &lt; left) {</w:t>
        <w:br/>
        <w:t xml:space="preserve">                    dq.pollFirst();</w:t>
        <w:br/>
        <w:t xml:space="preserve">                }</w:t>
        <w:br/>
        <w:t xml:space="preserve">                // The maximum value of this window is the leftmost value in the</w:t>
        <w:br/>
        <w:t xml:space="preserve">                // deque.</w:t>
        <w:br/>
        <w:t xml:space="preserve">                res.add(dq.peekFirst()[0]);</w:t>
        <w:br/>
        <w:t xml:space="preserve">                // Slide the window by advancing both 'left' and 'right'. The right</w:t>
        <w:br/>
        <w:t xml:space="preserve">                // pointer always gets advanced so we just need to advance 'left'</w:t>
        <w:br/>
        <w:t xml:space="preserve">                left += 1;</w:t>
        <w:br/>
        <w:t xml:space="preserve">            }</w:t>
        <w:br/>
        <w:t xml:space="preserve">            right += 1;</w:t>
        <w:br/>
        <w:t xml:space="preserve">        }</w:t>
        <w:br/>
        <w:t xml:space="preserve">        int[] result = new int[res.size()];</w:t>
        <w:br/>
        <w:t xml:space="preserve">        for (int i = 0; i &lt; res.size(); i++) {</w:t>
        <w:br/>
        <w:t xml:space="preserve">            result[i] = res.get(i);</w:t>
        <w:br/>
        <w:t xml:space="preserve">        }</w:t>
        <w:br/>
        <w:t xml:space="preserve">        return result;</w:t>
        <w:br/>
        <w:t xml:space="preserve">    }</w:t>
        <w:br/>
        <w:t>}</w:t>
      </w:r>
    </w:p>
    <w:p>
      <w:pPr>
        <w:pStyle w:val="Heading3"/>
        <w:spacing w:before="320" w:after="120"/>
      </w:pPr>
      <w:r>
        <w:t>Complexity Analysis</w:t>
      </w:r>
    </w:p>
    <w:p>
      <w:pPr>
        <w:spacing w:after="160" w:line="276" w:lineRule="auto"/>
      </w:pPr>
      <w:r>
        <w:t>Time complexity:The time complexity ofmaximums_of_sliding_windowisO(n)O(n)O(n)because we slide over the array in linear time, and we push and pop values ofnumsinto the deque at most once for each number.</w:t>
      </w:r>
    </w:p>
    <w:p>
      <w:pPr>
        <w:spacing w:after="160" w:line="276" w:lineRule="auto"/>
      </w:pPr>
      <w:r>
        <w:t>Space complexity:The space complexity isO(k)O(k)O(k)because the deque can store up tokkkelements.</w:t>
      </w:r>
    </w:p>
    <w:p>
      <w:pPr>
        <w:pStyle w:val="Heading2"/>
        <w:spacing w:before="320" w:after="120"/>
      </w:pPr>
      <w:r>
        <w:t>Interview Tip</w:t>
      </w:r>
    </w:p>
    <w:p>
      <w:pPr>
        <w:spacing w:after="160" w:line="276" w:lineRule="auto"/>
      </w:pPr>
      <w:r>
        <w:t>Tip: If you're unsure about what data structure to use for a problem, first identify what attributes or operations you want from the data structure. Use these attributes and operations to pinpoint a data structure that satisfies them and can be used to solve the problem. In this problem, we wanted a data structure that could add and remove elements from both ends of it efficiently, and the best data structure that matched these requirements was a deque.</w:t>
      </w:r>
    </w:p>
    <w:p>
      <w:r>
        <w:br w:type="page"/>
      </w:r>
    </w:p>
    <w:p>
      <w:pPr>
        <w:pStyle w:val="Heading1"/>
        <w:spacing w:before="480" w:after="280"/>
      </w:pPr>
      <w:r>
        <w:rPr>
          <w:b/>
          <w:color w:val="008A60"/>
          <w:sz w:val="28"/>
        </w:rPr>
        <w:t>Chapter 45</w:t>
        <w:br/>
      </w:r>
      <w:r>
        <w:rPr>
          <w:b/>
          <w:color w:val="0F172A"/>
          <w:sz w:val="40"/>
        </w:rPr>
        <w:t>Introduction to Heaps</w:t>
      </w:r>
    </w:p>
    <w:p>
      <w:pPr>
        <w:pStyle w:val="Heading2"/>
        <w:spacing w:before="320" w:after="120"/>
      </w:pPr>
      <w:r>
        <w:t>Intuition</w:t>
      </w:r>
    </w:p>
    <w:p>
      <w:pPr>
        <w:spacing w:after="160" w:line="276" w:lineRule="auto"/>
      </w:pPr>
      <w:r>
        <w:t>A heap is a data structure that organizes elements based on priority, ensuring the highest-priority element is always at the top of the heap. This allows for efficient access to the highest-priority element at any time. There are two main types of heaps:</w:t>
      </w:r>
    </w:p>
    <w:p>
      <w:pPr>
        <w:pStyle w:val="ListBullet"/>
      </w:pPr>
      <w:r>
        <w:t>Min-heap: prioritizes the smallest element by keeping it at the top of the heap.</w:t>
      </w:r>
    </w:p>
    <w:p>
      <w:pPr>
        <w:pStyle w:val="ListBullet"/>
      </w:pPr>
      <w:r>
        <w:t>Max-heap: prioritizes the largest element by keeping it at the top of the heap.</w:t>
      </w:r>
    </w:p>
    <w:p>
      <w:pPr>
        <w:spacing w:after="160" w:line="276" w:lineRule="auto"/>
      </w:pPr>
      <w:r>
        <w:t>Efficient prioritization is possible due to how heaps are structured. A heap is essentially a binary tree. In the case of a min-heap, for example, each node’s value is less than or equal to that of its children. This guarantees the root of this tree (the top of the heap) is always the smallest element:</w:t>
      </w:r>
    </w:p>
    <w:p>
      <w:pPr>
        <w:spacing w:after="160" w:line="276" w:lineRule="auto"/>
      </w:pPr>
      <w:r>
        <w:t>Here’s a time complexity breakdown of common heap operations:</w:t>
      </w:r>
    </w:p>
    <w:p>
      <w:pPr>
        <w:spacing w:after="160" w:line="276" w:lineRule="auto"/>
      </w:pPr>
      <w:r>
        <w:t>This chapter discusses the practical uses of heaps. For a deeper understanding of how a heap works, we recommend diving into the details behind its internal implementation, and how its binary tree structure is consistently maintained during various operations[2].</w:t>
      </w:r>
    </w:p>
    <w:p>
      <w:pPr>
        <w:spacing w:after="160" w:line="276" w:lineRule="auto"/>
      </w:pPr>
      <w:r>
        <w:t>Priority queueA priority queue is a special type of heap that follows the structure of min-heaps or max-heaps but allows customization in how elements are prioritized (e.g., prioritizing strings with a higher number of vowels).</w:t>
      </w:r>
    </w:p>
    <w:p>
      <w:pPr>
        <w:pStyle w:val="Heading2"/>
        <w:spacing w:before="320" w:after="120"/>
      </w:pPr>
      <w:r>
        <w:t>Real-world Example</w:t>
      </w:r>
    </w:p>
    <w:p>
      <w:pPr>
        <w:spacing w:after="160" w:line="276" w:lineRule="auto"/>
      </w:pPr>
      <w:r>
        <w:t>Managing tasks in operating systems:Operating systems often use a priority queue to manage the execution of tasks, and a heap is commonly used to implement this priority queue efficiently.</w:t>
      </w:r>
    </w:p>
    <w:p>
      <w:pPr>
        <w:pStyle w:val="Heading2"/>
        <w:spacing w:before="320" w:after="120"/>
      </w:pPr>
    </w:p>
    <w:p>
      <w:pPr>
        <w:spacing w:after="160" w:line="276" w:lineRule="auto"/>
      </w:pPr>
      <w:r>
        <w:t>For example, when multiple processes are running on a computer, each process might be assigned a priority level. The operating system needs to schedule the processes so that higher-priority tasks are executed before lower-priority ones. A heap is ideal for this because it allows the system to quickly access the highest-priority task and efficiently re-arrange the priorities as new tasks are added or existing tasks are completed.</w:t>
      </w:r>
    </w:p>
    <w:p>
      <w:pPr>
        <w:pStyle w:val="Heading2"/>
        <w:spacing w:before="320" w:after="120"/>
      </w:pPr>
      <w:r>
        <w:t>Chapter Outline</w:t>
      </w:r>
    </w:p>
    <w:p>
      <w:r>
        <w:br w:type="page"/>
      </w:r>
    </w:p>
    <w:p>
      <w:pPr>
        <w:pStyle w:val="Heading1"/>
        <w:spacing w:before="480" w:after="280"/>
      </w:pPr>
      <w:r>
        <w:rPr>
          <w:b/>
          <w:color w:val="008A60"/>
          <w:sz w:val="28"/>
        </w:rPr>
        <w:t>Chapter 46</w:t>
        <w:br/>
      </w:r>
      <w:r>
        <w:rPr>
          <w:b/>
          <w:color w:val="0F172A"/>
          <w:sz w:val="40"/>
        </w:rPr>
        <w:t>K Most Frequent Strings</w:t>
      </w:r>
    </w:p>
    <w:p>
      <w:pPr>
        <w:spacing w:before="160" w:after="160"/>
        <w:ind w:left="360"/>
      </w:pPr>
      <w:r>
        <w:rPr>
          <w:rFonts w:ascii="Consolas" w:hAnsi="Consolas"/>
          <w:color w:val="1E293B"/>
          <w:sz w:val="19"/>
        </w:rPr>
        <w:t>Find the k most frequently occurring strings in an array, and return them sorted by frequency in descending order. If two strings have the same frequency, sort them in lexicographical order.Example:ExampleCopyInput: strs = ['go', 'coding', 'byte', 'byte', 'go', 'interview', 'go'], k = 2</w:t>
        <w:br/>
        <w:t>Output: ['go', 'byte']</w:t>
        <w:br/>
        <w:t>Explanation: The strings "go" and "byte" appear the most frequently, with frequencies of 3 and 2, respectively.Constraints:</w:t>
        <w:br/>
        <w:t>k ≤ n, where n denotes the length of the array.</w:t>
        <w:br/>
      </w:r>
    </w:p>
    <w:p>
      <w:pPr>
        <w:pStyle w:val="Heading2"/>
        <w:spacing w:before="320" w:after="120"/>
      </w:pPr>
      <w:r>
        <w:t>Intuition - Max-Heap</w:t>
      </w:r>
    </w:p>
    <w:p>
      <w:pPr>
        <w:spacing w:after="160" w:line="276" w:lineRule="auto"/>
      </w:pPr>
      <w:r>
        <w:t>The two main challenges to this problem are:</w:t>
      </w:r>
    </w:p>
    <w:p>
      <w:pPr>
        <w:pStyle w:val="ListNumber"/>
      </w:pPr>
      <w:r>
        <w:t>Identifying thekmost frequent strings.</w:t>
      </w:r>
    </w:p>
    <w:p>
      <w:pPr>
        <w:pStyle w:val="ListNumber"/>
      </w:pPr>
      <w:r>
        <w:t>Sorting those strings first by frequency and then lexicographically.</w:t>
      </w:r>
    </w:p>
    <w:p>
      <w:pPr>
        <w:spacing w:after="160" w:line="276" w:lineRule="auto"/>
      </w:pPr>
      <w:r>
        <w:t>For now, let's concentrate on identifying the most frequent strings and address lexicographical ordering afterward.</w:t>
      </w:r>
    </w:p>
    <w:p>
      <w:pPr>
        <w:spacing w:after="160" w:line="276" w:lineRule="auto"/>
      </w:pPr>
      <w:r>
        <w:t>First, we need a way to keep track of the frequencies of each string. We can use a hash map for this, where the keys represent the strings and the values represent frequencies:</w:t>
      </w:r>
    </w:p>
    <w:p>
      <w:pPr>
        <w:spacing w:after="160" w:line="276" w:lineRule="auto"/>
      </w:pPr>
      <w:r>
        <w:t>The most straightforward approach is to obtain an array containing the strings from the hash map, sorted by frequency in descending order. Thekmost frequent strings would be the firstkstrings in this array.</w:t>
      </w:r>
    </w:p>
    <w:p>
      <w:pPr>
        <w:spacing w:after="160" w:line="276" w:lineRule="auto"/>
      </w:pPr>
      <w:r>
        <w:t>The main inefficiency of this solution is that it involves sorting all n strings, even though we only need the topkfrequent ones to be sorted.</w:t>
      </w:r>
    </w:p>
    <w:p>
      <w:pPr>
        <w:spacing w:after="160" w:line="276" w:lineRule="auto"/>
      </w:pPr>
      <w:r>
        <w:t>Something useful to consider: if we remove the most frequent string, the new most frequent string after this removal represents the second-most frequent overall. By repeatedly identifying and removing the most frequent stringktimes, we efficiently obtain our answer.</w:t>
      </w:r>
    </w:p>
    <w:p>
      <w:pPr>
        <w:spacing w:after="160" w:line="276" w:lineRule="auto"/>
      </w:pPr>
      <w:r>
        <w:t>To implement this idea, we need a data structure that allows efficient access to the most frequent string at any time. Amax-heapis perfect for this.</w:t>
      </w:r>
    </w:p>
    <w:p>
      <w:pPr>
        <w:spacing w:after="160" w:line="276" w:lineRule="auto"/>
      </w:pPr>
      <w:r>
        <w:t>Max-heapLet's find thekmost frequent strings from the previous input, this time using a max-heap. First, populate the heap with each string along with their frequencies.</w:t>
      </w:r>
    </w:p>
    <w:p>
      <w:pPr>
        <w:spacing w:after="160" w:line="276" w:lineRule="auto"/>
      </w:pPr>
      <w:r>
        <w:t>One way to populate the heap is to push allnstrings into it one by one, which will takeO(nlog⁡(n))O(n\log(n))O(nlog(n))time. Instead, we can perform theheapifyoperation on an array containing all the string-frequency pairs to create the max-heap inO(n)O(n)O(n)time.</w:t>
      </w:r>
    </w:p>
    <w:p>
      <w:pPr>
        <w:spacing w:after="160" w:line="276" w:lineRule="auto"/>
      </w:pPr>
      <w:r>
        <w:t>To collect thekmost frequent strings, pop off the top element from the heapktimes and store the corresponding strings in the output arrayres:</w:t>
      </w:r>
    </w:p>
    <w:p>
      <w:pPr>
        <w:spacing w:after="160" w:line="276" w:lineRule="auto"/>
      </w:pPr>
      <w:r>
        <w:t>Now, we just need to ensure that when two strings have the same frequency, the one that comes first lexicographically has a higher priority in the heap. To do this, we can define a custom comparator for the heap that prioritizes strings lexicographically when their frequencies match, as demonstrated in the implementation below.</w:t>
      </w:r>
    </w:p>
    <w:p>
      <w:pPr>
        <w:pStyle w:val="Heading2"/>
        <w:spacing w:before="320" w:after="120"/>
      </w:pPr>
      <w:r>
        <w:t>Implementation - Max-Heap</w:t>
      </w:r>
    </w:p>
    <w:p>
      <w:pPr>
        <w:spacing w:after="160" w:line="276" w:lineRule="auto"/>
      </w:pPr>
      <w:r>
        <w:t>We create a Pair class for string-frequency pairs, enabling us to customize priority using a custom comparator.</w:t>
      </w:r>
    </w:p>
    <w:p>
      <w:pPr>
        <w:spacing w:before="160" w:after="160"/>
        <w:ind w:left="360"/>
      </w:pPr>
      <w:r>
        <w:rPr>
          <w:rFonts w:ascii="Consolas" w:hAnsi="Consolas"/>
          <w:color w:val="1E293B"/>
          <w:sz w:val="19"/>
        </w:rPr>
        <w:t>PythonJavaScriptJavaCopyfrom typing import List</w:t>
        <w:br/>
        <w:t>from collections import Counter</w:t>
        <w:br/>
        <w:t>import heapq</w:t>
        <w:br/>
        <w:t xml:space="preserve">    </w:t>
        <w:br/>
        <w:t>class Pair:</w:t>
        <w:br/>
        <w:t xml:space="preserve">   def __init__(self, str, freq):</w:t>
        <w:br/>
        <w:t xml:space="preserve">       self.str = str</w:t>
        <w:br/>
        <w:t xml:space="preserve">       self.freq = freq</w:t>
        <w:br/>
        <w:t xml:space="preserve">    </w:t>
        <w:br/>
        <w:t xml:space="preserve">   # Define a custom comparator.</w:t>
        <w:br/>
        <w:t xml:space="preserve">   def __lt__(self, other):</w:t>
        <w:br/>
        <w:t xml:space="preserve">       # Prioritize lexicographical order for strings with equal frequencies.</w:t>
        <w:br/>
        <w:t xml:space="preserve">       if self.freq == other.freq:</w:t>
        <w:br/>
        <w:t xml:space="preserve">           return self.str &lt; other.str</w:t>
        <w:br/>
        <w:t xml:space="preserve">       # Otherwise, prioritize strings with higher frequencies.</w:t>
        <w:br/>
        <w:t xml:space="preserve">       return self.freq &gt; other.freq</w:t>
        <w:br/>
        <w:t xml:space="preserve">    </w:t>
        <w:br/>
        <w:t>def k_most_frequent_strings_max_heap(strs: List[str], k: int) -&gt; List[str]:</w:t>
        <w:br/>
        <w:t xml:space="preserve">   # We use 'Counter' to create a hash map that counts the frequency of each string.</w:t>
        <w:br/>
        <w:t xml:space="preserve">   freqs = Counter(strs)</w:t>
        <w:br/>
        <w:t xml:space="preserve">   # Create the max heap by performing heapify on all string-frequency pairs.</w:t>
        <w:br/>
        <w:t xml:space="preserve">   max_heap = [Pair(str, freq) for str, freq in freqs.items()]</w:t>
        <w:br/>
        <w:t xml:space="preserve">   heapq.heapify(max_heap)</w:t>
        <w:br/>
        <w:t xml:space="preserve">   # Pop the most frequent string off the heap 'k' times and return these 'k' most</w:t>
        <w:br/>
        <w:t xml:space="preserve">   # frequent strings.</w:t>
        <w:br/>
        <w:t xml:space="preserve">   return [heapq.heappop(max_heap).str for _ in range(k)]class Pair {</w:t>
        <w:br/>
        <w:t xml:space="preserve">    constructor(str, freq) {</w:t>
        <w:br/>
        <w:t xml:space="preserve">        this.str = str;</w:t>
        <w:br/>
        <w:t xml:space="preserve">        this.freq = freq;</w:t>
        <w:br/>
        <w:t xml:space="preserve">    }</w:t>
        <w:br/>
        <w:t>}</w:t>
        <w:br/>
        <w:br/>
        <w:t>function kMostFrequentStringsMaxHeap(strs, k) {</w:t>
        <w:br/>
        <w:t xml:space="preserve">    // We use a Map to count the frequency of each string.</w:t>
        <w:br/>
        <w:t xml:space="preserve">    const freqs = new Map();</w:t>
        <w:br/>
        <w:t xml:space="preserve">    for (const str of strs) {</w:t>
        <w:br/>
        <w:t xml:space="preserve">        freqs.set(str, (freqs.get(str) || 0) + 1);</w:t>
        <w:br/>
        <w:t xml:space="preserve">    }</w:t>
        <w:br/>
        <w:t xml:space="preserve">    // Create the max heap pairs from all string-frequency pairs.</w:t>
        <w:br/>
        <w:t xml:space="preserve">    const pairs = [];</w:t>
        <w:br/>
        <w:t xml:space="preserve">    for (const [str, freq] of freqs.entries()) {</w:t>
        <w:br/>
        <w:t xml:space="preserve">        pairs.push(new Pair(str, freq));</w:t>
        <w:br/>
        <w:t xml:space="preserve">    }</w:t>
        <w:br/>
        <w:t xml:space="preserve">    // Prioritize lexicographical order for strings with equal frequencies.</w:t>
        <w:br/>
        <w:t xml:space="preserve">    // Otherwise, prioritize strings with higher frequencies.</w:t>
        <w:br/>
        <w:t xml:space="preserve">    pairs.sort((a, b) =&gt; {</w:t>
        <w:br/>
        <w:t xml:space="preserve">        if (a.freq === b.freq) {</w:t>
        <w:br/>
        <w:t xml:space="preserve">            return a.str.localeCompare(b.str);</w:t>
        <w:br/>
        <w:t xml:space="preserve">        }</w:t>
        <w:br/>
        <w:t xml:space="preserve">        return b.freq - a.freq;</w:t>
        <w:br/>
        <w:t xml:space="preserve">    });</w:t>
        <w:br/>
        <w:t xml:space="preserve">    // Pop the most frequent string off the heap 'k' times and return these 'k' most</w:t>
        <w:br/>
        <w:t xml:space="preserve">    // frequent strings.</w:t>
        <w:br/>
        <w:t xml:space="preserve">    return pairs.slice(0, k).map(pair =&gt; pair.str);</w:t>
        <w:br/>
        <w:t>}import java.util.*;</w:t>
        <w:br/>
        <w:br/>
        <w:t>class Pair {</w:t>
        <w:br/>
        <w:t xml:space="preserve">    String str;</w:t>
        <w:br/>
        <w:t xml:space="preserve">    int freq;</w:t>
        <w:br/>
        <w:br/>
        <w:t xml:space="preserve">    public Pair(String str, int freq) {</w:t>
        <w:br/>
        <w:t xml:space="preserve">        this.str = str;</w:t>
        <w:br/>
        <w:t xml:space="preserve">        this.freq = freq;</w:t>
        <w:br/>
        <w:t xml:space="preserve">    }</w:t>
        <w:br/>
        <w:t>}</w:t>
        <w:br/>
        <w:br/>
        <w:t>public class Solution {</w:t>
        <w:br/>
        <w:t xml:space="preserve">    public List&lt;String&gt; kMostFrequentStringsMaxHeap(String[] strs, int k) {</w:t>
        <w:br/>
        <w:t xml:space="preserve">        // We use HashMap to count the frequency of each string.</w:t>
        <w:br/>
        <w:t xml:space="preserve">        Map&lt;String, Integer&gt; freqs = new HashMap&lt;&gt;();</w:t>
        <w:br/>
        <w:t xml:space="preserve">        for (String str : strs) {</w:t>
        <w:br/>
        <w:t xml:space="preserve">            freqs.put(str, freqs.getOrDefault(str, 0) + 1);</w:t>
        <w:br/>
        <w:t xml:space="preserve">        }</w:t>
        <w:br/>
        <w:t xml:space="preserve">        // Define a custom comparator:</w:t>
        <w:br/>
        <w:t xml:space="preserve">        // Prioritize lexicographical order for strings with equal frequencies.</w:t>
        <w:br/>
        <w:t xml:space="preserve">        // Otherwise, prioritize strings with higher frequencies.</w:t>
        <w:br/>
        <w:t xml:space="preserve">        PriorityQueue&lt;Pair&gt; maxHeap = new PriorityQueue&lt;&gt;((a, b) -&gt; {</w:t>
        <w:br/>
        <w:t xml:space="preserve">            if (a.freq == b.freq) {</w:t>
        <w:br/>
        <w:t xml:space="preserve">                return a.str.compareTo(b.str);</w:t>
        <w:br/>
        <w:t xml:space="preserve">            }</w:t>
        <w:br/>
        <w:t xml:space="preserve">            return Integer.compare(b.freq, a.freq);</w:t>
        <w:br/>
        <w:t xml:space="preserve">        });</w:t>
        <w:br/>
        <w:t xml:space="preserve">        for (Map.Entry&lt;String, Integer&gt; entry : freqs.entrySet()) {</w:t>
        <w:br/>
        <w:t xml:space="preserve">            maxHeap.offer(new Pair(entry.getKey(), entry.getValue()));</w:t>
        <w:br/>
        <w:t xml:space="preserve">        }</w:t>
        <w:br/>
        <w:t xml:space="preserve">        // Pop the most frequent string off the heap 'k' times and return these 'k' most</w:t>
        <w:br/>
        <w:t xml:space="preserve">        // frequent strings.</w:t>
        <w:br/>
        <w:t xml:space="preserve">        List&lt;String&gt; res = new ArrayList&lt;&gt;();</w:t>
        <w:br/>
        <w:t xml:space="preserve">        for (int i = 0; i &lt; k; i++) {</w:t>
        <w:br/>
        <w:t xml:space="preserve">            res.add(maxHeap.poll().str);</w:t>
        <w:br/>
        <w:t xml:space="preserve">        }</w:t>
        <w:br/>
        <w:t xml:space="preserve">        return res;</w:t>
        <w:br/>
        <w:t xml:space="preserve">    }</w:t>
        <w:br/>
        <w:t>}</w:t>
      </w:r>
    </w:p>
    <w:p>
      <w:pPr>
        <w:pStyle w:val="Heading3"/>
        <w:spacing w:before="320" w:after="120"/>
      </w:pPr>
      <w:r>
        <w:t>Complexity Analysis</w:t>
      </w:r>
    </w:p>
    <w:p>
      <w:pPr>
        <w:spacing w:after="160" w:line="276" w:lineRule="auto"/>
      </w:pPr>
      <w:r>
        <w:t>Time complexity:The time complexity ofk_most_frequent_strings_max_heapisO(n+klog⁡(n))O(n+k\log(n))O(n+klog(n)).</w:t>
      </w:r>
    </w:p>
    <w:p>
      <w:pPr>
        <w:pStyle w:val="ListBullet"/>
      </w:pPr>
      <w:r>
        <w:t>It takesO(n)O(n)O(n)time to count the frequency of each string usingCounter, and to build themax_heap.</w:t>
      </w:r>
    </w:p>
    <w:p>
      <w:pPr>
        <w:pStyle w:val="ListBullet"/>
      </w:pPr>
      <w:r>
        <w:t>We also pop off the top of the heapkkktimes, with eachpopoperation takingO(log⁡(n))O(\log(n))O(log(n))time.</w:t>
      </w:r>
    </w:p>
    <w:p>
      <w:pPr>
        <w:spacing w:after="160" w:line="276" w:lineRule="auto"/>
      </w:pPr>
      <w:r>
        <w:t>Therefore, the overall time complexity isO(n)+kO(log⁡(n))=O(n+klog⁡(n))O(n)+kO(\log(n))=O(n+k\log(n))O(n)+kO(log(n))=O(n+klog(n)).</w:t>
      </w:r>
    </w:p>
    <w:p>
      <w:pPr>
        <w:spacing w:after="160" w:line="276" w:lineRule="auto"/>
      </w:pPr>
      <w:r>
        <w:t>Space complexity:The space complexity isO(n)O(n)O(n)because the hash map and heap store at mostnnnpairs. Note that the output array is not considered in the space complexity.</w:t>
      </w:r>
    </w:p>
    <w:p>
      <w:pPr>
        <w:pStyle w:val="Heading2"/>
        <w:spacing w:before="320" w:after="120"/>
      </w:pPr>
      <w:r>
        <w:t>Intuition - Min-Heap</w:t>
      </w:r>
    </w:p>
    <w:p>
      <w:pPr>
        <w:spacing w:after="160" w:line="276" w:lineRule="auto"/>
      </w:pPr>
      <w:r>
        <w:t>As a follow up, your interviewer may ask you to modify your solution to reduce the space used by the heap.</w:t>
      </w:r>
    </w:p>
    <w:p>
      <w:pPr>
        <w:spacing w:after="160" w:line="276" w:lineRule="auto"/>
      </w:pPr>
      <w:r>
        <w:t>In the previous approach, we ended up storing up tonitems in the heap. However, since we only need thekmost frequent characters, is there a way to maintain a heap with a space complexity ofO(k)O(k)O(k)?</w:t>
      </w:r>
    </w:p>
    <w:p>
      <w:pPr>
        <w:spacing w:after="160" w:line="276" w:lineRule="auto"/>
      </w:pPr>
      <w:r>
        <w:t>An important observation is that when our heap exceeds size k, we candiscard the lowest frequency strings until the heap's size is reduced tokagain. We can do this because those discarded strings definitely won't be among the k most frequent strings.</w:t>
      </w:r>
    </w:p>
    <w:p>
      <w:pPr>
        <w:spacing w:after="160" w:line="276" w:lineRule="auto"/>
      </w:pPr>
      <w:r>
        <w:t>However, we can't implement this strategy with a max-heap because we won't have access to the lowest frequency string. Instead, we need to use amin-heap.</w:t>
      </w:r>
    </w:p>
    <w:p>
      <w:pPr>
        <w:spacing w:after="160" w:line="276" w:lineRule="auto"/>
      </w:pPr>
      <w:r>
        <w:t>Let's observe how this works over an example:</w:t>
      </w:r>
    </w:p>
    <w:p>
      <w:pPr>
        <w:spacing w:after="160" w:line="276" w:lineRule="auto"/>
      </w:pPr>
      <w:r>
        <w:t>In the end, the strings remaining in the heap are our topkfrequent strings:</w:t>
      </w:r>
    </w:p>
    <w:p>
      <w:pPr>
        <w:spacing w:after="160" w:line="276" w:lineRule="auto"/>
      </w:pPr>
      <w:r>
        <w:t>To retrieve these strings, pop them from the heap until it's empty. Because we're using a min-heap, we're popping off the less frequent strings first. So, we need to reverse the order of the retrieved strings before returning the result:</w:t>
      </w:r>
    </w:p>
    <w:p>
      <w:pPr>
        <w:spacing w:before="160" w:after="160"/>
        <w:ind w:left="360"/>
      </w:pPr>
      <w:r>
        <w:rPr>
          <w:rFonts w:ascii="Consolas" w:hAnsi="Consolas"/>
          <w:color w:val="1E293B"/>
          <w:sz w:val="19"/>
        </w:rPr>
        <w:t>PythonJavaScriptJavaCopyfrom typing import List</w:t>
        <w:br/>
        <w:t>from collections import Counter</w:t>
        <w:br/>
        <w:t>import heapq</w:t>
        <w:br/>
        <w:t xml:space="preserve">    </w:t>
        <w:br/>
        <w:t>class Pair:</w:t>
        <w:br/>
        <w:t xml:space="preserve">    def __init__(self, str, freq):</w:t>
        <w:br/>
        <w:t xml:space="preserve">        self.str = str</w:t>
        <w:br/>
        <w:t xml:space="preserve">        self.freq = freq</w:t>
        <w:br/>
        <w:t xml:space="preserve">    # Since this is a min-heap comparator, we can use the same comparator as the one</w:t>
        <w:br/>
        <w:t xml:space="preserve">    # used in the max-heap, but reversing the inequality signs to invert the priority.</w:t>
        <w:br/>
        <w:t xml:space="preserve">    def __lt__(self, other):</w:t>
        <w:br/>
        <w:t xml:space="preserve">        if self.freq == other.freq:</w:t>
        <w:br/>
        <w:t xml:space="preserve">            return self.str &gt; other.str</w:t>
        <w:br/>
        <w:t xml:space="preserve">        return self.freq &lt; other.freq</w:t>
        <w:br/>
        <w:t xml:space="preserve">    </w:t>
        <w:br/>
        <w:t>def k_most_frequent_strings_min_heap(strs: List[str], k: int) -&gt; List[str]:</w:t>
        <w:br/>
        <w:t xml:space="preserve">    freqs = Counter(strs)</w:t>
        <w:br/>
        <w:t xml:space="preserve">    min_heap = []</w:t>
        <w:br/>
        <w:t xml:space="preserve">    for str, freq in freqs.items():</w:t>
        <w:br/>
        <w:t xml:space="preserve">        heapq.heappush(min_heap, Pair(str, freq))</w:t>
        <w:br/>
        <w:t xml:space="preserve">        # If heap size exceeds 'k', pop the lowest frequency string to ensure the heap</w:t>
        <w:br/>
        <w:t xml:space="preserve">        # only contains the 'k' most frequent words so far.</w:t>
        <w:br/>
        <w:t xml:space="preserve">        if len(min_heap) &gt; k:</w:t>
        <w:br/>
        <w:t xml:space="preserve">            heapq.heappop(min_heap)</w:t>
        <w:br/>
        <w:t xml:space="preserve">    # Return the 'k' most frequent strings by popping the remaining 'k' strings from</w:t>
        <w:br/>
        <w:t xml:space="preserve">    # the heap. Since we're using a min-heap, we need to reverse the result after</w:t>
        <w:br/>
        <w:t xml:space="preserve">    # popping the elements to ensure the most frequent strings are listed first.</w:t>
        <w:br/>
        <w:t xml:space="preserve">    res = [heapq.heappop(min_heap).str for _ in range(k)]</w:t>
        <w:br/>
        <w:t xml:space="preserve">    res.reverse()</w:t>
        <w:br/>
        <w:t xml:space="preserve">    return resclass Pair {</w:t>
        <w:br/>
        <w:t xml:space="preserve">    constructor(str, freq) {</w:t>
        <w:br/>
        <w:t xml:space="preserve">        this.str = str;</w:t>
        <w:br/>
        <w:t xml:space="preserve">        this.freq = freq;</w:t>
        <w:br/>
        <w:t xml:space="preserve">    }</w:t>
        <w:br/>
        <w:t>}</w:t>
        <w:br/>
        <w:br/>
        <w:t>function kMostFrequentStringsMinHeap(strs, k) {</w:t>
        <w:br/>
        <w:t xml:space="preserve">    const freqs = new Map();</w:t>
        <w:br/>
        <w:t xml:space="preserve">    for (const str of strs) {</w:t>
        <w:br/>
        <w:t xml:space="preserve">        freqs.set(str, (freqs.get(str) || 0) + 1);</w:t>
        <w:br/>
        <w:t xml:space="preserve">    }</w:t>
        <w:br/>
        <w:t xml:space="preserve">    // Since this is a min-heap comparator, we can use the same comparator as the one</w:t>
        <w:br/>
        <w:t xml:space="preserve">    // used in the max-heap, but reversing the inequality signs to invert the priority.</w:t>
        <w:br/>
        <w:t xml:space="preserve">    const compare = (a, b) =&gt; {</w:t>
        <w:br/>
        <w:t xml:space="preserve">        if (a.freq === b.freq) {</w:t>
        <w:br/>
        <w:t xml:space="preserve">            return b.str.localeCompare(a.str);</w:t>
        <w:br/>
        <w:t xml:space="preserve">        }</w:t>
        <w:br/>
        <w:t xml:space="preserve">        return a.freq - b.freq;</w:t>
        <w:br/>
        <w:t xml:space="preserve">    };</w:t>
        <w:br/>
        <w:t xml:space="preserve">    const minHeap = [];</w:t>
        <w:br/>
        <w:t xml:space="preserve">    for (const [str, freq] of freqs.entries()) {</w:t>
        <w:br/>
        <w:t xml:space="preserve">        minHeap.push(new Pair(str, freq));</w:t>
        <w:br/>
        <w:t xml:space="preserve">        minHeap.sort(compare);</w:t>
        <w:br/>
        <w:t xml:space="preserve">        // If heap size exceeds 'k', pop the lowest frequency string to ensure the heap</w:t>
        <w:br/>
        <w:t xml:space="preserve">        // only contains the 'k' most frequent words so far.</w:t>
        <w:br/>
        <w:t xml:space="preserve">        if (minHeap.length &gt; k) {</w:t>
        <w:br/>
        <w:t xml:space="preserve">            minHeap.shift();</w:t>
        <w:br/>
        <w:t xml:space="preserve">        }</w:t>
        <w:br/>
        <w:t xml:space="preserve">    }</w:t>
        <w:br/>
        <w:t xml:space="preserve">    // Return the 'k' most frequent strings by popping the remaining 'k' strings from</w:t>
        <w:br/>
        <w:t xml:space="preserve">    // the heap. Since we're using a min-heap, we need to reverse the result after</w:t>
        <w:br/>
        <w:t xml:space="preserve">    // popping the elements to ensure the most frequent strings are listed first.</w:t>
        <w:br/>
        <w:t xml:space="preserve">    const res = minHeap.map(pair =&gt; pair.str);</w:t>
        <w:br/>
        <w:t xml:space="preserve">    res.reverse();</w:t>
        <w:br/>
        <w:t xml:space="preserve">    return res;</w:t>
        <w:br/>
        <w:t>}import java.util.*;</w:t>
        <w:br/>
        <w:br/>
        <w:t>class Pair {</w:t>
        <w:br/>
        <w:t xml:space="preserve">    String str;</w:t>
        <w:br/>
        <w:t xml:space="preserve">    int freq;</w:t>
        <w:br/>
        <w:br/>
        <w:t xml:space="preserve">    public Pair(String str, int freq) {</w:t>
        <w:br/>
        <w:t xml:space="preserve">        this.str = str;</w:t>
        <w:br/>
        <w:t xml:space="preserve">        this.freq = freq;</w:t>
        <w:br/>
        <w:t xml:space="preserve">    }</w:t>
        <w:br/>
        <w:t>}</w:t>
        <w:br/>
        <w:br/>
        <w:t>public class Solution {</w:t>
        <w:br/>
        <w:t xml:space="preserve">    public List&lt;String&gt; kMostFrequentStringsMinHeap(String[] strs, int k) {</w:t>
        <w:br/>
        <w:t xml:space="preserve">        Map&lt;String, Integer&gt; freqs = new HashMap&lt;&gt;();</w:t>
        <w:br/>
        <w:t xml:space="preserve">        for (String str : strs) {</w:t>
        <w:br/>
        <w:t xml:space="preserve">            freqs.put(str, freqs.getOrDefault(str, 0) + 1);</w:t>
        <w:br/>
        <w:t xml:space="preserve">        }</w:t>
        <w:br/>
        <w:t xml:space="preserve">        // Since this is a min-heap comparator, we can use the same comparator as the one</w:t>
        <w:br/>
        <w:t xml:space="preserve">        // used in the max-heap, but reversing the inequality signs to invert the priority.</w:t>
        <w:br/>
        <w:t xml:space="preserve">        PriorityQueue&lt;Pair&gt; minHeap = new PriorityQueue&lt;&gt;((a, b) -&gt; {</w:t>
        <w:br/>
        <w:t xml:space="preserve">            if (a.freq == b.freq) {</w:t>
        <w:br/>
        <w:t xml:space="preserve">                return b.str.compareTo(a.str);</w:t>
        <w:br/>
        <w:t xml:space="preserve">            }</w:t>
        <w:br/>
        <w:t xml:space="preserve">            return Integer.compare(a.freq, b.freq);</w:t>
        <w:br/>
        <w:t xml:space="preserve">        });</w:t>
        <w:br/>
        <w:t xml:space="preserve">        for (Map.Entry&lt;String, Integer&gt; entry : freqs.entrySet()) {</w:t>
        <w:br/>
        <w:t xml:space="preserve">            minHeap.offer(new Pair(entry.getKey(), entry.getValue()));</w:t>
        <w:br/>
        <w:t xml:space="preserve">            // If heap size exceeds 'k', pop the lowest frequency string to ensure the heap</w:t>
        <w:br/>
        <w:t xml:space="preserve">            // only contains the 'k' most frequent words so far.</w:t>
        <w:br/>
        <w:t xml:space="preserve">            if (minHeap.size() &gt; k) {</w:t>
        <w:br/>
        <w:t xml:space="preserve">                minHeap.poll();</w:t>
        <w:br/>
        <w:t xml:space="preserve">            }</w:t>
        <w:br/>
        <w:t xml:space="preserve">        }</w:t>
        <w:br/>
        <w:t xml:space="preserve">        // Return the 'k' most frequent strings by popping the remaining 'k' strings from</w:t>
        <w:br/>
        <w:t xml:space="preserve">        // the heap. Since we're using a min-heap, we need to reverse the result after</w:t>
        <w:br/>
        <w:t xml:space="preserve">        // popping the elements to ensure the most frequent strings are listed first.</w:t>
        <w:br/>
        <w:t xml:space="preserve">        List&lt;String&gt; res = new ArrayList&lt;&gt;();</w:t>
        <w:br/>
        <w:t xml:space="preserve">        while (!minHeap.isEmpty()) {</w:t>
        <w:br/>
        <w:t xml:space="preserve">            res.add(minHeap.poll().str);</w:t>
        <w:br/>
        <w:t xml:space="preserve">        }</w:t>
        <w:br/>
        <w:t xml:space="preserve">        Collections.reverse(res);</w:t>
        <w:br/>
        <w:t xml:space="preserve">        return res;</w:t>
        <w:br/>
        <w:t xml:space="preserve">    }</w:t>
        <w:br/>
        <w:t>}</w:t>
      </w:r>
    </w:p>
    <w:p>
      <w:pPr>
        <w:pStyle w:val="Heading3"/>
        <w:spacing w:before="320" w:after="120"/>
      </w:pPr>
      <w:r>
        <w:t>Complexity Analysis</w:t>
      </w:r>
    </w:p>
    <w:p>
      <w:pPr>
        <w:spacing w:after="160" w:line="276" w:lineRule="auto"/>
      </w:pPr>
      <w:r>
        <w:t>Time complexity:The time complexity ofk_most_frequent_strings_min_heapisO(nlog⁡(k))O(n\log(k))O(nlog(k)).</w:t>
      </w:r>
    </w:p>
    <w:p>
      <w:pPr>
        <w:pStyle w:val="ListBullet"/>
      </w:pPr>
      <w:r>
        <w:t>It takesO(n)O(n)O(n)time to count the frequency of each string usingCounter.</w:t>
      </w:r>
    </w:p>
    <w:p>
      <w:pPr>
        <w:pStyle w:val="ListBullet"/>
      </w:pPr>
      <w:r>
        <w:t>To populate the heap, we pushnnnwords onto it, with eachpushandpopoperation takingO(log⁡(k))O(\log(k))O(log(k))time. This takesO(nlog⁡(k))O(n\log(k))O(nlog(k))time.</w:t>
      </w:r>
    </w:p>
    <w:p>
      <w:pPr>
        <w:pStyle w:val="ListBullet"/>
      </w:pPr>
      <w:r>
        <w:t>Then, we extractkkkstrings from the heap by performing thepopoperationkkktimes. This takesO(klog⁡(k))O(k\log(k))O(klog(k))time.</w:t>
      </w:r>
    </w:p>
    <w:p>
      <w:pPr>
        <w:pStyle w:val="ListBullet"/>
      </w:pPr>
      <w:r>
        <w:t>Finally, we reverse the output array, which takesO(k)O(k)O(k)time.</w:t>
      </w:r>
    </w:p>
    <w:p>
      <w:pPr>
        <w:spacing w:after="160" w:line="276" w:lineRule="auto"/>
      </w:pPr>
      <w:r>
        <w:t>Therefore, the overall time complexity isO(n)+O(nlog⁡(k))+O(klog⁡(k))+O(k)=O(nlog⁡(k))O(n)+O(n\log(k))+O(k\log(k))+O(k)=O(n\log(k))O(n)+O(nlog(k))+O(klog(k))+O(k)=O(nlog(k)).</w:t>
      </w:r>
    </w:p>
    <w:p>
      <w:pPr>
        <w:spacing w:after="160" w:line="276" w:lineRule="auto"/>
      </w:pPr>
      <w:r>
        <w:t>Space complexity:The space complexity isO(n)O(n)O(n)because the hash map stores at mostnnnpairs, whereas the heap only takes upO(k)O(k)O(k)space. Theresarray is not considered in the space complexity.</w:t>
      </w:r>
    </w:p>
    <w:p>
      <w:r>
        <w:br w:type="page"/>
      </w:r>
    </w:p>
    <w:p>
      <w:pPr>
        <w:pStyle w:val="Heading1"/>
        <w:spacing w:before="480" w:after="280"/>
      </w:pPr>
      <w:r>
        <w:rPr>
          <w:b/>
          <w:color w:val="008A60"/>
          <w:sz w:val="28"/>
        </w:rPr>
        <w:t>Chapter 47</w:t>
        <w:br/>
      </w:r>
      <w:r>
        <w:rPr>
          <w:b/>
          <w:color w:val="0F172A"/>
          <w:sz w:val="40"/>
        </w:rPr>
        <w:t>Combine Sorted Linked Lists</w:t>
      </w:r>
    </w:p>
    <w:p>
      <w:pPr>
        <w:spacing w:before="160" w:after="160"/>
        <w:ind w:left="360"/>
      </w:pPr>
      <w:r>
        <w:rPr>
          <w:rFonts w:ascii="Consolas" w:hAnsi="Consolas"/>
          <w:color w:val="1E293B"/>
          <w:sz w:val="19"/>
        </w:rPr>
        <w:t>Given k singly linked lists, each sorted in ascending order, combine them into one sorted linked list.Example:</w:t>
      </w:r>
    </w:p>
    <w:p>
      <w:pPr>
        <w:pStyle w:val="Heading2"/>
        <w:spacing w:before="320" w:after="120"/>
      </w:pPr>
      <w:r>
        <w:t>Intuition</w:t>
      </w:r>
    </w:p>
    <w:p>
      <w:pPr>
        <w:spacing w:after="160" w:line="276" w:lineRule="auto"/>
      </w:pPr>
      <w:r>
        <w:t>A good place to start with this problem is by figuring out how to merge just two sorted linked lists. We can do this by initiating a pointer at the start of both linked lists. Comparing the nodes at these pointers, add the smaller one to the output linked list and advance the corresponding pointer. This results in a combined sorted linked list:</w:t>
      </w:r>
    </w:p>
    <w:p>
      <w:pPr>
        <w:spacing w:after="160" w:line="276" w:lineRule="auto"/>
      </w:pPr>
      <w:r>
        <w:t>But what if we have more than two linked lists? Combining two linked lists involves comparing two nodes at each iteration, but combining k linked lists would require k comparisons per iteration.</w:t>
      </w:r>
    </w:p>
    <w:p>
      <w:pPr>
        <w:spacing w:after="160" w:line="276" w:lineRule="auto"/>
      </w:pPr>
      <w:r>
        <w:t>The reason we need to make so many comparisons is that we don't know which node has the smallest value at any point in the iteration, requiring us to search for it. Wouldn't it be nice to have an efficient way to access the smallest-valued node at any given point? Amin-heapis perfect for this.</w:t>
      </w:r>
    </w:p>
    <w:p>
      <w:pPr>
        <w:spacing w:after="160" w:line="276" w:lineRule="auto"/>
      </w:pPr>
      <w:r>
        <w:t>We can essentially do the same thing as in our initial approach, but instead of using pointers to determine the smallest node, we use a min-heap. Let’s see how this works over the three sorted linked lists below:</w:t>
      </w:r>
    </w:p>
    <w:p>
      <w:pPr>
        <w:spacing w:after="160" w:line="276" w:lineRule="auto"/>
      </w:pPr>
      <w:r>
        <w:t>To start, populate the heap with the head nodes of all the linked lists, so they're ready for comparison:</w:t>
      </w:r>
    </w:p>
    <w:p>
      <w:pPr>
        <w:spacing w:after="160" w:line="276" w:lineRule="auto"/>
      </w:pPr>
      <w:r>
        <w:t>Then, let’s implement our strategy of adding the smallest-valued node to the output linked list, using the heap to identify it. We'll use a dummy node to help build the output linked list (denoted as ‘node D’ in the above diagram).</w:t>
      </w:r>
    </w:p>
    <w:p>
      <w:pPr>
        <w:spacing w:after="160" w:line="276" w:lineRule="auto"/>
      </w:pPr>
      <w:r>
        <w:t>After a node is popped off, the subsequent node from its linked list is added to the heap.</w:t>
      </w:r>
    </w:p>
    <w:p>
      <w:pPr>
        <w:spacing w:after="160" w:line="276" w:lineRule="auto"/>
      </w:pPr>
      <w:r>
        <w:t>Now, let’s go through the example. First, we pop off the smallest-valued node from the heap and connect it to the tail of the output list:</w:t>
      </w:r>
    </w:p>
    <w:p>
      <w:pPr>
        <w:spacing w:after="160" w:line="276" w:lineRule="auto"/>
      </w:pPr>
      <w:r>
        <w:t>Then, add the subsequent node from the same linked list to the heap:</w:t>
      </w:r>
    </w:p>
    <w:p>
      <w:pPr>
        <w:spacing w:after="160" w:line="276" w:lineRule="auto"/>
      </w:pPr>
      <w:r>
        <w:t>Continue this until we’ve added each node from all k linked lists to the output linked list:</w:t>
      </w:r>
    </w:p>
    <w:p>
      <w:pPr>
        <w:spacing w:after="160" w:line="276" w:lineRule="auto"/>
      </w:pPr>
      <w:r>
        <w:t>Once the heap is empty, we can returndummy.next, which is the head of the combined linked list.</w:t>
      </w:r>
    </w:p>
    <w:p>
      <w:pPr>
        <w:pStyle w:val="Heading2"/>
        <w:spacing w:before="320" w:after="120"/>
      </w:pPr>
      <w:r>
        <w:t>Implementation</w:t>
      </w:r>
    </w:p>
    <w:p>
      <w:pPr>
        <w:spacing w:after="160" w:line="276" w:lineRule="auto"/>
      </w:pPr>
      <w:r>
        <w:t>Note that in the implementation below, we modify theListNodeclass globally to simplify the solution. It's important to confirm with your interviewer that global variables are acceptable.</w:t>
      </w:r>
    </w:p>
    <w:p>
      <w:pPr>
        <w:spacing w:before="160" w:after="160"/>
        <w:ind w:left="360"/>
      </w:pPr>
      <w:r>
        <w:rPr>
          <w:rFonts w:ascii="Consolas" w:hAnsi="Consolas"/>
          <w:color w:val="1E293B"/>
          <w:sz w:val="19"/>
        </w:rPr>
        <w:t>PythonJavaScriptJavaCopyfrom typing import List</w:t>
        <w:br/>
        <w:t>from ds import ListNode</w:t>
        <w:br/>
        <w:t>import heapq</w:t>
        <w:br/>
        <w:t xml:space="preserve">    </w:t>
        <w:br/>
        <w:t>def combine_sorted_linked_lists(lists: List[ListNode]) -&gt; ListNode:</w:t>
        <w:br/>
        <w:t xml:space="preserve">    # Define a custom comparator for 'ListNode', enabling the min-heap to prioritize</w:t>
        <w:br/>
        <w:t xml:space="preserve">    # nodes with smaller values.</w:t>
        <w:br/>
        <w:t xml:space="preserve">    ListNode.__lt__ = lambda self, other: self.val &lt; other.val</w:t>
        <w:br/>
        <w:t xml:space="preserve">    heap = []</w:t>
        <w:br/>
        <w:t xml:space="preserve">    # Push the head of each linked list into the heap.</w:t>
        <w:br/>
        <w:t xml:space="preserve">    for head in lists:</w:t>
        <w:br/>
        <w:t xml:space="preserve">        if head:</w:t>
        <w:br/>
        <w:t xml:space="preserve">            heapq.heappush(heap, head)</w:t>
        <w:br/>
        <w:t xml:space="preserve">    # Set a dummy node to point to the head of the output linked list.</w:t>
        <w:br/>
        <w:t xml:space="preserve">    dummy = ListNode(-1)</w:t>
        <w:br/>
        <w:t xml:space="preserve">    # Create a pointer to iterate through the combined linked list as we add nodes to</w:t>
        <w:br/>
        <w:t xml:space="preserve">    # it.</w:t>
        <w:br/>
        <w:t xml:space="preserve">    curr = dummy</w:t>
        <w:br/>
        <w:t xml:space="preserve">    while heap:</w:t>
        <w:br/>
        <w:t xml:space="preserve">        # Pop the node with the smallest value from the heap and add it to the output</w:t>
        <w:br/>
        <w:t xml:space="preserve">        # linked list.</w:t>
        <w:br/>
        <w:t xml:space="preserve">        smallest_node = heapq.heappop(heap)</w:t>
        <w:br/>
        <w:t xml:space="preserve">        curr.next = smallest_node</w:t>
        <w:br/>
        <w:t xml:space="preserve">        curr = curr.next</w:t>
        <w:br/>
        <w:t xml:space="preserve">        # Push the popped node's subsequent node to the heap.</w:t>
        <w:br/>
        <w:t xml:space="preserve">        if smallest_node.next:</w:t>
        <w:br/>
        <w:t xml:space="preserve">            heapq.heappush(heap, smallest_node.next)</w:t>
        <w:br/>
        <w:t xml:space="preserve">    return dummy.nextfunction combineSortedLinkedLists(lists) {</w:t>
        <w:br/>
        <w:t xml:space="preserve">    const heap = [];</w:t>
        <w:br/>
        <w:t xml:space="preserve">    // Push the head of each linked list into the heap.</w:t>
        <w:br/>
        <w:t xml:space="preserve">    for (const head of lists) {</w:t>
        <w:br/>
        <w:t xml:space="preserve">        if (head) {</w:t>
        <w:br/>
        <w:t xml:space="preserve">            heap.push(head);</w:t>
        <w:br/>
        <w:t xml:space="preserve">        }</w:t>
        <w:br/>
        <w:t xml:space="preserve">    }</w:t>
        <w:br/>
        <w:t xml:space="preserve">    // Set a dummy node to point to the head of the output linked list.</w:t>
        <w:br/>
        <w:t xml:space="preserve">    const dummy = new ListNode(-1);</w:t>
        <w:br/>
        <w:t xml:space="preserve">    // Create a pointer to iterate through the combined linked list as we add nodes to</w:t>
        <w:br/>
        <w:t xml:space="preserve">    // it.</w:t>
        <w:br/>
        <w:t xml:space="preserve">    let curr = dummy;</w:t>
        <w:br/>
        <w:t xml:space="preserve">    while (heap.length &gt; 0) {</w:t>
        <w:br/>
        <w:t xml:space="preserve">        // Pop the node with the smallest value from the heap and add it to the output</w:t>
        <w:br/>
        <w:t xml:space="preserve">        // linked list.</w:t>
        <w:br/>
        <w:t xml:space="preserve">        heap.sort((a, b) =&gt; a.val - b.val);</w:t>
        <w:br/>
        <w:t xml:space="preserve">        const smallestNode = heap.shift();</w:t>
        <w:br/>
        <w:t xml:space="preserve">        curr.next = smallestNode;</w:t>
        <w:br/>
        <w:t xml:space="preserve">        curr = curr.next;</w:t>
        <w:br/>
        <w:t xml:space="preserve">        // Push the popped node's subsequent node to the heap.</w:t>
        <w:br/>
        <w:t xml:space="preserve">        if (smallestNode.next) {</w:t>
        <w:br/>
        <w:t xml:space="preserve">            heap.push(smallestNode.next);</w:t>
        <w:br/>
        <w:t xml:space="preserve">        }</w:t>
        <w:br/>
        <w:t xml:space="preserve">    }</w:t>
        <w:br/>
        <w:t xml:space="preserve">    return dummy.next;</w:t>
        <w:br/>
        <w:t>}import java.util.*;</w:t>
        <w:br/>
        <w:br/>
        <w:t>public class Solution {</w:t>
        <w:br/>
        <w:t xml:space="preserve">    public ListNode combineSortedLinkedLists(ListNode[] lists) {</w:t>
        <w:br/>
        <w:t xml:space="preserve">        // Define a custom comparator for 'ListNode', enabling the min-heap to prioritize</w:t>
        <w:br/>
        <w:t xml:space="preserve">        // nodes with smaller values.</w:t>
        <w:br/>
        <w:t xml:space="preserve">        PriorityQueue&lt;ListNode&gt; heap = new PriorityQueue&lt;&gt;((a, b) -&gt; Integer.compare(a.val, b.val));</w:t>
        <w:br/>
        <w:t xml:space="preserve">        // Push the head of each linked list into the heap.</w:t>
        <w:br/>
        <w:t xml:space="preserve">        for (ListNode head : lists) {</w:t>
        <w:br/>
        <w:t xml:space="preserve">            if (head != null) {</w:t>
        <w:br/>
        <w:t xml:space="preserve">                heap.offer(head);</w:t>
        <w:br/>
        <w:t xml:space="preserve">            }</w:t>
        <w:br/>
        <w:t xml:space="preserve">        }</w:t>
        <w:br/>
        <w:t xml:space="preserve">        // Set a dummy node to point to the head of the output linked list.</w:t>
        <w:br/>
        <w:t xml:space="preserve">        ListNode dummy = new ListNode(-1);</w:t>
        <w:br/>
        <w:t xml:space="preserve">        // Create a pointer to iterate through the combined linked list as we add nodes to</w:t>
        <w:br/>
        <w:t xml:space="preserve">        // it.</w:t>
        <w:br/>
        <w:t xml:space="preserve">        ListNode curr = dummy;</w:t>
        <w:br/>
        <w:t xml:space="preserve">        while (!heap.isEmpty()) {</w:t>
        <w:br/>
        <w:t xml:space="preserve">            // Pop the node with the smallest value from the heap and add it to the output</w:t>
        <w:br/>
        <w:t xml:space="preserve">            // linked list.</w:t>
        <w:br/>
        <w:t xml:space="preserve">            ListNode smallestNode = heap.poll();</w:t>
        <w:br/>
        <w:t xml:space="preserve">            curr.next = smallestNode;</w:t>
        <w:br/>
        <w:t xml:space="preserve">            curr = curr.next;</w:t>
        <w:br/>
        <w:t xml:space="preserve">            // Push the popped node's subsequent node to the heap.</w:t>
        <w:br/>
        <w:t xml:space="preserve">            if (smallestNode.next != null) {</w:t>
        <w:br/>
        <w:t xml:space="preserve">                heap.offer(smallestNode.next);</w:t>
        <w:br/>
        <w:t xml:space="preserve">            }</w:t>
        <w:br/>
        <w:t xml:space="preserve">        }</w:t>
        <w:br/>
        <w:t xml:space="preserve">        return dummy.next;</w:t>
        <w:br/>
        <w:t xml:space="preserve">    }</w:t>
        <w:br/>
        <w:t>}</w:t>
      </w:r>
    </w:p>
    <w:p>
      <w:pPr>
        <w:pStyle w:val="Heading3"/>
        <w:spacing w:before="320" w:after="120"/>
      </w:pPr>
      <w:r>
        <w:t>Complexity Analysis</w:t>
      </w:r>
    </w:p>
    <w:p>
      <w:pPr>
        <w:spacing w:after="160" w:line="276" w:lineRule="auto"/>
      </w:pPr>
      <w:r>
        <w:t>Time complexity:The time complexity ofcombine_sorted_linked_listsisO(nlog⁡(k))O(n\log(k))O(nlog(k)), wherennndenotes the total number of nodes across the linked lists. Here’s why:</w:t>
      </w:r>
    </w:p>
    <w:p>
      <w:pPr>
        <w:pStyle w:val="ListBullet"/>
      </w:pPr>
      <w:r>
        <w:t>It takesO(klog⁡(k))O(k\log(k))O(klog(k))time to create the heap initially because we insertkkknodes into the heap.</w:t>
      </w:r>
    </w:p>
    <w:p>
      <w:pPr>
        <w:pStyle w:val="ListBullet"/>
      </w:pPr>
      <w:r>
        <w:t>Then, for allnnnnodes, we perform apushandpopoperation on the heap, each takingO(log⁡(k))O(\log(k))O(log(k))time.</w:t>
      </w:r>
    </w:p>
    <w:p>
      <w:pPr>
        <w:spacing w:after="160" w:line="276" w:lineRule="auto"/>
      </w:pPr>
      <w:r>
        <w:t>This results in a total time complexity ofO(klog⁡(k))+n⋅O(log⁡(k))=O(nlog⁡(k))O(k\log(k))+n\cdot O(\log(k))=O(n\log(k))O(klog(k))+n⋅O(log(k))=O(nlog(k)).</w:t>
      </w:r>
    </w:p>
    <w:p>
      <w:pPr>
        <w:spacing w:after="160" w:line="276" w:lineRule="auto"/>
      </w:pPr>
      <w:r>
        <w:t>Space complexity:The space complexity isO(k)O(k)O(k)because the heap stores up to one node from each of thekkklinked lists at any time.</w:t>
      </w:r>
    </w:p>
    <w:p>
      <w:r>
        <w:br w:type="page"/>
      </w:r>
    </w:p>
    <w:p>
      <w:pPr>
        <w:pStyle w:val="Heading1"/>
        <w:spacing w:before="480" w:after="280"/>
      </w:pPr>
      <w:r>
        <w:rPr>
          <w:b/>
          <w:color w:val="008A60"/>
          <w:sz w:val="28"/>
        </w:rPr>
        <w:t>Chapter 48</w:t>
        <w:br/>
      </w:r>
      <w:r>
        <w:rPr>
          <w:b/>
          <w:color w:val="0F172A"/>
          <w:sz w:val="40"/>
        </w:rPr>
        <w:t>Median of an Integer Stream</w:t>
      </w:r>
    </w:p>
    <w:p>
      <w:pPr>
        <w:spacing w:before="160" w:after="160"/>
        <w:ind w:left="360"/>
      </w:pPr>
      <w:r>
        <w:rPr>
          <w:rFonts w:ascii="Consolas" w:hAnsi="Consolas"/>
          <w:color w:val="1E293B"/>
          <w:sz w:val="19"/>
        </w:rPr>
        <w:t>Design a data structure that supports adding integers from a data stream and retrieving the median of all elements received at any point.</w:t>
        <w:br/>
        <w:t>add(num: int) -&gt; None: adds an integer to the data structure.</w:t>
        <w:br/>
        <w:t>get_median() -&gt; float: returns the median of all integers so far.</w:t>
        <w:br/>
        <w:t>Example:ExampleCopyInput: [add(3), add(6), get_median(), add(1), get_median()]</w:t>
        <w:br/>
        <w:t>Output: [4.5, 3.0]</w:t>
        <w:br/>
        <w:t>Explanation:ExampleCopyadd(3)        # data structure contains [3] when sorted</w:t>
        <w:br/>
        <w:t>add(6)        # data structure contains [3, 6] when sorted</w:t>
        <w:br/>
        <w:t>get_median()  # median is (3 + 6) / 2 = 4.5</w:t>
        <w:br/>
        <w:t>add(1)        # data structure contains [1, 3, 6] when sorted</w:t>
        <w:br/>
        <w:t>get_median()  # median is 3.0</w:t>
        <w:br/>
        <w:t>Constraints:</w:t>
        <w:br/>
        <w:t>At least one value will have been added before get_median is called.</w:t>
        <w:br/>
      </w:r>
    </w:p>
    <w:p>
      <w:pPr>
        <w:pStyle w:val="Heading2"/>
        <w:spacing w:before="320" w:after="120"/>
      </w:pPr>
      <w:r>
        <w:t>Intuition</w:t>
      </w:r>
    </w:p>
    <w:p>
      <w:pPr>
        <w:spacing w:after="160" w:line="276" w:lineRule="auto"/>
      </w:pPr>
      <w:r>
        <w:t>The median is always found in the middle of a sorted list of values. The challenge with this problem is that it’s unclear how to keep all the values sorted as new values arrive, since the values don’t necessarily arrive in sorted order.</w:t>
      </w:r>
    </w:p>
    <w:p>
      <w:pPr>
        <w:spacing w:after="160" w:line="276" w:lineRule="auto"/>
      </w:pPr>
      <w:r>
        <w:t>A useful point to recognize is that we don’t necessarily care if all the values are sorted. What really matters is that the median values are in their sorted positions. But is it possible to position these values in the middle without maintaining a fully sorted list of values? If it is, we’d need to find a way to differentiate the median values from the rest.</w:t>
      </w:r>
    </w:p>
    <w:p>
      <w:pPr>
        <w:spacing w:after="160" w:line="276" w:lineRule="auto"/>
      </w:pPr>
      <w:r>
        <w:t>Consider the elements below, which contain an even number of values arranged in sorted order. The two values used to calculate the median are highlighted in the middle:</w:t>
      </w:r>
    </w:p>
    <w:p>
      <w:pPr>
        <w:spacing w:after="160" w:line="276" w:lineRule="auto"/>
      </w:pPr>
      <w:r>
        <w:t>When a list contains two median values, we can make the following observations:</w:t>
      </w:r>
    </w:p>
    <w:p>
      <w:pPr>
        <w:pStyle w:val="ListBullet"/>
      </w:pPr>
      <w:r>
        <w:t>The first median is the largest value in the left half of the sorted integers.</w:t>
      </w:r>
    </w:p>
    <w:p>
      <w:pPr>
        <w:pStyle w:val="ListBullet"/>
      </w:pPr>
      <w:r>
        <w:t>The second median is the smallest value in the right half of the sorted integers.</w:t>
      </w:r>
    </w:p>
    <w:p>
      <w:pPr>
        <w:spacing w:after="160" w:line="276" w:lineRule="auto"/>
      </w:pPr>
      <w:r>
        <w:t>If we had a way to split the data into two halves, with one half containing the smaller values and the other half containing the larger values, we would just need an efficient method to identify the largest value in the smaller half, and the smallest value in the larger half. This is whereheapscome in.</w:t>
      </w:r>
    </w:p>
    <w:p>
      <w:pPr>
        <w:spacing w:after="160" w:line="276" w:lineRule="auto"/>
      </w:pPr>
      <w:r>
        <w:t>We can use a combination of a min-heap and a max-heap:</w:t>
      </w:r>
    </w:p>
    <w:p>
      <w:pPr>
        <w:pStyle w:val="ListBullet"/>
      </w:pPr>
      <w:r>
        <w:t>Amax-heapmanages the left half, where the top value represents the first median value.</w:t>
      </w:r>
    </w:p>
    <w:p>
      <w:pPr>
        <w:pStyle w:val="ListBullet"/>
      </w:pPr>
      <w:r>
        <w:t>Amin-heapmanages the right half, where the top value represents the second median value.</w:t>
      </w:r>
    </w:p>
    <w:p>
      <w:pPr>
        <w:spacing w:after="160" w:line="276" w:lineRule="auto"/>
      </w:pPr>
      <w:r>
        <w:t>If the total number of elements isodd, there’s only one median. In this case, we just need to use one of the heaps to store it. Let's designate the max-heap to store this median:</w:t>
      </w:r>
    </w:p>
    <w:p>
      <w:pPr>
        <w:spacing w:after="160" w:line="276" w:lineRule="auto"/>
      </w:pPr>
      <w:r>
        <w:t>Populating the heapsBefore identifying how we populate each heap, it’s useful to understand the behavior they must follow. Here are a couple of observations we can make:</w:t>
      </w:r>
    </w:p>
    <w:p>
      <w:pPr>
        <w:pStyle w:val="ListBullet"/>
      </w:pPr>
      <w:r>
        <w:t>All values in the left half must be less than or equal to any value in the right half.</w:t>
      </w:r>
    </w:p>
    <w:p>
      <w:pPr>
        <w:pStyle w:val="ListBullet"/>
      </w:pPr>
      <w:r>
        <w:t>The two halves should contain an equal number of values, except when the total number of values is odd, in which case the left half has one more value, as specified earlier.</w:t>
      </w:r>
    </w:p>
    <w:p>
      <w:pPr>
        <w:spacing w:after="160" w:line="276" w:lineRule="auto"/>
      </w:pPr>
      <w:r>
        <w:t>These observations help us definetwo rules for managing the heaps:</w:t>
      </w:r>
    </w:p>
    <w:p>
      <w:pPr>
        <w:pStyle w:val="ListNumber"/>
      </w:pPr>
      <w:r>
        <w:t>The maximum value of the max-heap (left half) must be less than or equal to the minimum value of the min-heap (right half), ensuring all values in the left half are less than or equal to those in the right half.</w:t>
      </w:r>
    </w:p>
    <w:p>
      <w:pPr>
        <w:pStyle w:val="ListNumber"/>
      </w:pPr>
      <w:r>
        <w:t>The heaps should be of equal size, but the max-heap can have one more element than the min-heap.</w:t>
      </w:r>
    </w:p>
    <w:p>
      <w:pPr>
        <w:spacing w:after="160" w:line="276" w:lineRule="auto"/>
      </w:pPr>
      <w:r>
        <w:t>Let's figure out how to maintain these rules in an example in which we try to add number 3 to the heaps. Note, the heaps before adding this number meet the above rules.</w:t>
      </w:r>
    </w:p>
    <w:p>
      <w:pPr>
        <w:spacing w:after="160" w:line="276" w:lineRule="auto"/>
      </w:pPr>
      <w:r>
        <w:t>Since 3 is less than the maximum value ofleft_half(4), it belongs in theleft_halfheap. So, let’s add 3 to this heap:</w:t>
      </w:r>
    </w:p>
    <w:p>
      <w:pPr>
        <w:spacing w:after="160" w:line="276" w:lineRule="auto"/>
      </w:pPr>
      <w:r>
        <w:t>After adding 3, we notice rule 2 has been violated, since the size of theleft_halfheap is more than one element larger than theright_halfheap. We can fix this by moving the max value ofleft_halftoright_half:</w:t>
      </w:r>
    </w:p>
    <w:p>
      <w:pPr>
        <w:spacing w:after="160" w:line="276" w:lineRule="auto"/>
      </w:pPr>
      <w:r>
        <w:t>So, to ensure the sizes of the heaps don’t violate rule 2, we need torebalancethe heaps after adding a value:</w:t>
      </w:r>
    </w:p>
    <w:p>
      <w:pPr>
        <w:pStyle w:val="ListBullet"/>
      </w:pPr>
      <w:r>
        <w:t>If theleft_halfheap's size exceeds theright_halfheap’s size by more than one, rebalance the heaps by transferringleft_half‘s top value toright_half:</w:t>
      </w:r>
    </w:p>
    <w:p>
      <w:pPr>
        <w:pStyle w:val="ListBullet"/>
      </w:pPr>
      <w:r>
        <w:t>If theright_halfheap’s size exceeds theleft_halfheap’s size, rebalance the heaps by transferring its top value to theleft_half:</w:t>
      </w:r>
    </w:p>
    <w:p>
      <w:pPr>
        <w:spacing w:after="160" w:line="276" w:lineRule="auto"/>
      </w:pPr>
      <w:r>
        <w:t>Returning the medianWith the median values at the top of the heaps, returning the median boils down to two cases:</w:t>
      </w:r>
    </w:p>
    <w:p>
      <w:pPr>
        <w:pStyle w:val="ListBullet"/>
      </w:pPr>
      <w:r>
        <w:t>If the total number of elements is even, both median values can be found at the top of each heap. So, we return their sum divided by 2.</w:t>
      </w:r>
    </w:p>
    <w:p>
      <w:pPr>
        <w:pStyle w:val="ListBullet"/>
      </w:pPr>
      <w:r>
        <w:t>If the total number of elements is odd, the median will be at the top of theleft_halfheap.</w:t>
      </w:r>
    </w:p>
    <w:p>
      <w:pPr>
        <w:pStyle w:val="Heading2"/>
        <w:spacing w:before="320" w:after="120"/>
      </w:pPr>
      <w:r>
        <w:t>Implementation</w:t>
      </w:r>
    </w:p>
    <w:p>
      <w:pPr>
        <w:spacing w:after="160" w:line="276" w:lineRule="auto"/>
      </w:pPr>
      <w:r>
        <w:t>Note that in Python, heaps are min-heaps by default. To mimic the functionality of a max-heap, we can insert numbers as negatives in theleft_halfheap. This way, the largest original value becomes the smallest when negated, positioning it at the top of the heap. When we retrieve a value from this heap, we multiply it by -1 to get its original value.</w:t>
      </w:r>
    </w:p>
    <w:p>
      <w:pPr>
        <w:spacing w:before="160" w:after="160"/>
        <w:ind w:left="360"/>
      </w:pPr>
      <w:r>
        <w:rPr>
          <w:rFonts w:ascii="Consolas" w:hAnsi="Consolas"/>
          <w:color w:val="1E293B"/>
          <w:sz w:val="19"/>
        </w:rPr>
        <w:t>PythonJavaScriptJavaCopyimport heapq</w:t>
        <w:br/>
        <w:t xml:space="preserve">    </w:t>
        <w:br/>
        <w:t>class MedianOfAnIntegerStream:</w:t>
        <w:br/>
        <w:t xml:space="preserve">    def __init__(self):</w:t>
        <w:br/>
        <w:t xml:space="preserve">        # Max-heap for the values belonging to the left half.</w:t>
        <w:br/>
        <w:t xml:space="preserve">        self.left_half = []</w:t>
        <w:br/>
        <w:t xml:space="preserve">        # Min-heap for the values belonging to the right half.</w:t>
        <w:br/>
        <w:t xml:space="preserve">        self.right_half = []</w:t>
        <w:br/>
        <w:t xml:space="preserve">        </w:t>
        <w:br/>
        <w:t xml:space="preserve">    def add(self, num: int) -&gt; None:</w:t>
        <w:br/>
        <w:t xml:space="preserve">        # If 'num' is less than or equal to the max of 'left_half', it belongs to the</w:t>
        <w:br/>
        <w:t xml:space="preserve">        # left half.</w:t>
        <w:br/>
        <w:t xml:space="preserve">        if not self.left_half or num &lt;= -self.left_half[0]:</w:t>
        <w:br/>
        <w:t xml:space="preserve">            heapq.heappush(self.left_half, -num)</w:t>
        <w:br/>
        <w:t xml:space="preserve">            # Rebalance the heaps if the size of the 'left_half' exceeds the size of</w:t>
        <w:br/>
        <w:t xml:space="preserve">            # the 'right_half' by more than one.</w:t>
        <w:br/>
        <w:t xml:space="preserve">            if len(self.left_half) &gt; len(self.right_half) + 1:</w:t>
        <w:br/>
        <w:t xml:space="preserve">                heapq.heappush(self.right_half, -heapq.heappop(self.left_half))</w:t>
        <w:br/>
        <w:t xml:space="preserve">        # Otherwise, it belongs to the right half.</w:t>
        <w:br/>
        <w:t xml:space="preserve">        else:</w:t>
        <w:br/>
        <w:t xml:space="preserve">            heapq.heappush(self.right_half, num)</w:t>
        <w:br/>
        <w:t xml:space="preserve">            # Rebalance the heaps If 'right_half' is larger than 'left_half'.</w:t>
        <w:br/>
        <w:t xml:space="preserve">            if len(self.left_half) &lt; len(self.right_half):</w:t>
        <w:br/>
        <w:t xml:space="preserve">                heapq.heappush(self.left_half, -heapq.heappop(self.right_half))</w:t>
        <w:br/>
        <w:t xml:space="preserve">        </w:t>
        <w:br/>
        <w:t xml:space="preserve">    def get_median(self) -&gt; float:</w:t>
        <w:br/>
        <w:t xml:space="preserve">        if len(self.left_half) == len(self.right_half):</w:t>
        <w:br/>
        <w:t xml:space="preserve">            return (-self.left_half[0] + self.right_half[0]) / 2.0</w:t>
        <w:br/>
        <w:t xml:space="preserve">        return -self.left_half[0]class MedianOfAnIntegerStream {</w:t>
        <w:br/>
        <w:t xml:space="preserve">    constructor() {</w:t>
        <w:br/>
        <w:t xml:space="preserve">        // Max-heap for the values belonging to the left half.</w:t>
        <w:br/>
        <w:t xml:space="preserve">        this.leftHalf = [];</w:t>
        <w:br/>
        <w:t xml:space="preserve">        // Min-heap for the values belonging to the right half.</w:t>
        <w:br/>
        <w:t xml:space="preserve">        this.rightHalf = [];</w:t>
        <w:br/>
        <w:t xml:space="preserve">    }</w:t>
        <w:br/>
        <w:br/>
        <w:t xml:space="preserve">    add(num) {</w:t>
        <w:br/>
        <w:t xml:space="preserve">        // If 'num' is less than or equal to the max of 'left_half', it belongs to the</w:t>
        <w:br/>
        <w:t xml:space="preserve">        // left half.</w:t>
        <w:br/>
        <w:t xml:space="preserve">        if (this.leftHalf.length === 0 || num &lt;= this.leftHalf[0]) {</w:t>
        <w:br/>
        <w:t xml:space="preserve">            this.leftHalf.push(num);</w:t>
        <w:br/>
        <w:t xml:space="preserve">            this.leftHalf.sort((a, b) =&gt; b - a);</w:t>
        <w:br/>
        <w:t xml:space="preserve">            // Rebalance the heaps if the size of the 'left_half' exceeds the size of</w:t>
        <w:br/>
        <w:t xml:space="preserve">            // the 'right_half' by more than one.</w:t>
        <w:br/>
        <w:t xml:space="preserve">            if (this.leftHalf.length &gt; this.rightHalf.length + 1) {</w:t>
        <w:br/>
        <w:t xml:space="preserve">                const val = this.leftHalf.shift();</w:t>
        <w:br/>
        <w:t xml:space="preserve">                this.rightHalf.push(val);</w:t>
        <w:br/>
        <w:t xml:space="preserve">                this.rightHalf.sort((a, b) =&gt; a - b);</w:t>
        <w:br/>
        <w:t xml:space="preserve">            }</w:t>
        <w:br/>
        <w:t xml:space="preserve">        // Otherwise, it belongs to the right half.</w:t>
        <w:br/>
        <w:t xml:space="preserve">        } else {</w:t>
        <w:br/>
        <w:t xml:space="preserve">            this.rightHalf.push(num);</w:t>
        <w:br/>
        <w:t xml:space="preserve">            this.rightHalf.sort((a, b) =&gt; a - b);</w:t>
        <w:br/>
        <w:t xml:space="preserve">            // Rebalance the heaps If 'right_half' is larger than 'left_half'.</w:t>
        <w:br/>
        <w:t xml:space="preserve">            if (this.leftHalf.length &lt; this.rightHalf.length) {</w:t>
        <w:br/>
        <w:t xml:space="preserve">                const val = this.rightHalf.shift();</w:t>
        <w:br/>
        <w:t xml:space="preserve">                this.leftHalf.push(val);</w:t>
        <w:br/>
        <w:t xml:space="preserve">                this.leftHalf.sort((a, b) =&gt; b - a);</w:t>
        <w:br/>
        <w:t xml:space="preserve">            }</w:t>
        <w:br/>
        <w:t xml:space="preserve">        }</w:t>
        <w:br/>
        <w:t xml:space="preserve">    }</w:t>
        <w:br/>
        <w:br/>
        <w:t xml:space="preserve">    getMedian() {</w:t>
        <w:br/>
        <w:t xml:space="preserve">        if (this.leftHalf.length === this.rightHalf.length) {</w:t>
        <w:br/>
        <w:t xml:space="preserve">            return (this.leftHalf[0] + this.rightHalf[0]) / 2.0;</w:t>
        <w:br/>
        <w:t xml:space="preserve">        }</w:t>
        <w:br/>
        <w:t xml:space="preserve">        return this.leftHalf[0];</w:t>
        <w:br/>
        <w:t xml:space="preserve">    }</w:t>
        <w:br/>
        <w:t>}import java.util.*;</w:t>
        <w:br/>
        <w:br/>
        <w:t>public class MedianOfAnIntegerStream {</w:t>
        <w:br/>
        <w:t xml:space="preserve">    // Max-heap for the values belonging to the left half.</w:t>
        <w:br/>
        <w:t xml:space="preserve">    private PriorityQueue&lt;Integer&gt; leftHalf;</w:t>
        <w:br/>
        <w:t xml:space="preserve">    // Min-heap for the values belonging to the right half.</w:t>
        <w:br/>
        <w:t xml:space="preserve">    private PriorityQueue&lt;Integer&gt; rightHalf;</w:t>
        <w:br/>
        <w:br/>
        <w:t xml:space="preserve">    public MedianOfAnIntegerStream() {</w:t>
        <w:br/>
        <w:t xml:space="preserve">        leftHalf = new PriorityQueue&lt;&gt;(Collections.reverseOrder());</w:t>
        <w:br/>
        <w:t xml:space="preserve">        rightHalf = new PriorityQueue&lt;&gt;();</w:t>
        <w:br/>
        <w:t xml:space="preserve">    }</w:t>
        <w:br/>
        <w:br/>
        <w:t xml:space="preserve">    public void add(int num) {</w:t>
        <w:br/>
        <w:t xml:space="preserve">        // If 'num' is less than or equal to the max of 'left_half', it belongs to the</w:t>
        <w:br/>
        <w:t xml:space="preserve">        // left half.</w:t>
        <w:br/>
        <w:t xml:space="preserve">        if (leftHalf.isEmpty() || num &lt;= leftHalf.peek()) {</w:t>
        <w:br/>
        <w:t xml:space="preserve">            leftHalf.offer(num);</w:t>
        <w:br/>
        <w:t xml:space="preserve">            // Rebalance the heaps if the size of the 'left_half' exceeds the size of</w:t>
        <w:br/>
        <w:t xml:space="preserve">            // the 'right_half' by more than one.</w:t>
        <w:br/>
        <w:t xml:space="preserve">            if (leftHalf.size() &gt; rightHalf.size() + 1) {</w:t>
        <w:br/>
        <w:t xml:space="preserve">                rightHalf.offer(leftHalf.poll());</w:t>
        <w:br/>
        <w:t xml:space="preserve">            }</w:t>
        <w:br/>
        <w:t xml:space="preserve">        // Otherwise, it belongs to the right half.</w:t>
        <w:br/>
        <w:t xml:space="preserve">        } else {</w:t>
        <w:br/>
        <w:t xml:space="preserve">            rightHalf.offer(num);</w:t>
        <w:br/>
        <w:t xml:space="preserve">            // Rebalance the heaps If 'right_half' is larger than 'left_half'.</w:t>
        <w:br/>
        <w:t xml:space="preserve">            if (leftHalf.size() &lt; rightHalf.size()) {</w:t>
        <w:br/>
        <w:t xml:space="preserve">                leftHalf.offer(rightHalf.poll());</w:t>
        <w:br/>
        <w:t xml:space="preserve">            }</w:t>
        <w:br/>
        <w:t xml:space="preserve">        }</w:t>
        <w:br/>
        <w:t xml:space="preserve">    }</w:t>
        <w:br/>
        <w:br/>
        <w:t xml:space="preserve">    public double getMedian() {</w:t>
        <w:br/>
        <w:t xml:space="preserve">        if (leftHalf.size() == rightHalf.size()) {</w:t>
        <w:br/>
        <w:t xml:space="preserve">            return (leftHalf.peek() + rightHalf.peek()) / 2.0;</w:t>
        <w:br/>
        <w:t xml:space="preserve">        }</w:t>
        <w:br/>
        <w:t xml:space="preserve">        return leftHalf.peek();</w:t>
        <w:br/>
        <w:t xml:space="preserve">    }</w:t>
        <w:br/>
        <w:t>}</w:t>
      </w:r>
    </w:p>
    <w:p>
      <w:pPr>
        <w:pStyle w:val="Heading3"/>
        <w:spacing w:before="320" w:after="120"/>
      </w:pPr>
      <w:r>
        <w:t>Complexity Analysis</w:t>
      </w:r>
    </w:p>
    <w:p>
      <w:pPr>
        <w:spacing w:after="160" w:line="276" w:lineRule="auto"/>
      </w:pPr>
      <w:r>
        <w:t>Time complexity:</w:t>
      </w:r>
    </w:p>
    <w:p>
      <w:pPr>
        <w:pStyle w:val="ListBullet"/>
      </w:pPr>
      <w:r>
        <w:t>The time complexity ofaddisO(log⁡(n))O(\log(n))O(log(n)), wherennndenotes the number of values added to the data structure. This is because we first push a number to one of the heaps, which takesO(log⁡(n))O(\log(n))O(log(n))time. Then, if rebalancing is required, we also pop from one heap and push to the other, where both operations also takeO(log⁡(n))O(\log(n))O(log(n))time.</w:t>
      </w:r>
    </w:p>
    <w:p>
      <w:pPr>
        <w:pStyle w:val="ListBullet"/>
      </w:pPr>
      <w:r>
        <w:t>The time complexity ofget_medianisO(1)O(1)O(1)because accessing the top element of a heap takesO(1)O(1)O(1)time.</w:t>
      </w:r>
    </w:p>
    <w:p>
      <w:pPr>
        <w:spacing w:after="160" w:line="276" w:lineRule="auto"/>
      </w:pPr>
      <w:r>
        <w:t>Space complexity:The space complexity isO(n)O(n)O(n)because the two heaps together storennnelements.</w:t>
      </w:r>
    </w:p>
    <w:p>
      <w:pPr>
        <w:spacing w:after="160" w:line="276" w:lineRule="auto"/>
      </w:pPr>
      <w:r>
        <w:t>Note: this explanation refers to the two middle values as "median values" to keep things simple. However, it’s important to understand that these two values aren’t technically “medians,” as there's only ever one median. These are just the two values used to calculate the median.</w:t>
      </w:r>
    </w:p>
    <w:p>
      <w:r>
        <w:br w:type="page"/>
      </w:r>
    </w:p>
    <w:p>
      <w:pPr>
        <w:pStyle w:val="Heading1"/>
        <w:spacing w:before="480" w:after="280"/>
      </w:pPr>
      <w:r>
        <w:rPr>
          <w:b/>
          <w:color w:val="008A60"/>
          <w:sz w:val="28"/>
        </w:rPr>
        <w:t>Chapter 49</w:t>
        <w:br/>
      </w:r>
      <w:r>
        <w:rPr>
          <w:b/>
          <w:color w:val="0F172A"/>
          <w:sz w:val="40"/>
        </w:rPr>
        <w:t>Sort a K-Sorted Array</w:t>
      </w:r>
    </w:p>
    <w:p>
      <w:pPr>
        <w:spacing w:before="160" w:after="160"/>
        <w:ind w:left="360"/>
      </w:pPr>
      <w:r>
        <w:rPr>
          <w:rFonts w:ascii="Consolas" w:hAnsi="Consolas"/>
          <w:color w:val="1E293B"/>
          <w:sz w:val="19"/>
        </w:rPr>
        <w:t>Given an integer array where each element is at most k positions away from its sorted position, sort the array in a non-decreasing order.Example:ExampleCopyInput: nums = [5, 1, 9, 4, 7, 10], k = 2</w:t>
        <w:br/>
        <w:t>Output: [1, 4, 5, 7, 9, 10]</w:t>
        <w:br/>
      </w:r>
    </w:p>
    <w:p>
      <w:pPr>
        <w:pStyle w:val="Heading2"/>
        <w:spacing w:before="320" w:after="120"/>
      </w:pPr>
      <w:r>
        <w:t>Intuition</w:t>
      </w:r>
    </w:p>
    <w:p>
      <w:pPr>
        <w:spacing w:after="160" w:line="276" w:lineRule="auto"/>
      </w:pPr>
      <w:r>
        <w:t>In a k-sorted array, each element is at most k indexes away from where it would be in a fully sorted array. We can visualize this with the following example where k = 2, and no number is more than k indexes away from its sorted position:</w:t>
      </w:r>
    </w:p>
    <w:p>
      <w:pPr>
        <w:spacing w:after="160" w:line="276" w:lineRule="auto"/>
      </w:pPr>
      <w:r>
        <w:t>A trivial solution to this problem is to sort the array using a standard sorting algorithm. However, since the input is partially sorted (k-sorted), we should assume there's a faster way to sort the array.</w:t>
      </w:r>
    </w:p>
    <w:p>
      <w:pPr>
        <w:spacing w:after="160" w:line="276" w:lineRule="auto"/>
      </w:pPr>
      <w:r>
        <w:t>We can think about this problem backward. For any indexi,the element that belongs at indexiin the sorted array is located within the range [i-k,i+k]. Below, we visualize how number 7, which is meant to be at index 3 when sorted, correctly falls within the range [3 -k, 3 +k] in the k-sorted array:</w:t>
      </w:r>
    </w:p>
    <w:p>
      <w:pPr>
        <w:spacing w:after="160" w:line="276" w:lineRule="auto"/>
      </w:pPr>
      <w:r>
        <w:t>This is a good start, but we can reduce this range even further. Consider index 0 from the above array. We know the number which belongs at index 0 when sorted is somewhere in the range [0, 0 +k]:</w:t>
      </w:r>
    </w:p>
    <w:p>
      <w:pPr>
        <w:spacing w:after="160" w:line="276" w:lineRule="auto"/>
      </w:pPr>
      <w:r>
        <w:t>Note that the sorted array in the diagrams is purely provided as a reference point. We don't yet know which number in the range [0, 0 +k] belongs at index 0. However, one fact remains consistent: in a sorted array, index 0 always holds the smallest number. This means the value needed at index 0 is also the smallest number within the range [0, 0 +k] of the k-sorted array, which is 1 in this example.</w:t>
      </w:r>
    </w:p>
    <w:p>
      <w:pPr>
        <w:spacing w:after="160" w:line="276" w:lineRule="auto"/>
      </w:pPr>
      <w:r>
        <w:t>So, let's swap 1 with the number at index 0 to position 1 as the first value in the sorted array:</w:t>
      </w:r>
    </w:p>
    <w:p>
      <w:pPr>
        <w:spacing w:after="160" w:line="276" w:lineRule="auto"/>
      </w:pPr>
      <w:r>
        <w:t>Now let's find the number that belongs at index 1: the second smallest number. Since index 0 currently contains the smallest value in the array, we won't need to consider index 0 in our search. Therefore, we can find the value that belongs at index 1 in the range [1, 1 + k]. The smallest value in this range will be the second smallest value overall, which is 4 in this case.</w:t>
      </w:r>
    </w:p>
    <w:p>
      <w:pPr>
        <w:spacing w:after="160" w:line="276" w:lineRule="auto"/>
      </w:pPr>
      <w:r>
        <w:t>So, let's swap 4 with the number at index 1 to position 4 as the second value in the sorted array:</w:t>
      </w:r>
    </w:p>
    <w:p>
      <w:pPr>
        <w:spacing w:after="160" w:line="276" w:lineRule="auto"/>
      </w:pPr>
      <w:r>
        <w:t>If we continue this process for the rest of the array, we'll successfully sort the k-sorted array.</w:t>
      </w:r>
    </w:p>
    <w:p>
      <w:pPr>
        <w:spacing w:after="160" w:line="276" w:lineRule="auto"/>
      </w:pPr>
      <w:r>
        <w:t>The main inefficiency with this approach is finding the minimum number in the range [i,i + k] at each indexi. Linearly searching for it will takeO(k)O(k)O(k)time at each index.</w:t>
      </w:r>
    </w:p>
    <w:p>
      <w:pPr>
        <w:spacing w:after="160" w:line="276" w:lineRule="auto"/>
      </w:pPr>
      <w:r>
        <w:t>To improve this approach, we'd need a way to efficiently access the minimum value at each of these ranges. Amin-heapwould be perfect for this.</w:t>
      </w:r>
    </w:p>
    <w:p>
      <w:pPr>
        <w:spacing w:after="160" w:line="276" w:lineRule="auto"/>
      </w:pPr>
      <w:r>
        <w:t>Min-heapFor a min-heap to determine the minimum value within each range [i,i + k], it will always need to be populated with the values in these ranges as we iterate through the array. Let's see how this works over the same example.</w:t>
      </w:r>
    </w:p>
    <w:p>
      <w:pPr>
        <w:spacing w:after="160" w:line="276" w:lineRule="auto"/>
      </w:pPr>
      <w:r>
        <w:t>Before we can determine which value belongs at index 0, we'll need to populate the heap with all the values in the range [0,k], which are the firstk + 1values (wherek = 2in this example):</w:t>
      </w:r>
    </w:p>
    <w:p>
      <w:pPr>
        <w:spacing w:after="160" w:line="276" w:lineRule="auto"/>
      </w:pPr>
      <w:r>
        <w:t>An alternative way to create a heap of the firstk + 1elements is to heapify a list of the firstk + 1elements.</w:t>
      </w:r>
    </w:p>
    <w:p>
      <w:pPr>
        <w:spacing w:after="160" w:line="276" w:lineRule="auto"/>
      </w:pPr>
      <w:r>
        <w:t>Now, let's begin inserting the smallest elements from the heap into the array, using theinsert_indexpointer. The value that belongs at index 0 in sorted order is the value currently at the top of the heap, which is 1:</w:t>
      </w:r>
    </w:p>
    <w:p>
      <w:pPr>
        <w:spacing w:after="160" w:line="276" w:lineRule="auto"/>
      </w:pPr>
      <w:r>
        <w:t>Once we insert 1 at index 0, push the value at indexito the heap before incrementing both pointers:</w:t>
      </w:r>
    </w:p>
    <w:p>
      <w:pPr>
        <w:spacing w:after="160" w:line="276" w:lineRule="auto"/>
      </w:pPr>
      <w:r>
        <w:t>Let's continue this process for the remaining numbers:</w:t>
      </w:r>
    </w:p>
    <w:p>
      <w:pPr>
        <w:spacing w:after="160" w:line="276" w:lineRule="auto"/>
      </w:pPr>
      <w:r>
        <w:t>Once there are no more elements to push into the heap, the rest of the array can be sorted by inserting the remaining values from the heap:</w:t>
      </w:r>
    </w:p>
    <w:p>
      <w:pPr>
        <w:spacing w:after="160" w:line="276" w:lineRule="auto"/>
      </w:pPr>
      <w:r>
        <w:t>Once the heap is empty, the array is sorted.</w:t>
      </w:r>
    </w:p>
    <w:p>
      <w:pPr>
        <w:pStyle w:val="Heading2"/>
        <w:spacing w:before="320" w:after="120"/>
      </w:pPr>
      <w:r>
        <w:t>Implementation</w:t>
      </w:r>
    </w:p>
    <w:p>
      <w:pPr>
        <w:spacing w:before="160" w:after="160"/>
        <w:ind w:left="360"/>
      </w:pPr>
      <w:r>
        <w:rPr>
          <w:rFonts w:ascii="Consolas" w:hAnsi="Consolas"/>
          <w:color w:val="1E293B"/>
          <w:sz w:val="19"/>
        </w:rPr>
        <w:t>PythonJavaScriptJavaCopyfrom typing import List</w:t>
        <w:br/>
        <w:t>import heapq</w:t>
        <w:br/>
        <w:t xml:space="preserve">        </w:t>
        <w:br/>
        <w:t>def sort_a_k_sorted_array(nums: List[int], k: int) -&gt; List[int]:</w:t>
        <w:br/>
        <w:t xml:space="preserve">    # Populate a min-heap with the first k + 1 values in 'nums'.</w:t>
        <w:br/>
        <w:t xml:space="preserve">    min_heap = nums[:k+1]</w:t>
        <w:br/>
        <w:t xml:space="preserve">    heapq.heapify(min_heap)</w:t>
        <w:br/>
        <w:t xml:space="preserve">    # Replace elements in the array with the minimum from the heap at each</w:t>
        <w:br/>
        <w:t xml:space="preserve">    # iteration.</w:t>
        <w:br/>
        <w:t xml:space="preserve">    insert_index = 0</w:t>
        <w:br/>
        <w:t xml:space="preserve">    for i in range(k + 1, len(nums)):</w:t>
        <w:br/>
        <w:t xml:space="preserve">        nums[insert_index] = heapq.heappop(min_heap)</w:t>
        <w:br/>
        <w:t xml:space="preserve">        insert_index += 1</w:t>
        <w:br/>
        <w:t xml:space="preserve">        heapq.heappush(min_heap, nums[i])</w:t>
        <w:br/>
        <w:t xml:space="preserve">    # Pop the remaining elements from the heap to finish sorting the array.</w:t>
        <w:br/>
        <w:t xml:space="preserve">    while min_heap:</w:t>
        <w:br/>
        <w:t xml:space="preserve">        nums[insert_index] = heapq.heappop(min_heap)</w:t>
        <w:br/>
        <w:t xml:space="preserve">        insert_index += 1</w:t>
        <w:br/>
        <w:t xml:space="preserve">    return numsfunction sortAKSortedArray(nums, k) {</w:t>
        <w:br/>
        <w:t xml:space="preserve">    // Populate a min-heap with the first k + 1 values in 'nums'.</w:t>
        <w:br/>
        <w:t xml:space="preserve">    const minHeap = nums.slice(0, k + 1);</w:t>
        <w:br/>
        <w:t xml:space="preserve">    minHeap.sort((a, b) =&gt; a - b);</w:t>
        <w:br/>
        <w:t xml:space="preserve">    // Replace elements in the array with the minimum from the heap at each</w:t>
        <w:br/>
        <w:t xml:space="preserve">    // iteration.</w:t>
        <w:br/>
        <w:t xml:space="preserve">    let insertIndex = 0;</w:t>
        <w:br/>
        <w:t xml:space="preserve">    for (let i = k + 1; i &lt; nums.length; i++) {</w:t>
        <w:br/>
        <w:t xml:space="preserve">        nums[insertIndex] = minHeap.shift();</w:t>
        <w:br/>
        <w:t xml:space="preserve">        insertIndex += 1;</w:t>
        <w:br/>
        <w:t xml:space="preserve">        // Insert nums[i] maintaining sorted order</w:t>
        <w:br/>
        <w:t xml:space="preserve">        let low = 0, high = minHeap.length;</w:t>
        <w:br/>
        <w:t xml:space="preserve">        while (low &lt; high) {</w:t>
        <w:br/>
        <w:t xml:space="preserve">            const mid = (low + high) &gt;&gt; 1;</w:t>
        <w:br/>
        <w:t xml:space="preserve">            if (minHeap[mid] &lt; nums[i]) low = mid + 1;</w:t>
        <w:br/>
        <w:t xml:space="preserve">            else high = mid;</w:t>
        <w:br/>
        <w:t xml:space="preserve">        }</w:t>
        <w:br/>
        <w:t xml:space="preserve">        minHeap.splice(low, 0, nums[i]);</w:t>
        <w:br/>
        <w:t xml:space="preserve">    }</w:t>
        <w:br/>
        <w:t xml:space="preserve">    // Pop the remaining elements from the heap to finish sorting the array.</w:t>
        <w:br/>
        <w:t xml:space="preserve">    while (minHeap.length &gt; 0) {</w:t>
        <w:br/>
        <w:t xml:space="preserve">        nums[insertIndex] = minHeap.shift();</w:t>
        <w:br/>
        <w:t xml:space="preserve">        insertIndex += 1;</w:t>
        <w:br/>
        <w:t xml:space="preserve">    }</w:t>
        <w:br/>
        <w:t xml:space="preserve">    return nums;</w:t>
        <w:br/>
        <w:t>}import java.util.*;</w:t>
        <w:br/>
        <w:br/>
        <w:t>public class Solution {</w:t>
        <w:br/>
        <w:t xml:space="preserve">    public int[] sortAKSortedArray(int[] nums, int k) {</w:t>
        <w:br/>
        <w:t xml:space="preserve">        // Populate a min-heap with the first k + 1 values in 'nums'.</w:t>
        <w:br/>
        <w:t xml:space="preserve">        PriorityQueue&lt;Integer&gt; minHeap = new PriorityQueue&lt;&gt;();</w:t>
        <w:br/>
        <w:t xml:space="preserve">        for (int i = 0; i &lt;= Math.min(k, nums.length - 1); i++) {</w:t>
        <w:br/>
        <w:t xml:space="preserve">            minHeap.offer(nums[i]);</w:t>
        <w:br/>
        <w:t xml:space="preserve">        }</w:t>
        <w:br/>
        <w:t xml:space="preserve">        // Replace elements in the array with the minimum from the heap at each</w:t>
        <w:br/>
        <w:t xml:space="preserve">        // iteration.</w:t>
        <w:br/>
        <w:t xml:space="preserve">        int insertIndex = 0;</w:t>
        <w:br/>
        <w:t xml:space="preserve">        for (int i = k + 1; i &lt; nums.length; i++) {</w:t>
        <w:br/>
        <w:t xml:space="preserve">            nums[insertIndex] = minHeap.poll();</w:t>
        <w:br/>
        <w:t xml:space="preserve">            insertIndex += 1;</w:t>
        <w:br/>
        <w:t xml:space="preserve">            minHeap.offer(nums[i]);</w:t>
        <w:br/>
        <w:t xml:space="preserve">        }</w:t>
        <w:br/>
        <w:t xml:space="preserve">        // Pop the remaining elements from the heap to finish sorting the array.</w:t>
        <w:br/>
        <w:t xml:space="preserve">        while (!minHeap.isEmpty()) {</w:t>
        <w:br/>
        <w:t xml:space="preserve">            nums[insertIndex] = minHeap.poll();</w:t>
        <w:br/>
        <w:t xml:space="preserve">            insertIndex += 1;</w:t>
        <w:br/>
        <w:t xml:space="preserve">        }</w:t>
        <w:br/>
        <w:t xml:space="preserve">        return nums;</w:t>
        <w:br/>
        <w:t xml:space="preserve">    }</w:t>
        <w:br/>
        <w:t>}</w:t>
      </w:r>
    </w:p>
    <w:p>
      <w:pPr>
        <w:pStyle w:val="Heading3"/>
        <w:spacing w:before="320" w:after="120"/>
      </w:pPr>
      <w:r>
        <w:t>Complexity Analysis</w:t>
      </w:r>
    </w:p>
    <w:p>
      <w:pPr>
        <w:spacing w:after="160" w:line="276" w:lineRule="auto"/>
      </w:pPr>
      <w:r>
        <w:t>Time complexity:The time complexity ofsort_a_k_sorted_arrayisO(nlog⁡(k))O(n\log(k))O(nlog(k)), wherennndenotes the length of the array. Here's why:</w:t>
      </w:r>
    </w:p>
    <w:p>
      <w:pPr>
        <w:pStyle w:val="ListBullet"/>
      </w:pPr>
      <w:r>
        <w:t>We perform heapify on a min_heap of sizek+1k+1k+1which takesO(k)O(k)O(k)time. Note thatkkkis upper-bounded bynnnin this operation since the heap won't have more thannnnvalues.</w:t>
      </w:r>
    </w:p>
    <w:p>
      <w:pPr>
        <w:pStyle w:val="ListBullet"/>
      </w:pPr>
      <w:r>
        <w:t>Then, we performpushandpopoperations on approximatelyn−kn-kn−kvalues using the heap. Since the heap can grow up to a size ofk+1k+1k+1, eachpushandpopoperations takesO(log⁡(k))O(\log(k))O(log(k))time. Therefore, this loop takesO(nlog⁡(k))O(n\log(k))O(nlog(k))time in the worst case.</w:t>
      </w:r>
    </w:p>
    <w:p>
      <w:pPr>
        <w:pStyle w:val="ListBullet"/>
      </w:pPr>
      <w:r>
        <w:t>The final while-loop runs inO(klog⁡(k))O(k\log(k))O(klog(k))time since we popk+1k+1k+1values from the heap. Note thatkkkhere is also upper-bounded bynnn.</w:t>
      </w:r>
    </w:p>
    <w:p>
      <w:pPr>
        <w:spacing w:after="160" w:line="276" w:lineRule="auto"/>
      </w:pPr>
      <w:r>
        <w:t>Therefore, the overall time complexity isO(k)+O(nlog⁡(k))+O(klog⁡(k))=O(nlog⁡(k))O(k)+O(n\log(k))+O(k\log(k))=O(n\log(k))O(k)+O(nlog(k))+O(klog(k))=O(nlog(k)).</w:t>
      </w:r>
    </w:p>
    <w:p>
      <w:pPr>
        <w:spacing w:after="160" w:line="276" w:lineRule="auto"/>
      </w:pPr>
      <w:r>
        <w:t>Space complexity:The space complexity isO(k)O(k)O(k)since the heap can grow up tok+1k+1k+1in size.</w:t>
      </w:r>
    </w:p>
    <w:p>
      <w:r>
        <w:br w:type="page"/>
      </w:r>
    </w:p>
    <w:p>
      <w:pPr>
        <w:pStyle w:val="Heading1"/>
        <w:spacing w:before="480" w:after="280"/>
      </w:pPr>
      <w:r>
        <w:rPr>
          <w:b/>
          <w:color w:val="008A60"/>
          <w:sz w:val="28"/>
        </w:rPr>
        <w:t>Chapter 50</w:t>
        <w:br/>
      </w:r>
      <w:r>
        <w:rPr>
          <w:b/>
          <w:color w:val="0F172A"/>
          <w:sz w:val="40"/>
        </w:rPr>
        <w:t>Introduction to Intervals</w:t>
      </w:r>
    </w:p>
    <w:p>
      <w:pPr>
        <w:pStyle w:val="Heading2"/>
        <w:spacing w:before="320" w:after="120"/>
      </w:pPr>
      <w:r>
        <w:t>Intuition</w:t>
      </w:r>
    </w:p>
    <w:p>
      <w:pPr>
        <w:spacing w:after="160" w:line="276" w:lineRule="auto"/>
      </w:pPr>
      <w:r>
        <w:t>An interval consists of two values: a start point and an end point. It represents a continuous segment on the number line that includes all values between these two points. It is often used to represent a line, time period, or a continuous range of values.</w:t>
      </w:r>
    </w:p>
    <w:p>
      <w:pPr>
        <w:pStyle w:val="ListBullet"/>
      </w:pPr>
      <w:r>
        <w:t>An interval’s start point indicates where the interval begins.</w:t>
      </w:r>
    </w:p>
    <w:p>
      <w:pPr>
        <w:pStyle w:val="ListBullet"/>
      </w:pPr>
      <w:r>
        <w:t>An interval’s end point indicates where the interval ends.</w:t>
      </w:r>
    </w:p>
    <w:p>
      <w:pPr>
        <w:spacing w:after="160" w:line="276" w:lineRule="auto"/>
      </w:pPr>
      <w:r>
        <w:t>Intervals can be closed, open, or half-open, based on whether their start or end points are included in the interval.</w:t>
      </w:r>
    </w:p>
    <w:p>
      <w:pPr>
        <w:pStyle w:val="ListBullet"/>
      </w:pPr>
      <w:r>
        <w:t>Closed intervals:Both the start and end points are included in the interval.</w:t>
      </w:r>
    </w:p>
    <w:p>
      <w:pPr>
        <w:pStyle w:val="ListBullet"/>
      </w:pPr>
      <w:r>
        <w:t>Open intervals:The start and end points are not included in the interval.</w:t>
      </w:r>
    </w:p>
    <w:p>
      <w:pPr>
        <w:pStyle w:val="ListBullet"/>
      </w:pPr>
      <w:r>
        <w:t>Half-open intervals:Either the start or the end point is included, while the other is not.</w:t>
      </w:r>
    </w:p>
    <w:p>
      <w:pPr>
        <w:spacing w:after="160" w:line="276" w:lineRule="auto"/>
      </w:pPr>
      <w:r>
        <w:t>When presented with an interval problem in an interview, It’s important to clarify whether the intervals are open, closed, or half-open, as this can change the nature of how intervals overlap.</w:t>
      </w:r>
    </w:p>
    <w:p>
      <w:pPr>
        <w:spacing w:after="160" w:line="276" w:lineRule="auto"/>
      </w:pPr>
      <w:r>
        <w:t>Overlapping intervalsTwo intervals overlap if they share at least one common value.</w:t>
      </w:r>
    </w:p>
    <w:p>
      <w:pPr>
        <w:spacing w:after="160" w:line="276" w:lineRule="auto"/>
      </w:pPr>
      <w:r>
        <w:t>The central challenge in most interval problems involves managing overlapping intervals</w:t>
        <w:br/>
        <w:t>effectively. Whether identifying or merging overlapping intervals, it’s important</w:t>
        <w:br/>
        <w:t>to determine how the overlap between intervals influences the desired outcome of</w:t>
        <w:br/>
        <w:t>the problem. The problems in this chapter involve handling overlapping intervals</w:t>
        <w:br/>
        <w:t>in varying situations.</w:t>
      </w:r>
    </w:p>
    <w:p>
      <w:pPr>
        <w:spacing w:after="160" w:line="276" w:lineRule="auto"/>
      </w:pPr>
      <w:r>
        <w:t>Sorting intervalsIn most interval problems, sorting the intervals before solving the problem is quite helpful since it allows them to be processed in a certain order.</w:t>
      </w:r>
    </w:p>
    <w:p>
      <w:pPr>
        <w:spacing w:after="160" w:line="276" w:lineRule="auto"/>
      </w:pPr>
      <w:r>
        <w:t>We usuallysort intervals by their start pointso they can be traversed in chronological order. When two or more intervals have the same start point, we might also need to consider each interval’s end points during sorting.</w:t>
      </w:r>
    </w:p>
    <w:p>
      <w:pPr>
        <w:spacing w:after="160" w:line="276" w:lineRule="auto"/>
      </w:pPr>
      <w:r>
        <w:t>Separating start and end pointsIn certain scenarios, it might be beneficial to process the start and end points of intervals separately. This usually involves creating two sorted arrays: one containing all start points and another containing all end points. For example, this is needed in the sweeping line algorithm, which is explored in theLargest Overlap of Intervalsproblem.</w:t>
      </w:r>
    </w:p>
    <w:p>
      <w:pPr>
        <w:spacing w:after="160" w:line="276" w:lineRule="auto"/>
      </w:pPr>
      <w:r>
        <w:t>Interval class definitionFor the problems in this chapter, intervals are represented using the class below.</w:t>
      </w:r>
    </w:p>
    <w:p>
      <w:pPr>
        <w:spacing w:before="160" w:after="160"/>
        <w:ind w:left="360"/>
      </w:pPr>
      <w:r>
        <w:rPr>
          <w:rFonts w:ascii="Consolas" w:hAnsi="Consolas"/>
          <w:color w:val="1E293B"/>
          <w:sz w:val="19"/>
        </w:rPr>
        <w:t>PythonJavaScriptJavaCopyclass Interval:</w:t>
        <w:br/>
        <w:t xml:space="preserve">   def __init__(self, start, end):</w:t>
        <w:br/>
        <w:t xml:space="preserve">       self.start = start</w:t>
        <w:br/>
        <w:t xml:space="preserve">       self.end = endclass Interval {</w:t>
        <w:br/>
        <w:t xml:space="preserve">    constructor(start, end) {</w:t>
        <w:br/>
        <w:t xml:space="preserve">        this.start = start;</w:t>
        <w:br/>
        <w:t xml:space="preserve">        this.end = end;</w:t>
        <w:br/>
        <w:t xml:space="preserve">    }</w:t>
        <w:br/>
        <w:t>}public class Interval {</w:t>
        <w:br/>
        <w:t xml:space="preserve">    public int start;</w:t>
        <w:br/>
        <w:t xml:space="preserve">    public int end;</w:t>
        <w:br/>
        <w:br/>
        <w:t xml:space="preserve">    public Interval(int start, int end) {</w:t>
        <w:br/>
        <w:t xml:space="preserve">        this.start = start;</w:t>
        <w:br/>
        <w:t xml:space="preserve">        this.end = end;</w:t>
        <w:br/>
        <w:t xml:space="preserve">    }</w:t>
        <w:br/>
        <w:t>}</w:t>
      </w:r>
    </w:p>
    <w:p>
      <w:pPr>
        <w:pStyle w:val="Heading2"/>
        <w:spacing w:before="320" w:after="120"/>
      </w:pPr>
      <w:r>
        <w:t>Real-world Example</w:t>
      </w:r>
    </w:p>
    <w:p>
      <w:pPr>
        <w:spacing w:after="160" w:line="276" w:lineRule="auto"/>
      </w:pPr>
      <w:r>
        <w:t>Scheduling systems:Intervals are widely used in scheduling systems. For instance, in a conference room booking system, each booking is represented as an interval. The interval representation is used if the system requires functionality, such as determining the maximum number of overlapping bookings to ensure sufficient room availability. By analyzing these intervals, the system can efficiently allocate resources and prevent double bookings.</w:t>
      </w:r>
    </w:p>
    <w:p>
      <w:pPr>
        <w:pStyle w:val="Heading2"/>
        <w:spacing w:before="320" w:after="120"/>
      </w:pPr>
      <w:r>
        <w:t>Chapter Outline</w:t>
      </w:r>
    </w:p>
    <w:p>
      <w:r>
        <w:br w:type="page"/>
      </w:r>
    </w:p>
    <w:p>
      <w:pPr>
        <w:pStyle w:val="Heading1"/>
        <w:spacing w:before="480" w:after="280"/>
      </w:pPr>
      <w:r>
        <w:rPr>
          <w:b/>
          <w:color w:val="008A60"/>
          <w:sz w:val="28"/>
        </w:rPr>
        <w:t>Chapter 51</w:t>
        <w:br/>
      </w:r>
      <w:r>
        <w:rPr>
          <w:b/>
          <w:color w:val="0F172A"/>
          <w:sz w:val="40"/>
        </w:rPr>
        <w:t>Merge Overlapping Intervals</w:t>
      </w:r>
    </w:p>
    <w:p>
      <w:pPr>
        <w:spacing w:before="160" w:after="160"/>
        <w:ind w:left="360"/>
      </w:pPr>
      <w:r>
        <w:rPr>
          <w:rFonts w:ascii="Consolas" w:hAnsi="Consolas"/>
          <w:color w:val="1E293B"/>
          <w:sz w:val="19"/>
        </w:rPr>
        <w:t>Merge an array of intervals so there are no overlapping intervals, and return the resultant merged intervals.Example:ExampleCopyInput: intervals = [[3, 4], [7, 8], [2, 5], [6, 7], [1, 4]]</w:t>
        <w:br/>
        <w:t>Output: [[1, 5], [6, 8]]</w:t>
        <w:br/>
        <w:t>Constraints:</w:t>
        <w:br/>
        <w:br/>
        <w:t>The input contains at least one interval.</w:t>
        <w:br/>
        <w:br/>
        <w:br/>
        <w:t>For every index i in the array, intervals[i].start ≤ intervals[i].end.</w:t>
        <w:br/>
        <w:br/>
      </w:r>
    </w:p>
    <w:p>
      <w:pPr>
        <w:pStyle w:val="Heading2"/>
        <w:spacing w:before="320" w:after="120"/>
      </w:pPr>
      <w:r>
        <w:t>Intuition</w:t>
      </w:r>
    </w:p>
    <w:p>
      <w:pPr>
        <w:spacing w:after="160" w:line="276" w:lineRule="auto"/>
      </w:pPr>
      <w:r>
        <w:t>There are two main challenges to this problem:</w:t>
      </w:r>
    </w:p>
    <w:p>
      <w:pPr>
        <w:pStyle w:val="ListNumber"/>
      </w:pPr>
      <w:r>
        <w:t>Identifying which intervals overlap each other.</w:t>
      </w:r>
    </w:p>
    <w:p>
      <w:pPr>
        <w:pStyle w:val="ListNumber"/>
      </w:pPr>
      <w:r>
        <w:t>Merging those intervals.</w:t>
      </w:r>
    </w:p>
    <w:p>
      <w:pPr>
        <w:spacing w:after="160" w:line="276" w:lineRule="auto"/>
      </w:pPr>
      <w:r>
        <w:t>Let's start by tackling the first challenge. Consider two intervals, A and B, where intervalA starts before B. Below, we visualize the case when these two intervals don't overlap:</w:t>
      </w:r>
    </w:p>
    <w:p>
      <w:pPr>
        <w:spacing w:after="160" w:line="276" w:lineRule="auto"/>
      </w:pPr>
      <w:r>
        <w:t>The dashed line above shows that interval A ends before interval B starts, which eliminates the possibility of B overlapping A. This indicates thatintervals A and B will never overlap whenA.end &lt; B.start.</w:t>
      </w:r>
    </w:p>
    <w:p>
      <w:pPr>
        <w:spacing w:after="160" w:line="276" w:lineRule="auto"/>
      </w:pPr>
      <w:r>
        <w:t>Now, consider a couple of cases where these two intervals do overlap:</w:t>
      </w:r>
    </w:p>
    <w:p>
      <w:pPr>
        <w:spacing w:after="160" w:line="276" w:lineRule="auto"/>
      </w:pPr>
      <w:r>
        <w:t>In these cases, we see that B starts before (or when) A ends (A.end ≥ B.start). In other words, some portion of B overlaps A since interval A hasn't ended before interval B starts. Therefore,intervals A and B overlap whenA.end ≥ B.start.</w:t>
      </w:r>
    </w:p>
    <w:p>
      <w:pPr>
        <w:spacing w:after="160" w:line="276" w:lineRule="auto"/>
      </w:pPr>
      <w:r>
        <w:t>We have now established the two cases that cover all overlapping and non-overlapping scenarios for two intervals, given interval A starts before interval B:</w:t>
      </w:r>
    </w:p>
    <w:p>
      <w:pPr>
        <w:pStyle w:val="ListBullet"/>
      </w:pPr>
      <w:r>
        <w:t>IfA.end &lt; B.start, the intervals don't overlap.</w:t>
      </w:r>
    </w:p>
    <w:p>
      <w:pPr>
        <w:pStyle w:val="ListBullet"/>
      </w:pPr>
      <w:r>
        <w:t>IfA.end ≥ B.start, the intervals overlap.</w:t>
      </w:r>
    </w:p>
    <w:p>
      <w:pPr>
        <w:spacing w:after="160" w:line="276" w:lineRule="auto"/>
      </w:pPr>
      <w:r>
        <w:t>To apply these conditions to any two intervals in the input, it's useful to have a way to identify which interval starts first. One idea is tosort the intervals by their start value, which will make it clear which one of each two adjacent intervals starts first.</w:t>
      </w:r>
    </w:p>
    <w:p>
      <w:pPr>
        <w:spacing w:after="160" w:line="276" w:lineRule="auto"/>
      </w:pPr>
      <w:r>
        <w:t>Merging intervalsWith the above logic in mind, let's tackle an example. Consider the following intervals:</w:t>
      </w:r>
    </w:p>
    <w:p>
      <w:pPr>
        <w:spacing w:after="160" w:line="276" w:lineRule="auto"/>
      </w:pPr>
      <w:r>
        <w:t>The first step is to sort these intervals by start value:</w:t>
      </w:r>
    </w:p>
    <w:p>
      <w:pPr>
        <w:spacing w:after="160" w:line="276" w:lineRule="auto"/>
      </w:pPr>
      <w:r>
        <w:t>To aid the explanation, let's represent the intervals visually:</w:t>
      </w:r>
    </w:p>
    <w:p>
      <w:pPr>
        <w:spacing w:after="160" w:line="276" w:lineRule="auto"/>
      </w:pPr>
      <w:r>
        <w:t>Let's add/merge each interval into a new array called merged, starting with the first one, which we can add to the merged array straight away as it's the first interval:</w:t>
      </w:r>
    </w:p>
    <w:p>
      <w:pPr>
        <w:spacing w:after="160" w:line="276" w:lineRule="auto"/>
      </w:pPr>
      <w:r>
        <w:t>After the first interval is added, we start the process of merging. Let's define A as the last interval in the merged array and B as the current interval in the input. This makes sense since the interval in the merged array (A) starts before or at the same time as B.</w:t>
      </w:r>
    </w:p>
    <w:p>
      <w:pPr>
        <w:spacing w:after="160" w:line="276" w:lineRule="auto"/>
      </w:pPr>
      <w:r>
        <w:t>We notice B starts before A ends, indicating an overlap. So, let's merge them:</w:t>
      </w:r>
    </w:p>
    <w:p>
      <w:pPr>
        <w:spacing w:after="160" w:line="276" w:lineRule="auto"/>
      </w:pPr>
      <w:r>
        <w:t>When merging A and B, we use the leftmost start value and the rightmost end value between them. Since A will always start before or at the same time as B, we always useA.startas the start point. This means we just need toidentify the end point, which is thelargest value between the end points of A and B:</w:t>
      </w:r>
    </w:p>
    <w:p>
      <w:pPr>
        <w:spacing w:after="160" w:line="276" w:lineRule="auto"/>
      </w:pPr>
      <w:r>
        <w:t>We can apply the same logic to the next interval:</w:t>
      </w:r>
    </w:p>
    <w:p>
      <w:pPr>
        <w:spacing w:after="160" w:line="276" w:lineRule="auto"/>
      </w:pPr>
      <w:r>
        <w:t>When we reach the fourth interval, we notice B starts after A ends, indicating there is no overlap.</w:t>
      </w:r>
    </w:p>
    <w:p>
      <w:pPr>
        <w:spacing w:after="160" w:line="276" w:lineRule="auto"/>
      </w:pPr>
      <w:r>
        <w:t>So, we just add it as a new interval to the merged array:</w:t>
      </w:r>
    </w:p>
    <w:p>
      <w:pPr>
        <w:spacing w:after="160" w:line="276" w:lineRule="auto"/>
      </w:pPr>
      <w:r>
        <w:t>The next interval, B, overlaps the last interval in the merged array, A, since B starts when A ends (A.end == B.start).</w:t>
      </w:r>
    </w:p>
    <w:p>
      <w:pPr>
        <w:spacing w:after="160" w:line="276" w:lineRule="auto"/>
      </w:pPr>
      <w:r>
        <w:t>So, let's merge A with B:</w:t>
      </w:r>
    </w:p>
    <w:p>
      <w:pPr>
        <w:spacing w:after="160" w:line="276" w:lineRule="auto"/>
      </w:pPr>
      <w:r>
        <w:t>After processing the last interval, we've successfully merged all intervals.</w:t>
      </w:r>
    </w:p>
    <w:p>
      <w:pPr>
        <w:pStyle w:val="Heading2"/>
        <w:spacing w:before="320" w:after="120"/>
      </w:pPr>
      <w:r>
        <w:t>Implementation</w:t>
      </w:r>
    </w:p>
    <w:p>
      <w:pPr>
        <w:spacing w:before="160" w:after="160"/>
        <w:ind w:left="360"/>
      </w:pPr>
      <w:r>
        <w:rPr>
          <w:rFonts w:ascii="Consolas" w:hAnsi="Consolas"/>
          <w:color w:val="1E293B"/>
          <w:sz w:val="19"/>
        </w:rPr>
        <w:t>PythonJavaScriptJavaCopyfrom typing import List</w:t>
        <w:br/>
        <w:t>from ds import Interval</w:t>
        <w:br/>
        <w:t xml:space="preserve">    </w:t>
        <w:br/>
        <w:t>def merge_overlapping_intervals(intervals: List[Interval]) -&gt; List[Interval]:</w:t>
        <w:br/>
        <w:t xml:space="preserve">    intervals.sort(key=lambda x: x.start)</w:t>
        <w:br/>
        <w:t xml:space="preserve">    merged = [intervals[0]]</w:t>
        <w:br/>
        <w:t xml:space="preserve">    for B in intervals[1:]:</w:t>
        <w:br/>
        <w:t xml:space="preserve">        A = merged[-1]</w:t>
        <w:br/>
        <w:t xml:space="preserve">        # If A and B don't overlap, add B to the merged list.</w:t>
        <w:br/>
        <w:t xml:space="preserve">        if A.end &lt; B.start:</w:t>
        <w:br/>
        <w:t xml:space="preserve">            merged.append(B)</w:t>
        <w:br/>
        <w:t xml:space="preserve">        # If they do overlap, merge A with B.</w:t>
        <w:br/>
        <w:t xml:space="preserve">        else:</w:t>
        <w:br/>
        <w:t xml:space="preserve">            merged[-1] = Interval(A.start, max(A.end, B.end))</w:t>
        <w:br/>
        <w:t xml:space="preserve">    return mergedfunction mergeOverlappingIntervals(intervals) {</w:t>
        <w:br/>
        <w:t xml:space="preserve">    if (!intervals || intervals.length === 0) return [];</w:t>
        <w:br/>
        <w:t xml:space="preserve">    intervals.sort((a, b) =&gt; a.start - b.start);</w:t>
        <w:br/>
        <w:t xml:space="preserve">    const merged = [intervals[0]];</w:t>
        <w:br/>
        <w:t xml:space="preserve">    for (let i = 1; i &lt; intervals.length; i++) {</w:t>
        <w:br/>
        <w:t xml:space="preserve">        const B = intervals[i];</w:t>
        <w:br/>
        <w:t xml:space="preserve">        const A = merged[merged.length - 1];</w:t>
        <w:br/>
        <w:t xml:space="preserve">        // If A and B don't overlap, add B to the merged list.</w:t>
        <w:br/>
        <w:t xml:space="preserve">        if (A.end &lt; B.start) {</w:t>
        <w:br/>
        <w:t xml:space="preserve">            merged.push(B);</w:t>
        <w:br/>
        <w:t xml:space="preserve">        // If they do overlap, merge A with B.</w:t>
        <w:br/>
        <w:t xml:space="preserve">        } else {</w:t>
        <w:br/>
        <w:t xml:space="preserve">            merged[merged.length - 1] = new Interval(A.start, Math.max(A.end, B.end));</w:t>
        <w:br/>
        <w:t xml:space="preserve">        }</w:t>
        <w:br/>
        <w:t xml:space="preserve">    }</w:t>
        <w:br/>
        <w:t xml:space="preserve">    return merged;</w:t>
        <w:br/>
        <w:t>}import java.util.*;</w:t>
        <w:br/>
        <w:br/>
        <w:t>public class Solution {</w:t>
        <w:br/>
        <w:t xml:space="preserve">    public List&lt;Interval&gt; mergeOverlappingIntervals(List&lt;Interval&gt; intervals) {</w:t>
        <w:br/>
        <w:t xml:space="preserve">        if (intervals == null || intervals.isEmpty()) return new ArrayList&lt;&gt;();</w:t>
        <w:br/>
        <w:t xml:space="preserve">        intervals.sort((a, b) -&gt; Integer.compare(a.start, b.start));</w:t>
        <w:br/>
        <w:t xml:space="preserve">        List&lt;Interval&gt; merged = new ArrayList&lt;&gt;();</w:t>
        <w:br/>
        <w:t xml:space="preserve">        merged.add(intervals.get(0));</w:t>
        <w:br/>
        <w:t xml:space="preserve">        for (int i = 1; i &lt; intervals.size(); i++) {</w:t>
        <w:br/>
        <w:t xml:space="preserve">            Interval B = intervals.get(i);</w:t>
        <w:br/>
        <w:t xml:space="preserve">            Interval A = merged.get(merged.size() - 1);</w:t>
        <w:br/>
        <w:t xml:space="preserve">            // If A and B don't overlap, add B to the merged list.</w:t>
        <w:br/>
        <w:t xml:space="preserve">            if (A.end &lt; B.start) {</w:t>
        <w:br/>
        <w:t xml:space="preserve">                merged.add(B);</w:t>
        <w:br/>
        <w:t xml:space="preserve">            // If they do overlap, merge A with B.</w:t>
        <w:br/>
        <w:t xml:space="preserve">            } else {</w:t>
        <w:br/>
        <w:t xml:space="preserve">                merged.set(merged.size() - 1, new Interval(A.start, Math.max(A.end, B.end)));</w:t>
        <w:br/>
        <w:t xml:space="preserve">            }</w:t>
        <w:br/>
        <w:t xml:space="preserve">        }</w:t>
        <w:br/>
        <w:t xml:space="preserve">        return merged;</w:t>
        <w:br/>
        <w:t xml:space="preserve">    }</w:t>
        <w:br/>
        <w:t>}</w:t>
      </w:r>
    </w:p>
    <w:p>
      <w:pPr>
        <w:pStyle w:val="Heading3"/>
        <w:spacing w:before="320" w:after="120"/>
      </w:pPr>
      <w:r>
        <w:t>Complexity Analysis</w:t>
      </w:r>
    </w:p>
    <w:p>
      <w:pPr>
        <w:spacing w:after="160" w:line="276" w:lineRule="auto"/>
      </w:pPr>
      <w:r>
        <w:t>Time complexity:The time complexity of merge_overlapping_intervals isO(nlog(n))O(nlog(n))O(nlog(n)), wherennndenotes the number of intervals. This is due to the sorting algorithm. The process of merging overlapping intervals itself takesO(n)O(n)O(n)time because we iterate over every interval.</w:t>
      </w:r>
    </w:p>
    <w:p>
      <w:pPr>
        <w:spacing w:after="160" w:line="276" w:lineRule="auto"/>
      </w:pPr>
      <w:r>
        <w:t>Space complexity:The space complexity depends on the space used by the sorting algorithm. In Python, the built-in sorting algorithm, Tim sort, usesO(n)O(n)O(n)space. Note that the merged array is not considered in the space complexity calculation because we're only concerned with extra space used, not space taken up by the output.</w:t>
      </w:r>
    </w:p>
    <w:p>
      <w:pPr>
        <w:pStyle w:val="Heading3"/>
        <w:spacing w:before="320" w:after="120"/>
      </w:pPr>
      <w:r>
        <w:t>Interview Tip</w:t>
      </w:r>
    </w:p>
    <w:p>
      <w:pPr>
        <w:spacing w:after="160" w:line="276" w:lineRule="auto"/>
      </w:pPr>
      <w:r>
        <w:t>Tip: Visualize intervals to uncover logic and edge cases.Managing intervals and handling edge cases is much easier when visualizing example inputs. Drawing examples also helps your interviewer follow along with your reasoning and understand your thought process.</w:t>
      </w:r>
    </w:p>
    <w:p>
      <w:r>
        <w:br w:type="page"/>
      </w:r>
    </w:p>
    <w:p>
      <w:pPr>
        <w:pStyle w:val="Heading1"/>
        <w:spacing w:before="480" w:after="280"/>
      </w:pPr>
      <w:r>
        <w:rPr>
          <w:b/>
          <w:color w:val="008A60"/>
          <w:sz w:val="28"/>
        </w:rPr>
        <w:t>Chapter 52</w:t>
        <w:br/>
      </w:r>
      <w:r>
        <w:rPr>
          <w:b/>
          <w:color w:val="0F172A"/>
          <w:sz w:val="40"/>
        </w:rPr>
        <w:t>Identify All Interval Overlaps</w:t>
      </w:r>
    </w:p>
    <w:p>
      <w:pPr>
        <w:spacing w:before="160" w:after="160"/>
        <w:ind w:left="360"/>
      </w:pPr>
      <w:r>
        <w:rPr>
          <w:rFonts w:ascii="Consolas" w:hAnsi="Consolas"/>
          <w:color w:val="1E293B"/>
          <w:sz w:val="19"/>
        </w:rPr>
        <w:t>Return an array of all overlaps between two arrays of intervals; intervals1 and intervals2. Each individual interval array is sorted by start value, and contains no overlapping intervals within itself.Example:ExampleCopyInput: intervals1 = [[1, 4], [5, 6], [9, 10]],</w:t>
        <w:br/>
        <w:t xml:space="preserve">       intervals2 = [[2, 7], [8, 9]]</w:t>
        <w:br/>
        <w:t>Output: [[2, 4], [5, 6], [9, 9]]</w:t>
        <w:br/>
        <w:t>Constraints:</w:t>
        <w:br/>
        <w:br/>
        <w:t>For every index i in intervals1, intervals1[i].start &lt; intervals1[i].end.</w:t>
        <w:br/>
        <w:br/>
        <w:br/>
        <w:t>For every index j in intervals2, intervals2[j].start &lt; intervals2[j].end.</w:t>
        <w:br/>
        <w:br/>
      </w:r>
    </w:p>
    <w:p>
      <w:pPr>
        <w:pStyle w:val="Heading2"/>
        <w:spacing w:before="320" w:after="120"/>
      </w:pPr>
      <w:r>
        <w:t>Intuition</w:t>
      </w:r>
    </w:p>
    <w:p>
      <w:pPr>
        <w:spacing w:after="160" w:line="276" w:lineRule="auto"/>
      </w:pPr>
      <w:r>
        <w:t>We’re given two arrays of intervals, each containing non-overlapping intervals. This implies an overlap can only occur between an interval from the first array and an interval from the second array.</w:t>
      </w:r>
    </w:p>
    <w:p>
      <w:pPr>
        <w:spacing w:after="160" w:line="276" w:lineRule="auto"/>
      </w:pPr>
      <w:r>
        <w:t>Let’s start by learning how to identify an overlap between two overlapping intervals.</w:t>
      </w:r>
    </w:p>
    <w:p>
      <w:pPr>
        <w:spacing w:after="160" w:line="276" w:lineRule="auto"/>
      </w:pPr>
      <w:r>
        <w:t>Identifying the overlap between two overlapping intervalsWe know from theMerge Overlapping Intervalsproblem that two intervals, A and B,overlap whenA.end ≥ B.start, assuming we know A starts before B. Let’s have a look at a couple of examples which each contain two overlapping intervals that match this condition:</w:t>
      </w:r>
    </w:p>
    <w:p>
      <w:pPr>
        <w:spacing w:after="160" w:line="276" w:lineRule="auto"/>
      </w:pPr>
      <w:r>
        <w:t>To extract the overlap between these two overlapping intervals, we’ll need to identify when it starts and ends.</w:t>
      </w:r>
    </w:p>
    <w:p>
      <w:pPr>
        <w:pStyle w:val="ListBullet"/>
      </w:pPr>
      <w:r>
        <w:t>The overlap starts at the furthest start point, which is alwaysB.start.</w:t>
      </w:r>
    </w:p>
    <w:p>
      <w:pPr>
        <w:pStyle w:val="ListBullet"/>
      </w:pPr>
      <w:r>
        <w:t>The overlap ends at the earliest end point (min(A.end, B.end)).</w:t>
      </w:r>
    </w:p>
    <w:p>
      <w:pPr>
        <w:spacing w:after="160" w:line="276" w:lineRule="auto"/>
      </w:pPr>
      <w:r>
        <w:t>Therefore, when two intervals overlap, their overlap is defined by the range[B.start,min(A.end, B.end)]. Remember that in all these cases, interval A always starts first.</w:t>
      </w:r>
    </w:p>
    <w:p>
      <w:pPr>
        <w:spacing w:after="160" w:line="276" w:lineRule="auto"/>
      </w:pPr>
      <w:r>
        <w:t>Identifying all overlapsNow, let’s return to the two arrays of intervals. Consider this example:</w:t>
      </w:r>
    </w:p>
    <w:p>
      <w:pPr>
        <w:spacing w:after="160" w:line="276" w:lineRule="auto"/>
      </w:pPr>
      <w:r>
        <w:t>Let’s start by considering the first interval from each array:</w:t>
      </w:r>
    </w:p>
    <w:p>
      <w:pPr>
        <w:spacing w:after="160" w:line="276" w:lineRule="auto"/>
      </w:pPr>
      <w:r>
        <w:t>To check if these intervals overlap, we’ll need to identify which interval betweenintervals1[i]andintervals2[j]starts first, so we can assign that interval as interval A and the other as interval B. The code snippet for this is provided below:</w:t>
      </w:r>
    </w:p>
    <w:p>
      <w:pPr>
        <w:spacing w:before="160" w:after="160"/>
        <w:ind w:left="360"/>
      </w:pPr>
      <w:r>
        <w:rPr>
          <w:rFonts w:ascii="Consolas" w:hAnsi="Consolas"/>
          <w:color w:val="1E293B"/>
          <w:sz w:val="19"/>
        </w:rPr>
        <w:t>ExampleCopy# Set A to the interval that starts first and B to the other interval.</w:t>
        <w:br/>
        <w:t>if intervals1[i].start &lt;= intervals2[j].start:</w:t>
        <w:br/>
        <w:t xml:space="preserve">    A, B = intervals1[i], intervals2[j]</w:t>
        <w:br/>
        <w:t>else:</w:t>
        <w:br/>
        <w:t xml:space="preserve">    A, B = intervals2[j], intervals1[i]</w:t>
        <w:br/>
      </w:r>
    </w:p>
    <w:p>
      <w:pPr>
        <w:spacing w:after="160" w:line="276" w:lineRule="auto"/>
      </w:pPr>
      <w:r>
        <w:t>In this example,intervals1[i]starts first:</w:t>
      </w:r>
    </w:p>
    <w:p>
      <w:pPr>
        <w:spacing w:after="160" w:line="276" w:lineRule="auto"/>
      </w:pPr>
      <w:r>
        <w:t>A and B overlap whenA.end ≥ B.start, which is true here. Since they overlap, let’s record their overlap: [B.start,min(A.end, B.end)]:</w:t>
      </w:r>
    </w:p>
    <w:p>
      <w:pPr>
        <w:spacing w:after="160" w:line="276" w:lineRule="auto"/>
      </w:pPr>
      <w:r>
        <w:t>Now that we’ve identified the overlap between those two intervals, let’s move on to the next pair by advancing the pointer at one of the interval arrays. Sinceintervals1[i]ends beforeintervals2[j], we know thatintervals1[i]won’t overlap with any more intervals from theintervals2array, so let’s increment theintervals1pointer (i) to move to the next interval in this array:</w:t>
      </w:r>
    </w:p>
    <w:p>
      <w:pPr>
        <w:spacing w:after="160" w:line="276" w:lineRule="auto"/>
      </w:pPr>
      <w:r>
        <w:t>Note, we useintervals1[i]andintervals2[j]instead of A and B since we don’t know which interval array A or B belongs to.</w:t>
      </w:r>
    </w:p>
    <w:p>
      <w:pPr>
        <w:spacing w:after="160" w:line="276" w:lineRule="auto"/>
      </w:pPr>
      <w:r>
        <w:t>We’ve now identified a process that allows us to identify and record all overlaps while traversing the arrays of intervals. For the pair of intervals being considered atiandj:</w:t>
      </w:r>
    </w:p>
    <w:p>
      <w:pPr>
        <w:pStyle w:val="ListNumber"/>
      </w:pPr>
      <w:r>
        <w:t>Set A as the interval that starts first, and B as the other interval.</w:t>
      </w:r>
    </w:p>
    <w:p>
      <w:pPr>
        <w:pStyle w:val="ListNumber"/>
      </w:pPr>
      <w:r>
        <w:t>Check ifA.end ≥ B.startto see if these intervals overlap. If they do, record the overlap as [B.start,min(A.end, B.end)].</w:t>
      </w:r>
    </w:p>
    <w:p>
      <w:pPr>
        <w:pStyle w:val="ListNumber"/>
      </w:pPr>
      <w:r>
        <w:t>Whichever interval ends first, advance its corresponding pointer to move to the next interval.</w:t>
      </w:r>
    </w:p>
    <w:p>
      <w:pPr>
        <w:spacing w:after="160" w:line="276" w:lineRule="auto"/>
      </w:pPr>
      <w:r>
        <w:t>Continue to apply these steps until eitheriorjhave passed the end of their array. Once this happens, we know there won’t be any more overlapping intervals.</w:t>
      </w:r>
    </w:p>
    <w:p>
      <w:pPr>
        <w:pStyle w:val="Heading2"/>
        <w:spacing w:before="320" w:after="120"/>
      </w:pPr>
      <w:r>
        <w:t>Implementation</w:t>
      </w:r>
    </w:p>
    <w:p>
      <w:pPr>
        <w:spacing w:before="160" w:after="160"/>
        <w:ind w:left="360"/>
      </w:pPr>
      <w:r>
        <w:rPr>
          <w:rFonts w:ascii="Consolas" w:hAnsi="Consolas"/>
          <w:color w:val="1E293B"/>
          <w:sz w:val="19"/>
        </w:rPr>
        <w:t>PythonJavaScriptJavaCopyfrom typing import List</w:t>
        <w:br/>
        <w:t>from ds import Interval</w:t>
        <w:br/>
        <w:t xml:space="preserve">   </w:t>
        <w:br/>
        <w:t>def identify_all_interval_overlaps(intervals1: List[Interval], intervals2: List[Interval]) -&gt; List[Interval]:</w:t>
        <w:br/>
        <w:t xml:space="preserve">   overlaps = []</w:t>
        <w:br/>
        <w:t xml:space="preserve">   i = j = 0</w:t>
        <w:br/>
        <w:t xml:space="preserve">   while i &lt; len(intervals1) and j &lt; len(intervals2):</w:t>
        <w:br/>
        <w:t xml:space="preserve">       # Set A to the interval that starts first and B to the other interval.</w:t>
        <w:br/>
        <w:t xml:space="preserve">       if intervals1[i].start &lt;= intervals2[j].start:</w:t>
        <w:br/>
        <w:t xml:space="preserve">           A, B = intervals1[i], intervals2[j]</w:t>
        <w:br/>
        <w:t xml:space="preserve">       else:</w:t>
        <w:br/>
        <w:t xml:space="preserve">           A, B = intervals2[j], intervals1[i]</w:t>
        <w:br/>
        <w:t xml:space="preserve">       # If there's an overlap, add the overlap.</w:t>
        <w:br/>
        <w:t xml:space="preserve">       if A.end &gt;= B.start:</w:t>
        <w:br/>
        <w:t xml:space="preserve">           overlaps.append(Interval(B.start, min(A.end, B.end)))</w:t>
        <w:br/>
        <w:t xml:space="preserve">       # Advance the pointer associated with the interval that ends first.</w:t>
        <w:br/>
        <w:t xml:space="preserve">       if intervals1[i].end &lt; intervals2[j].end:</w:t>
        <w:br/>
        <w:t xml:space="preserve">           i += 1</w:t>
        <w:br/>
        <w:t xml:space="preserve">       else:</w:t>
        <w:br/>
        <w:t xml:space="preserve">           j += 1</w:t>
        <w:br/>
        <w:t xml:space="preserve">   return overlapsfunction identifyAllIntervalOverlaps(intervals1, intervals2) {</w:t>
        <w:br/>
        <w:t xml:space="preserve">    const overlaps = [];</w:t>
        <w:br/>
        <w:t xml:space="preserve">    let i = 0, j = 0;</w:t>
        <w:br/>
        <w:t xml:space="preserve">    while (i &lt; intervals1.length &amp;&amp; j &lt; intervals2.length) {</w:t>
        <w:br/>
        <w:t xml:space="preserve">        // Set A to the interval that starts first and B to the other interval.</w:t>
        <w:br/>
        <w:t xml:space="preserve">        let A, B;</w:t>
        <w:br/>
        <w:t xml:space="preserve">        if (intervals1[i].start &lt;= intervals2[j].start) {</w:t>
        <w:br/>
        <w:t xml:space="preserve">            A = intervals1[i];</w:t>
        <w:br/>
        <w:t xml:space="preserve">            B = intervals2[j];</w:t>
        <w:br/>
        <w:t xml:space="preserve">        } else {</w:t>
        <w:br/>
        <w:t xml:space="preserve">            A = intervals2[j];</w:t>
        <w:br/>
        <w:t xml:space="preserve">            B = intervals1[i];</w:t>
        <w:br/>
        <w:t xml:space="preserve">        }</w:t>
        <w:br/>
        <w:t xml:space="preserve">        // If there's an overlap, add the overlap.</w:t>
        <w:br/>
        <w:t xml:space="preserve">        if (A.end &gt;= B.start) {</w:t>
        <w:br/>
        <w:t xml:space="preserve">            overlaps.push(new Interval(B.start, Math.min(A.end, B.end)));</w:t>
        <w:br/>
        <w:t xml:space="preserve">        }</w:t>
        <w:br/>
        <w:t xml:space="preserve">        // Advance the pointer associated with the interval that ends first.</w:t>
        <w:br/>
        <w:t xml:space="preserve">        if (intervals1[i].end &lt; intervals2[j].end) {</w:t>
        <w:br/>
        <w:t xml:space="preserve">            i += 1;</w:t>
        <w:br/>
        <w:t xml:space="preserve">        } else {</w:t>
        <w:br/>
        <w:t xml:space="preserve">            j += 1;</w:t>
        <w:br/>
        <w:t xml:space="preserve">        }</w:t>
        <w:br/>
        <w:t xml:space="preserve">    }</w:t>
        <w:br/>
        <w:t xml:space="preserve">    return overlaps;</w:t>
        <w:br/>
        <w:t>}import java.util.*;</w:t>
        <w:br/>
        <w:br/>
        <w:t>public class Solution {</w:t>
        <w:br/>
        <w:t xml:space="preserve">    public List&lt;Interval&gt; identifyAllIntervalOverlaps(List&lt;Interval&gt; intervals1, List&lt;Interval&gt; intervals2) {</w:t>
        <w:br/>
        <w:t xml:space="preserve">        List&lt;Interval&gt; overlaps = new ArrayList&lt;&gt;();</w:t>
        <w:br/>
        <w:t xml:space="preserve">        int i = 0, j = 0;</w:t>
        <w:br/>
        <w:t xml:space="preserve">        while (i &lt; intervals1.size() &amp;&amp; j &lt; intervals2.size()) {</w:t>
        <w:br/>
        <w:t xml:space="preserve">            // Set A to the interval that starts first and B to the other interval.</w:t>
        <w:br/>
        <w:t xml:space="preserve">            Interval A, B;</w:t>
        <w:br/>
        <w:t xml:space="preserve">            if (intervals1.get(i).start &lt;= intervals2.get(j).start) {</w:t>
        <w:br/>
        <w:t xml:space="preserve">                A = intervals1.get(i);</w:t>
        <w:br/>
        <w:t xml:space="preserve">                B = intervals2.get(j);</w:t>
        <w:br/>
        <w:t xml:space="preserve">            } else {</w:t>
        <w:br/>
        <w:t xml:space="preserve">                A = intervals2.get(j);</w:t>
        <w:br/>
        <w:t xml:space="preserve">                B = intervals1.get(i);</w:t>
        <w:br/>
        <w:t xml:space="preserve">            }</w:t>
        <w:br/>
        <w:t xml:space="preserve">            // If there's an overlap, add the overlap.</w:t>
        <w:br/>
        <w:t xml:space="preserve">            if (A.end &gt;= B.start) {</w:t>
        <w:br/>
        <w:t xml:space="preserve">                overlaps.add(new Interval(B.start, Math.min(A.end, B.end)));</w:t>
        <w:br/>
        <w:t xml:space="preserve">            }</w:t>
        <w:br/>
        <w:t xml:space="preserve">            // Advance the pointer associated with the interval that ends first.</w:t>
        <w:br/>
        <w:t xml:space="preserve">            if (intervals1.get(i).end &lt; intervals2.get(j).end) {</w:t>
        <w:br/>
        <w:t xml:space="preserve">                i += 1;</w:t>
        <w:br/>
        <w:t xml:space="preserve">            } else {</w:t>
        <w:br/>
        <w:t xml:space="preserve">                j += 1;</w:t>
        <w:br/>
        <w:t xml:space="preserve">            }</w:t>
        <w:br/>
        <w:t xml:space="preserve">        }</w:t>
        <w:br/>
        <w:t xml:space="preserve">        return overlaps;</w:t>
        <w:br/>
        <w:t xml:space="preserve">    }</w:t>
        <w:br/>
        <w:t>}</w:t>
      </w:r>
    </w:p>
    <w:p>
      <w:pPr>
        <w:pStyle w:val="Heading3"/>
        <w:spacing w:before="320" w:after="120"/>
      </w:pPr>
      <w:r>
        <w:t>Complexity Analysis</w:t>
      </w:r>
    </w:p>
    <w:p>
      <w:pPr>
        <w:spacing w:after="160" w:line="276" w:lineRule="auto"/>
      </w:pPr>
      <w:r>
        <w:t>Time complexity:The time complexity ofidentify_all_interval_overlapsisO(n+m)O(n+m)O(n+m)wherennnandmmmare the lengths ofintervals1andintervals2, respectively. This is because we traverse each interval in both arrays exactly once.</w:t>
      </w:r>
    </w:p>
    <w:p>
      <w:pPr>
        <w:spacing w:after="160" w:line="276" w:lineRule="auto"/>
      </w:pPr>
      <w:r>
        <w:t>Space complexity:The space complexity isO(1)O(1)O(1). Note that the overlaps array is not considered because space complexity is only concerned with extra space used and not space taken up by the output.</w:t>
      </w:r>
    </w:p>
    <w:p>
      <w:r>
        <w:br w:type="page"/>
      </w:r>
    </w:p>
    <w:p>
      <w:pPr>
        <w:pStyle w:val="Heading1"/>
        <w:spacing w:before="480" w:after="280"/>
      </w:pPr>
      <w:r>
        <w:rPr>
          <w:b/>
          <w:color w:val="008A60"/>
          <w:sz w:val="28"/>
        </w:rPr>
        <w:t>Chapter 53</w:t>
        <w:br/>
      </w:r>
      <w:r>
        <w:rPr>
          <w:b/>
          <w:color w:val="0F172A"/>
          <w:sz w:val="40"/>
        </w:rPr>
        <w:t>Largest Overlap of Intervals</w:t>
      </w:r>
    </w:p>
    <w:p>
      <w:pPr>
        <w:spacing w:before="160" w:after="160"/>
        <w:ind w:left="360"/>
      </w:pPr>
      <w:r>
        <w:rPr>
          <w:rFonts w:ascii="Consolas" w:hAnsi="Consolas"/>
          <w:color w:val="1E293B"/>
          <w:sz w:val="19"/>
        </w:rPr>
        <w:t>Given an array of intervals, determine the maximum number of intervals that overlap at any point. Each interval is half-open, meaning it includes the start point but excludes the end point.Example:ExampleCopyInput: intervals = [[1, 3], [5, 7], [2, 6], [4, 8]]</w:t>
        <w:br/>
        <w:t>Output: 3</w:t>
        <w:br/>
        <w:t>Constraints:</w:t>
        <w:br/>
        <w:br/>
        <w:t>The input will contain at least one interval.</w:t>
        <w:br/>
        <w:br/>
        <w:br/>
        <w:t>For every index i in the list, intervals[i].start &lt; intervals[i].end.</w:t>
        <w:br/>
        <w:br/>
      </w:r>
    </w:p>
    <w:p>
      <w:pPr>
        <w:pStyle w:val="Heading2"/>
        <w:spacing w:before="320" w:after="120"/>
      </w:pPr>
      <w:r>
        <w:t>Intuition</w:t>
      </w:r>
    </w:p>
    <w:p>
      <w:pPr>
        <w:spacing w:after="160" w:line="276" w:lineRule="auto"/>
      </w:pPr>
      <w:r>
        <w:t>Think about what it means when x intervals overlap at a certain point in time. This means at this point, there are x “active” intervals, where an interval is active if it has started but not ended.</w:t>
      </w:r>
    </w:p>
    <w:p>
      <w:pPr>
        <w:spacing w:after="160" w:line="276" w:lineRule="auto"/>
      </w:pPr>
      <w:r>
        <w:t>In the example below, we see three active intervals at time 5 (intervals that started at or before this time, and haven’t yet ended):</w:t>
      </w:r>
    </w:p>
    <w:p>
      <w:pPr>
        <w:spacing w:after="160" w:line="276" w:lineRule="auto"/>
      </w:pPr>
      <w:r>
        <w:t>To find the number of active intervals at any point in time, we need to identify when an interval has started and when an interval has ended. The start point of an interval indicates the start of a new active interval, whereas an end point represents an active interval finishing. This suggests an approach which looks at start and end points individually could be useful. Let’s explore this idea further.</w:t>
      </w:r>
    </w:p>
    <w:p>
      <w:pPr>
        <w:spacing w:after="160" w:line="276" w:lineRule="auto"/>
      </w:pPr>
      <w:r>
        <w:t>Processing start points and end pointsLet’s step through each point in the array of intervals in chronological order, and see if we can determine the number of active intervals at each point.</w:t>
      </w:r>
    </w:p>
    <w:p>
      <w:pPr>
        <w:spacing w:after="160" w:line="276" w:lineRule="auto"/>
      </w:pPr>
      <w:r>
        <w:t>The first point is a start point, indicating the start of the first active interval. So, let’s increment our counter:</w:t>
      </w:r>
    </w:p>
    <w:p>
      <w:pPr>
        <w:spacing w:after="160" w:line="276" w:lineRule="auto"/>
      </w:pPr>
      <w:r>
        <w:t>The next point is another start point. This is the start of the second active interval, so let’s increment our counter again. Now, the number of active intervals is 2, which correctly corresponds with the number of overlapping intervals at this point:</w:t>
      </w:r>
    </w:p>
    <w:p>
      <w:pPr>
        <w:spacing w:after="160" w:line="276" w:lineRule="auto"/>
      </w:pPr>
      <w:r>
        <w:t>The next point is an end point, which means an active interval has just finished. So, let’s decrement our counter. Now, the number of active intervals is 1, which also corresponds with the current number of overlapping intervals:</w:t>
      </w:r>
    </w:p>
    <w:p>
      <w:pPr>
        <w:spacing w:after="160" w:line="276" w:lineRule="auto"/>
      </w:pPr>
      <w:r>
        <w:t>We’ve now rationalized what we need to do whenever we encounter a start point or end point:</w:t>
      </w:r>
    </w:p>
    <w:p>
      <w:pPr>
        <w:pStyle w:val="ListBullet"/>
      </w:pPr>
      <w:r>
        <w:t>If we encounter astart point:incrementactive_intervals.</w:t>
      </w:r>
    </w:p>
    <w:p>
      <w:pPr>
        <w:pStyle w:val="ListBullet"/>
      </w:pPr>
      <w:r>
        <w:t>If we encounter anend point:decrementactive_intervals.</w:t>
      </w:r>
    </w:p>
    <w:p>
      <w:pPr>
        <w:spacing w:after="160" w:line="276" w:lineRule="auto"/>
      </w:pPr>
      <w:r>
        <w:t>Processing the remaining points allows us to attain the number of active intervals at each point.The final answer is obtained by recording the largest value ofactive_intervals.</w:t>
      </w:r>
    </w:p>
    <w:p>
      <w:pPr>
        <w:spacing w:after="160" w:line="276" w:lineRule="auto"/>
      </w:pPr>
      <w:r>
        <w:t>Edge case: processing concurrent start and end pointsAn edge case to consider is when a start and end point occur simultaneously:</w:t>
      </w:r>
    </w:p>
    <w:p>
      <w:pPr>
        <w:spacing w:after="160" w:line="276" w:lineRule="auto"/>
      </w:pPr>
      <w:r>
        <w:t>Which point should we process first? Keep in mind the value ofactive_intervalsis 3 right before we reach time = 6 in the above example.</w:t>
      </w:r>
    </w:p>
    <w:p>
      <w:pPr>
        <w:spacing w:after="160" w:line="276" w:lineRule="auto"/>
      </w:pPr>
      <w:r>
        <w:t>At time 6, if we process the start point first and incrementactive_intervals, we would update it to 4 first, which is incorrect as there are never 4 active intervals at this moment. This is an issue because our final answer is the largest value ofactive_intervalsencountered, which means we’ll incorrectly record 4 as the answer.</w:t>
      </w:r>
    </w:p>
    <w:p>
      <w:pPr>
        <w:spacing w:after="160" w:line="276" w:lineRule="auto"/>
      </w:pPr>
      <w:r>
        <w:t>If we process the end point first, we won’t encounter this issue:</w:t>
      </w:r>
    </w:p>
    <w:p>
      <w:pPr>
        <w:spacing w:after="160" w:line="276" w:lineRule="auto"/>
      </w:pPr>
      <w:r>
        <w:t>Therefore, for start and end points that occur simultaneously, we shouldprocess end points before start points.</w:t>
      </w:r>
    </w:p>
    <w:p>
      <w:pPr>
        <w:spacing w:after="160" w:line="276" w:lineRule="auto"/>
      </w:pPr>
      <w:r>
        <w:t>Iterating over interval points in orderWe need a way to iterate through the start and end points in the order they should be processed. To do this, we can combine all start and end points into a single array and sort it. For start and end points of the same value, we ensure end points are prioritized before start points while the points are being sorted.</w:t>
      </w:r>
    </w:p>
    <w:p>
      <w:pPr>
        <w:spacing w:after="160" w:line="276" w:lineRule="auto"/>
      </w:pPr>
      <w:r>
        <w:t>Let’s use ‘S’ and ‘E’ to differentiate between start and end points, respectively:</w:t>
      </w:r>
    </w:p>
    <w:p>
      <w:pPr>
        <w:spacing w:after="160" w:line="276" w:lineRule="auto"/>
      </w:pPr>
      <w:r>
        <w:t>The algorithm we used to solve this problem is known as a ‘sweeping line algorithm.’ It works by processing the start and end points of intervals in order, as if a vertical line was sweeping across them. This method efficiently handles the dynamic nature of interval overlaps by specifically focusing on start and end points, rather than individual intervals.</w:t>
      </w:r>
    </w:p>
    <w:p>
      <w:pPr>
        <w:pStyle w:val="Heading2"/>
        <w:spacing w:before="320" w:after="120"/>
      </w:pPr>
      <w:r>
        <w:t>Implementation</w:t>
      </w:r>
    </w:p>
    <w:p>
      <w:pPr>
        <w:spacing w:before="160" w:after="160"/>
        <w:ind w:left="360"/>
      </w:pPr>
      <w:r>
        <w:rPr>
          <w:rFonts w:ascii="Consolas" w:hAnsi="Consolas"/>
          <w:color w:val="1E293B"/>
          <w:sz w:val="19"/>
        </w:rPr>
        <w:t>PythonJavaScriptJavaCopyfrom typing import List</w:t>
        <w:br/>
        <w:t>from ds import Interval</w:t>
        <w:br/>
        <w:t xml:space="preserve">    </w:t>
        <w:br/>
        <w:t>def largest_overlap_of_intervals(intervals: List[Interval]) -&gt; int:</w:t>
        <w:br/>
        <w:t xml:space="preserve">   points = []</w:t>
        <w:br/>
        <w:t xml:space="preserve">   for interval in intervals:</w:t>
        <w:br/>
        <w:t xml:space="preserve">       points.append((interval.start, 'S'))</w:t>
        <w:br/>
        <w:t xml:space="preserve">       points.append((interval.end, 'E'))</w:t>
        <w:br/>
        <w:t xml:space="preserve">   # Sort in chronological order. If multiple points occur at the same time, ensure</w:t>
        <w:br/>
        <w:t xml:space="preserve">   # end points are prioritized before start points in the sorting order.</w:t>
        <w:br/>
        <w:t xml:space="preserve">   points.sort(key=lambda x: (x[0], x[1]))</w:t>
        <w:br/>
        <w:t xml:space="preserve">   active_intervals = 0</w:t>
        <w:br/>
        <w:t xml:space="preserve">   max_overlaps = 0</w:t>
        <w:br/>
        <w:t xml:space="preserve">   for time, point_type in points:</w:t>
        <w:br/>
        <w:t xml:space="preserve">       if point_type == 'S':</w:t>
        <w:br/>
        <w:t xml:space="preserve">           active_intervals += 1</w:t>
        <w:br/>
        <w:t xml:space="preserve">       else:</w:t>
        <w:br/>
        <w:t xml:space="preserve">           active_intervals -= 1</w:t>
        <w:br/>
        <w:t xml:space="preserve">       max_overlaps = max(max_overlaps, active_intervals)</w:t>
        <w:br/>
        <w:t xml:space="preserve">   return max_overlapsfunction largestOverlapOfIntervals(intervals) {</w:t>
        <w:br/>
        <w:t xml:space="preserve">    const points = [];</w:t>
        <w:br/>
        <w:t xml:space="preserve">    for (const interval of intervals) {</w:t>
        <w:br/>
        <w:t xml:space="preserve">        points.push([interval.start, 'S']);</w:t>
        <w:br/>
        <w:t xml:space="preserve">        points.push([interval.end, 'E']);</w:t>
        <w:br/>
        <w:t xml:space="preserve">    }</w:t>
        <w:br/>
        <w:t xml:space="preserve">    // Sort in chronological order. If multiple points occur at the same time, ensure</w:t>
        <w:br/>
        <w:t xml:space="preserve">    // end points are prioritized before start points in the sorting order.</w:t>
        <w:br/>
        <w:t xml:space="preserve">    points.sort((a, b) =&gt; {</w:t>
        <w:br/>
        <w:t xml:space="preserve">        if (a[0] !== b[0]) {</w:t>
        <w:br/>
        <w:t xml:space="preserve">            return a[0] - b[0];</w:t>
        <w:br/>
        <w:t xml:space="preserve">        }</w:t>
        <w:br/>
        <w:t xml:space="preserve">        return a[1].localeCompare(b[1]);</w:t>
        <w:br/>
        <w:t xml:space="preserve">    });</w:t>
        <w:br/>
        <w:t xml:space="preserve">    let activeIntervals = 0;</w:t>
        <w:br/>
        <w:t xml:space="preserve">    let maxOverlaps = 0;</w:t>
        <w:br/>
        <w:t xml:space="preserve">    for (const [time, pointType] of points) {</w:t>
        <w:br/>
        <w:t xml:space="preserve">        if (pointType === 'S') {</w:t>
        <w:br/>
        <w:t xml:space="preserve">            activeIntervals += 1;</w:t>
        <w:br/>
        <w:t xml:space="preserve">        } else {</w:t>
        <w:br/>
        <w:t xml:space="preserve">            activeIntervals -= 1;</w:t>
        <w:br/>
        <w:t xml:space="preserve">        }</w:t>
        <w:br/>
        <w:t xml:space="preserve">        maxOverlaps = Math.max(maxOverlaps, activeIntervals);</w:t>
        <w:br/>
        <w:t xml:space="preserve">    }</w:t>
        <w:br/>
        <w:t xml:space="preserve">    return maxOverlaps;</w:t>
        <w:br/>
        <w:t>}import java.util.*;</w:t>
        <w:br/>
        <w:br/>
        <w:t>public class Solution {</w:t>
        <w:br/>
        <w:t xml:space="preserve">    static class Point {</w:t>
        <w:br/>
        <w:t xml:space="preserve">        int time;</w:t>
        <w:br/>
        <w:t xml:space="preserve">        char type;</w:t>
        <w:br/>
        <w:br/>
        <w:t xml:space="preserve">        Point(int time, char type) {</w:t>
        <w:br/>
        <w:t xml:space="preserve">            this.time = time;</w:t>
        <w:br/>
        <w:t xml:space="preserve">            this.type = type;</w:t>
        <w:br/>
        <w:t xml:space="preserve">        }</w:t>
        <w:br/>
        <w:t xml:space="preserve">    }</w:t>
        <w:br/>
        <w:br/>
        <w:t xml:space="preserve">    public int largestOverlapOfIntervals(List&lt;Interval&gt; intervals) {</w:t>
        <w:br/>
        <w:t xml:space="preserve">        List&lt;Point&gt; points = new ArrayList&lt;&gt;();</w:t>
        <w:br/>
        <w:t xml:space="preserve">        for (Interval interval : intervals) {</w:t>
        <w:br/>
        <w:t xml:space="preserve">            points.add(new Point(interval.start, 'S'));</w:t>
        <w:br/>
        <w:t xml:space="preserve">            points.add(new Point(interval.end, 'E'));</w:t>
        <w:br/>
        <w:t xml:space="preserve">        }</w:t>
        <w:br/>
        <w:t xml:space="preserve">        // Sort in chronological order. If multiple points occur at the same time, ensure</w:t>
        <w:br/>
        <w:t xml:space="preserve">        // end points are prioritized before start points in the sorting order.</w:t>
        <w:br/>
        <w:t xml:space="preserve">        points.sort((a, b) -&gt; {</w:t>
        <w:br/>
        <w:t xml:space="preserve">            if (a.time != b.time) {</w:t>
        <w:br/>
        <w:t xml:space="preserve">                return Integer.compare(a.time, b.time);</w:t>
        <w:br/>
        <w:t xml:space="preserve">            }</w:t>
        <w:br/>
        <w:t xml:space="preserve">            return Character.compare(a.type, b.type);</w:t>
        <w:br/>
        <w:t xml:space="preserve">        });</w:t>
        <w:br/>
        <w:t xml:space="preserve">        int activeIntervals = 0;</w:t>
        <w:br/>
        <w:t xml:space="preserve">        int maxOverlaps = 0;</w:t>
        <w:br/>
        <w:t xml:space="preserve">        for (Point p : points) {</w:t>
        <w:br/>
        <w:t xml:space="preserve">            if (p.type == 'S') {</w:t>
        <w:br/>
        <w:t xml:space="preserve">                activeIntervals += 1;</w:t>
        <w:br/>
        <w:t xml:space="preserve">            } else {</w:t>
        <w:br/>
        <w:t xml:space="preserve">                activeIntervals -= 1;</w:t>
        <w:br/>
        <w:t xml:space="preserve">            }</w:t>
        <w:br/>
        <w:t xml:space="preserve">            maxOverlaps = Math.max(maxOverlaps, activeIntervals);</w:t>
        <w:br/>
        <w:t xml:space="preserve">        }</w:t>
        <w:br/>
        <w:t xml:space="preserve">        return maxOverlaps;</w:t>
        <w:br/>
        <w:t xml:space="preserve">    }</w:t>
        <w:br/>
        <w:t>}</w:t>
      </w:r>
    </w:p>
    <w:p>
      <w:pPr>
        <w:pStyle w:val="Heading3"/>
        <w:spacing w:before="320" w:after="120"/>
      </w:pPr>
      <w:r>
        <w:t>Complexity Analysis</w:t>
      </w:r>
    </w:p>
    <w:p>
      <w:pPr>
        <w:spacing w:after="160" w:line="276" w:lineRule="auto"/>
      </w:pPr>
      <w:r>
        <w:t>Time complexity:The time complexity oflargest_overlap_of_intervalsisO(nlog⁡(n))O(n\log(n))O(nlog(n)), wherennndenotes the number of intervals. This is because we sort the points array of size2n2n2nbefore iterating over it inO(n)O(n)O(n)time.</w:t>
      </w:r>
    </w:p>
    <w:p>
      <w:pPr>
        <w:spacing w:after="160" w:line="276" w:lineRule="auto"/>
      </w:pPr>
      <w:r>
        <w:t>Space complexity:The space complexity isO(n)O(n)O(n)due to the space taken up by thepointsarray.</w:t>
      </w:r>
    </w:p>
    <w:p>
      <w:r>
        <w:br w:type="page"/>
      </w:r>
    </w:p>
    <w:p>
      <w:pPr>
        <w:pStyle w:val="Heading1"/>
        <w:spacing w:before="480" w:after="280"/>
      </w:pPr>
      <w:r>
        <w:rPr>
          <w:b/>
          <w:color w:val="008A60"/>
          <w:sz w:val="28"/>
        </w:rPr>
        <w:t>Chapter 54</w:t>
        <w:br/>
      </w:r>
      <w:r>
        <w:rPr>
          <w:b/>
          <w:color w:val="0F172A"/>
          <w:sz w:val="40"/>
        </w:rPr>
        <w:t>Introduction to Prefix Sums</w:t>
      </w:r>
    </w:p>
    <w:p>
      <w:pPr>
        <w:pStyle w:val="Heading2"/>
        <w:spacing w:before="320" w:after="120"/>
      </w:pPr>
      <w:r>
        <w:t>Intuition</w:t>
      </w:r>
    </w:p>
    <w:p>
      <w:pPr>
        <w:spacing w:after="160" w:line="276" w:lineRule="auto"/>
      </w:pPr>
      <w:r>
        <w:t>Imagine keeping track of how much money you spend on takeout meals each day over a period of days.</w:t>
      </w:r>
    </w:p>
    <w:p>
      <w:pPr>
        <w:spacing w:after="160" w:line="276" w:lineRule="auto"/>
      </w:pPr>
      <w:r>
        <w:t>Let's say you want to know the total spent on takeout food up until a particular day. For example, you might like to know that the total you've spent up until Wednesday is $45 ($10 + $15 + $20). This is information which a prefix sum array can store. For an array of integers,a prefix sum array maintains the running sum of values up to each index in the array.</w:t>
      </w:r>
    </w:p>
    <w:p>
      <w:pPr>
        <w:spacing w:after="160" w:line="276" w:lineRule="auto"/>
      </w:pPr>
      <w:r>
        <w:t>To obtain the prefix sum at each index, we just add the current number from the input array to the prefix sum from the previous index.</w:t>
      </w:r>
    </w:p>
    <w:p>
      <w:pPr>
        <w:spacing w:after="160" w:line="276" w:lineRule="auto"/>
      </w:pPr>
      <w:r>
        <w:t>In code, the above process looks like this:</w:t>
      </w:r>
    </w:p>
    <w:p>
      <w:pPr>
        <w:spacing w:before="160" w:after="160"/>
        <w:ind w:left="360"/>
      </w:pPr>
      <w:r>
        <w:rPr>
          <w:rFonts w:ascii="Consolas" w:hAnsi="Consolas"/>
          <w:color w:val="1E293B"/>
          <w:sz w:val="19"/>
        </w:rPr>
        <w:t>PythonJavaScriptJavaCopydef compute_prefix_sums(nums):</w:t>
        <w:br/>
        <w:t xml:space="preserve">    # Start by adding the first number to the prefix sums array.</w:t>
        <w:br/>
        <w:t xml:space="preserve">    prefix_sum = [nums[0]]</w:t>
        <w:br/>
        <w:t xml:space="preserve">    # For all remaining indexes, add 'nums[i]' to the cumulative sum from the previous</w:t>
        <w:br/>
        <w:t xml:space="preserve">    # index.</w:t>
        <w:br/>
        <w:t xml:space="preserve">    for i in range(1, len(nums)):</w:t>
        <w:br/>
        <w:t xml:space="preserve">        prefix_sum.append(prefix_sum[-1] + nums[i])function computePrefixSums(nums) {</w:t>
        <w:br/>
        <w:t xml:space="preserve">    // Start by adding the first number to the prefix sums array.</w:t>
        <w:br/>
        <w:t xml:space="preserve">    const prefixSum = [nums[0]];</w:t>
        <w:br/>
        <w:t xml:space="preserve">    // For all remaining indexes, add 'nums[i]' to the cumulative sum from the previous</w:t>
        <w:br/>
        <w:t xml:space="preserve">    // index.</w:t>
        <w:br/>
        <w:t xml:space="preserve">    for (let i = 1; i &lt; nums.length; i++) {</w:t>
        <w:br/>
        <w:t xml:space="preserve">        prefixSum.push(prefixSum[prefixSum.length - 1] + nums[i]);</w:t>
        <w:br/>
        <w:t xml:space="preserve">    }</w:t>
        <w:br/>
        <w:t xml:space="preserve">    return prefixSum;</w:t>
        <w:br/>
        <w:t>}public class Solution {</w:t>
        <w:br/>
        <w:t xml:space="preserve">    public int[] computePrefixSums(int[] nums) {</w:t>
        <w:br/>
        <w:t xml:space="preserve">        // Start by adding the first number to the prefix sums array.</w:t>
        <w:br/>
        <w:t xml:space="preserve">        int[] prefixSum = new int[nums.length];</w:t>
        <w:br/>
        <w:t xml:space="preserve">        prefixSum[0] = nums[0];</w:t>
        <w:br/>
        <w:t xml:space="preserve">        // For all remaining indexes, add 'nums[i]' to the cumulative sum from the previous</w:t>
        <w:br/>
        <w:t xml:space="preserve">        // index.</w:t>
        <w:br/>
        <w:t xml:space="preserve">        for (int i = 1; i &lt; nums.length; i++) {</w:t>
        <w:br/>
        <w:t xml:space="preserve">            prefixSum[i] = prefixSum[i - 1] + nums[i];</w:t>
        <w:br/>
        <w:t xml:space="preserve">        }</w:t>
        <w:br/>
        <w:t xml:space="preserve">        return prefixSum;</w:t>
        <w:br/>
        <w:t xml:space="preserve">    }</w:t>
        <w:br/>
        <w:t>}</w:t>
      </w:r>
    </w:p>
    <w:p>
      <w:pPr>
        <w:spacing w:after="160" w:line="276" w:lineRule="auto"/>
      </w:pPr>
      <w:r>
        <w:t>As you can see, building a prefix sum array takesO(n)O(n)O(n)time andO(n)O(n)O(n)space, wherennndenotes the length of the array.</w:t>
      </w:r>
    </w:p>
    <w:p>
      <w:pPr>
        <w:spacing w:after="160" w:line="276" w:lineRule="auto"/>
      </w:pPr>
      <w:r>
        <w:t>Applications of prefix sumsAside from allowing us to have constant-time access to running sums at any index within an array, prefix sums are commonly used to efficientlydetermine the sum of subarrays. This application is examined in depth in the problems in this chapter.</w:t>
      </w:r>
    </w:p>
    <w:p>
      <w:pPr>
        <w:spacing w:after="160" w:line="276" w:lineRule="auto"/>
      </w:pPr>
      <w:r>
        <w:t>Another interesting variant of prefix sums is prefix products, which populates an array with a running product instead of a running sum. Similar to prefix sums, prefix products provide an efficient way to determine the product of subarrays.</w:t>
      </w:r>
    </w:p>
    <w:p>
      <w:pPr>
        <w:pStyle w:val="Heading2"/>
        <w:spacing w:before="320" w:after="120"/>
      </w:pPr>
      <w:r>
        <w:t>Real-world Example</w:t>
      </w:r>
    </w:p>
    <w:p>
      <w:pPr>
        <w:spacing w:after="160" w:line="276" w:lineRule="auto"/>
      </w:pPr>
      <w:r>
        <w:t>Financial analysis:As hinted at earlier, a real-world use of prefix sums is for financial analysis, particularly in calculating cumulative earnings or expenses over time.</w:t>
      </w:r>
    </w:p>
    <w:p>
      <w:pPr>
        <w:spacing w:after="160" w:line="276" w:lineRule="auto"/>
      </w:pPr>
      <w:r>
        <w:t>For instance, consider a company's daily revenue over a month. A prefix sum array can be used to quickly calculate the total revenue for any given period within that month. By precomputing the prefix sums, the company can instantly determine the revenue from day 5 to day 20 without having to sum each day's revenue individually. This is especially useful for generating financial reports, where quick calculations over various periods are necessary to analyze trends.</w:t>
      </w:r>
    </w:p>
    <w:p>
      <w:pPr>
        <w:pStyle w:val="Heading2"/>
        <w:spacing w:before="320" w:after="120"/>
      </w:pPr>
      <w:r>
        <w:t>Chapter Outline</w:t>
      </w:r>
    </w:p>
    <w:p>
      <w:r>
        <w:br w:type="page"/>
      </w:r>
    </w:p>
    <w:p>
      <w:pPr>
        <w:pStyle w:val="Heading1"/>
        <w:spacing w:before="480" w:after="280"/>
      </w:pPr>
      <w:r>
        <w:rPr>
          <w:b/>
          <w:color w:val="008A60"/>
          <w:sz w:val="28"/>
        </w:rPr>
        <w:t>Chapter 55</w:t>
        <w:br/>
      </w:r>
      <w:r>
        <w:rPr>
          <w:b/>
          <w:color w:val="0F172A"/>
          <w:sz w:val="40"/>
        </w:rPr>
        <w:t>Sum Between Range</w:t>
      </w:r>
    </w:p>
    <w:p>
      <w:pPr>
        <w:spacing w:before="160" w:after="160"/>
        <w:ind w:left="360"/>
      </w:pPr>
      <w:r>
        <w:rPr>
          <w:rFonts w:ascii="Consolas" w:hAnsi="Consolas"/>
          <w:color w:val="1E293B"/>
          <w:sz w:val="19"/>
        </w:rPr>
        <w:t>Given an integer array, write a function which returns the sum of values between two indexes.Example:ExampleCopyInput: nums = [3, -7, 6, 0, -2, 5],</w:t>
        <w:br/>
        <w:t xml:space="preserve">       [sum_range(0, 3), sum_range(2, 4), sum_range(2, 2)]</w:t>
        <w:br/>
        <w:t>Output: [2, 4, 6]</w:t>
        <w:br/>
        <w:t>Constraints:</w:t>
        <w:br/>
        <w:br/>
        <w:t>nums contains at least one element.</w:t>
        <w:br/>
        <w:br/>
        <w:br/>
        <w:t>Each sum_range operation will query a valid range of the input array.</w:t>
        <w:br/>
        <w:br/>
      </w:r>
    </w:p>
    <w:p>
      <w:pPr>
        <w:pStyle w:val="Heading2"/>
        <w:spacing w:before="320" w:after="120"/>
      </w:pPr>
      <w:r>
        <w:t>Intuition</w:t>
      </w:r>
    </w:p>
    <w:p>
      <w:pPr>
        <w:spacing w:after="160" w:line="276" w:lineRule="auto"/>
      </w:pPr>
      <w:r>
        <w:t>We need to code a functionsum_range(i, j), whereiandjare the indexes defining the boundaries of the range to be summed up.</w:t>
      </w:r>
    </w:p>
    <w:p>
      <w:pPr>
        <w:spacing w:after="160" w:line="276" w:lineRule="auto"/>
      </w:pPr>
      <w:r>
        <w:t>A naive solution is to iteratively sum the array values from indexitoj, which takes linear time for each call tosum_range. Since we have access to the input array before any calls tosum_rangeare made, we should consider if anypreprocessingcan be done to improve the efficiency ofsum_range.</w:t>
      </w:r>
    </w:p>
    <w:p>
      <w:pPr>
        <w:spacing w:after="160" w:line="276" w:lineRule="auto"/>
      </w:pPr>
      <w:r>
        <w:t>This problem deals with subarray sums, so it might be useful to think about howprefix sumscan be applied to solve it. Consider the integer array below and its prefix sums:</w:t>
      </w:r>
    </w:p>
    <w:p>
      <w:pPr>
        <w:spacing w:after="160" w:line="276" w:lineRule="auto"/>
      </w:pPr>
      <w:r>
        <w:t>We already notice that the prefix sum array has some use: the prefix sum up to any indexjessentially gives the answer tosum_range(0, j). For example, the sum of the range [0, 3] is just the prefix sum up to index 3:</w:t>
      </w:r>
    </w:p>
    <w:p>
      <w:pPr>
        <w:spacing w:after="160" w:line="276" w:lineRule="auto"/>
      </w:pPr>
      <w:r>
        <w:t>Therefore, wheni == 0:</w:t>
      </w:r>
    </w:p>
    <w:p>
      <w:pPr>
        <w:spacing w:before="160" w:after="160"/>
        <w:ind w:left="360"/>
      </w:pPr>
      <w:r>
        <w:rPr>
          <w:rFonts w:ascii="Consolas" w:hAnsi="Consolas"/>
          <w:color w:val="1E293B"/>
          <w:sz w:val="19"/>
        </w:rPr>
        <w:br/>
        <w:t>sum_range(0, j) = prefix_sum[j]</w:t>
        <w:br/>
      </w:r>
    </w:p>
    <w:p>
      <w:pPr>
        <w:spacing w:after="160" w:line="276" w:lineRule="auto"/>
      </w:pPr>
      <w:r>
        <w:t>What about when the requested range doesn’t start at 0? Let's say we want to find the sum in the range [2, 4]:</w:t>
      </w:r>
    </w:p>
    <w:p>
      <w:pPr>
        <w:spacing w:after="160" w:line="276" w:lineRule="auto"/>
      </w:pPr>
      <w:r>
        <w:t>Is there a way to get this using only prefix sums? All prefix sum values are sums for ranges that start at index 0. So, let’s see how we could make use of these ranges. Consider the sum of the range [0, 4], which corresponds toprefix_sum[4]:</w:t>
      </w:r>
    </w:p>
    <w:p>
      <w:pPr>
        <w:spacing w:after="160" w:line="276" w:lineRule="auto"/>
      </w:pPr>
      <w:r>
        <w:t>The key observation here is that the sum of the range [2, 4] can be obtained by subtracting the sum of the range [0, 1] from the sum above. This can be visualized:</w:t>
      </w:r>
    </w:p>
    <w:p>
      <w:pPr>
        <w:spacing w:after="160" w:line="276" w:lineRule="auto"/>
      </w:pPr>
      <w:r>
        <w:t>Since the sums of ranges [0, 4] and [0, 1] are both values in our prefix sum array, we can obtain the sum of the range [2, 4] from the following expression:prefix_sum[4] - prefix_sum[1].</w:t>
      </w:r>
    </w:p>
    <w:p>
      <w:pPr>
        <w:spacing w:after="160" w:line="276" w:lineRule="auto"/>
      </w:pPr>
      <w:r>
        <w:t>Therefore, wheni &gt; 0:</w:t>
      </w:r>
    </w:p>
    <w:p>
      <w:pPr>
        <w:spacing w:before="160" w:after="160"/>
        <w:ind w:left="360"/>
      </w:pPr>
      <w:r>
        <w:rPr>
          <w:rFonts w:ascii="Consolas" w:hAnsi="Consolas"/>
          <w:color w:val="1E293B"/>
          <w:sz w:val="19"/>
        </w:rPr>
        <w:br/>
        <w:t>sum_range(i, j) = prefix_sum[j] - prefix_sum[i - 1]</w:t>
        <w:br/>
      </w:r>
    </w:p>
    <w:p>
      <w:pPr>
        <w:pStyle w:val="Heading2"/>
        <w:spacing w:before="320" w:after="120"/>
      </w:pPr>
      <w:r>
        <w:t>Implementation</w:t>
      </w:r>
    </w:p>
    <w:p>
      <w:pPr>
        <w:spacing w:before="160" w:after="160"/>
        <w:ind w:left="360"/>
      </w:pPr>
      <w:r>
        <w:rPr>
          <w:rFonts w:ascii="Consolas" w:hAnsi="Consolas"/>
          <w:color w:val="1E293B"/>
          <w:sz w:val="19"/>
        </w:rPr>
        <w:t>PythonJavaScriptJavaCopyfrom typing import List</w:t>
        <w:br/>
        <w:t xml:space="preserve">    </w:t>
        <w:br/>
        <w:t>class SumBetweenRange:</w:t>
        <w:br/>
        <w:t xml:space="preserve">    def __init__(self, nums: List[int]):</w:t>
        <w:br/>
        <w:t xml:space="preserve">        self.prefix_sum = [nums[0]]</w:t>
        <w:br/>
        <w:t xml:space="preserve">        for i in range(1, len(nums)):</w:t>
        <w:br/>
        <w:t xml:space="preserve">            self.prefix_sum.append(self.prefix_sum[-1] + nums[i])</w:t>
        <w:br/>
        <w:t xml:space="preserve">    </w:t>
        <w:br/>
        <w:t xml:space="preserve">    def sum_range(self, i: int, j: int) -&gt; int:</w:t>
        <w:br/>
        <w:t xml:space="preserve">        if i == 0:</w:t>
        <w:br/>
        <w:t xml:space="preserve">            return self.prefix_sum[j]</w:t>
        <w:br/>
        <w:t xml:space="preserve">        return self.prefix_sum[j] - self.prefix_sum[i - 1]class SumBetweenRange {</w:t>
        <w:br/>
        <w:t xml:space="preserve">    constructor(nums) {</w:t>
        <w:br/>
        <w:t xml:space="preserve">        this.prefixSum = [nums[0]];</w:t>
        <w:br/>
        <w:t xml:space="preserve">        for (let i = 1; i &lt; nums.length; i++) {</w:t>
        <w:br/>
        <w:t xml:space="preserve">            this.prefixSum.push(this.prefixSum[this.prefixSum.length - 1] + nums[i]);</w:t>
        <w:br/>
        <w:t xml:space="preserve">        }</w:t>
        <w:br/>
        <w:t xml:space="preserve">    }</w:t>
        <w:br/>
        <w:br/>
        <w:t xml:space="preserve">    sumRange(i, j) {</w:t>
        <w:br/>
        <w:t xml:space="preserve">        if (i === 0) {</w:t>
        <w:br/>
        <w:t xml:space="preserve">            return this.prefixSum[j];</w:t>
        <w:br/>
        <w:t xml:space="preserve">        }</w:t>
        <w:br/>
        <w:t xml:space="preserve">        return this.prefixSum[j] - this.prefixSum[i - 1];</w:t>
        <w:br/>
        <w:t xml:space="preserve">    }</w:t>
        <w:br/>
        <w:t>}public class SumBetweenRange {</w:t>
        <w:br/>
        <w:t xml:space="preserve">    private int[] prefixSum;</w:t>
        <w:br/>
        <w:br/>
        <w:t xml:space="preserve">    public SumBetweenRange(int[] nums) {</w:t>
        <w:br/>
        <w:t xml:space="preserve">        prefixSum = new int[nums.length];</w:t>
        <w:br/>
        <w:t xml:space="preserve">        prefixSum[0] = nums[0];</w:t>
        <w:br/>
        <w:t xml:space="preserve">        for (int i = 1; i &lt; nums.length; i++) {</w:t>
        <w:br/>
        <w:t xml:space="preserve">            prefixSum[i] = prefixSum[i - 1] + nums[i];</w:t>
        <w:br/>
        <w:t xml:space="preserve">        }</w:t>
        <w:br/>
        <w:t xml:space="preserve">    }</w:t>
        <w:br/>
        <w:br/>
        <w:t xml:space="preserve">    public int sumRange(int i, int j) {</w:t>
        <w:br/>
        <w:t xml:space="preserve">        if (i == 0) {</w:t>
        <w:br/>
        <w:t xml:space="preserve">            return prefixSum[j];</w:t>
        <w:br/>
        <w:t xml:space="preserve">        }</w:t>
        <w:br/>
        <w:t xml:space="preserve">        return prefixSum[j] - prefixSum[i - 1];</w:t>
        <w:br/>
        <w:t xml:space="preserve">    }</w:t>
        <w:br/>
        <w:t>}</w:t>
      </w:r>
    </w:p>
    <w:p>
      <w:pPr>
        <w:pStyle w:val="Heading3"/>
        <w:spacing w:before="320" w:after="120"/>
      </w:pPr>
      <w:r>
        <w:t>Complexity Analysis</w:t>
      </w:r>
    </w:p>
    <w:p>
      <w:pPr>
        <w:spacing w:after="160" w:line="276" w:lineRule="auto"/>
      </w:pPr>
      <w:r>
        <w:t>Time complexity:The time complexity of the constructor isO(n)O(n)O(n), wherennndenotes the length of the array. This is because we populate aprefix_sumarray of lengthnnn. The time complexity ofsum_rangeisO(1)O(1)O(1).</w:t>
      </w:r>
    </w:p>
    <w:p>
      <w:pPr>
        <w:spacing w:after="160" w:line="276" w:lineRule="auto"/>
      </w:pPr>
      <w:r>
        <w:t>Space complexity:The space complexity isO(n)O(n)O(n)due to the space taken up by theprefix_sumarray.</w:t>
      </w:r>
    </w:p>
    <w:p>
      <w:r>
        <w:br w:type="page"/>
      </w:r>
    </w:p>
    <w:p>
      <w:pPr>
        <w:pStyle w:val="Heading1"/>
        <w:spacing w:before="480" w:after="280"/>
      </w:pPr>
      <w:r>
        <w:rPr>
          <w:b/>
          <w:color w:val="008A60"/>
          <w:sz w:val="28"/>
        </w:rPr>
        <w:t>Chapter 56</w:t>
        <w:br/>
      </w:r>
      <w:r>
        <w:rPr>
          <w:b/>
          <w:color w:val="0F172A"/>
          <w:sz w:val="40"/>
        </w:rPr>
        <w:t>K-Sum Subarrays</w:t>
      </w:r>
    </w:p>
    <w:p>
      <w:pPr>
        <w:spacing w:before="160" w:after="160"/>
        <w:ind w:left="360"/>
      </w:pPr>
      <w:r>
        <w:rPr>
          <w:rFonts w:ascii="Consolas" w:hAnsi="Consolas"/>
          <w:color w:val="1E293B"/>
          <w:sz w:val="19"/>
        </w:rPr>
        <w:t>Find the number of subarrays in an integer array that sum to k.Example:ExampleCopyInput: nums = [1, 2, -1, 1, 2], k = 3</w:t>
        <w:br/>
        <w:t>Output: 3</w:t>
        <w:br/>
      </w:r>
    </w:p>
    <w:p>
      <w:pPr>
        <w:pStyle w:val="Heading2"/>
        <w:spacing w:before="320" w:after="120"/>
      </w:pPr>
      <w:r>
        <w:t>Intuition</w:t>
      </w:r>
    </w:p>
    <w:p>
      <w:pPr>
        <w:spacing w:after="160" w:line="276" w:lineRule="auto"/>
      </w:pPr>
      <w:r>
        <w:t>The brute force solution to this problem involves iterating through every possible subarray and checking if their sum equals k. It takesO(n2)O(n^2)O(n2)time to iterate over all subarrays, and finding the sum of each subarray takesO(n)O(n)O(n)time, resulting in an overall time complexity ofO(n3)O(n^3)O(n3), wherennndenotes the length of the array. This solution is quite inefficient, so let’s think of something better.</w:t>
      </w:r>
    </w:p>
    <w:p>
      <w:pPr>
        <w:spacing w:after="160" w:line="276" w:lineRule="auto"/>
      </w:pPr>
      <w:r>
        <w:t>Since we’re working with subarray sums, it’s worth considering howprefix sumscan be used to solve this problem.</w:t>
      </w:r>
    </w:p>
    <w:p>
      <w:pPr>
        <w:spacing w:after="160" w:line="276" w:lineRule="auto"/>
      </w:pPr>
      <w:r>
        <w:t>Prefix sumsAs described in theSum Between Rangeproblem in this chapter, the sum of a subarray between two indexes,iandj, can be calculated with the following formula:</w:t>
      </w:r>
    </w:p>
    <w:p>
      <w:pPr>
        <w:spacing w:after="160" w:line="276" w:lineRule="auto"/>
      </w:pPr>
      <w:r>
        <w:t>For subarrays which start at the beginning of the array (i.e., wheni = 0), the formula is just:</w:t>
      </w:r>
    </w:p>
    <w:p>
      <w:pPr>
        <w:spacing w:after="160" w:line="276" w:lineRule="auto"/>
      </w:pPr>
      <w:r>
        <w:t>In this problem, we already know the sum we’re looking for (k), meaning our goal is to find:</w:t>
      </w:r>
    </w:p>
    <w:p>
      <w:pPr>
        <w:pStyle w:val="ListBullet"/>
      </w:pPr>
      <w:r>
        <w:t>All pairs ofiandjsuch thatprefix_sum[j] - prefix_sum[i - 1] == kwheni &gt; 0.</w:t>
      </w:r>
    </w:p>
    <w:p>
      <w:pPr>
        <w:pStyle w:val="ListBullet"/>
      </w:pPr>
      <w:r>
        <w:t>All values ofjsuch thatprefix_sum[j] == kwheni == 0.</w:t>
      </w:r>
    </w:p>
    <w:p>
      <w:pPr>
        <w:spacing w:after="160" w:line="276" w:lineRule="auto"/>
      </w:pPr>
      <w:r>
        <w:t>We can unify both cases by recognizing that the formula prefix_sum[j] == k is the same as the formulaprefix_sum[j] - prefix_sum[i - 1] == kwhenprefix_sum[i - 1]equals 0 (i.e.,prefix_sum[j] - 0 == k).</w:t>
      </w:r>
    </w:p>
    <w:p>
      <w:pPr>
        <w:spacing w:after="160" w:line="276" w:lineRule="auto"/>
      </w:pPr>
      <w:r>
        <w:t>One issue with this iswheni == 0, indexi - 1is invalid. To make this unification possible while avoiding the out-of-bounds issue, we canprepend '[0]' to the prefix sums array, making it possible forprefix_sum[i - 1]to equal 0 wheni - 1 == 0.</w:t>
      </w:r>
    </w:p>
    <w:p>
      <w:pPr>
        <w:spacing w:after="160" w:line="276" w:lineRule="auto"/>
      </w:pPr>
      <w:r>
        <w:t>Keep in mind that we should iterate over the array from index 1 because we added this 0 to the start of the prefix sum array.</w:t>
      </w:r>
    </w:p>
    <w:p>
      <w:pPr>
        <w:spacing w:after="160" w:line="276" w:lineRule="auto"/>
      </w:pPr>
      <w:r>
        <w:t>Here’s the code snippet for this approach:</w:t>
      </w:r>
    </w:p>
    <w:p>
      <w:pPr>
        <w:spacing w:before="160" w:after="160"/>
        <w:ind w:left="360"/>
      </w:pPr>
      <w:r>
        <w:rPr>
          <w:rFonts w:ascii="Consolas" w:hAnsi="Consolas"/>
          <w:color w:val="1E293B"/>
          <w:sz w:val="19"/>
        </w:rPr>
        <w:t>PythonJavaScriptJavaCopyfrom typing import List</w:t>
        <w:br/>
        <w:t xml:space="preserve">    </w:t>
        <w:br/>
        <w:t>def k_sum_subarrays(nums: List[int], k: int) -&gt; int:</w:t>
        <w:br/>
        <w:t xml:space="preserve">    n = len(nums)</w:t>
        <w:br/>
        <w:t xml:space="preserve">    count = 0</w:t>
        <w:br/>
        <w:t xml:space="preserve">    # Populate the prefix sum array, setting its first element to 0.</w:t>
        <w:br/>
        <w:t xml:space="preserve">    prefix_sum = [0]</w:t>
        <w:br/>
        <w:t xml:space="preserve">    for i in range(0, n):</w:t>
        <w:br/>
        <w:t xml:space="preserve">        prefix_sum.append(prefix_sum[-1] + nums[i])</w:t>
        <w:br/>
        <w:t xml:space="preserve">    # Loop through all valid pairs of prefix sum values to find all subarrays that sum</w:t>
        <w:br/>
        <w:t xml:space="preserve">    # to 'k'.</w:t>
        <w:br/>
        <w:t xml:space="preserve">    for j in range(1, n + 1):</w:t>
        <w:br/>
        <w:t xml:space="preserve">        for i in range(1, j + 1):</w:t>
        <w:br/>
        <w:t xml:space="preserve">            if prefix_sum[j] - prefix_sum[i - 1] == k:</w:t>
        <w:br/>
        <w:t xml:space="preserve">                count += 1</w:t>
        <w:br/>
        <w:t xml:space="preserve">    return countfunction kSumSubarrays(nums, k) {</w:t>
        <w:br/>
        <w:t xml:space="preserve">    const n = nums.length;</w:t>
        <w:br/>
        <w:t xml:space="preserve">    let count = 0;</w:t>
        <w:br/>
        <w:t xml:space="preserve">    // Populate the prefix sum array, setting its first element to 0.</w:t>
        <w:br/>
        <w:t xml:space="preserve">    const prefixSum = [0];</w:t>
        <w:br/>
        <w:t xml:space="preserve">    for (let i = 0; i &lt; n; i++) {</w:t>
        <w:br/>
        <w:t xml:space="preserve">        prefixSum.push(prefixSum[prefixSum.length - 1] + nums[i]);</w:t>
        <w:br/>
        <w:t xml:space="preserve">    }</w:t>
        <w:br/>
        <w:t xml:space="preserve">    // Loop through all valid pairs of prefix sum values to find all subarrays that sum</w:t>
        <w:br/>
        <w:t xml:space="preserve">    // to 'k'.</w:t>
        <w:br/>
        <w:t xml:space="preserve">    for (let j = 1; j &lt;= n; j++) {</w:t>
        <w:br/>
        <w:t xml:space="preserve">        for (let i = 1; i &lt;= j; i++) {</w:t>
        <w:br/>
        <w:t xml:space="preserve">            if (prefixSum[j] - prefixSum[i - 1] === k) {</w:t>
        <w:br/>
        <w:t xml:space="preserve">                count += 1;</w:t>
        <w:br/>
        <w:t xml:space="preserve">            }</w:t>
        <w:br/>
        <w:t xml:space="preserve">        }</w:t>
        <w:br/>
        <w:t xml:space="preserve">    }</w:t>
        <w:br/>
        <w:t xml:space="preserve">    return count;</w:t>
        <w:br/>
        <w:t>}public class Solution {</w:t>
        <w:br/>
        <w:t xml:space="preserve">    public int kSumSubarrays(int[] nums, int k) {</w:t>
        <w:br/>
        <w:t xml:space="preserve">        int n = nums.length;</w:t>
        <w:br/>
        <w:t xml:space="preserve">        int count = 0;</w:t>
        <w:br/>
        <w:t xml:space="preserve">        // Populate the prefix sum array, setting its first element to 0.</w:t>
        <w:br/>
        <w:t xml:space="preserve">        int[] prefixSum = new int[n + 1];</w:t>
        <w:br/>
        <w:t xml:space="preserve">        prefixSum[0] = 0;</w:t>
        <w:br/>
        <w:t xml:space="preserve">        for (int i = 0; i &lt; n; i++) {</w:t>
        <w:br/>
        <w:t xml:space="preserve">            prefixSum[i + 1] = prefixSum[i] + nums[i];</w:t>
        <w:br/>
        <w:t xml:space="preserve">        }</w:t>
        <w:br/>
        <w:t xml:space="preserve">        // Loop through all valid pairs of prefix sum values to find all subarrays that sum</w:t>
        <w:br/>
        <w:t xml:space="preserve">        // to 'k'.</w:t>
        <w:br/>
        <w:t xml:space="preserve">        for (int j = 1; j &lt;= n; j++) {</w:t>
        <w:br/>
        <w:t xml:space="preserve">            for (int i = 1; i &lt;= j; i++) {</w:t>
        <w:br/>
        <w:t xml:space="preserve">                if (prefixSum[j] - prefixSum[i - 1] == k) {</w:t>
        <w:br/>
        <w:t xml:space="preserve">                    count += 1;</w:t>
        <w:br/>
        <w:t xml:space="preserve">                }</w:t>
        <w:br/>
        <w:t xml:space="preserve">            }</w:t>
        <w:br/>
        <w:t xml:space="preserve">        }</w:t>
        <w:br/>
        <w:t xml:space="preserve">        return count;</w:t>
        <w:br/>
        <w:t xml:space="preserve">    }</w:t>
        <w:br/>
        <w:t>}</w:t>
      </w:r>
    </w:p>
    <w:p>
      <w:pPr>
        <w:spacing w:after="160" w:line="276" w:lineRule="auto"/>
      </w:pPr>
      <w:r>
        <w:t>This is an improvement on the brute force solution, which reduces the time complexity toO(n2)O(n^2)O(n2). Can we optimize this solution further?</w:t>
      </w:r>
    </w:p>
    <w:p>
      <w:pPr>
        <w:spacing w:after="160" w:line="276" w:lineRule="auto"/>
      </w:pPr>
      <w:r>
        <w:t>Optimization - hash mapAn important point is that we don't need to treat bothprefix_sum[j]andprefix_sum[i - 1]as unknowns in the formula. If we know the value ofprefix_sum[j], we can findprefix_sum[i - 1]usingprefix_sum[i - 1] = prefix_sum[j] - k.</w:t>
      </w:r>
    </w:p>
    <w:p>
      <w:pPr>
        <w:spacing w:after="160" w:line="276" w:lineRule="auto"/>
      </w:pPr>
      <w:r>
        <w:t>Therefore, for each prefix sum (curr_prefix_sum), we need to find the number of timescurr_prefix_sum - kpreviously appeared as a prefix sum before.</w:t>
      </w:r>
    </w:p>
    <w:p>
      <w:pPr>
        <w:spacing w:after="160" w:line="276" w:lineRule="auto"/>
      </w:pPr>
      <w:r>
        <w:t>This is similar to the problem presented inPair Sum - Unsortedin theHash Maps and Setschapter, where we learn ahash mapis useful for implementing the above idea efficiently. In this context, if we store encountered prefix sum values in a hash map, we can check ifcurr_prefix_sum - kwas encountered before in constant time.</w:t>
      </w:r>
    </w:p>
    <w:p>
      <w:pPr>
        <w:spacing w:after="160" w:line="276" w:lineRule="auto"/>
      </w:pPr>
      <w:r>
        <w:t>Note, it's also important to track the frequency of each prefix sum we encounter using the hash map, as the same prefix sum may appear multiple times.</w:t>
      </w:r>
    </w:p>
    <w:p>
      <w:pPr>
        <w:spacing w:after="160" w:line="276" w:lineRule="auto"/>
      </w:pPr>
      <w:r>
        <w:t>Let’s try using a hash map (prefix_sum_map) on the example below withk = 3. Initializeprefix_sum_mapwith one zero for the same reason we prepended 0 to the prefix sum array in theO(n2)O(n^2)O(n2)solution discussed earlier:</w:t>
      </w:r>
    </w:p>
    <w:p>
      <w:pPr>
        <w:spacing w:after="160" w:line="276" w:lineRule="auto"/>
      </w:pPr>
      <w:r>
        <w:t>We’re using a hash map to keep track of prefix sums, we no longer need a separate array to store each individual prefix sum.</w:t>
      </w:r>
    </w:p>
    <w:p>
      <w:pPr>
        <w:spacing w:after="160" w:line="276" w:lineRule="auto"/>
      </w:pPr>
      <w:r>
        <w:t>Initially, the prefix sum (curr_prefix_sum) is equal to 1. Its complement, -2, is not in the hash map as illustrated below. So, we continue:</w:t>
      </w:r>
    </w:p>
    <w:p>
      <w:pPr>
        <w:spacing w:after="160" w:line="276" w:lineRule="auto"/>
      </w:pPr>
      <w:r>
        <w:t>Store the (curr_prefix_sum,freq) pair (1, 1) in the hash map before moving to the next prefix sum.</w:t>
      </w:r>
    </w:p>
    <w:p>
      <w:pPr>
        <w:spacing w:after="160" w:line="276" w:lineRule="auto"/>
      </w:pPr>
      <w:r>
        <w:t>The nextcurr_prefix_sumvalue is 3 (1 + 2). Its complement, 0, exists in the hash map with a frequency of 1. This means we found 1 subarray of sum k. So, we add 1 to our count:</w:t>
      </w:r>
    </w:p>
    <w:p>
      <w:pPr>
        <w:spacing w:after="160" w:line="276" w:lineRule="auto"/>
      </w:pPr>
      <w:r>
        <w:t>Store the (curr_prefix_sum,freq) pair (3, 1) in the hash map before moving on to the next value.</w:t>
      </w:r>
    </w:p>
    <w:p>
      <w:pPr>
        <w:spacing w:after="160" w:line="276" w:lineRule="auto"/>
      </w:pPr>
      <w:r>
        <w:t>We now have a strategy for processing each value in the array:</w:t>
      </w:r>
    </w:p>
    <w:p>
      <w:pPr>
        <w:pStyle w:val="ListNumber"/>
      </w:pPr>
      <w:r>
        <w:t>Updatecurr_prefix_sumby adding the current value of the array to it</w:t>
      </w:r>
    </w:p>
    <w:p>
      <w:pPr>
        <w:pStyle w:val="ListNumber"/>
      </w:pPr>
      <w:r>
        <w:t>Ifcurr_prefix_sum - kexists in the hash map, add its frequency (prefix_sum_map[curr_prefix_sum - k]) to count</w:t>
      </w:r>
    </w:p>
    <w:p>
      <w:pPr>
        <w:pStyle w:val="ListNumber"/>
      </w:pPr>
      <w:r>
        <w:t>Add (curr_prefix_sum,freq) to the hash map. If the key is already present, increase its frequency; if not, set it to 1.</w:t>
      </w:r>
    </w:p>
    <w:p>
      <w:pPr>
        <w:spacing w:after="160" w:line="276" w:lineRule="auto"/>
      </w:pPr>
      <w:r>
        <w:t>Repeat this process for the rest of the array:</w:t>
      </w:r>
    </w:p>
    <w:p>
      <w:pPr>
        <w:spacing w:after="160" w:line="276" w:lineRule="auto"/>
      </w:pPr>
      <w:r>
        <w:t>Once we’ve processed all the prefix sum values, we return count, which stores the number of subarrays that sum to k.</w:t>
      </w:r>
    </w:p>
    <w:p>
      <w:pPr>
        <w:pStyle w:val="Heading2"/>
        <w:spacing w:before="320" w:after="120"/>
      </w:pPr>
      <w:r>
        <w:t>Implementation</w:t>
      </w:r>
    </w:p>
    <w:p>
      <w:pPr>
        <w:spacing w:before="160" w:after="160"/>
        <w:ind w:left="360"/>
      </w:pPr>
      <w:r>
        <w:rPr>
          <w:rFonts w:ascii="Consolas" w:hAnsi="Consolas"/>
          <w:color w:val="1E293B"/>
          <w:sz w:val="19"/>
        </w:rPr>
        <w:t>PythonJavaScriptJavaCopyfrom typing import List</w:t>
        <w:br/>
        <w:t xml:space="preserve">    </w:t>
        <w:br/>
        <w:t>def k_sum_subarrays_optimized(nums: List[int], k: int) -&gt; int:</w:t>
        <w:br/>
        <w:t xml:space="preserve">    count = 0</w:t>
        <w:br/>
        <w:t xml:space="preserve">    # Initialize the map with 0 to handle subarrays that sum to 'k' from the start of</w:t>
        <w:br/>
        <w:t xml:space="preserve">    # the array.</w:t>
        <w:br/>
        <w:t xml:space="preserve">    prefix_sum_map = {0: 1}</w:t>
        <w:br/>
        <w:t xml:space="preserve">    curr_prefix_sum = 0</w:t>
        <w:br/>
        <w:t xml:space="preserve">    for num in nums:</w:t>
        <w:br/>
        <w:t xml:space="preserve">        # Update the running prefix sum by adding the current number</w:t>
        <w:br/>
        <w:t xml:space="preserve">        curr_prefix_sum += num</w:t>
        <w:br/>
        <w:t xml:space="preserve">        # If a subarray with sum 'k' exists, increment 'count' by the number of times</w:t>
        <w:br/>
        <w:t xml:space="preserve">        # it has been found.</w:t>
        <w:br/>
        <w:t xml:space="preserve">        if curr_prefix_sum - k in prefix_sum_map:</w:t>
        <w:br/>
        <w:t xml:space="preserve">            count += prefix_sum_map[curr_prefix_sum - k]</w:t>
        <w:br/>
        <w:t xml:space="preserve">        # Store the 'curr_prefix_sum' value in the hash map.</w:t>
        <w:br/>
        <w:t xml:space="preserve">        prefix_sum_map[curr_prefix_sum] = prefix_sum_map.get(curr_prefix_sum, 0) + 1</w:t>
        <w:br/>
        <w:t xml:space="preserve">    return countfunction kSumSubarraysOptimized(nums, k) {</w:t>
        <w:br/>
        <w:t xml:space="preserve">    let count = 0;</w:t>
        <w:br/>
        <w:t xml:space="preserve">    // Initialize the map with 0 to handle subarrays that sum to 'k' from the start of</w:t>
        <w:br/>
        <w:t xml:space="preserve">    // the array.</w:t>
        <w:br/>
        <w:t xml:space="preserve">    const prefixSumMap = new Map();</w:t>
        <w:br/>
        <w:t xml:space="preserve">    prefixSumMap.set(0, 1);</w:t>
        <w:br/>
        <w:t xml:space="preserve">    let currPrefixSum = 0;</w:t>
        <w:br/>
        <w:t xml:space="preserve">    for (const num of nums) {</w:t>
        <w:br/>
        <w:t xml:space="preserve">        // Update the running prefix sum by adding the current number</w:t>
        <w:br/>
        <w:t xml:space="preserve">        currPrefixSum += num;</w:t>
        <w:br/>
        <w:t xml:space="preserve">        // If a subarray with sum 'k' exists, increment 'count' by the number of times</w:t>
        <w:br/>
        <w:t xml:space="preserve">        // it has been found.</w:t>
        <w:br/>
        <w:t xml:space="preserve">        if (prefixSumMap.has(currPrefixSum - k)) {</w:t>
        <w:br/>
        <w:t xml:space="preserve">            count += prefixSumMap.get(currPrefixSum - k);</w:t>
        <w:br/>
        <w:t xml:space="preserve">        }</w:t>
        <w:br/>
        <w:t xml:space="preserve">        // Store the 'curr_prefix_sum' value in the hash map.</w:t>
        <w:br/>
        <w:t xml:space="preserve">        prefixSumMap.set(currPrefixSum, (prefixSumMap.get(currPrefixSum) || 0) + 1);</w:t>
        <w:br/>
        <w:t xml:space="preserve">    }</w:t>
        <w:br/>
        <w:t xml:space="preserve">    return count;</w:t>
        <w:br/>
        <w:t>}import java.util.*;</w:t>
        <w:br/>
        <w:br/>
        <w:t>public class Solution {</w:t>
        <w:br/>
        <w:t xml:space="preserve">    public int kSumSubarraysOptimized(int[] nums, int k) {</w:t>
        <w:br/>
        <w:t xml:space="preserve">        int count = 0;</w:t>
        <w:br/>
        <w:t xml:space="preserve">        // Initialize the map with 0 to handle subarrays that sum to 'k' from the start of</w:t>
        <w:br/>
        <w:t xml:space="preserve">        // the array.</w:t>
        <w:br/>
        <w:t xml:space="preserve">        Map&lt;Integer, Integer&gt; prefixSumMap = new HashMap&lt;&gt;();</w:t>
        <w:br/>
        <w:t xml:space="preserve">        prefixSumMap.put(0, 1);</w:t>
        <w:br/>
        <w:t xml:space="preserve">        int currPrefixSum = 0;</w:t>
        <w:br/>
        <w:t xml:space="preserve">        for (int num : nums) {</w:t>
        <w:br/>
        <w:t xml:space="preserve">            // Update the running prefix sum by adding the current number</w:t>
        <w:br/>
        <w:t xml:space="preserve">            currPrefixSum += num;</w:t>
        <w:br/>
        <w:t xml:space="preserve">            // If a subarray with sum 'k' exists, increment 'count' by the number of times</w:t>
        <w:br/>
        <w:t xml:space="preserve">            // it has been found.</w:t>
        <w:br/>
        <w:t xml:space="preserve">            if (prefixSumMap.containsKey(currPrefixSum - k)) {</w:t>
        <w:br/>
        <w:t xml:space="preserve">                count += prefixSumMap.get(currPrefixSum - k);</w:t>
        <w:br/>
        <w:t xml:space="preserve">            }</w:t>
        <w:br/>
        <w:t xml:space="preserve">            // Store the 'curr_prefix_sum' value in the hash map.</w:t>
        <w:br/>
        <w:t xml:space="preserve">            prefixSumMap.put(currPrefixSum, prefixSumMap.getOrDefault(currPrefixSum, 0) + 1);</w:t>
        <w:br/>
        <w:t xml:space="preserve">        }</w:t>
        <w:br/>
        <w:t xml:space="preserve">        return count;</w:t>
        <w:br/>
        <w:t xml:space="preserve">    }</w:t>
        <w:br/>
        <w:t>}</w:t>
      </w:r>
    </w:p>
    <w:p>
      <w:pPr>
        <w:pStyle w:val="Heading3"/>
        <w:spacing w:before="320" w:after="120"/>
      </w:pPr>
      <w:r>
        <w:t>Complexity Analysis</w:t>
      </w:r>
    </w:p>
    <w:p>
      <w:pPr>
        <w:spacing w:after="160" w:line="276" w:lineRule="auto"/>
      </w:pPr>
      <w:r>
        <w:t>Time complexity:The time complexity ofk_sum_subarrays_optimizedisO(n)O(n)O(n)because we iterate through each value in the nums array.</w:t>
      </w:r>
    </w:p>
    <w:p>
      <w:pPr>
        <w:spacing w:after="160" w:line="276" w:lineRule="auto"/>
      </w:pPr>
      <w:r>
        <w:t>Space complexity:The space complexity isO(n)O(n)O(n)due to the space taken up by the hash map.</w:t>
      </w:r>
    </w:p>
    <w:p>
      <w:r>
        <w:br w:type="page"/>
      </w:r>
    </w:p>
    <w:p>
      <w:pPr>
        <w:pStyle w:val="Heading1"/>
        <w:spacing w:before="480" w:after="280"/>
      </w:pPr>
      <w:r>
        <w:rPr>
          <w:b/>
          <w:color w:val="008A60"/>
          <w:sz w:val="28"/>
        </w:rPr>
        <w:t>Chapter 57</w:t>
        <w:br/>
      </w:r>
      <w:r>
        <w:rPr>
          <w:b/>
          <w:color w:val="0F172A"/>
          <w:sz w:val="40"/>
        </w:rPr>
        <w:t>Product Array Without Current Element</w:t>
      </w:r>
    </w:p>
    <w:p>
      <w:pPr>
        <w:spacing w:before="160" w:after="160"/>
        <w:ind w:left="360"/>
      </w:pPr>
      <w:r>
        <w:rPr>
          <w:rFonts w:ascii="Consolas" w:hAnsi="Consolas"/>
          <w:color w:val="1E293B"/>
          <w:sz w:val="19"/>
        </w:rPr>
        <w:t>Given an array of integers, return an array res so that res[i] is equal to the product of all the elements of the input array except nums[i] itself.Example:ExampleCopyInput: nums = [2, 3, 1, 4, 5]</w:t>
        <w:br/>
        <w:t>Output: [60, 40, 120, 30, 24]</w:t>
        <w:br/>
        <w:t>Explanation: The output value at index 0 is the product of all numbers except nums[0] (3⋅1⋅4⋅5 = 60). The same logic applies to the rest of the output.</w:t>
      </w:r>
    </w:p>
    <w:p>
      <w:pPr>
        <w:pStyle w:val="Heading2"/>
        <w:spacing w:before="320" w:after="120"/>
      </w:pPr>
      <w:r>
        <w:t>Intuition</w:t>
      </w:r>
    </w:p>
    <w:p>
      <w:pPr>
        <w:spacing w:after="160" w:line="276" w:lineRule="auto"/>
      </w:pPr>
      <w:r>
        <w:t>The straightforward solution to this problem is to find the total product of the array and divide it by each of the values in nums individually to get the output array:</w:t>
      </w:r>
    </w:p>
    <w:p>
      <w:pPr>
        <w:spacing w:after="160" w:line="276" w:lineRule="auto"/>
      </w:pPr>
      <w:r>
        <w:t>This approach allows us to solve the problem in linear time and constant space. However, a potential follow-up question by an interviewer is:what if we can’t use division?Let’s explore a solution to this.</w:t>
      </w:r>
    </w:p>
    <w:p>
      <w:pPr>
        <w:spacing w:after="160" w:line="276" w:lineRule="auto"/>
      </w:pPr>
      <w:r>
        <w:t>Avoiding divisionA brute force approach involves calculating the output value for each index one by one. This would takeO(n)O(n)O(n)time per index, leading to an overall time complexity ofO(n2)O(n^2)O(n2), wherennndenotes the length of the array. This is inefficient, so let's look at other approaches.</w:t>
      </w:r>
    </w:p>
    <w:p>
      <w:pPr>
        <w:spacing w:after="160" w:line="276" w:lineRule="auto"/>
      </w:pPr>
      <w:r>
        <w:t>An important insight is that the output for any given index can be determined by multiplying two things:</w:t>
      </w:r>
    </w:p>
    <w:p>
      <w:pPr>
        <w:pStyle w:val="ListNumber"/>
      </w:pPr>
      <w:r>
        <w:t>The product of all numbers to the left of the index.</w:t>
      </w:r>
    </w:p>
    <w:p>
      <w:pPr>
        <w:pStyle w:val="ListNumber"/>
      </w:pPr>
      <w:r>
        <w:t>The product of all numbers to the right of the index.</w:t>
      </w:r>
    </w:p>
    <w:p>
      <w:pPr>
        <w:spacing w:after="160" w:line="276" w:lineRule="auto"/>
      </w:pPr>
      <w:r>
        <w:t>Why is this helpful? If we have precomputed the products of all values to the left and right of each index, we can quickly calculate the output for each index. More specifically, we would need two arrays that contain the left and right products of each index, respectively:</w:t>
      </w:r>
    </w:p>
    <w:p>
      <w:pPr>
        <w:pStyle w:val="ListBullet"/>
      </w:pPr>
      <w:r>
        <w:t>left_products:an array whereleft_products[i]is theproduct of all values to the left of i.</w:t>
      </w:r>
    </w:p>
    <w:p>
      <w:pPr>
        <w:pStyle w:val="ListBullet"/>
      </w:pPr>
      <w:r>
        <w:t>right_products: an array whereright_products[i]is theproduct of all values to the right of i.</w:t>
      </w:r>
    </w:p>
    <w:p>
      <w:pPr>
        <w:spacing w:after="160" w:line="276" w:lineRule="auto"/>
      </w:pPr>
      <w:r>
        <w:t>To obtain theleft_productsarray, we need to keep track of a cumulative product of all elements we encounter as we move from left to right. The value of this product at a specific index should represent the product of all values to its left. The same is true of theright_productsarray, but the cumulative products start from the right. Once we have these arrays, multiplying the left and right product values at each index gives us the output value of that index.</w:t>
      </w:r>
    </w:p>
    <w:p>
      <w:pPr>
        <w:spacing w:after="160" w:line="276" w:lineRule="auto"/>
      </w:pPr>
      <w:r>
        <w:t>Since the left and right product arrays are formed through cumulative multiplication, this leads us to the concept of prefix products.</w:t>
      </w:r>
    </w:p>
    <w:p>
      <w:pPr>
        <w:spacing w:after="160" w:line="276" w:lineRule="auto"/>
      </w:pPr>
      <w:r>
        <w:t>Prefix productsPrefix products are created in the same way as a prefix sum array, with two key differences:</w:t>
      </w:r>
    </w:p>
    <w:p>
      <w:pPr>
        <w:pStyle w:val="ListNumber"/>
      </w:pPr>
      <w:r>
        <w:t>Instead of cumulative addition, we use cumulative multiplication.</w:t>
      </w:r>
    </w:p>
    <w:p>
      <w:pPr>
        <w:pStyle w:val="ListNumber"/>
      </w:pPr>
      <w:r>
        <w:t>We initialize the prefix product array with 1 instead of 0, to avoid multiplying the cumulative products by 0.</w:t>
      </w:r>
    </w:p>
    <w:p>
      <w:pPr>
        <w:spacing w:after="160" w:line="276" w:lineRule="auto"/>
      </w:pPr>
      <w:r>
        <w:t>Let’s try creating theleft_productsarray, initializing it with 1 at index 0:</w:t>
      </w:r>
    </w:p>
    <w:p>
      <w:pPr>
        <w:spacing w:after="160" w:line="276" w:lineRule="auto"/>
      </w:pPr>
      <w:r>
        <w:t>For each subsequent index in theleft_productsarray, we calculate its value by multiplying the running product by the previous value in thenumsarray:</w:t>
      </w:r>
    </w:p>
    <w:p>
      <w:pPr>
        <w:spacing w:after="160" w:line="276" w:lineRule="auto"/>
      </w:pPr>
      <w:r>
        <w:t>The same can be done for theright_productsarray, but starting on the right and moving leftward:</w:t>
      </w:r>
    </w:p>
    <w:p>
      <w:pPr>
        <w:spacing w:after="160" w:line="276" w:lineRule="auto"/>
      </w:pPr>
      <w:r>
        <w:t>Once both arrays are populated, we can compute each value of the output array, whereres[i]is equal to the product ofleft_products[i]andright_products[i], as previously demonstrated.</w:t>
      </w:r>
    </w:p>
    <w:p>
      <w:pPr>
        <w:spacing w:after="160" w:line="276" w:lineRule="auto"/>
      </w:pPr>
      <w:r>
        <w:t>Reducing spaceWe have successfully found a solution that doesn't involve division and runs in linear time. However, this solution takes up linear space due to the left and right product arrays. Can we compute the output array in place without taking up extra space?</w:t>
      </w:r>
    </w:p>
    <w:p>
      <w:pPr>
        <w:spacing w:after="160" w:line="276" w:lineRule="auto"/>
      </w:pPr>
      <w:r>
        <w:t>An important thing to realize is that we don’t necessarily need to create the left and right product arrays to populate the output array. Instead, we candirectly compute and store the left and right products in the output array as we calculate them.</w:t>
      </w:r>
    </w:p>
    <w:p>
      <w:pPr>
        <w:spacing w:after="160" w:line="276" w:lineRule="auto"/>
      </w:pPr>
      <w:r>
        <w:t>This can be done in two steps:</w:t>
      </w:r>
    </w:p>
    <w:p>
      <w:pPr>
        <w:spacing w:after="160" w:line="276" w:lineRule="auto"/>
      </w:pPr>
      <w:r>
        <w:t>1. First, populate the output array (res) the same way we populatedleft_products. This prepares the output array to be multiplied by the right products:</w:t>
      </w:r>
    </w:p>
    <w:p>
      <w:pPr>
        <w:spacing w:after="160" w:line="276" w:lineRule="auto"/>
      </w:pPr>
      <w:r>
        <w:t>2. Then, instead of populating aright_productsarray, we directly multiply the running product from the right (right_product) into the output array:</w:t>
      </w:r>
    </w:p>
    <w:p>
      <w:pPr>
        <w:pStyle w:val="Heading2"/>
        <w:spacing w:before="320" w:after="120"/>
      </w:pPr>
      <w:r>
        <w:t>Implementation</w:t>
      </w:r>
    </w:p>
    <w:p>
      <w:pPr>
        <w:spacing w:before="160" w:after="160"/>
        <w:ind w:left="360"/>
      </w:pPr>
      <w:r>
        <w:rPr>
          <w:rFonts w:ascii="Consolas" w:hAnsi="Consolas"/>
          <w:color w:val="1E293B"/>
          <w:sz w:val="19"/>
        </w:rPr>
        <w:t>PythonJavaScriptJavaCopyfrom typing import List</w:t>
        <w:br/>
        <w:t xml:space="preserve">    </w:t>
        <w:br/>
        <w:t>def product_array_without_current_element(nums: List[int]) -&gt; List[int]:</w:t>
        <w:br/>
        <w:t xml:space="preserve">    n = len(nums)</w:t>
        <w:br/>
        <w:t xml:space="preserve">    res = [1] * n</w:t>
        <w:br/>
        <w:t xml:space="preserve">    # Populate the output with the running left product.</w:t>
        <w:br/>
        <w:t xml:space="preserve">    for i in range(1, n):</w:t>
        <w:br/>
        <w:t xml:space="preserve">        res[i] = res[i - 1] * nums[i - 1]</w:t>
        <w:br/>
        <w:t xml:space="preserve">    # Multiply the output with the running right product, from right to left.</w:t>
        <w:br/>
        <w:t xml:space="preserve">    right_product = 1</w:t>
        <w:br/>
        <w:t xml:space="preserve">    for i in range(n - 1, -1, -1):</w:t>
        <w:br/>
        <w:t xml:space="preserve">        res[i] *= right_product</w:t>
        <w:br/>
        <w:t xml:space="preserve">        right_product *= nums[i]</w:t>
        <w:br/>
        <w:t xml:space="preserve">    return resfunction productArrayWithoutCurrentElement(nums) {</w:t>
        <w:br/>
        <w:t xml:space="preserve">    const n = nums.length;</w:t>
        <w:br/>
        <w:t xml:space="preserve">    const res = new Array(n).fill(1);</w:t>
        <w:br/>
        <w:t xml:space="preserve">    // Populate the output with the running left product.</w:t>
        <w:br/>
        <w:t xml:space="preserve">    for (let i = 1; i &lt; n; i++) {</w:t>
        <w:br/>
        <w:t xml:space="preserve">        res[i] = res[i - 1] * nums[i - 1];</w:t>
        <w:br/>
        <w:t xml:space="preserve">    }</w:t>
        <w:br/>
        <w:t xml:space="preserve">    // Multiply the output with the running right product, from right to left.</w:t>
        <w:br/>
        <w:t xml:space="preserve">    let rightProduct = 1;</w:t>
        <w:br/>
        <w:t xml:space="preserve">    for (let i = n - 1; i &gt;= 0; i--) {</w:t>
        <w:br/>
        <w:t xml:space="preserve">        res[i] *= rightProduct;</w:t>
        <w:br/>
        <w:t xml:space="preserve">        rightProduct *= nums[i];</w:t>
        <w:br/>
        <w:t xml:space="preserve">    }</w:t>
        <w:br/>
        <w:t xml:space="preserve">    return res;</w:t>
        <w:br/>
        <w:t>}public class Solution {</w:t>
        <w:br/>
        <w:t xml:space="preserve">    public int[] productArrayWithoutCurrentElement(int[] nums) {</w:t>
        <w:br/>
        <w:t xml:space="preserve">        int n = nums.length;</w:t>
        <w:br/>
        <w:t xml:space="preserve">        int[] res = new int[n];</w:t>
        <w:br/>
        <w:t xml:space="preserve">        for (int i = 0; i &lt; n; i++) {</w:t>
        <w:br/>
        <w:t xml:space="preserve">            res[i] = 1;</w:t>
        <w:br/>
        <w:t xml:space="preserve">        }</w:t>
        <w:br/>
        <w:t xml:space="preserve">        // Populate the output with the running left product.</w:t>
        <w:br/>
        <w:t xml:space="preserve">        for (int i = 1; i &lt; n; i++) {</w:t>
        <w:br/>
        <w:t xml:space="preserve">            res[i] = res[i - 1] * nums[i - 1];</w:t>
        <w:br/>
        <w:t xml:space="preserve">        }</w:t>
        <w:br/>
        <w:t xml:space="preserve">        // Multiply the output with the running right product, from right to left.</w:t>
        <w:br/>
        <w:t xml:space="preserve">        int rightProduct = 1;</w:t>
        <w:br/>
        <w:t xml:space="preserve">        for (int i = n - 1; i &gt;= 0; i--) {</w:t>
        <w:br/>
        <w:t xml:space="preserve">            res[i] *= rightProduct;</w:t>
        <w:br/>
        <w:t xml:space="preserve">            rightProduct *= nums[i];</w:t>
        <w:br/>
        <w:t xml:space="preserve">        }</w:t>
        <w:br/>
        <w:t xml:space="preserve">        return res;</w:t>
        <w:br/>
        <w:t xml:space="preserve">    }</w:t>
        <w:br/>
        <w:t>}</w:t>
      </w:r>
    </w:p>
    <w:p>
      <w:pPr>
        <w:pStyle w:val="Heading3"/>
        <w:spacing w:before="320" w:after="120"/>
      </w:pPr>
      <w:r>
        <w:t>Complexity Analysis</w:t>
      </w:r>
    </w:p>
    <w:p>
      <w:pPr>
        <w:spacing w:after="160" w:line="276" w:lineRule="auto"/>
      </w:pPr>
      <w:r>
        <w:t>Time complexity:The time complexity ofproduct_array_without_current_elementisO(n)O(n)O(n)because we iterate over thenumsarray twice.</w:t>
      </w:r>
    </w:p>
    <w:p>
      <w:pPr>
        <w:spacing w:after="160" w:line="276" w:lineRule="auto"/>
      </w:pPr>
      <w:r>
        <w:t>Space complexity:The space complexity isO(1)O(1)O(1). Theresarray is not included in the space complexity analysis.</w:t>
      </w:r>
    </w:p>
    <w:p>
      <w:r>
        <w:br w:type="page"/>
      </w:r>
    </w:p>
    <w:p>
      <w:pPr>
        <w:pStyle w:val="Heading1"/>
        <w:spacing w:before="480" w:after="280"/>
      </w:pPr>
      <w:r>
        <w:rPr>
          <w:b/>
          <w:color w:val="008A60"/>
          <w:sz w:val="28"/>
        </w:rPr>
        <w:t>Chapter 58</w:t>
        <w:br/>
      </w:r>
      <w:r>
        <w:rPr>
          <w:b/>
          <w:color w:val="0F172A"/>
          <w:sz w:val="40"/>
        </w:rPr>
        <w:t>Introduction to Trees</w:t>
      </w:r>
    </w:p>
    <w:p>
      <w:pPr>
        <w:pStyle w:val="Heading2"/>
        <w:spacing w:before="320" w:after="120"/>
      </w:pPr>
      <w:r>
        <w:t>Intuition</w:t>
      </w:r>
    </w:p>
    <w:p>
      <w:pPr>
        <w:spacing w:after="160" w:line="276" w:lineRule="auto"/>
      </w:pPr>
      <w:r>
        <w:t>A tree is a hierarchical data structure composed of nodes, where each node connects to one or more child nodes. Each node in a tree contains the data it stores (val) and references to its child nodes. The most common type of tree is abinary tree, in which each node connects to up to two children: a left child and a right child.</w:t>
      </w:r>
    </w:p>
    <w:p>
      <w:pPr>
        <w:spacing w:after="160" w:line="276" w:lineRule="auto"/>
      </w:pPr>
      <w:r>
        <w:t>Below is the implementation of the TreeNode class:</w:t>
      </w:r>
    </w:p>
    <w:p>
      <w:pPr>
        <w:spacing w:before="160" w:after="160"/>
        <w:ind w:left="360"/>
      </w:pPr>
      <w:r>
        <w:rPr>
          <w:rFonts w:ascii="Consolas" w:hAnsi="Consolas"/>
          <w:color w:val="1E293B"/>
          <w:sz w:val="19"/>
        </w:rPr>
        <w:t>PythonJavaScriptJavaCopyclass TreeNode:</w:t>
        <w:br/>
        <w:t xml:space="preserve">    def __init__(self, val):</w:t>
        <w:br/>
        <w:t xml:space="preserve">        self.val = val</w:t>
        <w:br/>
        <w:t xml:space="preserve">        self.left = None</w:t>
        <w:br/>
        <w:t xml:space="preserve">        self.right = Noneclass TreeNode {</w:t>
        <w:br/>
        <w:t xml:space="preserve">    constructor(val) {</w:t>
        <w:br/>
        <w:t xml:space="preserve">        this.val = val;</w:t>
        <w:br/>
        <w:t xml:space="preserve">        this.left = null;</w:t>
        <w:br/>
        <w:t xml:space="preserve">        this.right = null;</w:t>
        <w:br/>
        <w:t xml:space="preserve">    }</w:t>
        <w:br/>
        <w:t>}public class TreeNode {</w:t>
        <w:br/>
        <w:t xml:space="preserve">    public int val;</w:t>
        <w:br/>
        <w:t xml:space="preserve">    public TreeNode left;</w:t>
        <w:br/>
        <w:t xml:space="preserve">    public TreeNode right;</w:t>
        <w:br/>
        <w:br/>
        <w:t xml:space="preserve">    public TreeNode(int val) {</w:t>
        <w:br/>
        <w:t xml:space="preserve">        this.val = val;</w:t>
        <w:br/>
        <w:t xml:space="preserve">        this.left = null;</w:t>
        <w:br/>
        <w:t xml:space="preserve">        this.right = null;</w:t>
        <w:br/>
        <w:t xml:space="preserve">    }</w:t>
        <w:br/>
        <w:t>}</w:t>
      </w:r>
    </w:p>
    <w:p>
      <w:pPr>
        <w:spacing w:after="160" w:line="276" w:lineRule="auto"/>
      </w:pPr>
      <w:r>
        <w:t>Terminology:</w:t>
      </w:r>
    </w:p>
    <w:p>
      <w:pPr>
        <w:pStyle w:val="ListBullet"/>
      </w:pPr>
      <w:r>
        <w:t>Parent: a node with one or more children.</w:t>
      </w:r>
    </w:p>
    <w:p>
      <w:pPr>
        <w:pStyle w:val="ListBullet"/>
      </w:pPr>
      <w:r>
        <w:t>Child: a node that has a parent.</w:t>
      </w:r>
    </w:p>
    <w:p>
      <w:pPr>
        <w:pStyle w:val="ListBullet"/>
      </w:pPr>
      <w:r>
        <w:t>Subtree: a tree formed by a node and its descendants.</w:t>
      </w:r>
    </w:p>
    <w:p>
      <w:pPr>
        <w:pStyle w:val="ListBullet"/>
      </w:pPr>
      <w:r>
        <w:t>Path: a single, continuous sequence of nodes connected by edges.</w:t>
      </w:r>
    </w:p>
    <w:p>
      <w:pPr>
        <w:pStyle w:val="ListBullet"/>
      </w:pPr>
      <w:r>
        <w:t>Depth: the number of edges from the root to a given node.</w:t>
      </w:r>
    </w:p>
    <w:p>
      <w:pPr>
        <w:spacing w:after="160" w:line="276" w:lineRule="auto"/>
      </w:pPr>
      <w:r>
        <w:t>Attributes of a tree:</w:t>
      </w:r>
    </w:p>
    <w:p>
      <w:pPr>
        <w:pStyle w:val="ListBullet"/>
      </w:pPr>
      <w:r>
        <w:t>Root: the topmost node of the tree and the only node without a parent.</w:t>
      </w:r>
    </w:p>
    <w:p>
      <w:pPr>
        <w:pStyle w:val="ListBullet"/>
      </w:pPr>
      <w:r>
        <w:t>Intermediate node: a node with a parent node and at least one child.</w:t>
      </w:r>
    </w:p>
    <w:p>
      <w:pPr>
        <w:pStyle w:val="ListBullet"/>
      </w:pPr>
      <w:r>
        <w:t>Leaf: a node with no children.</w:t>
      </w:r>
    </w:p>
    <w:p>
      <w:pPr>
        <w:pStyle w:val="ListBullet"/>
      </w:pPr>
      <w:r>
        <w:t>Edge: the connection between two nodes. Trees usually have directed edges, meaning the edges only point from parent to child.</w:t>
      </w:r>
    </w:p>
    <w:p>
      <w:pPr>
        <w:pStyle w:val="ListBullet"/>
      </w:pPr>
      <w:r>
        <w:t>Height: the length of the longest path from the root to a leaf.1</w:t>
      </w:r>
    </w:p>
    <w:p>
      <w:pPr>
        <w:spacing w:after="160" w:line="276" w:lineRule="auto"/>
      </w:pPr>
      <w:r>
        <w:t>In the following discussions, we primarily focus on binary trees.</w:t>
      </w:r>
    </w:p>
    <w:p>
      <w:pPr>
        <w:pStyle w:val="Heading2"/>
        <w:spacing w:before="320" w:after="120"/>
      </w:pPr>
      <w:r>
        <w:t>Tree Traversals</w:t>
      </w:r>
    </w:p>
    <w:p>
      <w:pPr>
        <w:spacing w:after="160" w:line="276" w:lineRule="auto"/>
      </w:pPr>
      <w:r>
        <w:t>Depth-first search (DFS)DFS is a method for exploring all nodes of a tree by starting at the root and moving as far down a branch as possible, before backtracking to explore other branches.</w:t>
      </w:r>
    </w:p>
    <w:p>
      <w:pPr>
        <w:spacing w:after="160" w:line="276" w:lineRule="auto"/>
      </w:pPr>
      <w:r>
        <w:t>DFS is typically implemented recursively, following a structure similar to the code snippet below:</w:t>
      </w:r>
    </w:p>
    <w:p>
      <w:pPr>
        <w:spacing w:before="160" w:after="160"/>
        <w:ind w:left="360"/>
      </w:pPr>
      <w:r>
        <w:rPr>
          <w:rFonts w:ascii="Consolas" w:hAnsi="Consolas"/>
          <w:color w:val="1E293B"/>
          <w:sz w:val="19"/>
        </w:rPr>
        <w:t>PythonJavaScriptJavaCopydef dfs(node: TreeNode):</w:t>
        <w:br/>
        <w:t xml:space="preserve">    if node is None:</w:t>
        <w:br/>
        <w:t xml:space="preserve">        return</w:t>
        <w:br/>
        <w:t xml:space="preserve">    process(node)       # Process the current node.</w:t>
        <w:br/>
        <w:t xml:space="preserve">    dfs(node.left)      # Traverse the left subtree.</w:t>
        <w:br/>
        <w:t xml:space="preserve">    dfs(node.right)     # Traverse the right subtree.function dfs(node) {</w:t>
        <w:br/>
        <w:t xml:space="preserve">    if (node === null) {</w:t>
        <w:br/>
        <w:t xml:space="preserve">        return;</w:t>
        <w:br/>
        <w:t xml:space="preserve">    }</w:t>
        <w:br/>
        <w:t xml:space="preserve">    process(node);       // Process the current node.</w:t>
        <w:br/>
        <w:t xml:space="preserve">    dfs(node.left);      // Traverse the left subtree.</w:t>
        <w:br/>
        <w:t xml:space="preserve">    dfs(node.right);     // Traverse the right subtree.</w:t>
        <w:br/>
        <w:t>}public class Solution {</w:t>
        <w:br/>
        <w:t xml:space="preserve">    public void dfs(TreeNode node) {</w:t>
        <w:br/>
        <w:t xml:space="preserve">        if (node == null) {</w:t>
        <w:br/>
        <w:t xml:space="preserve">            return;</w:t>
        <w:br/>
        <w:t xml:space="preserve">        }</w:t>
        <w:br/>
        <w:t xml:space="preserve">        process(node);       // Process the current node.</w:t>
        <w:br/>
        <w:t xml:space="preserve">        dfs(node.left);      // Traverse the left subtree.</w:t>
        <w:br/>
        <w:t xml:space="preserve">        dfs(node.right);     // Traverse the right subtree.</w:t>
        <w:br/>
        <w:t xml:space="preserve">    }</w:t>
        <w:br/>
        <w:t>}</w:t>
      </w:r>
    </w:p>
    <w:p>
      <w:pPr>
        <w:spacing w:after="160" w:line="276" w:lineRule="auto"/>
      </w:pPr>
      <w:r>
        <w:t>The above recursive implementation follows the order of preorder traversal. Two other common DFS traversal techniques include inorder traversal and postorder traversal. Here’s how they differ:</w:t>
      </w:r>
    </w:p>
    <w:p>
      <w:pPr>
        <w:spacing w:before="160" w:after="160"/>
        <w:ind w:left="360"/>
      </w:pPr>
      <w:r>
        <w:rPr>
          <w:rFonts w:ascii="Consolas" w:hAnsi="Consolas"/>
          <w:color w:val="1E293B"/>
          <w:sz w:val="19"/>
        </w:rPr>
        <w:t>Preorder traversalInorder traversalPostorder traversalprocess(node)dfs(node.left)dfs(node.left)dfs(node.left)process(node)dfs(node.right)dfs(node.right)dfs(node.right)process(node)</w:t>
      </w:r>
    </w:p>
    <w:p>
      <w:pPr>
        <w:spacing w:after="160" w:line="276" w:lineRule="auto"/>
      </w:pPr>
      <w:r>
        <w:t>DFS has many use cases and is the most common choice for tree traversal.</w:t>
      </w:r>
    </w:p>
    <w:p>
      <w:pPr>
        <w:pStyle w:val="ListBullet"/>
      </w:pPr>
      <w:r>
        <w:t>Preorder traversal is the most common type of DFS traversal. It’s also used when we need to process the root node of each subtree before its children.</w:t>
      </w:r>
    </w:p>
    <w:p>
      <w:pPr>
        <w:pStyle w:val="ListBullet"/>
      </w:pPr>
      <w:r>
        <w:t>Inorder traversal is used when we want to process the nodes of a tree from left to right.</w:t>
      </w:r>
    </w:p>
    <w:p>
      <w:pPr>
        <w:pStyle w:val="ListBullet"/>
      </w:pPr>
      <w:r>
        <w:t>Postorder traversal is the least frequently used traversal method, but is important when each node’s subtrees must be processed before their root.</w:t>
      </w:r>
    </w:p>
    <w:p>
      <w:pPr>
        <w:spacing w:after="160" w:line="276" w:lineRule="auto"/>
      </w:pPr>
      <w:r>
        <w:t>The problems in this chapter explore the use cases of DFS in more detail, providing practical examples of when and how to apply these traversal methods.</w:t>
      </w:r>
    </w:p>
    <w:p>
      <w:pPr>
        <w:spacing w:after="160" w:line="276" w:lineRule="auto"/>
      </w:pPr>
      <w:r>
        <w:t>Breadth-first search (BFS)BFS traverses the nodes of a tree level by level. It processes the nodes at the present level before moving on to nodes at the next depth level.</w:t>
      </w:r>
    </w:p>
    <w:p>
      <w:pPr>
        <w:spacing w:after="160" w:line="276" w:lineRule="auto"/>
      </w:pPr>
      <w:r>
        <w:t>BFS is typically implemented iteratively using a queue, and the reason for this will become clear as we explore the problems in this chapter. The basic structure of BFS is reflected in the following code snippet:</w:t>
      </w:r>
    </w:p>
    <w:p>
      <w:pPr>
        <w:spacing w:before="160" w:after="160"/>
        <w:ind w:left="360"/>
      </w:pPr>
      <w:r>
        <w:rPr>
          <w:rFonts w:ascii="Consolas" w:hAnsi="Consolas"/>
          <w:color w:val="1E293B"/>
          <w:sz w:val="19"/>
        </w:rPr>
        <w:t>PythonJavaScriptJavaCopydef bfs(root: TreeNode):</w:t>
        <w:br/>
        <w:t xml:space="preserve">    if root is None:</w:t>
        <w:br/>
        <w:t xml:space="preserve">        return</w:t>
        <w:br/>
        <w:t xml:space="preserve">    queue = deque([root])</w:t>
        <w:br/>
        <w:t xml:space="preserve">    while queue:</w:t>
        <w:br/>
        <w:t xml:space="preserve">        node = queue.popleft()</w:t>
        <w:br/>
        <w:t xml:space="preserve">        process(node)  # Process the current node.</w:t>
        <w:br/>
        <w:t xml:space="preserve">        if node.left:</w:t>
        <w:br/>
        <w:t xml:space="preserve">            queue.append(node.left)  # Add the left child to the queue.</w:t>
        <w:br/>
        <w:t xml:space="preserve">        if node.right:</w:t>
        <w:br/>
        <w:t xml:space="preserve">            queue.append(node.right)  # Add the right child to the queue.function bfs(root) {</w:t>
        <w:br/>
        <w:t xml:space="preserve">    if (root === null) {</w:t>
        <w:br/>
        <w:t xml:space="preserve">        return;</w:t>
        <w:br/>
        <w:t xml:space="preserve">    }</w:t>
        <w:br/>
        <w:t xml:space="preserve">    const queue = [root];</w:t>
        <w:br/>
        <w:t xml:space="preserve">    while (queue.length &gt; 0) {</w:t>
        <w:br/>
        <w:t xml:space="preserve">        const node = queue.shift();</w:t>
        <w:br/>
        <w:t xml:space="preserve">        process(node);  // Process the current node.</w:t>
        <w:br/>
        <w:t xml:space="preserve">        if (node.left) {</w:t>
        <w:br/>
        <w:t xml:space="preserve">            queue.push(node.left);  // Add the left child to the queue.</w:t>
        <w:br/>
        <w:t xml:space="preserve">        }</w:t>
        <w:br/>
        <w:t xml:space="preserve">        if (node.right) {</w:t>
        <w:br/>
        <w:t xml:space="preserve">            queue.push(node.right);  // Add the right child to the queue.</w:t>
        <w:br/>
        <w:t xml:space="preserve">        }</w:t>
        <w:br/>
        <w:t xml:space="preserve">    }</w:t>
        <w:br/>
        <w:t>}import java.util.*;</w:t>
        <w:br/>
        <w:br/>
        <w:t>public class Solution {</w:t>
        <w:br/>
        <w:t xml:space="preserve">    public void bfs(TreeNode root) {</w:t>
        <w:br/>
        <w:t xml:space="preserve">        if (root == null) {</w:t>
        <w:br/>
        <w:t xml:space="preserve">            return;</w:t>
        <w:br/>
        <w:t xml:space="preserve">        }</w:t>
        <w:br/>
        <w:t xml:space="preserve">        Queue&lt;TreeNode&gt; queue = new LinkedList&lt;&gt;();</w:t>
        <w:br/>
        <w:t xml:space="preserve">        queue.offer(root);</w:t>
        <w:br/>
        <w:t xml:space="preserve">        while (!queue.isEmpty()) {</w:t>
        <w:br/>
        <w:t xml:space="preserve">            TreeNode node = queue.poll();</w:t>
        <w:br/>
        <w:t xml:space="preserve">            process(node);  // Process the current node.</w:t>
        <w:br/>
        <w:t xml:space="preserve">            if (node.left != null) {</w:t>
        <w:br/>
        <w:t xml:space="preserve">                queue.offer(node.left);  // Add the left child to the queue.</w:t>
        <w:br/>
        <w:t xml:space="preserve">            }</w:t>
        <w:br/>
        <w:t xml:space="preserve">            if (node.right != null) {</w:t>
        <w:br/>
        <w:t xml:space="preserve">                queue.offer(node.right);  // Add the right child to the queue.</w:t>
        <w:br/>
        <w:t xml:space="preserve">            }</w:t>
        <w:br/>
        <w:t xml:space="preserve">        }</w:t>
        <w:br/>
        <w:t xml:space="preserve">    }</w:t>
        <w:br/>
        <w:t>}</w:t>
      </w:r>
    </w:p>
    <w:p>
      <w:pPr>
        <w:spacing w:after="160" w:line="276" w:lineRule="auto"/>
      </w:pPr>
      <w:r>
        <w:t>BFS is commonly used to find the shortest path to a specific destination in a tree, or to process the tree level by level. When it’s important to know the specific level of each node during traversal, we use a variant of BFS called level-order traversal, which is discussed in detail in this chapter.</w:t>
      </w:r>
    </w:p>
    <w:p>
      <w:pPr>
        <w:spacing w:after="160" w:line="276" w:lineRule="auto"/>
      </w:pPr>
      <w:r>
        <w:t>Complexity breakdownBelow,nnndenotes the number of nodes in the tree, andhhhdenotes the height of the tree.</w:t>
      </w:r>
    </w:p>
    <w:p>
      <w:pPr>
        <w:pStyle w:val="Heading2"/>
        <w:spacing w:before="320" w:after="120"/>
      </w:pPr>
      <w:r>
        <w:t>Real-world Example</w:t>
      </w:r>
    </w:p>
    <w:p>
      <w:pPr>
        <w:spacing w:after="160" w:line="276" w:lineRule="auto"/>
      </w:pPr>
      <w:r>
        <w:t>File systems:In many operating systems, the file system is organized as a hierarchical tree structure. The root directory is the root of the tree, and every file or folder in the system is a node. Folders can have subfolders or files as child nodes, and this structure allows for efficient organization, navigation, and retrieval of files. When you browse through folders on a computer, you're essentially navigating a tree structure.</w:t>
      </w:r>
    </w:p>
    <w:p>
      <w:pPr>
        <w:pStyle w:val="Heading2"/>
        <w:spacing w:before="320" w:after="120"/>
      </w:pPr>
      <w:r>
        <w:t>Chapter Outline</w:t>
      </w:r>
    </w:p>
    <w:p>
      <w:pPr>
        <w:spacing w:after="160" w:line="276" w:lineRule="auto"/>
      </w:pPr>
      <w:r>
        <w:t>Note that some of the problems listed under DFS can be solved using BFS or other traversal algorithms, too. The same applies to the problems under BFS.</w:t>
      </w:r>
    </w:p>
    <w:p>
      <w:r>
        <w:br w:type="page"/>
      </w:r>
    </w:p>
    <w:p>
      <w:pPr>
        <w:pStyle w:val="Heading1"/>
        <w:spacing w:before="480" w:after="280"/>
      </w:pPr>
      <w:r>
        <w:rPr>
          <w:b/>
          <w:color w:val="008A60"/>
          <w:sz w:val="28"/>
        </w:rPr>
        <w:t>Chapter 59</w:t>
        <w:br/>
      </w:r>
      <w:r>
        <w:rPr>
          <w:b/>
          <w:color w:val="0F172A"/>
          <w:sz w:val="40"/>
        </w:rPr>
        <w:t>Invert Binary Tree</w:t>
      </w:r>
    </w:p>
    <w:p>
      <w:pPr>
        <w:spacing w:after="160" w:line="276" w:lineRule="auto"/>
      </w:pPr>
      <w:r>
        <w:t>Intuition - Recursive</w:t>
      </w:r>
    </w:p>
    <w:p>
      <w:pPr>
        <w:spacing w:after="160" w:line="276" w:lineRule="auto"/>
      </w:pPr>
      <w:r>
        <w:t>To invert a binary tree is to essentially "flip" the tree along a vertical axis, as visualized below:</w:t>
      </w:r>
    </w:p>
    <w:p>
      <w:pPr>
        <w:spacing w:after="160" w:line="276" w:lineRule="auto"/>
      </w:pPr>
      <w:r>
        <w:t>To understand how we invert a binary tree algorithmically, let’s focus on how the positions of nodes change after the inversion. For example, pay attention to nodes 8 and 9 in the above tree. After the tree is inverted, we see that they’ve swapped places relative to their parent node:</w:t>
      </w:r>
    </w:p>
    <w:p>
      <w:pPr>
        <w:spacing w:after="160" w:line="276" w:lineRule="auto"/>
      </w:pPr>
      <w:r>
        <w:t>The key observation is that this swap of the left and right child happens to each node in the binary tree during inversion.</w:t>
      </w:r>
    </w:p>
    <w:p>
      <w:pPr>
        <w:spacing w:after="160" w:line="276" w:lineRule="auto"/>
      </w:pPr>
      <w:r>
        <w:t>It’s also important to note that when a left child node moves to the right, all nodes under it move as well, and the same happens when a right child moves to the left. In other words, we swap the left subtree and the right subtree of each node. This indicates we’re not just swapping the left and right node values, but the nodes themselves.</w:t>
      </w:r>
    </w:p>
    <w:p>
      <w:pPr>
        <w:spacing w:after="160" w:line="276" w:lineRule="auto"/>
      </w:pPr>
      <w:r>
        <w:t>Therefore, to invert a binary tree, weswap the left and right children of every node. Now, let’s explore a tree traversal algorithm that allows us to do this.</w:t>
      </w:r>
    </w:p>
    <w:p>
      <w:pPr>
        <w:spacing w:after="160" w:line="276" w:lineRule="auto"/>
      </w:pPr>
      <w:r>
        <w:t>Depth-first searchOur strategy is to visit every node in the binary tree and swap its left and right children. There’s no particular order in which we need to visit the nodes. This means we can employ any tree traversal algorithm, as long as every node is visited.</w:t>
      </w:r>
    </w:p>
    <w:p>
      <w:pPr>
        <w:spacing w:after="160" w:line="276" w:lineRule="auto"/>
      </w:pPr>
      <w:r>
        <w:t>Let’s tackle this problem recursively using DFS. After swapping the left and right children of the root node, we recursively call our invert function on the left and right children to invert their subtrees as well.</w:t>
      </w:r>
    </w:p>
    <w:p>
      <w:pPr>
        <w:pStyle w:val="Heading2"/>
        <w:spacing w:before="320" w:after="120"/>
      </w:pPr>
      <w:r>
        <w:t>Implementation - Recursive</w:t>
      </w:r>
    </w:p>
    <w:p>
      <w:pPr>
        <w:spacing w:before="160" w:after="160"/>
        <w:ind w:left="360"/>
      </w:pPr>
      <w:r>
        <w:rPr>
          <w:rFonts w:ascii="Consolas" w:hAnsi="Consolas"/>
          <w:color w:val="1E293B"/>
          <w:sz w:val="19"/>
        </w:rPr>
        <w:t>PythonJavaScriptJavaCopyfrom ds import TreeNode</w:t>
        <w:br/>
        <w:t xml:space="preserve">    </w:t>
        <w:br/>
        <w:t>def invert_binary_tree_recursive(root: TreeNode) -&gt; TreeNode:</w:t>
        <w:br/>
        <w:t xml:space="preserve">    # Base case: If the node is null, there's nothing to invert.</w:t>
        <w:br/>
        <w:t xml:space="preserve">    if not root:</w:t>
        <w:br/>
        <w:t xml:space="preserve">        return None</w:t>
        <w:br/>
        <w:t xml:space="preserve">    # Swap the left and right subtrees of the current node.</w:t>
        <w:br/>
        <w:t xml:space="preserve">    root.left, root.right = root.right, root.left</w:t>
        <w:br/>
        <w:t xml:space="preserve">    # Recursively invert the left and right subtrees.</w:t>
        <w:br/>
        <w:t xml:space="preserve">    invert_binary_tree_recursive(root.left)</w:t>
        <w:br/>
        <w:t xml:space="preserve">    invert_binary_tree_recursive(root.right)</w:t>
        <w:br/>
        <w:t xml:space="preserve">    return rootfunction invertBinaryTreeRecursive(root) {</w:t>
        <w:br/>
        <w:t xml:space="preserve">    // Base case: If the node is null, there's nothing to invert.</w:t>
        <w:br/>
        <w:t xml:space="preserve">    if (!root) {</w:t>
        <w:br/>
        <w:t xml:space="preserve">        return null;</w:t>
        <w:br/>
        <w:t xml:space="preserve">    }</w:t>
        <w:br/>
        <w:t xml:space="preserve">    // Swap the left and right subtrees of the current node.</w:t>
        <w:br/>
        <w:t xml:space="preserve">    [root.left, root.right] = [root.right, root.left];</w:t>
        <w:br/>
        <w:t xml:space="preserve">    // Recursively invert the left and right subtrees.</w:t>
        <w:br/>
        <w:t xml:space="preserve">    invertBinaryTreeRecursive(root.left);</w:t>
        <w:br/>
        <w:t xml:space="preserve">    invertBinaryTreeRecursive(root.right);</w:t>
        <w:br/>
        <w:t xml:space="preserve">    return root;</w:t>
        <w:br/>
        <w:t>}public class Solution {</w:t>
        <w:br/>
        <w:t xml:space="preserve">    public TreeNode invertBinaryTreeRecursive(TreeNode root) {</w:t>
        <w:br/>
        <w:t xml:space="preserve">        // Base case: If the node is null, there's nothing to invert.</w:t>
        <w:br/>
        <w:t xml:space="preserve">        if (root == null) {</w:t>
        <w:br/>
        <w:t xml:space="preserve">            return null;</w:t>
        <w:br/>
        <w:t xml:space="preserve">        }</w:t>
        <w:br/>
        <w:t xml:space="preserve">        // Swap the left and right subtrees of the current node.</w:t>
        <w:br/>
        <w:t xml:space="preserve">        TreeNode temp = root.left;</w:t>
        <w:br/>
        <w:t xml:space="preserve">        root.left = root.right;</w:t>
        <w:br/>
        <w:t xml:space="preserve">        root.right = temp;</w:t>
        <w:br/>
        <w:t xml:space="preserve">        // Recursively invert the left and right subtrees.</w:t>
        <w:br/>
        <w:t xml:space="preserve">        invertBinaryTreeRecursive(root.left);</w:t>
        <w:br/>
        <w:t xml:space="preserve">        invertBinaryTreeRecursive(root.right);</w:t>
        <w:br/>
        <w:t xml:space="preserve">        return root;</w:t>
        <w:br/>
        <w:t xml:space="preserve">    }</w:t>
        <w:br/>
        <w:t>}</w:t>
      </w:r>
    </w:p>
    <w:p>
      <w:pPr>
        <w:pStyle w:val="Heading3"/>
        <w:spacing w:before="320" w:after="120"/>
      </w:pPr>
      <w:r>
        <w:t>Complexity Analysis</w:t>
      </w:r>
    </w:p>
    <w:p>
      <w:pPr>
        <w:spacing w:after="160" w:line="276" w:lineRule="auto"/>
      </w:pPr>
      <w:r>
        <w:t>Time complexity:The time complexity ofinvert_binary_tree_recursiveisO(n)O(n)O(n), wherennndenotes the number of nodes in the tree. This is because the algorithm traverses each node of the binary tree exactly once.</w:t>
      </w:r>
    </w:p>
    <w:p>
      <w:pPr>
        <w:spacing w:after="160" w:line="276" w:lineRule="auto"/>
      </w:pPr>
      <w:r>
        <w:t>Space complexity:The space complexity isO(n)O(n)O(n)due to the space taken up by the recursive call stack, which can grow as large as the height of the binary tree. The largest possible height of a binary tree isnnn.</w:t>
      </w:r>
    </w:p>
    <w:p>
      <w:pPr>
        <w:pStyle w:val="Heading2"/>
        <w:spacing w:before="320" w:after="120"/>
      </w:pPr>
      <w:r>
        <w:t>Intuition - Iterative</w:t>
      </w:r>
    </w:p>
    <w:p>
      <w:pPr>
        <w:spacing w:after="160" w:line="276" w:lineRule="auto"/>
      </w:pPr>
      <w:r>
        <w:t>As a starting point, we can try developing an iterative DFS solution by using the recursive DFS solution as a reference. In the recursive solution, each time a call is made to the left or right child, it’s added to a recursive call stack.</w:t>
      </w:r>
    </w:p>
    <w:p>
      <w:pPr>
        <w:spacing w:after="160" w:line="276" w:lineRule="auto"/>
      </w:pPr>
      <w:r>
        <w:t>Ultimately, the recursive call stack is astack, which means we can use a stack to mimic the recursive approach. Let's try using a stack on the following tree. Start by adding the root node to the stack:</w:t>
      </w:r>
    </w:p>
    <w:p>
      <w:pPr>
        <w:spacing w:after="160" w:line="276" w:lineRule="auto"/>
      </w:pPr>
      <w:r>
        <w:t>The top of the stack contains the root node, node 5. Let’s pop it off so we can swap its left and right subtrees:</w:t>
      </w:r>
    </w:p>
    <w:p>
      <w:pPr>
        <w:spacing w:after="160" w:line="276" w:lineRule="auto"/>
      </w:pPr>
      <w:r>
        <w:t>After the swap, let’s add node 5’s left and right children to the stack so their subtrees can be inverted in future iterations:</w:t>
      </w:r>
    </w:p>
    <w:p>
      <w:pPr>
        <w:spacing w:after="160" w:line="276" w:lineRule="auto"/>
      </w:pPr>
      <w:r>
        <w:t>The node at the top of the stack is now node 1, which we should pop off to swap its left and right subtrees and add its children to the stack:</w:t>
      </w:r>
    </w:p>
    <w:p>
      <w:pPr>
        <w:spacing w:after="160" w:line="276" w:lineRule="auto"/>
      </w:pPr>
      <w:r>
        <w:t>We repeat the above process of iteratively swapping left and right subtrees until the stack is empty, indicating that all nodes have been processed.</w:t>
      </w:r>
    </w:p>
    <w:p>
      <w:pPr>
        <w:spacing w:before="160" w:after="160"/>
        <w:ind w:left="360"/>
      </w:pPr>
      <w:r>
        <w:rPr>
          <w:rFonts w:ascii="Consolas" w:hAnsi="Consolas"/>
          <w:color w:val="1E293B"/>
          <w:sz w:val="19"/>
        </w:rPr>
        <w:t>PythonJavaScriptJavaCopyfrom ds import TreeNode</w:t>
        <w:br/>
        <w:t xml:space="preserve">    </w:t>
        <w:br/>
        <w:t>def invert_binary_tree_iterative(root: TreeNode) -&gt; TreeNode:</w:t>
        <w:br/>
        <w:t xml:space="preserve">    if not root:</w:t>
        <w:br/>
        <w:t xml:space="preserve">        return None</w:t>
        <w:br/>
        <w:t xml:space="preserve">    stack = [root]</w:t>
        <w:br/>
        <w:t xml:space="preserve">    while stack:</w:t>
        <w:br/>
        <w:t xml:space="preserve">        node = stack.pop()</w:t>
        <w:br/>
        <w:t xml:space="preserve">        # Swap the left and right subtrees of the current node.</w:t>
        <w:br/>
        <w:t xml:space="preserve">        node.left, node.right = node.right, node.left</w:t>
        <w:br/>
        <w:t xml:space="preserve">        # Push the left and right subtrees onto the stack.</w:t>
        <w:br/>
        <w:t xml:space="preserve">        if node.left:</w:t>
        <w:br/>
        <w:t xml:space="preserve">            stack.append(node.left)</w:t>
        <w:br/>
        <w:t xml:space="preserve">        if node.right:</w:t>
        <w:br/>
        <w:t xml:space="preserve">            stack.append(node.right)</w:t>
        <w:br/>
        <w:t xml:space="preserve">    return rootfunction invertBinaryTreeIterative(root) {</w:t>
        <w:br/>
        <w:t xml:space="preserve">    if (!root) {</w:t>
        <w:br/>
        <w:t xml:space="preserve">        return null;</w:t>
        <w:br/>
        <w:t xml:space="preserve">    }</w:t>
        <w:br/>
        <w:t xml:space="preserve">    const stack = [root];</w:t>
        <w:br/>
        <w:t xml:space="preserve">    while (stack.length &gt; 0) {</w:t>
        <w:br/>
        <w:t xml:space="preserve">        const node = stack.pop();</w:t>
        <w:br/>
        <w:t xml:space="preserve">        // Swap the left and right subtrees of the current node.</w:t>
        <w:br/>
        <w:t xml:space="preserve">        [node.left, node.right] = [node.right, node.left];</w:t>
        <w:br/>
        <w:t xml:space="preserve">        // Push the left and right subtrees onto the stack.</w:t>
        <w:br/>
        <w:t xml:space="preserve">        if (node.left) {</w:t>
        <w:br/>
        <w:t xml:space="preserve">            stack.push(node.left);</w:t>
        <w:br/>
        <w:t xml:space="preserve">        }</w:t>
        <w:br/>
        <w:t xml:space="preserve">        if (node.right) {</w:t>
        <w:br/>
        <w:t xml:space="preserve">            stack.push(node.right);</w:t>
        <w:br/>
        <w:t xml:space="preserve">        }</w:t>
        <w:br/>
        <w:t xml:space="preserve">    }</w:t>
        <w:br/>
        <w:t xml:space="preserve">    return root;</w:t>
        <w:br/>
        <w:t>}import java.util.*;</w:t>
        <w:br/>
        <w:br/>
        <w:t>public class Solution {</w:t>
        <w:br/>
        <w:t xml:space="preserve">    public TreeNode invertBinaryTreeIterative(TreeNode root) {</w:t>
        <w:br/>
        <w:t xml:space="preserve">        if (root == null) {</w:t>
        <w:br/>
        <w:t xml:space="preserve">            return null;</w:t>
        <w:br/>
        <w:t xml:space="preserve">        }</w:t>
        <w:br/>
        <w:t xml:space="preserve">        Deque&lt;TreeNode&gt; stack = new ArrayDeque&lt;&gt;();</w:t>
        <w:br/>
        <w:t xml:space="preserve">        stack.push(root);</w:t>
        <w:br/>
        <w:t xml:space="preserve">        while (!stack.isEmpty()) {</w:t>
        <w:br/>
        <w:t xml:space="preserve">            TreeNode node = stack.pop();</w:t>
        <w:br/>
        <w:t xml:space="preserve">            // Swap the left and right subtrees of the current node.</w:t>
        <w:br/>
        <w:t xml:space="preserve">            TreeNode temp = node.left;</w:t>
        <w:br/>
        <w:t xml:space="preserve">            node.left = node.right;</w:t>
        <w:br/>
        <w:t xml:space="preserve">            node.right = temp;</w:t>
        <w:br/>
        <w:t xml:space="preserve">            // Push the left and right subtrees onto the stack.</w:t>
        <w:br/>
        <w:t xml:space="preserve">            if (node.left != null) {</w:t>
        <w:br/>
        <w:t xml:space="preserve">                stack.push(node.left);</w:t>
        <w:br/>
        <w:t xml:space="preserve">            }</w:t>
        <w:br/>
        <w:t xml:space="preserve">            if (node.right != null) {</w:t>
        <w:br/>
        <w:t xml:space="preserve">                stack.push(node.right);</w:t>
        <w:br/>
        <w:t xml:space="preserve">            }</w:t>
        <w:br/>
        <w:t xml:space="preserve">        }</w:t>
        <w:br/>
        <w:t xml:space="preserve">        return root;</w:t>
        <w:br/>
        <w:t xml:space="preserve">    }</w:t>
        <w:br/>
        <w:t>}</w:t>
      </w:r>
    </w:p>
    <w:p>
      <w:pPr>
        <w:pStyle w:val="Heading3"/>
        <w:spacing w:before="320" w:after="120"/>
      </w:pPr>
      <w:r>
        <w:t>Complexity Analysis</w:t>
      </w:r>
    </w:p>
    <w:p>
      <w:pPr>
        <w:spacing w:after="160" w:line="276" w:lineRule="auto"/>
      </w:pPr>
      <w:r>
        <w:t>Time complexity:The time complexity ofinvert_binary_tree_iterativeisO(n)O(n)O(n)because it processes each node in the binary tree exactly once.</w:t>
      </w:r>
    </w:p>
    <w:p>
      <w:pPr>
        <w:spacing w:after="160" w:line="276" w:lineRule="auto"/>
      </w:pPr>
      <w:r>
        <w:t>Space complexity:The space complexity isO(n)O(n)O(n)due to the space taken up by the stack, which can grow as large as the height of the binary tree. The largest possible height of a binary tree isnnn.</w:t>
      </w:r>
    </w:p>
    <w:p>
      <w:pPr>
        <w:pStyle w:val="Heading2"/>
        <w:spacing w:before="320" w:after="120"/>
      </w:pPr>
      <w:r>
        <w:t>Interview Tip</w:t>
      </w:r>
    </w:p>
    <w:p>
      <w:pPr>
        <w:spacing w:after="160" w:line="276" w:lineRule="auto"/>
      </w:pPr>
      <w:r>
        <w:t>Tip: Use a stack to convert a recursive solution to an iterative one.A common follow-up an interviewer may ask is to solve a problem iteratively rather than recursively. This approach is particularly useful when the tree’s height can be large, and we want to avoid potential stack overflow errors. For example, this could happen in Python, where the maximum recursion depth is set to 1000 by default. It's useful to understand that a stack can often be used to transform recursive solutions into iterative ones.</w:t>
      </w:r>
    </w:p>
    <w:p>
      <w:r>
        <w:br w:type="page"/>
      </w:r>
    </w:p>
    <w:p>
      <w:pPr>
        <w:pStyle w:val="Heading1"/>
        <w:spacing w:before="480" w:after="280"/>
      </w:pPr>
      <w:r>
        <w:rPr>
          <w:b/>
          <w:color w:val="008A60"/>
          <w:sz w:val="28"/>
        </w:rPr>
        <w:t>Chapter 60</w:t>
        <w:br/>
      </w:r>
      <w:r>
        <w:rPr>
          <w:b/>
          <w:color w:val="0F172A"/>
          <w:sz w:val="40"/>
        </w:rPr>
        <w:t>Balanced Binary Tree Validation</w:t>
      </w:r>
    </w:p>
    <w:p>
      <w:pPr>
        <w:spacing w:before="160" w:after="160"/>
        <w:ind w:left="360"/>
      </w:pPr>
      <w:r>
        <w:rPr>
          <w:rFonts w:ascii="Consolas" w:hAnsi="Consolas"/>
          <w:color w:val="1E293B"/>
          <w:sz w:val="19"/>
        </w:rPr>
        <w:t>Determine if a binary tree is height-balanced, meaning no node's left subtree and right subtree have a height difference greater than 1.Example:ExampleCopyOutput: False</w:t>
        <w:br/>
      </w:r>
    </w:p>
    <w:p>
      <w:pPr>
        <w:pStyle w:val="Heading2"/>
        <w:spacing w:before="320" w:after="120"/>
      </w:pPr>
      <w:r>
        <w:t>Intuition</w:t>
      </w:r>
    </w:p>
    <w:p>
      <w:pPr>
        <w:spacing w:after="160" w:line="276" w:lineRule="auto"/>
      </w:pPr>
      <w:r>
        <w:t>For a binary tree to be balanced, all its subtrees would need to be balanced too. This implies that the height difference between the left and right subtrees of each node should be at most 1. A difference greater than 1 indicates a height imbalance.</w:t>
      </w:r>
    </w:p>
    <w:p>
      <w:pPr>
        <w:spacing w:after="160" w:line="276" w:lineRule="auto"/>
      </w:pPr>
      <w:r>
        <w:t>This suggests we need a way to determine the heights of the left and right subtrees at each node in order to evaluate if the subtree rooting from that node is balanced or not.</w:t>
      </w:r>
    </w:p>
    <w:p>
      <w:pPr>
        <w:spacing w:after="160" w:line="276" w:lineRule="auto"/>
      </w:pPr>
      <w:r>
        <w:t>A key insight is thatthe height of a tree is equal to the depth of its deepest subtree, plus 1,to include the tree’s root node.</w:t>
      </w:r>
    </w:p>
    <w:p>
      <w:pPr>
        <w:spacing w:after="160" w:line="276" w:lineRule="auto"/>
      </w:pPr>
      <w:r>
        <w:t>The above formula reveals a recursive relationship, where we can recursively determine the heights of the left and right subtrees to calculate the height of the current subtree. Thebase caseof the recursion would be returning 0 upon encountering a null node, since they have a height of 0.</w:t>
      </w:r>
    </w:p>
    <w:p>
      <w:pPr>
        <w:spacing w:after="160" w:line="276" w:lineRule="auto"/>
      </w:pPr>
      <w:r>
        <w:t>The diagram below displays the heights returned from the left and right children of each node, and shows how we determine if a subtree is imbalanced. This highlights the recursive process, where values bubble up from the bottom and make their way up to the root node. At each node, we also evaluate whether that node represents a height-balanced subtree. This reveals an imbalance at node 7:</w:t>
      </w:r>
    </w:p>
    <w:p>
      <w:pPr>
        <w:spacing w:after="160" w:line="276" w:lineRule="auto"/>
      </w:pPr>
      <w:r>
        <w:t>However, there's a flaw in only returning the subtree’s height at each node: upon detecting node 7 is imbalanced, all we did about this was return its height to its parent node. This consequently means its parent node (node 5) could be mistakenly considered balanced.</w:t>
      </w:r>
    </w:p>
    <w:p>
      <w:pPr>
        <w:spacing w:after="160" w:line="276" w:lineRule="auto"/>
      </w:pPr>
      <w:r>
        <w:t>An important thing to remember is thatif one subtree is imbalanced, the entire tree is considered imbalanced. This means node 5 should also be marked as imbalanced. We can fix this by returning -1 upon encountering an imbalanced node, essentially informing parent nodes of this imbalance:</w:t>
      </w:r>
    </w:p>
    <w:p>
      <w:pPr>
        <w:spacing w:after="160" w:line="276" w:lineRule="auto"/>
      </w:pPr>
      <w:r>
        <w:t>To finalize our answer, we return false if the root node of the binary tree returns -1, and true otherwise.</w:t>
      </w:r>
    </w:p>
    <w:p>
      <w:pPr>
        <w:pStyle w:val="Heading2"/>
        <w:spacing w:before="320" w:after="120"/>
      </w:pPr>
      <w:r>
        <w:t>Implementation</w:t>
      </w:r>
    </w:p>
    <w:p>
      <w:pPr>
        <w:spacing w:before="160" w:after="160"/>
        <w:ind w:left="360"/>
      </w:pPr>
      <w:r>
        <w:rPr>
          <w:rFonts w:ascii="Consolas" w:hAnsi="Consolas"/>
          <w:color w:val="1E293B"/>
          <w:sz w:val="19"/>
        </w:rPr>
        <w:t>PythonJavaScriptJavaCopyfrom ds import TreeNode</w:t>
        <w:br/>
        <w:t xml:space="preserve">    </w:t>
        <w:br/>
        <w:t>def balanced_binary_tree_validation(root: TreeNode) -&gt; bool:</w:t>
        <w:br/>
        <w:t xml:space="preserve">    return get_height_imbalance(root) != -1</w:t>
        <w:br/>
        <w:t xml:space="preserve">    </w:t>
        <w:br/>
        <w:t>def get_height_imbalance(node: TreeNode) -&gt; int:</w:t>
        <w:br/>
        <w:t xml:space="preserve">    # Base case: if the node is null, its height is 0.</w:t>
        <w:br/>
        <w:t xml:space="preserve">    if not node:</w:t>
        <w:br/>
        <w:t xml:space="preserve">        return 0</w:t>
        <w:br/>
        <w:t xml:space="preserve">    # Recursively get the height of the left and right subtrees. If either subtree</w:t>
        <w:br/>
        <w:t xml:space="preserve">    # is imbalanced, propagate -1 up the tree.</w:t>
        <w:br/>
        <w:t xml:space="preserve">    left_height = get_height_imbalance(node.left)</w:t>
        <w:br/>
        <w:t xml:space="preserve">    right_height = get_height_imbalance(node.right)</w:t>
        <w:br/>
        <w:t xml:space="preserve">    if left_height == -1 or right_height == -1:</w:t>
        <w:br/>
        <w:t xml:space="preserve">        return -1</w:t>
        <w:br/>
        <w:t xml:space="preserve">    # If the current node's subtree is imbalanced (height difference &gt; 1), return -1.</w:t>
        <w:br/>
        <w:t xml:space="preserve">    if abs(left_height - right_height) &gt; 1:</w:t>
        <w:br/>
        <w:t xml:space="preserve">        return -1</w:t>
        <w:br/>
        <w:t xml:space="preserve">    # Return the height of the current subtree.</w:t>
        <w:br/>
        <w:t xml:space="preserve">    return 1 + max(left_height, right_height)function balancedBinaryTreeValidation(root) {</w:t>
        <w:br/>
        <w:t xml:space="preserve">    return getHeightImbalance(root) !== -1;</w:t>
        <w:br/>
        <w:t>}</w:t>
        <w:br/>
        <w:br/>
        <w:t>function getHeightImbalance(node) {</w:t>
        <w:br/>
        <w:t xml:space="preserve">    // Base case: if the node is null, its height is 0.</w:t>
        <w:br/>
        <w:t xml:space="preserve">    if (!node) {</w:t>
        <w:br/>
        <w:t xml:space="preserve">        return 0;</w:t>
        <w:br/>
        <w:t xml:space="preserve">    }</w:t>
        <w:br/>
        <w:t xml:space="preserve">    // Recursively get the height of the left and right subtrees. If either subtree</w:t>
        <w:br/>
        <w:t xml:space="preserve">    // is imbalanced, propagate -1 up the tree.</w:t>
        <w:br/>
        <w:t xml:space="preserve">    const leftHeight = getHeightImbalance(node.left);</w:t>
        <w:br/>
        <w:t xml:space="preserve">    const rightHeight = getHeightImbalance(node.right);</w:t>
        <w:br/>
        <w:t xml:space="preserve">    if (leftHeight === -1 || rightHeight === -1) {</w:t>
        <w:br/>
        <w:t xml:space="preserve">        return -1;</w:t>
        <w:br/>
        <w:t xml:space="preserve">    }</w:t>
        <w:br/>
        <w:t xml:space="preserve">    // If the current node's subtree is imbalanced (height difference &gt; 1), return -1.</w:t>
        <w:br/>
        <w:t xml:space="preserve">    if (Math.abs(leftHeight - rightHeight) &gt; 1) {</w:t>
        <w:br/>
        <w:t xml:space="preserve">        return -1;</w:t>
        <w:br/>
        <w:t xml:space="preserve">    }</w:t>
        <w:br/>
        <w:t xml:space="preserve">    // Return the height of the current subtree.</w:t>
        <w:br/>
        <w:t xml:space="preserve">    return 1 + Math.max(leftHeight, rightHeight);</w:t>
        <w:br/>
        <w:t>}public class Solution {</w:t>
        <w:br/>
        <w:t xml:space="preserve">    public boolean balancedBinaryTreeValidation(TreeNode root) {</w:t>
        <w:br/>
        <w:t xml:space="preserve">        return getHeightImbalance(root) != -1;</w:t>
        <w:br/>
        <w:t xml:space="preserve">    }</w:t>
        <w:br/>
        <w:br/>
        <w:t xml:space="preserve">    private int getHeightImbalance(TreeNode node) {</w:t>
        <w:br/>
        <w:t xml:space="preserve">        // Base case: if the node is null, its height is 0.</w:t>
        <w:br/>
        <w:t xml:space="preserve">        if (node == null) {</w:t>
        <w:br/>
        <w:t xml:space="preserve">            return 0;</w:t>
        <w:br/>
        <w:t xml:space="preserve">        }</w:t>
        <w:br/>
        <w:t xml:space="preserve">        // Recursively get the height of the left and right subtrees. If either subtree</w:t>
        <w:br/>
        <w:t xml:space="preserve">        // is imbalanced, propagate -1 up the tree.</w:t>
        <w:br/>
        <w:t xml:space="preserve">        int leftHeight = getHeightImbalance(node.left);</w:t>
        <w:br/>
        <w:t xml:space="preserve">        int rightHeight = getHeightImbalance(node.right);</w:t>
        <w:br/>
        <w:t xml:space="preserve">        if (leftHeight == -1 || rightHeight == -1) {</w:t>
        <w:br/>
        <w:t xml:space="preserve">            return -1;</w:t>
        <w:br/>
        <w:t xml:space="preserve">        }</w:t>
        <w:br/>
        <w:t xml:space="preserve">        // If the current node's subtree is imbalanced (height difference &gt; 1), return -1.</w:t>
        <w:br/>
        <w:t xml:space="preserve">        if (Math.abs(leftHeight - rightHeight) &gt; 1) {</w:t>
        <w:br/>
        <w:t xml:space="preserve">            return -1;</w:t>
        <w:br/>
        <w:t xml:space="preserve">        }</w:t>
        <w:br/>
        <w:t xml:space="preserve">        // Return the height of the current subtree.</w:t>
        <w:br/>
        <w:t xml:space="preserve">        return 1 + Math.max(leftHeight, rightHeight);</w:t>
        <w:br/>
        <w:t xml:space="preserve">    }</w:t>
        <w:br/>
        <w:t>}</w:t>
      </w:r>
    </w:p>
    <w:p>
      <w:pPr>
        <w:pStyle w:val="Heading3"/>
        <w:spacing w:before="320" w:after="120"/>
      </w:pPr>
      <w:r>
        <w:t>Complexity Analysis</w:t>
      </w:r>
    </w:p>
    <w:p>
      <w:pPr>
        <w:spacing w:after="160" w:line="276" w:lineRule="auto"/>
      </w:pPr>
      <w:r>
        <w:t>Time complexity:The time complexity ofbalanced_binary_tree_validationisO(n)O(n)O(n), wherennndenotes the number of nodes in the tree. This is because it recursively traverses each node of the tree once.</w:t>
      </w:r>
    </w:p>
    <w:p>
      <w:pPr>
        <w:spacing w:after="160" w:line="276" w:lineRule="auto"/>
      </w:pPr>
      <w:r>
        <w:t>Space complexity:The space complexity isO(n)O(n)O(n)due to the space taken up by the recursive call stack, which can grow as large as the height of the binary tree. The largest possible height of a binary tree isnnn.</w:t>
      </w:r>
    </w:p>
    <w:p>
      <w:r>
        <w:br w:type="page"/>
      </w:r>
    </w:p>
    <w:p>
      <w:pPr>
        <w:pStyle w:val="Heading1"/>
        <w:spacing w:before="480" w:after="280"/>
      </w:pPr>
      <w:r>
        <w:rPr>
          <w:b/>
          <w:color w:val="008A60"/>
          <w:sz w:val="28"/>
        </w:rPr>
        <w:t>Chapter 61</w:t>
        <w:br/>
      </w:r>
      <w:r>
        <w:rPr>
          <w:b/>
          <w:color w:val="0F172A"/>
          <w:sz w:val="40"/>
        </w:rPr>
        <w:t>Rightmost Nodes of a Binary Tree</w:t>
      </w:r>
    </w:p>
    <w:p>
      <w:pPr>
        <w:spacing w:before="160" w:after="160"/>
        <w:ind w:left="360"/>
      </w:pPr>
      <w:r>
        <w:rPr>
          <w:rFonts w:ascii="Consolas" w:hAnsi="Consolas"/>
          <w:color w:val="1E293B"/>
          <w:sz w:val="19"/>
        </w:rPr>
        <w:t>Return an array containing the values of the rightmost nodes at each level of a binary tree.Example:ExampleCopyOutput: [1, 3, 6, 11]</w:t>
        <w:br/>
      </w:r>
    </w:p>
    <w:p>
      <w:pPr>
        <w:pStyle w:val="Heading2"/>
        <w:spacing w:before="320" w:after="120"/>
      </w:pPr>
      <w:r>
        <w:t>Intuition</w:t>
      </w:r>
    </w:p>
    <w:p>
      <w:pPr>
        <w:spacing w:after="160" w:line="276" w:lineRule="auto"/>
      </w:pPr>
      <w:r>
        <w:t>At first glance, the solution to this problem might seem as simple as traversing the rightmost branch of the tree until we reach a leaf node. But this doesn’t work. Why not? Consider the tree below. We see that traversing just the rightmost branch results in missing the rightmost node at the fourth level of the tree:</w:t>
      </w:r>
    </w:p>
    <w:p>
      <w:pPr>
        <w:spacing w:after="160" w:line="276" w:lineRule="auto"/>
      </w:pPr>
      <w:r>
        <w:t>This means we need to consider the entire tree to attain the correct output, and not just a single branch. What would be useful is a way to traverse the tree level by level, allowing us to identify and retrieve the last (i.e., rightmost) node at each level.</w:t>
      </w:r>
    </w:p>
    <w:p>
      <w:pPr>
        <w:spacing w:after="160" w:line="276" w:lineRule="auto"/>
      </w:pPr>
      <w:r>
        <w:t>We know BFS traverses nodes level by level. However, standard BFS doesn't provide explicit markers for when one level ends and another begins. In contrast, there is a type of BFS traversal that allows us to process one level at a time. This algorithm is called level-order traversal.</w:t>
      </w:r>
    </w:p>
    <w:p>
      <w:pPr>
        <w:spacing w:after="160" w:line="276" w:lineRule="auto"/>
      </w:pPr>
      <w:r>
        <w:t>Level-order traversalThe core idea of level-order traversal is that at any level of the tree, the children of the nodes at that level comprise the next level. This means the children of level 1’s nodes make up level 2, and likewise, the children of level 2’s nodes make up level 3, and so on. To see how this works, consider the binary tree below, with the BFS queue initialized with the tree’s root node:</w:t>
      </w:r>
    </w:p>
    <w:p>
      <w:pPr>
        <w:spacing w:after="160" w:line="276" w:lineRule="auto"/>
      </w:pPr>
      <w:r>
        <w:t>We know level 1 consists of only the root node. So, the children of the root make up the nodes of the second level. Let’s pop the root node off and then add its children to the queue:</w:t>
      </w:r>
    </w:p>
    <w:p>
      <w:pPr>
        <w:spacing w:after="160" w:line="276" w:lineRule="auto"/>
      </w:pPr>
      <w:r>
        <w:t>Since we've removed the only level 1 node from the queue and added its children, the queue now only contains the nodes of level 2. Therefore,the size of the queue currently corresponds to the number of nodes in level 2.</w:t>
      </w:r>
    </w:p>
    <w:p>
      <w:pPr>
        <w:spacing w:after="160" w:line="276" w:lineRule="auto"/>
      </w:pPr>
      <w:r>
        <w:t>The current queue size is 2, indicating the second level has 2 nodes. So, let’s pop off the next 2 nodes in the queue and add their children to the queue:</w:t>
      </w:r>
    </w:p>
    <w:p>
      <w:pPr>
        <w:spacing w:after="160" w:line="276" w:lineRule="auto"/>
      </w:pPr>
      <w:r>
        <w:t>After the two nodes on the second level have been popped off the queue, the remaining nodes in the queue represent the third level.</w:t>
      </w:r>
    </w:p>
    <w:p>
      <w:pPr>
        <w:spacing w:after="160" w:line="276" w:lineRule="auto"/>
      </w:pPr>
      <w:r>
        <w:t>The size of the queue is 3, meaning that to process the third level, we must process the next 3 nodes.</w:t>
      </w:r>
    </w:p>
    <w:p>
      <w:pPr>
        <w:spacing w:after="160" w:line="276" w:lineRule="auto"/>
      </w:pPr>
      <w:r>
        <w:t>To summarize this process, we start by placing the root node in the queue, where the root node represents the first level. Then, begin BFS by entering a while-loop that continues until the queue is empty, meaning all nodes in the tree have been visited. For level-order traversal:</w:t>
      </w:r>
    </w:p>
    <w:p>
      <w:pPr>
        <w:pStyle w:val="ListNumber"/>
      </w:pPr>
      <w:r>
        <w:t>Determine the level size: Collect the current size of the queue (level_size) to find the number of nodes in the current level. Initially, the queue will only contain the root node, indicating the first level is of size 1.</w:t>
      </w:r>
    </w:p>
    <w:p>
      <w:pPr>
        <w:pStyle w:val="ListNumber"/>
      </w:pPr>
      <w:r>
        <w:t>Process the current level: For each node at this level, pop it from the queue and add its children to the queue.</w:t>
      </w:r>
    </w:p>
    <w:p>
      <w:pPr>
        <w:spacing w:after="160" w:line="276" w:lineRule="auto"/>
      </w:pPr>
      <w:r>
        <w:t>After processing all nodes of the current level, the queue contains all the nodes of the next level. Repeat steps 1 and 2 to process the next level. When the queue is empty, all levels have been processed.</w:t>
      </w:r>
    </w:p>
    <w:p>
      <w:pPr>
        <w:spacing w:after="160" w:line="276" w:lineRule="auto"/>
      </w:pPr>
      <w:r>
        <w:t>Once we know how to traverse the tree level by level, the rightmost node at each level is obtained by collecting that level’s last node:</w:t>
      </w:r>
    </w:p>
    <w:p>
      <w:pPr>
        <w:pStyle w:val="Heading2"/>
        <w:spacing w:before="320" w:after="120"/>
      </w:pPr>
      <w:r>
        <w:t>Implementation</w:t>
      </w:r>
    </w:p>
    <w:p>
      <w:pPr>
        <w:spacing w:before="160" w:after="160"/>
        <w:ind w:left="360"/>
      </w:pPr>
      <w:r>
        <w:rPr>
          <w:rFonts w:ascii="Consolas" w:hAnsi="Consolas"/>
          <w:color w:val="1E293B"/>
          <w:sz w:val="19"/>
        </w:rPr>
        <w:t>PythonJavaScriptJavaCopyfrom ds import TreeNode</w:t>
        <w:br/>
        <w:t xml:space="preserve">    </w:t>
        <w:br/>
        <w:t>def rightmost_nodes_of_a_binary_tree(root: TreeNode) -&gt; List[int]:</w:t>
        <w:br/>
        <w:t xml:space="preserve">    if not root:</w:t>
        <w:br/>
        <w:t xml:space="preserve">        return []</w:t>
        <w:br/>
        <w:t xml:space="preserve">    res = []</w:t>
        <w:br/>
        <w:t xml:space="preserve">    queue = deque([root])</w:t>
        <w:br/>
        <w:t xml:space="preserve">    while queue:</w:t>
        <w:br/>
        <w:t xml:space="preserve">        level_size = len(queue)</w:t>
        <w:br/>
        <w:t xml:space="preserve">        # Add all the non-null child nodes of the current level to the queue.</w:t>
        <w:br/>
        <w:t xml:space="preserve">        for i in range(level_size):</w:t>
        <w:br/>
        <w:t xml:space="preserve">            node = queue.popleft()</w:t>
        <w:br/>
        <w:t xml:space="preserve">            if node.left:</w:t>
        <w:br/>
        <w:t xml:space="preserve">                queue.append(node.left)</w:t>
        <w:br/>
        <w:t xml:space="preserve">            if node.right:</w:t>
        <w:br/>
        <w:t xml:space="preserve">                queue.append(node.right)</w:t>
        <w:br/>
        <w:t xml:space="preserve">            # Record this level's last node to the result array.</w:t>
        <w:br/>
        <w:t xml:space="preserve">            if i == level_size - 1:</w:t>
        <w:br/>
        <w:t xml:space="preserve">                res.append(node.val)</w:t>
        <w:br/>
        <w:t xml:space="preserve">    return resfunction rightmostNodesOfABinaryTree(root) {</w:t>
        <w:br/>
        <w:t xml:space="preserve">    if (!root) {</w:t>
        <w:br/>
        <w:t xml:space="preserve">        return [];</w:t>
        <w:br/>
        <w:t xml:space="preserve">    }</w:t>
        <w:br/>
        <w:t xml:space="preserve">    const res = [];</w:t>
        <w:br/>
        <w:t xml:space="preserve">    const queue = [root];</w:t>
        <w:br/>
        <w:t xml:space="preserve">    while (queue.length &gt; 0) {</w:t>
        <w:br/>
        <w:t xml:space="preserve">        const levelSize = queue.length;</w:t>
        <w:br/>
        <w:t xml:space="preserve">        // Add all the non-null child nodes of the current level to the queue.</w:t>
        <w:br/>
        <w:t xml:space="preserve">        for (let i = 0; i &lt; levelSize; i++) {</w:t>
        <w:br/>
        <w:t xml:space="preserve">            const node = queue.shift();</w:t>
        <w:br/>
        <w:t xml:space="preserve">            if (node.left) {</w:t>
        <w:br/>
        <w:t xml:space="preserve">                queue.push(node.left);</w:t>
        <w:br/>
        <w:t xml:space="preserve">            }</w:t>
        <w:br/>
        <w:t xml:space="preserve">            if (node.right) {</w:t>
        <w:br/>
        <w:t xml:space="preserve">                queue.push(node.right);</w:t>
        <w:br/>
        <w:t xml:space="preserve">            }</w:t>
        <w:br/>
        <w:t xml:space="preserve">            // Record this level's last node to the result array.</w:t>
        <w:br/>
        <w:t xml:space="preserve">            if (i === levelSize - 1) {</w:t>
        <w:br/>
        <w:t xml:space="preserve">                res.push(node.val);</w:t>
        <w:br/>
        <w:t xml:space="preserve">            }</w:t>
        <w:br/>
        <w:t xml:space="preserve">        }</w:t>
        <w:br/>
        <w:t xml:space="preserve">    }</w:t>
        <w:br/>
        <w:t xml:space="preserve">    return res;</w:t>
        <w:br/>
        <w:t>}import java.util.*;</w:t>
        <w:br/>
        <w:br/>
        <w:t>public class Solution {</w:t>
        <w:br/>
        <w:t xml:space="preserve">    public List&lt;Integer&gt; rightmostNodesOfABinaryTree(TreeNode root) {</w:t>
        <w:br/>
        <w:t xml:space="preserve">        if (root == null) {</w:t>
        <w:br/>
        <w:t xml:space="preserve">            return new ArrayList&lt;&gt;();</w:t>
        <w:br/>
        <w:t xml:space="preserve">        }</w:t>
        <w:br/>
        <w:t xml:space="preserve">        List&lt;Integer&gt; res = new ArrayList&lt;&gt;();</w:t>
        <w:br/>
        <w:t xml:space="preserve">        Queue&lt;TreeNode&gt; queue = new LinkedList&lt;&gt;();</w:t>
        <w:br/>
        <w:t xml:space="preserve">        queue.offer(root);</w:t>
        <w:br/>
        <w:t xml:space="preserve">        while (!queue.isEmpty()) {</w:t>
        <w:br/>
        <w:t xml:space="preserve">            int levelSize = queue.size();</w:t>
        <w:br/>
        <w:t xml:space="preserve">            // Add all the non-null child nodes of the current level to the queue.</w:t>
        <w:br/>
        <w:t xml:space="preserve">            for (int i = 0; i &lt; levelSize; i++) {</w:t>
        <w:br/>
        <w:t xml:space="preserve">                TreeNode node = queue.poll();</w:t>
        <w:br/>
        <w:t xml:space="preserve">                if (node.left != null) {</w:t>
        <w:br/>
        <w:t xml:space="preserve">                    queue.offer(node.left);</w:t>
        <w:br/>
        <w:t xml:space="preserve">                }</w:t>
        <w:br/>
        <w:t xml:space="preserve">                if (node.right != null) {</w:t>
        <w:br/>
        <w:t xml:space="preserve">                    queue.offer(node.right);</w:t>
        <w:br/>
        <w:t xml:space="preserve">                }</w:t>
        <w:br/>
        <w:t xml:space="preserve">                // Record this level's last node to the result array.</w:t>
        <w:br/>
        <w:t xml:space="preserve">                if (i == levelSize - 1) {</w:t>
        <w:br/>
        <w:t xml:space="preserve">                    res.add(node.val);</w:t>
        <w:br/>
        <w:t xml:space="preserve">                }</w:t>
        <w:br/>
        <w:t xml:space="preserve">            }</w:t>
        <w:br/>
        <w:t xml:space="preserve">        }</w:t>
        <w:br/>
        <w:t xml:space="preserve">        return res;</w:t>
        <w:br/>
        <w:t xml:space="preserve">    }</w:t>
        <w:br/>
        <w:t>}</w:t>
      </w:r>
    </w:p>
    <w:p>
      <w:pPr>
        <w:pStyle w:val="Heading3"/>
        <w:spacing w:before="320" w:after="120"/>
      </w:pPr>
      <w:r>
        <w:t>Complexity Analysis</w:t>
      </w:r>
    </w:p>
    <w:p>
      <w:pPr>
        <w:spacing w:after="160" w:line="276" w:lineRule="auto"/>
      </w:pPr>
      <w:r>
        <w:t>Time complexity:The time complexity ofrightmost_nodes_of_a_binary_treeisO(n)O(n)O(n), wherennndenotes the number of nodes in the tree. This is because we process each node of the tree once during the level-order traversal.</w:t>
      </w:r>
    </w:p>
    <w:p>
      <w:pPr>
        <w:spacing w:after="160" w:line="276" w:lineRule="auto"/>
      </w:pPr>
      <w:r>
        <w:t>Space complexity:The space complexity isO(n)O(n)O(n)due to the space taken up by the queue. The queue’s size will grow as large as the level with the most nodes. In the worst case, this occurs at the final level when all the last-level nodes are non-null, totaling approximatelyn/2n/2n/2nodes. Note that theresarray does not contribute to the space complexity.</w:t>
      </w:r>
    </w:p>
    <w:p>
      <w:r>
        <w:br w:type="page"/>
      </w:r>
    </w:p>
    <w:p>
      <w:pPr>
        <w:pStyle w:val="Heading1"/>
        <w:spacing w:before="480" w:after="280"/>
      </w:pPr>
      <w:r>
        <w:rPr>
          <w:b/>
          <w:color w:val="008A60"/>
          <w:sz w:val="28"/>
        </w:rPr>
        <w:t>Chapter 62</w:t>
        <w:br/>
      </w:r>
      <w:r>
        <w:rPr>
          <w:b/>
          <w:color w:val="0F172A"/>
          <w:sz w:val="40"/>
        </w:rPr>
        <w:t>Widest Binary Tree Level</w:t>
      </w:r>
    </w:p>
    <w:p>
      <w:pPr>
        <w:spacing w:before="160" w:after="160"/>
        <w:ind w:left="360"/>
      </w:pPr>
      <w:r>
        <w:rPr>
          <w:rFonts w:ascii="Consolas" w:hAnsi="Consolas"/>
          <w:color w:val="1E293B"/>
          <w:sz w:val="19"/>
        </w:rPr>
        <w:t>Return the width of the widest level in a binary tree, where the width of a level is defined as the distance between its leftmost and rightmost non-null nodes.Example:ExampleCopyOutput: 7</w:t>
        <w:br/>
      </w:r>
    </w:p>
    <w:p>
      <w:pPr>
        <w:pStyle w:val="Heading2"/>
        <w:spacing w:before="320" w:after="120"/>
      </w:pPr>
      <w:r>
        <w:t>Intuition</w:t>
      </w:r>
    </w:p>
    <w:p>
      <w:pPr>
        <w:spacing w:after="160" w:line="276" w:lineRule="auto"/>
      </w:pPr>
      <w:r>
        <w:t>Let's first understand how width is defined in a binary tree. An important distinction to make is that the width of a level is not necessarily equivalent to the number of nodes in that level.</w:t>
      </w:r>
    </w:p>
    <w:p>
      <w:pPr>
        <w:spacing w:after="160" w:line="276" w:lineRule="auto"/>
      </w:pPr>
      <w:r>
        <w:t>As we can see, the null nodes between the leftmost and rightmost nodes are considered in the width, as well.</w:t>
      </w:r>
    </w:p>
    <w:p>
      <w:pPr>
        <w:spacing w:after="160" w:line="276" w:lineRule="auto"/>
      </w:pPr>
      <w:r>
        <w:t>Think about a data structure in which determining the width or distance between two elements is simple, such as an array, where the distance of two elements can be obtained by the difference between their indexes. If our binary tree also has indexes, it would similarly be possible to obtain the width between two nodes at a level. Let’s explore a method to assign an index to each node.</w:t>
      </w:r>
    </w:p>
    <w:p>
      <w:pPr>
        <w:spacing w:after="160" w:line="276" w:lineRule="auto"/>
      </w:pPr>
      <w:r>
        <w:t>Indexing a binary treeBelow, we see how indexes can be assigned at each node, starting with index 0 for the root node:</w:t>
      </w:r>
    </w:p>
    <w:p>
      <w:pPr>
        <w:spacing w:after="160" w:line="276" w:lineRule="auto"/>
      </w:pPr>
      <w:r>
        <w:t>These indexes enable us to calculate the width of a level usingrightmost_index - leftmost_index + 1, as shown in the diagram above. Note, the indexes at the null nodes are added only for visualization.</w:t>
      </w:r>
    </w:p>
    <w:p>
      <w:pPr>
        <w:spacing w:after="160" w:line="276" w:lineRule="auto"/>
      </w:pPr>
      <w:r>
        <w:t>But how can we set up something like this? The key observation is that each node's index can be determined from its parent's index. We can derive the following relationship for any node at indexi:</w:t>
      </w:r>
    </w:p>
    <w:p>
      <w:pPr>
        <w:pStyle w:val="ListBullet"/>
      </w:pPr>
      <w:r>
        <w:t>Itsleft childwill be at index2*i + 1.</w:t>
      </w:r>
    </w:p>
    <w:p>
      <w:pPr>
        <w:pStyle w:val="ListBullet"/>
      </w:pPr>
      <w:r>
        <w:t>Itsright childwill be at index2*i + 2.</w:t>
      </w:r>
    </w:p>
    <w:p>
      <w:pPr>
        <w:spacing w:after="160" w:line="276" w:lineRule="auto"/>
      </w:pPr>
      <w:r>
        <w:t>Now, we just need a way to traverse each level of the tree to determine the width at individual levels, allowing us to obtain the width of the widest level in the tree. We can use level-order traversal for this.</w:t>
      </w:r>
    </w:p>
    <w:p>
      <w:pPr>
        <w:spacing w:after="160" w:line="276" w:lineRule="auto"/>
      </w:pPr>
      <w:r>
        <w:t>Level-order traversalIf you're unfamiliar with the level-order traversal algorithm, study theRightmost Nodes of a Binary Treeproblem before continuing.</w:t>
      </w:r>
    </w:p>
    <w:p>
      <w:pPr>
        <w:spacing w:after="160" w:line="276" w:lineRule="auto"/>
      </w:pPr>
      <w:r>
        <w:t>Remember, level-order traversal utilizes a queue to process the binary tree nodes. In this problem, whenever we push a node into this queue, we also push its respective index along with it, to know which index it’s associated with.</w:t>
      </w:r>
    </w:p>
    <w:p>
      <w:pPr>
        <w:spacing w:after="160" w:line="276" w:lineRule="auto"/>
      </w:pPr>
      <w:r>
        <w:t>The width of a level can be calculated usingrightmost_index - leftmost_index + 1. To perform this calculation, we need the index of the first (leftmost) and last (rightmost) nodes of that level. Here’s how we obtain these indexes:</w:t>
      </w:r>
    </w:p>
    <w:p>
      <w:pPr>
        <w:pStyle w:val="ListBullet"/>
      </w:pPr>
      <w:r>
        <w:t>Setleftmost_indexto the index at the first node of the level.</w:t>
      </w:r>
    </w:p>
    <w:p>
      <w:pPr>
        <w:pStyle w:val="ListBullet"/>
      </w:pPr>
      <w:r>
        <w:t>Startrightmost_indexat the same point asleftmost_indexand update it as we traverse the level. This way, it will eventually be set to the last index after traversing the level.</w:t>
      </w:r>
    </w:p>
    <w:p>
      <w:pPr>
        <w:spacing w:after="160" w:line="276" w:lineRule="auto"/>
      </w:pPr>
      <w:r>
        <w:t>As we calculate the width at each level, we keep track of the largest width usingmax_width, representing the width of the widest level in the binary tree.</w:t>
      </w:r>
    </w:p>
    <w:p>
      <w:pPr>
        <w:pStyle w:val="Heading2"/>
        <w:spacing w:before="320" w:after="120"/>
      </w:pPr>
      <w:r>
        <w:t>Implementation</w:t>
      </w:r>
    </w:p>
    <w:p>
      <w:pPr>
        <w:spacing w:before="160" w:after="160"/>
        <w:ind w:left="360"/>
      </w:pPr>
      <w:r>
        <w:rPr>
          <w:rFonts w:ascii="Consolas" w:hAnsi="Consolas"/>
          <w:color w:val="1E293B"/>
          <w:sz w:val="19"/>
        </w:rPr>
        <w:t>PythonJavaScriptJavaCopyfrom ds import TreeNode</w:t>
        <w:br/>
        <w:t xml:space="preserve">    </w:t>
        <w:br/>
        <w:t>def widest_binary_tree_level(root: TreeNode) -&gt; int:</w:t>
        <w:br/>
        <w:t xml:space="preserve">    if not root:</w:t>
        <w:br/>
        <w:t xml:space="preserve">        return 0</w:t>
        <w:br/>
        <w:t xml:space="preserve">    max_width = 0</w:t>
        <w:br/>
        <w:t xml:space="preserve">    queue = deque([(root, 0)])  # Stores (node, index) pairs.</w:t>
        <w:br/>
        <w:t xml:space="preserve">    while queue:</w:t>
        <w:br/>
        <w:t xml:space="preserve">        level_size = len(queue)</w:t>
        <w:br/>
        <w:t xml:space="preserve">        # Set the 'leftmost_index' to the index of the first node in this level. Start</w:t>
        <w:br/>
        <w:t xml:space="preserve">        # 'rightmost_index' at the same point as 'leftmost_index' and update it as we</w:t>
        <w:br/>
        <w:t xml:space="preserve">        # traverse the level, eventually positioning it at the last node.</w:t>
        <w:br/>
        <w:t xml:space="preserve">        leftmost_index = queue[0][1]</w:t>
        <w:br/>
        <w:t xml:space="preserve">        rightmost_index = leftmost_index</w:t>
        <w:br/>
        <w:t xml:space="preserve">        # Process all nodes at the current level.</w:t>
        <w:br/>
        <w:t xml:space="preserve">        for _ in range(level_size):</w:t>
        <w:br/>
        <w:t xml:space="preserve">            node, i = queue.popleft()</w:t>
        <w:br/>
        <w:t xml:space="preserve">            if node.left:</w:t>
        <w:br/>
        <w:t xml:space="preserve">                queue.append((node.left, 2*i + 1))</w:t>
        <w:br/>
        <w:t xml:space="preserve">            if node.right:</w:t>
        <w:br/>
        <w:t xml:space="preserve">                queue.append((node.right, 2*i + 2))</w:t>
        <w:br/>
        <w:t xml:space="preserve">            rightmost_index = i</w:t>
        <w:br/>
        <w:t xml:space="preserve">        max_width = max(max_width, rightmost_index - leftmost_index + 1)</w:t>
        <w:br/>
        <w:t xml:space="preserve">    return max_widthfunction widestBinaryTreeLevel(root) {</w:t>
        <w:br/>
        <w:t xml:space="preserve">    if (!root) {</w:t>
        <w:br/>
        <w:t xml:space="preserve">        return 0;</w:t>
        <w:br/>
        <w:t xml:space="preserve">    }</w:t>
        <w:br/>
        <w:t xml:space="preserve">    let maxWidth = 0;</w:t>
        <w:br/>
        <w:t xml:space="preserve">    const queue = [[root, 0]];  // Stores (node, index) pairs.</w:t>
        <w:br/>
        <w:t xml:space="preserve">    while (queue.length &gt; 0) {</w:t>
        <w:br/>
        <w:t xml:space="preserve">        const levelSize = queue.length;</w:t>
        <w:br/>
        <w:t xml:space="preserve">        // Set the 'leftmost_index' to the index of the first node in this level. Start</w:t>
        <w:br/>
        <w:t xml:space="preserve">        // 'rightmost_index' at the same point as 'leftmost_index' and update it as we</w:t>
        <w:br/>
        <w:t xml:space="preserve">        // traverse the level, eventually positioning it at the last node.</w:t>
        <w:br/>
        <w:t xml:space="preserve">        const leftmostIndex = queue[0][1];</w:t>
        <w:br/>
        <w:t xml:space="preserve">        let rightmostIndex = leftmostIndex;</w:t>
        <w:br/>
        <w:t xml:space="preserve">        // Process all nodes at the current level.</w:t>
        <w:br/>
        <w:t xml:space="preserve">        for (let j = 0; j &lt; levelSize; j++) {</w:t>
        <w:br/>
        <w:t xml:space="preserve">            const [node, i] = queue.shift();</w:t>
        <w:br/>
        <w:t xml:space="preserve">            if (node.left) {</w:t>
        <w:br/>
        <w:t xml:space="preserve">                queue.push([node.left, 2 * i + 1]);</w:t>
        <w:br/>
        <w:t xml:space="preserve">            }</w:t>
        <w:br/>
        <w:t xml:space="preserve">            if (node.right) {</w:t>
        <w:br/>
        <w:t xml:space="preserve">                queue.push([node.right, 2 * i + 2]);</w:t>
        <w:br/>
        <w:t xml:space="preserve">            }</w:t>
        <w:br/>
        <w:t xml:space="preserve">            rightmostIndex = i;</w:t>
        <w:br/>
        <w:t xml:space="preserve">        }</w:t>
        <w:br/>
        <w:t xml:space="preserve">        maxWidth = Math.max(maxWidth, rightmostIndex - leftmostIndex + 1);</w:t>
        <w:br/>
        <w:t xml:space="preserve">    }</w:t>
        <w:br/>
        <w:t xml:space="preserve">    return maxWidth;</w:t>
        <w:br/>
        <w:t>}import java.util.*;</w:t>
        <w:br/>
        <w:br/>
        <w:t>public class Solution {</w:t>
        <w:br/>
        <w:t xml:space="preserve">    static class Element {</w:t>
        <w:br/>
        <w:t xml:space="preserve">        TreeNode node;</w:t>
        <w:br/>
        <w:t xml:space="preserve">        int index;</w:t>
        <w:br/>
        <w:br/>
        <w:t xml:space="preserve">        Element(TreeNode node, int index) {</w:t>
        <w:br/>
        <w:t xml:space="preserve">            this.node = node;</w:t>
        <w:br/>
        <w:t xml:space="preserve">            this.index = index;</w:t>
        <w:br/>
        <w:t xml:space="preserve">        }</w:t>
        <w:br/>
        <w:t xml:space="preserve">    }</w:t>
        <w:br/>
        <w:br/>
        <w:t xml:space="preserve">    public int widestBinaryTreeLevel(TreeNode root) {</w:t>
        <w:br/>
        <w:t xml:space="preserve">        if (root == null) {</w:t>
        <w:br/>
        <w:t xml:space="preserve">            return 0;</w:t>
        <w:br/>
        <w:t xml:space="preserve">        }</w:t>
        <w:br/>
        <w:t xml:space="preserve">        int maxWidth = 0;</w:t>
        <w:br/>
        <w:t xml:space="preserve">        Queue&lt;Element&gt; queue = new LinkedList&lt;&gt;();  // Stores (node, index) pairs.</w:t>
        <w:br/>
        <w:t xml:space="preserve">        queue.offer(new Element(root, 0));</w:t>
        <w:br/>
        <w:t xml:space="preserve">        while (!queue.isEmpty()) {</w:t>
        <w:br/>
        <w:t xml:space="preserve">            int levelSize = queue.size();</w:t>
        <w:br/>
        <w:t xml:space="preserve">            // Set the 'leftmost_index' to the index of the first node in this level. Start</w:t>
        <w:br/>
        <w:t xml:space="preserve">            // 'rightmost_index' at the same point as 'leftmost_index' and update it as we</w:t>
        <w:br/>
        <w:t xml:space="preserve">            // traverse the level, eventually positioning it at the last node.</w:t>
        <w:br/>
        <w:t xml:space="preserve">            int leftmostIndex = queue.peek().index;</w:t>
        <w:br/>
        <w:t xml:space="preserve">            int rightmostIndex = leftmostIndex;</w:t>
        <w:br/>
        <w:t xml:space="preserve">            // Process all nodes at the current level.</w:t>
        <w:br/>
        <w:t xml:space="preserve">            for (int j = 0; j &lt; levelSize; j++) {</w:t>
        <w:br/>
        <w:t xml:space="preserve">                Element elem = queue.poll();</w:t>
        <w:br/>
        <w:t xml:space="preserve">                TreeNode node = elem.node;</w:t>
        <w:br/>
        <w:t xml:space="preserve">                int i = elem.index;</w:t>
        <w:br/>
        <w:t xml:space="preserve">                if (node.left != null) {</w:t>
        <w:br/>
        <w:t xml:space="preserve">                    queue.offer(new Element(node.left, 2 * i + 1));</w:t>
        <w:br/>
        <w:t xml:space="preserve">                }</w:t>
        <w:br/>
        <w:t xml:space="preserve">                if (node.right != null) {</w:t>
        <w:br/>
        <w:t xml:space="preserve">                    queue.offer(new Element(node.right, 2 * i + 2));</w:t>
        <w:br/>
        <w:t xml:space="preserve">                }</w:t>
        <w:br/>
        <w:t xml:space="preserve">                rightmostIndex = i;</w:t>
        <w:br/>
        <w:t xml:space="preserve">            }</w:t>
        <w:br/>
        <w:t xml:space="preserve">            maxWidth = Math.max(maxWidth, rightmostIndex - leftmostIndex + 1);</w:t>
        <w:br/>
        <w:t xml:space="preserve">        }</w:t>
        <w:br/>
        <w:t xml:space="preserve">        return maxWidth;</w:t>
        <w:br/>
        <w:t xml:space="preserve">    }</w:t>
        <w:br/>
        <w:t>}</w:t>
      </w:r>
    </w:p>
    <w:p>
      <w:pPr>
        <w:pStyle w:val="Heading3"/>
        <w:spacing w:before="320" w:after="120"/>
      </w:pPr>
      <w:r>
        <w:t>Complexity Analysis</w:t>
      </w:r>
    </w:p>
    <w:p>
      <w:pPr>
        <w:spacing w:after="160" w:line="276" w:lineRule="auto"/>
      </w:pPr>
      <w:r>
        <w:t>Time complexity:The time complexity ofwidest_binary_tree_levelisO(n)O(n)O(n), wherennndenotes the number of nodes in the tree. This is because we process each node once during level-order traversal.</w:t>
      </w:r>
    </w:p>
    <w:p>
      <w:pPr>
        <w:spacing w:after="160" w:line="276" w:lineRule="auto"/>
      </w:pPr>
      <w:r>
        <w:t>Space complexity:The space complexity isO(n)O(n)O(n)due to the space taken up by the queue. The queue’s size will grow as large as the level with the most nodes. In the worst case, this occurs at the last level when all the last-level nodes are non-null, totaling approximatelyn/2n/2n/2nodes.</w:t>
      </w:r>
    </w:p>
    <w:p>
      <w:r>
        <w:br w:type="page"/>
      </w:r>
    </w:p>
    <w:p>
      <w:pPr>
        <w:pStyle w:val="Heading1"/>
        <w:spacing w:before="480" w:after="280"/>
      </w:pPr>
      <w:r>
        <w:rPr>
          <w:b/>
          <w:color w:val="008A60"/>
          <w:sz w:val="28"/>
        </w:rPr>
        <w:t>Chapter 63</w:t>
        <w:br/>
      </w:r>
      <w:r>
        <w:rPr>
          <w:b/>
          <w:color w:val="0F172A"/>
          <w:sz w:val="40"/>
        </w:rPr>
        <w:t>Binary Search Tree Validation</w:t>
      </w:r>
    </w:p>
    <w:p>
      <w:pPr>
        <w:spacing w:before="160" w:after="160"/>
        <w:ind w:left="360"/>
      </w:pPr>
      <w:r>
        <w:rPr>
          <w:rFonts w:ascii="Consolas" w:hAnsi="Consolas"/>
          <w:color w:val="1E293B"/>
          <w:sz w:val="19"/>
        </w:rPr>
        <w:t>Verify whether a binary tree is a valid binary search tree (BST). A BST is a binary tree where each node meets the following criteria:</w:t>
        <w:br/>
        <w:br/>
        <w:t>A node's left subtree contains only nodes of lower values than the node's value.</w:t>
        <w:br/>
        <w:br/>
        <w:br/>
        <w:t>A node's right subtree contains only nodes of greater values than the node's value.</w:t>
        <w:br/>
        <w:br/>
        <w:t>Example:ExampleCopyOutput: False</w:t>
        <w:br/>
        <w:t>Explanation: This tree has two violations of the BST criteria:</w:t>
        <w:br/>
        <w:t>Node 5's left subtree contains node 6, and node 6's value is greater than 5.</w:t>
        <w:br/>
        <w:t>Node 7 has a left child with the same value of 7.</w:t>
        <w:br/>
      </w:r>
    </w:p>
    <w:p>
      <w:pPr>
        <w:pStyle w:val="Heading2"/>
        <w:spacing w:before="320" w:after="120"/>
      </w:pPr>
      <w:r>
        <w:t>Intuition</w:t>
      </w:r>
    </w:p>
    <w:p>
      <w:pPr>
        <w:spacing w:after="160" w:line="276" w:lineRule="auto"/>
      </w:pPr>
      <w:r>
        <w:t>A BST maintains a logically sorted order of values by complying with the criteria specified in the problem description. That is, the left subtree of a node with value x must consist of values less than x, and its right subtree must consist of values strictly greater than x.</w:t>
      </w:r>
    </w:p>
    <w:p>
      <w:pPr>
        <w:spacing w:after="160" w:line="276" w:lineRule="auto"/>
      </w:pPr>
      <w:r>
        <w:t>In addition, all nodes in the left and right subtrees of the above diagram must follow these criteria, too.</w:t>
      </w:r>
    </w:p>
    <w:p>
      <w:pPr>
        <w:spacing w:after="160" w:line="276" w:lineRule="auto"/>
      </w:pPr>
      <w:r>
        <w:t>Since evaluating subtrees is important in determining if a tree is a BST, let’s try a recursive DFS approach to solve this problem.</w:t>
      </w:r>
    </w:p>
    <w:p>
      <w:pPr>
        <w:spacing w:after="160" w:line="276" w:lineRule="auto"/>
      </w:pPr>
      <w:r>
        <w:t>Consider this example:</w:t>
      </w:r>
    </w:p>
    <w:p>
      <w:pPr>
        <w:spacing w:after="160" w:line="276" w:lineRule="auto"/>
      </w:pPr>
      <w:r>
        <w:t>There’s nothing to assess at the root node because it can contain any value. So, let’s have a look at its children. Here’s how we assess these nodes based on the BST rules:</w:t>
      </w:r>
    </w:p>
    <w:p>
      <w:pPr>
        <w:pStyle w:val="ListBullet"/>
      </w:pPr>
      <w:r>
        <w:t>All nodes to the left of node 5 should be less than 5. So, when we make a recursive call to its left child, we pass in an upper bound of 5.</w:t>
      </w:r>
    </w:p>
    <w:p>
      <w:pPr>
        <w:pStyle w:val="ListBullet"/>
      </w:pPr>
      <w:r>
        <w:t>All nodes to the right of node 5 should be greater than 5. So, when we make a recursive call to its right child, we pass in a lower bound of 5.</w:t>
      </w:r>
    </w:p>
    <w:p>
      <w:pPr>
        <w:spacing w:after="160" w:line="276" w:lineRule="auto"/>
      </w:pPr>
      <w:r>
        <w:t>Let’s now consider node 2. It satisfies its specified lower and upper bounds of - and 5, respectively. So, let’s verify its subtrees. Applying the same logic as before, node 2’s left child should have an upper bound of 2, while its right child should have a lower bound of 2.</w:t>
      </w:r>
    </w:p>
    <w:p>
      <w:pPr>
        <w:spacing w:after="160" w:line="276" w:lineRule="auto"/>
      </w:pPr>
      <w:r>
        <w:t>Above, we see that node 6 violates its expected upper bound of 5 (since 6 &gt; 5). This violation indicates we’re dealing with an invalid binary tree. Note, node 6 has an upper bound of 5 because it’s a left descendant of node 5.</w:t>
      </w:r>
    </w:p>
    <w:p>
      <w:pPr>
        <w:spacing w:after="160" w:line="276" w:lineRule="auto"/>
      </w:pPr>
      <w:r>
        <w:t>We now have a strategy for our DFS function,is_within_bounds(node, lower_bound, upper_bound):</w:t>
      </w:r>
    </w:p>
    <w:p>
      <w:pPr>
        <w:pStyle w:val="ListNumber"/>
      </w:pPr>
      <w:r>
        <w:t>Check if thenode.valfalls betweenlower_boundandupper_bound. If it does, continue to the next step. If not, the tree is an invalid BST: return false.</w:t>
      </w:r>
    </w:p>
    <w:p>
      <w:pPr>
        <w:pStyle w:val="ListNumber"/>
      </w:pPr>
      <w:r>
        <w:t>Callis_within_boundson the left child with an updated upper bound set to the current node’s value:is_within_bounds(node.left,lower_bound,node.val).</w:t>
      </w:r>
    </w:p>
    <w:p>
      <w:pPr>
        <w:pStyle w:val="ListNumber"/>
      </w:pPr>
      <w:r>
        <w:t>Call is_within_bounds on the right child with an updated lower bound set to the current node’s value:is_within_bounds(node.right,node.val,upper_bound).</w:t>
      </w:r>
    </w:p>
    <w:p>
      <w:pPr>
        <w:pStyle w:val="ListNumber"/>
      </w:pPr>
      <w:r>
        <w:t>If both recursive calls return true, then the current node’s subtree is a valid BST: return true.</w:t>
      </w:r>
    </w:p>
    <w:p>
      <w:pPr>
        <w:spacing w:after="160" w:line="276" w:lineRule="auto"/>
      </w:pPr>
      <w:r>
        <w:t>A minor optimization to make here is to check if the value we get from the recursive call at step 2 is false. If it’s false, we don’t have to perform step 3 and can just return false straight away, as we already know this tree isn’t a BST.</w:t>
      </w:r>
    </w:p>
    <w:p>
      <w:pPr>
        <w:pStyle w:val="Heading2"/>
        <w:spacing w:before="320" w:after="120"/>
      </w:pPr>
      <w:r>
        <w:t>Implementation</w:t>
      </w:r>
    </w:p>
    <w:p>
      <w:pPr>
        <w:spacing w:before="160" w:after="160"/>
        <w:ind w:left="360"/>
      </w:pPr>
      <w:r>
        <w:rPr>
          <w:rFonts w:ascii="Consolas" w:hAnsi="Consolas"/>
          <w:color w:val="1E293B"/>
          <w:sz w:val="19"/>
        </w:rPr>
        <w:t>PythonJavaScriptJavaCopyfrom ds import TreeNode</w:t>
        <w:br/>
        <w:t xml:space="preserve">    </w:t>
        <w:br/>
        <w:t>def binary_search_tree_validation(root: TreeNode) -&gt; bool:</w:t>
        <w:br/>
        <w:t xml:space="preserve">    # Start validation at the root node. The root node can contain any value, so set</w:t>
        <w:br/>
        <w:t xml:space="preserve">    # the initial lower and upper bounds to -infinity and +infinity, respectively.</w:t>
        <w:br/>
        <w:t xml:space="preserve">    return is_within_bounds(root, float('-inf'), float('inf'))</w:t>
        <w:br/>
        <w:t xml:space="preserve">    </w:t>
        <w:br/>
        <w:t>def is_within_bounds(node: TreeNode, lower_bound: int, upper_bound: int) -&gt; bool:</w:t>
        <w:br/>
        <w:t xml:space="preserve">    # Base case: if the node is null, it satisfies the BST condition.</w:t>
        <w:br/>
        <w:t xml:space="preserve">    if not node:</w:t>
        <w:br/>
        <w:t xml:space="preserve">        return True</w:t>
        <w:br/>
        <w:t xml:space="preserve">    # If the current node's value is not within the valid bounds, this tree is not a</w:t>
        <w:br/>
        <w:t xml:space="preserve">    # valid BST.</w:t>
        <w:br/>
        <w:t xml:space="preserve">    if not lower_bound &lt; node.val &lt; upper_bound:</w:t>
        <w:br/>
        <w:t xml:space="preserve">        return False</w:t>
        <w:br/>
        <w:t xml:space="preserve">    # If the left subtree isn't a BST, this tree isn't a BST.</w:t>
        <w:br/>
        <w:t xml:space="preserve">    if not is_within_bounds(node.left, lower_bound, node.val):</w:t>
        <w:br/>
        <w:t xml:space="preserve">        return False</w:t>
        <w:br/>
        <w:t xml:space="preserve">    # Otherwise, return true if the right subtree is also a BST.</w:t>
        <w:br/>
        <w:t xml:space="preserve">    return is_within_bounds(node.right, node.val, upper_bound)function binarySearchTreeValidation(root) {</w:t>
        <w:br/>
        <w:t xml:space="preserve">    // Start validation at the root node. The root node can contain any value, so set</w:t>
        <w:br/>
        <w:t xml:space="preserve">    // the initial lower and upper bounds to -infinity and +infinity, respectively.</w:t>
        <w:br/>
        <w:t xml:space="preserve">    return isWithinBounds(root, -Infinity, Infinity);</w:t>
        <w:br/>
        <w:t>}</w:t>
        <w:br/>
        <w:br/>
        <w:t>function isWithinBounds(node, lowerBound, upperBound) {</w:t>
        <w:br/>
        <w:t xml:space="preserve">    // Base case: if the node is null, it satisfies the BST condition.</w:t>
        <w:br/>
        <w:t xml:space="preserve">    if (!node) {</w:t>
        <w:br/>
        <w:t xml:space="preserve">        return true;</w:t>
        <w:br/>
        <w:t xml:space="preserve">    }</w:t>
        <w:br/>
        <w:t xml:space="preserve">    // If the current node's value is not within the valid bounds, this tree is not a</w:t>
        <w:br/>
        <w:t xml:space="preserve">    // valid BST.</w:t>
        <w:br/>
        <w:t xml:space="preserve">    if (!(lowerBound &lt; node.val &amp;&amp; node.val &lt; upperBound)) {</w:t>
        <w:br/>
        <w:t xml:space="preserve">        return false;</w:t>
        <w:br/>
        <w:t xml:space="preserve">    }</w:t>
        <w:br/>
        <w:t xml:space="preserve">    // If the left subtree isn't a BST, this tree isn't a BST.</w:t>
        <w:br/>
        <w:t xml:space="preserve">    if (!isWithinBounds(node.left, lowerBound, node.val)) {</w:t>
        <w:br/>
        <w:t xml:space="preserve">        return false;</w:t>
        <w:br/>
        <w:t xml:space="preserve">    }</w:t>
        <w:br/>
        <w:t xml:space="preserve">    // Otherwise, return true if the right subtree is also a BST.</w:t>
        <w:br/>
        <w:t xml:space="preserve">    return isWithinBounds(node.right, node.val, upperBound);</w:t>
        <w:br/>
        <w:t>}public class Solution {</w:t>
        <w:br/>
        <w:t xml:space="preserve">    public boolean binarySearchTreeValidation(TreeNode root) {</w:t>
        <w:br/>
        <w:t xml:space="preserve">        // Start validation at the root node. The root node can contain any value, so set</w:t>
        <w:br/>
        <w:t xml:space="preserve">        // the initial lower and upper bounds to -infinity and +infinity, respectively.</w:t>
        <w:br/>
        <w:t xml:space="preserve">        return isWithinBounds(root, Long.MIN_VALUE, Long.MAX_VALUE);</w:t>
        <w:br/>
        <w:t xml:space="preserve">    }</w:t>
        <w:br/>
        <w:br/>
        <w:t xml:space="preserve">    private boolean isWithinBounds(TreeNode node, long lowerBound, long upperBound) {</w:t>
        <w:br/>
        <w:t xml:space="preserve">        // Base case: if the node is null, it satisfies the BST condition.</w:t>
        <w:br/>
        <w:t xml:space="preserve">        if (node == null) {</w:t>
        <w:br/>
        <w:t xml:space="preserve">            return true;</w:t>
        <w:br/>
        <w:t xml:space="preserve">        }</w:t>
        <w:br/>
        <w:t xml:space="preserve">        // If the current node's value is not within the valid bounds, this tree is not a</w:t>
        <w:br/>
        <w:t xml:space="preserve">        // valid BST.</w:t>
        <w:br/>
        <w:t xml:space="preserve">        if (!(lowerBound &lt; node.val &amp;&amp; node.val &lt; upperBound)) {</w:t>
        <w:br/>
        <w:t xml:space="preserve">            return false;</w:t>
        <w:br/>
        <w:t xml:space="preserve">        }</w:t>
        <w:br/>
        <w:t xml:space="preserve">        // If the left subtree isn't a BST, this tree isn't a BST.</w:t>
        <w:br/>
        <w:t xml:space="preserve">        if (!isWithinBounds(node.left, lowerBound, node.val)) {</w:t>
        <w:br/>
        <w:t xml:space="preserve">            return false;</w:t>
        <w:br/>
        <w:t xml:space="preserve">        }</w:t>
        <w:br/>
        <w:t xml:space="preserve">        // Otherwise, return true if the right subtree is also a BST.</w:t>
        <w:br/>
        <w:t xml:space="preserve">        return isWithinBounds(node.right, node.val, upperBound);</w:t>
        <w:br/>
        <w:t xml:space="preserve">    }</w:t>
        <w:br/>
        <w:t>}</w:t>
      </w:r>
    </w:p>
    <w:p>
      <w:pPr>
        <w:pStyle w:val="Heading3"/>
        <w:spacing w:before="320" w:after="120"/>
      </w:pPr>
      <w:r>
        <w:t>Complexity Analysis</w:t>
      </w:r>
    </w:p>
    <w:p>
      <w:pPr>
        <w:spacing w:after="160" w:line="276" w:lineRule="auto"/>
      </w:pPr>
      <w:r>
        <w:t>Time complexity:The time complexity ofbinary_search_tree_validationisO(n)O(n)O(n), wherennndenotes the number of nodes in the tree. This is because we process each node recursively at most once.</w:t>
      </w:r>
    </w:p>
    <w:p>
      <w:pPr>
        <w:spacing w:after="160" w:line="276" w:lineRule="auto"/>
      </w:pPr>
      <w:r>
        <w:t>Space complexity:The space complexity isO(n)O(n)O(n)due to the space taken up by the recursive call stack, which can grow as large as the height of the binary tree. The largest possible height of a binary tree isnnn.</w:t>
      </w:r>
    </w:p>
    <w:p>
      <w:pPr>
        <w:pStyle w:val="Heading2"/>
        <w:spacing w:before="320" w:after="120"/>
      </w:pPr>
      <w:r>
        <w:t>Detailed Recursive Demonstration</w:t>
      </w:r>
    </w:p>
    <w:p>
      <w:pPr>
        <w:spacing w:after="160" w:line="276" w:lineRule="auto"/>
      </w:pPr>
      <w:r>
        <w:t>You may be curious why recursion works for problems like this. When we make a recursive DFS call in the middle of the code, how is the program able to return to this code and continue running the rest of it, after this recursive call finishes? This problem provides an excellent opportunity to demonstrate how this is possible.</w:t>
      </w:r>
    </w:p>
    <w:p>
      <w:pPr>
        <w:spacing w:after="160" w:line="276" w:lineRule="auto"/>
      </w:pPr>
      <w:r>
        <w:t>The answer is that recursion makes use of arecursive call stackto manage each instance of a recursive function call. To illustrate this, we'll revisit the binary tree example discussed earlier, stepping through the recursive calls for the first few nodes. We'll also display the recursive call stack to help track the state of each call more clearly.</w:t>
      </w:r>
    </w:p>
    <w:p>
      <w:pPr>
        <w:spacing w:after="160" w:line="276" w:lineRule="auto"/>
      </w:pPr>
      <w:r>
        <w:t>The first DFS call is made to the root node, which is given a lower and upper bound of -∞and +∞, respectively:</w:t>
      </w:r>
    </w:p>
    <w:p>
      <w:pPr>
        <w:spacing w:after="160" w:line="276" w:lineRule="auto"/>
      </w:pPr>
      <w:r>
        <w:t>We see that node 5 satisfies its specified lower and upper bounds.</w:t>
      </w:r>
    </w:p>
    <w:p>
      <w:pPr>
        <w:spacing w:after="160" w:line="276" w:lineRule="auto"/>
      </w:pPr>
      <w:r>
        <w:t>At each node, after we confirm that its value falls within its expected lower and upper bounds, we make a recursive call to its left child before any right children are processed:</w:t>
      </w:r>
    </w:p>
    <w:p>
      <w:pPr>
        <w:spacing w:after="160" w:line="276" w:lineRule="auto"/>
      </w:pPr>
      <w:r>
        <w:t>After processing node 1, which has no children, recursion naturally progresses back to the recursive call to node 2, which is now at the top of the stack:</w:t>
      </w:r>
    </w:p>
    <w:p>
      <w:pPr>
        <w:spacing w:after="160" w:line="276" w:lineRule="auto"/>
      </w:pPr>
      <w:r>
        <w:t>Continuing from where we left off at this instance, it now processes its right child by making a recursive call to it:</w:t>
      </w:r>
    </w:p>
    <w:p>
      <w:pPr>
        <w:spacing w:after="160" w:line="276" w:lineRule="auto"/>
      </w:pPr>
      <w:r>
        <w:t>Once we reach node 6, the algorithm notices that its value violates its expected upper bound. As such, it returns false.</w:t>
      </w:r>
    </w:p>
    <w:p>
      <w:pPr>
        <w:spacing w:after="160" w:line="276" w:lineRule="auto"/>
      </w:pPr>
      <w:r>
        <w:t>In this DFS solution, the recursion starts at the root node, but values start being returned from the leaf nodes and bubble upwards to their parent nodes. Below is a diagram showing how the boolean result at each node moves up from the leaf nodes to the root:</w:t>
      </w:r>
    </w:p>
    <w:p>
      <w:pPr>
        <w:spacing w:after="160" w:line="276" w:lineRule="auto"/>
      </w:pPr>
      <w:r>
        <w:t>Note that nodes 5, 2, and 7 return false because, while their values fall within their bounds, at least one node in their subtrees does not.</w:t>
      </w:r>
    </w:p>
    <w:p>
      <w:r>
        <w:br w:type="page"/>
      </w:r>
    </w:p>
    <w:p>
      <w:pPr>
        <w:pStyle w:val="Heading1"/>
        <w:spacing w:before="480" w:after="280"/>
      </w:pPr>
      <w:r>
        <w:rPr>
          <w:b/>
          <w:color w:val="008A60"/>
          <w:sz w:val="28"/>
        </w:rPr>
        <w:t>Chapter 64</w:t>
        <w:br/>
      </w:r>
      <w:r>
        <w:rPr>
          <w:b/>
          <w:color w:val="0F172A"/>
          <w:sz w:val="40"/>
        </w:rPr>
        <w:t>Lowest Common Ancestor</w:t>
      </w:r>
    </w:p>
    <w:p>
      <w:pPr>
        <w:spacing w:before="160" w:after="160"/>
        <w:ind w:left="360"/>
      </w:pPr>
      <w:r>
        <w:rPr>
          <w:rFonts w:ascii="Consolas" w:hAnsi="Consolas"/>
          <w:color w:val="1E293B"/>
          <w:sz w:val="19"/>
        </w:rPr>
        <w:t>Return the lowest common ancestor (LCA) of two nodes, p and q, in a binary tree. The LCA is defined as the lowest node that has both p and q as descendants. A node can be considered an ancestor of itself.Example:Constraints:</w:t>
        <w:br/>
        <w:br/>
        <w:t>The tree contains at least two nodes.</w:t>
        <w:br/>
        <w:br/>
        <w:br/>
        <w:t>All node values are unique.</w:t>
        <w:br/>
        <w:br/>
        <w:br/>
        <w:t>p and q represent different nodes in the tree.</w:t>
        <w:br/>
        <w:br/>
      </w:r>
    </w:p>
    <w:p>
      <w:pPr>
        <w:pStyle w:val="Heading2"/>
        <w:spacing w:before="320" w:after="120"/>
      </w:pPr>
      <w:r>
        <w:t>Intuition</w:t>
      </w:r>
    </w:p>
    <w:p>
      <w:pPr>
        <w:spacing w:after="160" w:line="276" w:lineRule="auto"/>
      </w:pPr>
      <w:r>
        <w:t>One strategy to solve this problem is to traverse each node in the tree and evaluate whether the current node at any point is the LCA of p and q. To make this evaluation, it’s crucial to know the conditions a node needs to meet to be the LCA.</w:t>
      </w:r>
    </w:p>
    <w:p>
      <w:pPr>
        <w:spacing w:after="160" w:line="276" w:lineRule="auto"/>
      </w:pPr>
      <w:r>
        <w:t>Let’s start by discussing where p or q would need to be for the current node to be at least an ancestor of both.</w:t>
      </w:r>
    </w:p>
    <w:p>
      <w:pPr>
        <w:spacing w:after="160" w:line="276" w:lineRule="auto"/>
      </w:pPr>
      <w:r>
        <w:t>Identifying when the current node is an ancestor of p and qConsider the following binary tree. Let's explore where p and q would need to be for node 3 to be an ancestor.</w:t>
      </w:r>
    </w:p>
    <w:p>
      <w:pPr>
        <w:spacing w:after="160" w:line="276" w:lineRule="auto"/>
      </w:pPr>
      <w:r>
        <w:t>Node 3 is only an ancestor of p and q when both nodes are in node 3’s subtree. If they were anywhere else, they would not be descendants of node 3.</w:t>
      </w:r>
    </w:p>
    <w:p>
      <w:pPr>
        <w:spacing w:after="160" w:line="276" w:lineRule="auto"/>
      </w:pPr>
      <w:r>
        <w:t>Now, let’s examine the conditions in which a node is thelowestcommon ancestor of p and q.</w:t>
      </w:r>
    </w:p>
    <w:p>
      <w:pPr>
        <w:spacing w:after="160" w:line="276" w:lineRule="auto"/>
      </w:pPr>
      <w:r>
        <w:t>Identifying when the current node is the LCA of p and qLet’s identify where in the subtree p and q should be to qualify node 3 as thelowestancestor of them both.</w:t>
      </w:r>
    </w:p>
    <w:p>
      <w:pPr>
        <w:spacing w:after="160" w:line="276" w:lineRule="auto"/>
      </w:pPr>
      <w:r>
        <w:t>As we can see above, there are three possible cases where node 3 is the LCA. This is because in each case, there isn’t a node lower than node 3 that contains both p and q as descendants, making node 3 the LCA.</w:t>
      </w:r>
    </w:p>
    <w:p>
      <w:pPr>
        <w:spacing w:after="160" w:line="276" w:lineRule="auto"/>
      </w:pPr>
      <w:r>
        <w:t>Note that if both p and q were in just one of node 3’s subtrees (e.g., the left subtree), node 3 would not be the LCA because there would be a node lower in the left subtree that’s an ancestor of both p and q:</w:t>
      </w:r>
    </w:p>
    <w:p>
      <w:pPr>
        <w:spacing w:after="160" w:line="276" w:lineRule="auto"/>
      </w:pPr>
      <w:r>
        <w:t>What can we derive from these observations? In the three cases where the current node is the LCA,p and q were found in exactly two of the following three locations:</w:t>
      </w:r>
    </w:p>
    <w:p>
      <w:pPr>
        <w:pStyle w:val="ListBullet"/>
      </w:pPr>
      <w:r>
        <w:t>The current node itself.</w:t>
      </w:r>
    </w:p>
    <w:p>
      <w:pPr>
        <w:pStyle w:val="ListBullet"/>
      </w:pPr>
      <w:r>
        <w:t>The current node’s left subtree.</w:t>
      </w:r>
    </w:p>
    <w:p>
      <w:pPr>
        <w:pStyle w:val="ListBullet"/>
      </w:pPr>
      <w:r>
        <w:t>The current node’s right subtree.</w:t>
      </w:r>
    </w:p>
    <w:p>
      <w:pPr>
        <w:spacing w:after="160" w:line="276" w:lineRule="auto"/>
      </w:pPr>
      <w:r>
        <w:t>This indicates that by traversing the tree and checking if p and q are present in two of these locations for each node, we can effectively identify the LCA.</w:t>
      </w:r>
    </w:p>
    <w:p>
      <w:pPr>
        <w:spacing w:after="160" w:line="276" w:lineRule="auto"/>
      </w:pPr>
      <w:r>
        <w:t>Depth-first searchRecursive DFS is well-suited for traversal in this problem, as it enables us to recursively check each node’s left and right subtrees to determine if they contain p or q.</w:t>
      </w:r>
    </w:p>
    <w:p>
      <w:pPr>
        <w:spacing w:after="160" w:line="276" w:lineRule="auto"/>
      </w:pPr>
      <w:r>
        <w:t>In the implementation, we can assess the existence of p and q in the three locations previously mentioned, by attaining the following three boolean variables at each node:</w:t>
      </w:r>
    </w:p>
    <w:p>
      <w:pPr>
        <w:pStyle w:val="ListBullet"/>
      </w:pPr>
      <w:r>
        <w:t>node_is_p_or_q = (node == p or node == q)</w:t>
      </w:r>
    </w:p>
    <w:p>
      <w:pPr>
        <w:pStyle w:val="ListBullet"/>
      </w:pPr>
      <w:r>
        <w:t>left_contains_p_or_q = dfs(node.left)</w:t>
      </w:r>
    </w:p>
    <w:p>
      <w:pPr>
        <w:pStyle w:val="ListBullet"/>
      </w:pPr>
      <w:r>
        <w:t>right_contains_p_or_q = dfs(node.right)</w:t>
      </w:r>
    </w:p>
    <w:p>
      <w:pPr>
        <w:spacing w:after="160" w:line="276" w:lineRule="auto"/>
      </w:pPr>
      <w:r>
        <w:t>Again, two of these variables need to be true for the current node to be the LCA.</w:t>
      </w:r>
    </w:p>
    <w:p>
      <w:pPr>
        <w:spacing w:after="160" w:line="276" w:lineRule="auto"/>
      </w:pPr>
      <w:r>
        <w:t>Return statementWhenever we make a recursive DFS call, such asdfs(node.left), we expect that call to return true if the subtree rooting fromnode.leftcontains p or q. This means the return statement of our DFS function should return true if either p or q exists anywhere in the current subtree.</w:t>
      </w:r>
    </w:p>
    <w:p>
      <w:pPr>
        <w:spacing w:after="160" w:line="276" w:lineRule="auto"/>
      </w:pPr>
      <w:r>
        <w:t>To do this, wereturn true if any of the above three variables are true, as this would indicate either p or q is somewhere in the current subtree.</w:t>
      </w:r>
    </w:p>
    <w:p>
      <w:pPr>
        <w:spacing w:after="160" w:line="276" w:lineRule="auto"/>
      </w:pPr>
      <w:r>
        <w:t>The diagram below shows how the boolean values returned from each node's left and right subtrees help to identify the LCA:</w:t>
      </w:r>
    </w:p>
    <w:p>
      <w:pPr>
        <w:pStyle w:val="Heading2"/>
        <w:spacing w:before="320" w:after="120"/>
      </w:pPr>
      <w:r>
        <w:t>Implementation</w:t>
      </w:r>
    </w:p>
    <w:p>
      <w:pPr>
        <w:spacing w:after="160" w:line="276" w:lineRule="auto"/>
      </w:pPr>
      <w:r>
        <w:t>Note, this implementation uses a global variable because it leads to a more readable solution. However, it's important to confirm with your interviewer that global variables are acceptable. If not, you may need to adjust the solution to avoid using them, such as passing the variable as an argument, or finding an alternative approach.</w:t>
      </w:r>
    </w:p>
    <w:p>
      <w:pPr>
        <w:spacing w:before="160" w:after="160"/>
        <w:ind w:left="360"/>
      </w:pPr>
      <w:r>
        <w:rPr>
          <w:rFonts w:ascii="Consolas" w:hAnsi="Consolas"/>
          <w:color w:val="1E293B"/>
          <w:sz w:val="19"/>
        </w:rPr>
        <w:t>PythonJavaScriptJavaCopyfrom ds import TreeNode</w:t>
        <w:br/>
        <w:t xml:space="preserve">    </w:t>
        <w:br/>
        <w:t>def lowest_common_ancestor(root: TreeNode, p: TreeNode, q: TreeNode) -&gt; TreeNode:</w:t>
        <w:br/>
        <w:t xml:space="preserve">    dfs(root, p, q)</w:t>
        <w:br/>
        <w:t xml:space="preserve">    return lca</w:t>
        <w:br/>
        <w:t xml:space="preserve">    </w:t>
        <w:br/>
        <w:t>def dfs(node: TreeNode, p: TreeNode, q: TreeNode) -&gt; bool:</w:t>
        <w:br/>
        <w:t xml:space="preserve">    global lca</w:t>
        <w:br/>
        <w:t xml:space="preserve">    # Base case: a null node is neither p nor q.</w:t>
        <w:br/>
        <w:t xml:space="preserve">    if not node:</w:t>
        <w:br/>
        <w:t xml:space="preserve">        return False</w:t>
        <w:br/>
        <w:t xml:space="preserve">    node_is_p_or_q = node == p or node == q</w:t>
        <w:br/>
        <w:t xml:space="preserve">    # Recursively determine if the left and right subtrees contain 'p' or 'q'.</w:t>
        <w:br/>
        <w:t xml:space="preserve">    left_contains_p_or_q = dfs(node.left, p, q)</w:t>
        <w:br/>
        <w:t xml:space="preserve">    right_contains_p_or_q = dfs(node.right, p, q)</w:t>
        <w:br/>
        <w:t xml:space="preserve">    # If two of the above three variables are true, the current node is the LCA.</w:t>
        <w:br/>
        <w:t xml:space="preserve">    if node_is_p_or_q + left_contains_p_or_q + right_contains_p_or_q == 2:</w:t>
        <w:br/>
        <w:t xml:space="preserve">        lca = node</w:t>
        <w:br/>
        <w:t xml:space="preserve">    # Return true if the current subtree contains 'p' or 'q'.</w:t>
        <w:br/>
        <w:t xml:space="preserve">    return node_is_p_or_q or left_contains_p_or_q or right_contains_p_or_qfunction lowestCommonAncestor(root, p, q) {</w:t>
        <w:br/>
        <w:t xml:space="preserve">    let lca = null;</w:t>
        <w:br/>
        <w:br/>
        <w:t xml:space="preserve">    function dfs(node) {</w:t>
        <w:br/>
        <w:t xml:space="preserve">        // Base case: a null node is neither p nor q.</w:t>
        <w:br/>
        <w:t xml:space="preserve">        if (!node) {</w:t>
        <w:br/>
        <w:t xml:space="preserve">            return false;</w:t>
        <w:br/>
        <w:t xml:space="preserve">        }</w:t>
        <w:br/>
        <w:t xml:space="preserve">        const nodeIsPOrQ = node === p || node === q;</w:t>
        <w:br/>
        <w:t xml:space="preserve">        // Recursively determine if the left and right subtrees contain 'p' or 'q'.</w:t>
        <w:br/>
        <w:t xml:space="preserve">        const leftContainsPOrQ = dfs(node.left);</w:t>
        <w:br/>
        <w:t xml:space="preserve">        const rightContainsPOrQ = dfs(node.right);</w:t>
        <w:br/>
        <w:t xml:space="preserve">        // If two of the above three variables are true, the current node is the LCA.</w:t>
        <w:br/>
        <w:t xml:space="preserve">        if ((nodeIsPOrQ ? 1 : 0) + (leftContainsPOrQ ? 1 : 0) + (rightContainsPOrQ ? 1 : 0) &gt;= 2) {</w:t>
        <w:br/>
        <w:t xml:space="preserve">            lca = node;</w:t>
        <w:br/>
        <w:t xml:space="preserve">        }</w:t>
        <w:br/>
        <w:t xml:space="preserve">        // Return true if the current subtree contains 'p' or 'q'.</w:t>
        <w:br/>
        <w:t xml:space="preserve">        return nodeIsPOrQ || leftContainsPOrQ || rightContainsPOrQ;</w:t>
        <w:br/>
        <w:t xml:space="preserve">    }</w:t>
        <w:br/>
        <w:br/>
        <w:t xml:space="preserve">    dfs(root);</w:t>
        <w:br/>
        <w:t xml:space="preserve">    return lca;</w:t>
        <w:br/>
        <w:t>}public class Solution {</w:t>
        <w:br/>
        <w:t xml:space="preserve">    private TreeNode lca = null;</w:t>
        <w:br/>
        <w:br/>
        <w:t xml:space="preserve">    public TreeNode lowestCommonAncestor(TreeNode root, TreeNode p, TreeNode q) {</w:t>
        <w:br/>
        <w:t xml:space="preserve">        dfs(root, p, q);</w:t>
        <w:br/>
        <w:t xml:space="preserve">        return lca;</w:t>
        <w:br/>
        <w:t xml:space="preserve">    }</w:t>
        <w:br/>
        <w:br/>
        <w:t xml:space="preserve">    private boolean dfs(TreeNode node, TreeNode p, TreeNode q) {</w:t>
        <w:br/>
        <w:t xml:space="preserve">        // Base case: a null node is neither p nor q.</w:t>
        <w:br/>
        <w:t xml:space="preserve">        if (node == null) {</w:t>
        <w:br/>
        <w:t xml:space="preserve">            return false;</w:t>
        <w:br/>
        <w:t xml:space="preserve">        }</w:t>
        <w:br/>
        <w:t xml:space="preserve">        boolean nodeIsPOrQ = (node == p || node == q);</w:t>
        <w:br/>
        <w:t xml:space="preserve">        // Recursively determine if the left and right subtrees contain 'p' or 'q'.</w:t>
        <w:br/>
        <w:t xml:space="preserve">        boolean leftContainsPOrQ = dfs(node.left, p, q);</w:t>
        <w:br/>
        <w:t xml:space="preserve">        boolean rightContainsPOrQ = dfs(node.right, p, q);</w:t>
        <w:br/>
        <w:t xml:space="preserve">        // If two of the above three variables are true, the current node is the LCA.</w:t>
        <w:br/>
        <w:t xml:space="preserve">        int count = (nodeIsPOrQ ? 1 : 0) + (leftContainsPOrQ ? 1 : 0) + (rightContainsPOrQ ? 1 : 0);</w:t>
        <w:br/>
        <w:t xml:space="preserve">        if (count &gt;= 2) {</w:t>
        <w:br/>
        <w:t xml:space="preserve">            lca = node;</w:t>
        <w:br/>
        <w:t xml:space="preserve">        }</w:t>
        <w:br/>
        <w:t xml:space="preserve">        // Return true if the current subtree contains 'p' or 'q'.</w:t>
        <w:br/>
        <w:t xml:space="preserve">        return nodeIsPOrQ || leftContainsPOrQ || rightContainsPOrQ;</w:t>
        <w:br/>
        <w:t xml:space="preserve">    }</w:t>
        <w:br/>
        <w:t>}</w:t>
      </w:r>
    </w:p>
    <w:p>
      <w:pPr>
        <w:pStyle w:val="Heading3"/>
        <w:spacing w:before="320" w:after="120"/>
      </w:pPr>
      <w:r>
        <w:t>Complexity Analysis</w:t>
      </w:r>
    </w:p>
    <w:p>
      <w:pPr>
        <w:spacing w:after="160" w:line="276" w:lineRule="auto"/>
      </w:pPr>
      <w:r>
        <w:t>Time complexity:The time complexity oflowest_common_ancestorisO(n)O(n)O(n), wherennndenotes the number of nodes in the tree. This is because the algorithm traverses each node of the tree once.</w:t>
      </w:r>
    </w:p>
    <w:p>
      <w:pPr>
        <w:spacing w:after="160" w:line="276" w:lineRule="auto"/>
      </w:pPr>
      <w:r>
        <w:t>Space complexity:The space complexity isO(n)O(n)O(n)due to the space taken up by the recursive call stack, which can grow as large as the height of the binary tree. The largest possible height of a binary tree isnnn.</w:t>
      </w:r>
    </w:p>
    <w:p>
      <w:r>
        <w:br w:type="page"/>
      </w:r>
    </w:p>
    <w:p>
      <w:pPr>
        <w:pStyle w:val="Heading1"/>
        <w:spacing w:before="480" w:after="280"/>
      </w:pPr>
      <w:r>
        <w:rPr>
          <w:b/>
          <w:color w:val="008A60"/>
          <w:sz w:val="28"/>
        </w:rPr>
        <w:t>Chapter 65</w:t>
        <w:br/>
      </w:r>
      <w:r>
        <w:rPr>
          <w:b/>
          <w:color w:val="0F172A"/>
          <w:sz w:val="40"/>
        </w:rPr>
        <w:t>Build Binary Tree From Preorder and Inorder Traversals</w:t>
      </w:r>
    </w:p>
    <w:p>
      <w:pPr>
        <w:spacing w:before="160" w:after="160"/>
        <w:ind w:left="360"/>
      </w:pPr>
      <w:r>
        <w:rPr>
          <w:rFonts w:ascii="Consolas" w:hAnsi="Consolas"/>
          <w:color w:val="1E293B"/>
          <w:sz w:val="19"/>
        </w:rPr>
        <w:t>Construct a binary tree using arrays of values obtained after a preorder traversal and an inorder traversal of the tree.Example:ExampleCopyInput: preorder = [5, 9, 2, 3, 4, 7], inorder = [2, 9, 5, 4, 3, 7]</w:t>
        <w:br/>
        <w:t>Constraints:</w:t>
        <w:br/>
        <w:t>The tree consists of unique values.</w:t>
        <w:br/>
      </w:r>
    </w:p>
    <w:p>
      <w:pPr>
        <w:pStyle w:val="Heading2"/>
        <w:spacing w:before="320" w:after="120"/>
      </w:pPr>
      <w:r>
        <w:t>Intuition</w:t>
      </w:r>
    </w:p>
    <w:p>
      <w:pPr>
        <w:spacing w:after="160" w:line="276" w:lineRule="auto"/>
      </w:pPr>
      <w:r>
        <w:t>The first question that might come to mind is why both the preorder and inorder arrays are needed to solve this problem. Can’t we just use one of them? The reason is that each individual traversal order could represent multiple possible trees. For example, below are some trees that correspond to the following inorder traversal:</w:t>
      </w:r>
    </w:p>
    <w:p>
      <w:pPr>
        <w:spacing w:after="160" w:line="276" w:lineRule="auto"/>
      </w:pPr>
      <w:r>
        <w:t>If one traversal array isn’t enough, it might be possible to build the tree using an additional traversal array as a reference point, to help identify how each node should be placed.</w:t>
      </w:r>
    </w:p>
    <w:p>
      <w:pPr>
        <w:spacing w:after="160" w:line="276" w:lineRule="auto"/>
      </w:pPr>
      <w:r>
        <w:t>The root nodeWhatever our approach, we initially need a way to access the root node since the root node is necessary to construct the rest of the tree.</w:t>
      </w:r>
    </w:p>
    <w:p>
      <w:pPr>
        <w:spacing w:after="160" w:line="276" w:lineRule="auto"/>
      </w:pPr>
      <w:r>
        <w:t>To identify where the root node is, let’s first remind ourselves how nodes are processed during each traversal algorithm.</w:t>
      </w:r>
    </w:p>
    <w:p>
      <w:pPr>
        <w:spacing w:after="160" w:line="276" w:lineRule="auto"/>
      </w:pPr>
      <w:r>
        <w:t>Notice that during preorder traversal, the current node is processed before its subtrees. From this, we can infer that preorder traversal processes the root node first, meaningthe first value in the preorder array is the value of the root node.</w:t>
      </w:r>
    </w:p>
    <w:p>
      <w:pPr>
        <w:spacing w:after="160" w:line="276" w:lineRule="auto"/>
      </w:pPr>
      <w:r>
        <w:t>With this established, let’s find a method to build the rest of the tree.</w:t>
      </w:r>
    </w:p>
    <w:p>
      <w:pPr>
        <w:spacing w:after="160" w:line="276" w:lineRule="auto"/>
      </w:pPr>
      <w:r>
        <w:t>Building the treeConsider the preorder and inorder traversal arrays below and the corresponding binary tree:</w:t>
      </w:r>
    </w:p>
    <w:p>
      <w:pPr>
        <w:spacing w:after="160" w:line="276" w:lineRule="auto"/>
      </w:pPr>
      <w:r>
        <w:t>As mentioned above, we know the first value of the preorder array, 5, is the value of the root node.</w:t>
      </w:r>
    </w:p>
    <w:p>
      <w:pPr>
        <w:spacing w:after="160" w:line="276" w:lineRule="auto"/>
      </w:pPr>
      <w:r>
        <w:t>Now the question is, what node should be placed next? The preorder array alone isn’t enough to determine this. So, we should consult the inorder array.</w:t>
      </w:r>
    </w:p>
    <w:p>
      <w:pPr>
        <w:spacing w:after="160" w:line="276" w:lineRule="auto"/>
      </w:pPr>
      <w:r>
        <w:t>Inorder traversal first visits a node’s left subtree before processing the node itself, so we can deduce that all values in the inorder array to the left of 5 are part of its left subtree. Similarly, all values to the right of 5 in the inorder array belong to its right subtree:</w:t>
      </w:r>
    </w:p>
    <w:p>
      <w:pPr>
        <w:spacing w:after="160" w:line="276" w:lineRule="auto"/>
      </w:pPr>
      <w:r>
        <w:t>Now what? With the root node placed, we have two subtrees to build: node 5’s left and right subtrees.</w:t>
      </w:r>
    </w:p>
    <w:p>
      <w:pPr>
        <w:spacing w:after="160" w:line="276" w:lineRule="auto"/>
      </w:pPr>
      <w:r>
        <w:t>If we build the tree starting with the already-created root node, followed by the left subtree and then the right subtree, we’re effectivelybuilding the tree using preorder traversal. This is useful because we happen to have an array of values from a preorder traversal, which means we know the exact order in which the nodes should be created.</w:t>
      </w:r>
    </w:p>
    <w:p>
      <w:pPr>
        <w:spacing w:after="160" w:line="276" w:lineRule="auto"/>
      </w:pPr>
      <w:r>
        <w:t>Based on this, we know the next node to be placed will have a value of 9. But how do we know if node 9 is a left child or a right child of 5?</w:t>
      </w:r>
    </w:p>
    <w:p>
      <w:pPr>
        <w:spacing w:after="160" w:line="276" w:lineRule="auto"/>
      </w:pPr>
      <w:r>
        <w:t>This is where the inorder array comes in, as it helps us determine the structure of the tree. Consider the left subtree:</w:t>
      </w:r>
    </w:p>
    <w:p>
      <w:pPr>
        <w:pStyle w:val="ListBullet"/>
      </w:pPr>
      <w:r>
        <w:t>When we want to build the left subtree of a node, we look at the part of the inorder array that corresponds to the left subtree. In our example, this is the subarray [2, 9].</w:t>
      </w:r>
    </w:p>
    <w:p>
      <w:pPr>
        <w:pStyle w:val="ListBullet"/>
      </w:pPr>
      <w:r>
        <w:t>If this subarray is not empty, we proceed to build the left subtree, starting with node 9.</w:t>
      </w:r>
    </w:p>
    <w:p>
      <w:pPr>
        <w:pStyle w:val="ListBullet"/>
      </w:pPr>
      <w:r>
        <w:t>If this subarray is empty, it means there is no left subtree, so the current node’s left child is null.</w:t>
      </w:r>
    </w:p>
    <w:p>
      <w:pPr>
        <w:spacing w:after="160" w:line="276" w:lineRule="auto"/>
      </w:pPr>
      <w:r>
        <w:t>The same logic applies to the right subtree: we only build it if its corresponding inorder subarray isn’t empty.</w:t>
      </w:r>
    </w:p>
    <w:p>
      <w:pPr>
        <w:spacing w:after="160" w:line="276" w:lineRule="auto"/>
      </w:pPr>
      <w:r>
        <w:t>Now, let’s devise a strategy for our algorithm. To utilize the two traversal arrays, we can assign a pointer to each:</w:t>
      </w:r>
    </w:p>
    <w:p>
      <w:pPr>
        <w:pStyle w:val="ListBullet"/>
      </w:pPr>
      <w:r>
        <w:t>Apreorder_indexpoints to the value of the current subtree’s root node. Once this node is created, incrementpreorder_indexso it points to the value of the next node to be created.</w:t>
      </w:r>
    </w:p>
    <w:p>
      <w:pPr>
        <w:pStyle w:val="ListBullet"/>
      </w:pPr>
      <w:r>
        <w:t>Aninorder_indexis used to determine the position of the same value in the inorder array. We can find the index of this value by searching through the inorder array.</w:t>
      </w:r>
    </w:p>
    <w:p>
      <w:pPr>
        <w:spacing w:after="160" w:line="276" w:lineRule="auto"/>
      </w:pPr>
      <w:r>
        <w:t>At each recursive call, once these indexes are obtained, we:</w:t>
      </w:r>
    </w:p>
    <w:p>
      <w:pPr>
        <w:pStyle w:val="ListNumber"/>
      </w:pPr>
      <w:r>
        <w:t>Create the current node using the value pointed at bypreorder_index.</w:t>
      </w:r>
    </w:p>
    <w:p>
      <w:pPr>
        <w:pStyle w:val="ListNumber"/>
      </w:pPr>
      <w:r>
        <w:t>Incrementpreorder_indexso it points to the value of the next node to be created.</w:t>
      </w:r>
    </w:p>
    <w:p>
      <w:pPr>
        <w:pStyle w:val="ListNumber"/>
      </w:pPr>
      <w:r>
        <w:t>Make a recursive call to build the current node’s left and right subtrees:Pass in the subarrayinorder[0, inorder_index - 1]to build the left subtree.Pass in the subarrayinorder[inorder_index + 1, n - 1]to build the right subtree.</w:t>
      </w:r>
    </w:p>
    <w:p>
      <w:pPr>
        <w:spacing w:after="160" w:line="276" w:lineRule="auto"/>
      </w:pPr>
      <w:r>
        <w:t>Optimization - left and right pointersOne inefficiency of the above approach is that we extract entire subarrays out of the inorder array whenever we make a recursive call, which takesO(n)O(n)O(n)time each time we do this, wherennndenotes the length of each input array. A more efficient approach is todefine the range of each inorder subarray using left and right pointers. Specifically:</w:t>
      </w:r>
    </w:p>
    <w:p>
      <w:pPr>
        <w:pStyle w:val="ListBullet"/>
      </w:pPr>
      <w:r>
        <w:t>The left subtree contains the values in the range[left, inorder_index - 1].</w:t>
      </w:r>
    </w:p>
    <w:p>
      <w:pPr>
        <w:pStyle w:val="ListBullet"/>
      </w:pPr>
      <w:r>
        <w:t>The right subtree contains the values in the range[inorder_index + 1, right].</w:t>
      </w:r>
    </w:p>
    <w:p>
      <w:pPr>
        <w:spacing w:after="160" w:line="276" w:lineRule="auto"/>
      </w:pPr>
      <w:r>
        <w:t>This allows us to define subarrays by just moving pointers, as opposed to creating completely new subarrays.</w:t>
      </w:r>
    </w:p>
    <w:p>
      <w:pPr>
        <w:spacing w:after="160" w:line="276" w:lineRule="auto"/>
      </w:pPr>
      <w:r>
        <w:t>Optimization - hash mapAt each node, it’s necessary to setinorder_indexto the position of the same value pointed at bypreorder_index. Performing a linear search for this value would takeO(n)O(n)O(n)time for each node. Instead, we can use ahash mapto store the inorder array values and their indexes, allowing us to retrieve any value's index from the inorder array inO(1)O(1)O(1)time.</w:t>
      </w:r>
    </w:p>
    <w:p>
      <w:pPr>
        <w:pStyle w:val="Heading2"/>
        <w:spacing w:before="320" w:after="120"/>
      </w:pPr>
      <w:r>
        <w:t>Implementation</w:t>
      </w:r>
    </w:p>
    <w:p>
      <w:pPr>
        <w:spacing w:before="160" w:after="160"/>
        <w:ind w:left="360"/>
      </w:pPr>
      <w:r>
        <w:rPr>
          <w:rFonts w:ascii="Consolas" w:hAnsi="Consolas"/>
          <w:color w:val="1E293B"/>
          <w:sz w:val="19"/>
        </w:rPr>
        <w:t>PythonJavaScriptJavaCopyfrom ds import TreeNode</w:t>
        <w:br/>
        <w:t>from typing import List</w:t>
        <w:br/>
        <w:t xml:space="preserve">    </w:t>
        <w:br/>
        <w:t>preorder_index = 0</w:t>
        <w:br/>
        <w:t>inorder_indexes_map = {}</w:t>
        <w:br/>
        <w:t xml:space="preserve">    </w:t>
        <w:br/>
        <w:t>def build_binary_tree(preorder: List[int], inorder: List[int]) -&gt; TreeNode:</w:t>
        <w:br/>
        <w:t xml:space="preserve">    global inorder_indexes_map</w:t>
        <w:br/>
        <w:t xml:space="preserve">    # Populate the hash map with the inorder values and their indexes.</w:t>
        <w:br/>
        <w:t xml:space="preserve">    for i, val in enumerate(inorder):</w:t>
        <w:br/>
        <w:t xml:space="preserve">        inorder_indexes_map[val] = i</w:t>
        <w:br/>
        <w:t xml:space="preserve">    # Build the tree and return its root node.</w:t>
        <w:br/>
        <w:t xml:space="preserve">    return build_subtree(0, len(inorder) - 1, preorder, inorder)</w:t>
        <w:br/>
        <w:t xml:space="preserve">    </w:t>
        <w:br/>
        <w:t>def build_subtree(left, right, preorder, inorder):</w:t>
        <w:br/>
        <w:t xml:space="preserve">    global preorder_index, inorder_indexes_map</w:t>
        <w:br/>
        <w:t xml:space="preserve">    # Base case: if no elements are in this range, return None.</w:t>
        <w:br/>
        <w:t xml:space="preserve">    if left &gt; right:</w:t>
        <w:br/>
        <w:t xml:space="preserve">        return None</w:t>
        <w:br/>
        <w:t xml:space="preserve">    val = preorder[preorder_index]</w:t>
        <w:br/>
        <w:t xml:space="preserve">    # Set 'inorder_index' to the index of the same value pointed at by</w:t>
        <w:br/>
        <w:t xml:space="preserve">    # 'preorder_index'.</w:t>
        <w:br/>
        <w:t xml:space="preserve">    inorder_index = inorder_indexes_map[val]</w:t>
        <w:br/>
        <w:t xml:space="preserve">    node = TreeNode(val)</w:t>
        <w:br/>
        <w:t xml:space="preserve">    # Advance 'preorder_index' so it points to the value of the next node to be</w:t>
        <w:br/>
        <w:t xml:space="preserve">    # created.</w:t>
        <w:br/>
        <w:t xml:space="preserve">    preorder_index += 1</w:t>
        <w:br/>
        <w:t xml:space="preserve">    # Build the left and right subtrees and connect them to the current node.</w:t>
        <w:br/>
        <w:t xml:space="preserve">    node.left = build_subtree(left, inorder_index - 1, preorder, inorder)</w:t>
        <w:br/>
        <w:t xml:space="preserve">    node.right = build_subtree(inorder_index + 1, right, preorder, inorder)</w:t>
        <w:br/>
        <w:t xml:space="preserve">    return nodefunction buildBinaryTree(preorder, inorder) {</w:t>
        <w:br/>
        <w:t xml:space="preserve">    let preorderIndex = 0;</w:t>
        <w:br/>
        <w:t xml:space="preserve">    const inorderIndexesMap = new Map();</w:t>
        <w:br/>
        <w:t xml:space="preserve">    // Populate the hash map with the inorder values and their indexes.</w:t>
        <w:br/>
        <w:t xml:space="preserve">    for (let i = 0; i &lt; inorder.length; i++) {</w:t>
        <w:br/>
        <w:t xml:space="preserve">        inorderIndexesMap.set(inorder[i], i);</w:t>
        <w:br/>
        <w:t xml:space="preserve">    }</w:t>
        <w:br/>
        <w:br/>
        <w:t xml:space="preserve">    function buildSubtree(left, right) {</w:t>
        <w:br/>
        <w:t xml:space="preserve">        // Base case: if no elements are in this range, return null.</w:t>
        <w:br/>
        <w:t xml:space="preserve">        if (left &gt; right) {</w:t>
        <w:br/>
        <w:t xml:space="preserve">            return null;</w:t>
        <w:br/>
        <w:t xml:space="preserve">        }</w:t>
        <w:br/>
        <w:t xml:space="preserve">        const val = preorder[preorderIndex];</w:t>
        <w:br/>
        <w:t xml:space="preserve">        // Set 'inorder_index' to the index of the same value pointed at by</w:t>
        <w:br/>
        <w:t xml:space="preserve">        // 'preorder_index'.</w:t>
        <w:br/>
        <w:t xml:space="preserve">        const inorderIndex = inorderIndexesMap.get(val);</w:t>
        <w:br/>
        <w:t xml:space="preserve">        const node = new TreeNode(val);</w:t>
        <w:br/>
        <w:t xml:space="preserve">        // Advance 'preorder_index' so it points to the value of the next node to be</w:t>
        <w:br/>
        <w:t xml:space="preserve">        // created.</w:t>
        <w:br/>
        <w:t xml:space="preserve">        preorderIndex += 1;</w:t>
        <w:br/>
        <w:t xml:space="preserve">        // Build the left and right subtrees and connect them to the current node.</w:t>
        <w:br/>
        <w:t xml:space="preserve">        node.left = buildSubtree(left, inorderIndex - 1);</w:t>
        <w:br/>
        <w:t xml:space="preserve">        node.right = buildSubtree(inorderIndex + 1, right);</w:t>
        <w:br/>
        <w:t xml:space="preserve">        return node;</w:t>
        <w:br/>
        <w:t xml:space="preserve">    }</w:t>
        <w:br/>
        <w:br/>
        <w:t xml:space="preserve">    // Build the tree and return its root node.</w:t>
        <w:br/>
        <w:t xml:space="preserve">    return buildSubtree(0, inorder.length - 1);</w:t>
        <w:br/>
        <w:t>}import java.util.*;</w:t>
        <w:br/>
        <w:br/>
        <w:t>public class Solution {</w:t>
        <w:br/>
        <w:t xml:space="preserve">    private int preorderIndex = 0;</w:t>
        <w:br/>
        <w:t xml:space="preserve">    private Map&lt;Integer, Integer&gt; inorderIndexesMap = new HashMap&lt;&gt;();</w:t>
        <w:br/>
        <w:br/>
        <w:t xml:space="preserve">    public TreeNode buildBinaryTree(int[] preorder, int[] inorder) {</w:t>
        <w:br/>
        <w:t xml:space="preserve">        preorderIndex = 0;</w:t>
        <w:br/>
        <w:t xml:space="preserve">        inorderIndexesMap.clear();</w:t>
        <w:br/>
        <w:t xml:space="preserve">        // Populate the hash map with the inorder values and their indexes.</w:t>
        <w:br/>
        <w:t xml:space="preserve">        for (int i = 0; i &lt; inorder.length; i++) {</w:t>
        <w:br/>
        <w:t xml:space="preserve">            inorderIndexesMap.put(inorder[i], i);</w:t>
        <w:br/>
        <w:t xml:space="preserve">        }</w:t>
        <w:br/>
        <w:t xml:space="preserve">        // Build the tree and return its root node.</w:t>
        <w:br/>
        <w:t xml:space="preserve">        return buildSubtree(0, inorder.length - 1, preorder, inorder);</w:t>
        <w:br/>
        <w:t xml:space="preserve">    }</w:t>
        <w:br/>
        <w:br/>
        <w:t xml:space="preserve">    private TreeNode buildSubtree(int left, int right, int[] preorder, int[] inorder) {</w:t>
        <w:br/>
        <w:t xml:space="preserve">        // Base case: if no elements are in this range, return null.</w:t>
        <w:br/>
        <w:t xml:space="preserve">        if (left &gt; right) {</w:t>
        <w:br/>
        <w:t xml:space="preserve">            return null;</w:t>
        <w:br/>
        <w:t xml:space="preserve">        }</w:t>
        <w:br/>
        <w:t xml:space="preserve">        int val = preorder[preorderIndex];</w:t>
        <w:br/>
        <w:t xml:space="preserve">        // Set 'inorder_index' to the index of the same value pointed at by</w:t>
        <w:br/>
        <w:t xml:space="preserve">        // 'preorder_index'.</w:t>
        <w:br/>
        <w:t xml:space="preserve">        int inorderIndex = inorderIndexesMap.get(val);</w:t>
        <w:br/>
        <w:t xml:space="preserve">        TreeNode node = new TreeNode(val);</w:t>
        <w:br/>
        <w:t xml:space="preserve">        // Advance 'preorder_index' so it points to the value of the next node to be</w:t>
        <w:br/>
        <w:t xml:space="preserve">        // created.</w:t>
        <w:br/>
        <w:t xml:space="preserve">        preorderIndex += 1;</w:t>
        <w:br/>
        <w:t xml:space="preserve">        // Build the left and right subtrees and connect them to the current node.</w:t>
        <w:br/>
        <w:t xml:space="preserve">        node.left = buildSubtree(left, inorderIndex - 1, preorder, inorder);</w:t>
        <w:br/>
        <w:t xml:space="preserve">        node.right = buildSubtree(inorderIndex + 1, right, preorder, inorder);</w:t>
        <w:br/>
        <w:t xml:space="preserve">        return node;</w:t>
        <w:br/>
        <w:t xml:space="preserve">    }</w:t>
        <w:br/>
        <w:t>}</w:t>
      </w:r>
    </w:p>
    <w:p>
      <w:pPr>
        <w:pStyle w:val="Heading3"/>
        <w:spacing w:before="320" w:after="120"/>
      </w:pPr>
      <w:r>
        <w:t>Complexity Analysis</w:t>
      </w:r>
    </w:p>
    <w:p>
      <w:pPr>
        <w:spacing w:after="160" w:line="276" w:lineRule="auto"/>
      </w:pPr>
      <w:r>
        <w:t>Time complexity:The time complexity ofbuild_binary_treeisO(n)O(n)O(n), as it makes one call to thebuild_subtreefunction, which recursively traverses each element in thepreorderandinorderarrays once, resulting in anO(n)O(n)O(n)runtime.</w:t>
      </w:r>
    </w:p>
    <w:p>
      <w:pPr>
        <w:spacing w:after="160" w:line="276" w:lineRule="auto"/>
      </w:pPr>
      <w:r>
        <w:t>Space complexity:The space complexity isO(n)O(n)O(n)due to the space taken up by the recursive call stack, which can grow as large as the height of the binary tree. The largest possible height of a binary tree isnnn. The hash mapinorder_indexes_mapalso takes upO(n)O(n)O(n)space.</w:t>
      </w:r>
    </w:p>
    <w:p>
      <w:r>
        <w:br w:type="page"/>
      </w:r>
    </w:p>
    <w:p>
      <w:pPr>
        <w:pStyle w:val="Heading1"/>
        <w:spacing w:before="480" w:after="280"/>
      </w:pPr>
      <w:r>
        <w:rPr>
          <w:b/>
          <w:color w:val="008A60"/>
          <w:sz w:val="28"/>
        </w:rPr>
        <w:t>Chapter 66</w:t>
        <w:br/>
      </w:r>
      <w:r>
        <w:rPr>
          <w:b/>
          <w:color w:val="0F172A"/>
          <w:sz w:val="40"/>
        </w:rPr>
        <w:t>Maximum Sum of a Continuous Path in a Binary Tree</w:t>
      </w:r>
    </w:p>
    <w:p>
      <w:pPr>
        <w:spacing w:before="160" w:after="160"/>
        <w:ind w:left="360"/>
      </w:pPr>
      <w:r>
        <w:rPr>
          <w:rFonts w:ascii="Consolas" w:hAnsi="Consolas"/>
          <w:color w:val="1E293B"/>
          <w:sz w:val="19"/>
        </w:rPr>
        <w:t>Return the maximum sum of a continuous path in a binary tree. A path is defined by the following characteristics:</w:t>
        <w:br/>
        <w:t>Consists of a sequence of nodes that can begin and end at any node in the tree.</w:t>
        <w:br/>
        <w:t>Each consecutive pair of nodes in the sequence is connected by an edge.</w:t>
        <w:br/>
        <w:t>The path must be a single continuous sequence of nodes that doesn't split into multiple paths.</w:t>
        <w:br/>
        <w:t>Example:ExampleCopyOutput: 30</w:t>
        <w:br/>
        <w:t>Constraints:</w:t>
        <w:br/>
        <w:t>The tree contains at least one node.</w:t>
        <w:br/>
      </w:r>
    </w:p>
    <w:p>
      <w:pPr>
        <w:pStyle w:val="Heading2"/>
        <w:spacing w:before="320" w:after="120"/>
      </w:pPr>
      <w:r>
        <w:t>Intuition</w:t>
      </w:r>
    </w:p>
    <w:p>
      <w:pPr>
        <w:spacing w:after="160" w:line="276" w:lineRule="auto"/>
      </w:pPr>
      <w:r>
        <w:t>Let’s first understand what a path is in a binary tree. An important thing to note is that all paths have a root node. Consider the following binary tree:</w:t>
      </w:r>
    </w:p>
    <w:p>
      <w:pPr>
        <w:spacing w:after="160" w:line="276" w:lineRule="auto"/>
      </w:pPr>
      <w:r>
        <w:t>Every path that exists in this tree has a corresponding root node, as shown in the three examples below:</w:t>
      </w:r>
    </w:p>
    <w:p>
      <w:pPr>
        <w:spacing w:after="160" w:line="276" w:lineRule="auto"/>
      </w:pPr>
      <w:r>
        <w:t>Inversely, this means that every node in the tree is the root of some path(s). For example, node 7 in the tree below is the root of four paths. The largest sum rooting from node 7 is 13:</w:t>
      </w:r>
    </w:p>
    <w:p>
      <w:pPr>
        <w:spacing w:after="160" w:line="276" w:lineRule="auto"/>
      </w:pPr>
      <w:r>
        <w:t>So, to find the maximum path sum, we calculate the maximum sum rooting from each node and return the largest of these sums.</w:t>
      </w:r>
    </w:p>
    <w:p>
      <w:pPr>
        <w:spacing w:after="160" w:line="276" w:lineRule="auto"/>
      </w:pPr>
      <w:r>
        <w:t>Calculating the maximum path sum at any nodeLet’s try adopting a recursive strategy for this. Consider the root node of our example. The maximum sum of a path rooting from node 5 involves the maximum gain we can attain from its left subtree and its right subtree.</w:t>
      </w:r>
    </w:p>
    <w:p>
      <w:pPr>
        <w:spacing w:after="160" w:line="276" w:lineRule="auto"/>
      </w:pPr>
      <w:r>
        <w:t>Which sums do we expect node 5’s left and right subtrees to return? Consider what happens when the maximum path sums of these subtrees are returned to node 5:</w:t>
      </w:r>
    </w:p>
    <w:p>
      <w:pPr>
        <w:spacing w:after="160" w:line="276" w:lineRule="auto"/>
      </w:pPr>
      <w:r>
        <w:t>As we can see, when we received the maximum path sum from a recursive call made to node 8, we received the sum of a path with multiple branches. This results in an invalid path formed at node 5.</w:t>
      </w:r>
    </w:p>
    <w:p>
      <w:pPr>
        <w:spacing w:after="160" w:line="276" w:lineRule="auto"/>
      </w:pPr>
      <w:r>
        <w:t>Below, we can see what we actually want. The sums of the two paths returned here correctly give us the maximum path sum rooting from node 5:</w:t>
      </w:r>
    </w:p>
    <w:p>
      <w:pPr>
        <w:spacing w:after="160" w:line="276" w:lineRule="auto"/>
      </w:pPr>
      <w:r>
        <w:t>The difference between the valid and invalid paths above lies in the type of path returned by the recursive call to node 8. We can see this difference clearly in the diagram below.</w:t>
      </w:r>
    </w:p>
    <w:p>
      <w:pPr>
        <w:pStyle w:val="ListBullet"/>
      </w:pPr>
      <w:r>
        <w:t>In the left diagram below, an invalid path is formed at node 5 because at node 8, we return node 8’s maximum path sum, which is from a path with two branches.</w:t>
      </w:r>
    </w:p>
    <w:p>
      <w:pPr>
        <w:pStyle w:val="ListBullet"/>
      </w:pPr>
      <w:r>
        <w:t>In the right diagram, a valid path is formed at node 5 because we return the largest sum of a path with a single branch.</w:t>
      </w:r>
    </w:p>
    <w:p>
      <w:pPr>
        <w:spacing w:after="160" w:line="276" w:lineRule="auto"/>
      </w:pPr>
      <w:r>
        <w:t>This observation highlights that we can’t just return the maximum path sum of a node. So, let’s have a closer look at which path sum we should return, instead.</w:t>
      </w:r>
    </w:p>
    <w:p>
      <w:pPr>
        <w:spacing w:after="160" w:line="276" w:lineRule="auto"/>
      </w:pPr>
      <w:r>
        <w:t>Identifying the value returned during recursionConsider node 8 from the above example. The maximum path sum rooting from node 8 is 30. We know from the discussion above that we can’t just return this maximum path sum value:</w:t>
      </w:r>
    </w:p>
    <w:p>
      <w:pPr>
        <w:spacing w:after="160" w:line="276" w:lineRule="auto"/>
      </w:pPr>
      <w:r>
        <w:t>We know we need to make sure wereturn a single, continuous pathfrom node 8. This would meanreturning a path with node 8 as an end point, which leaves us with two main choices for values we could return:</w:t>
      </w:r>
    </w:p>
    <w:p>
      <w:pPr>
        <w:spacing w:after="160" w:line="276" w:lineRule="auto"/>
      </w:pPr>
      <w:r>
        <w:t>Between the above two paths, we just return whichever of their sums is larger. Therefore, our return statement is:</w:t>
      </w:r>
    </w:p>
    <w:p>
      <w:pPr>
        <w:spacing w:before="160" w:after="160"/>
        <w:ind w:left="360"/>
      </w:pPr>
      <w:r>
        <w:rPr>
          <w:rFonts w:ascii="Consolas" w:hAnsi="Consolas"/>
          <w:color w:val="1E293B"/>
          <w:sz w:val="19"/>
        </w:rPr>
        <w:br/>
        <w:t>return node.val + max(left_sum, right_sum)</w:t>
        <w:br/>
      </w:r>
    </w:p>
    <w:p>
      <w:pPr>
        <w:spacing w:after="160" w:line="276" w:lineRule="auto"/>
      </w:pPr>
      <w:r>
        <w:t>Now that we’re getting single continuous path sums from the left and right subtrees,the maximum path sum rooting from a nodecan be calculated usingnode.val + left_sum + right_sum. This is done separately from the return statement.</w:t>
      </w:r>
    </w:p>
    <w:p>
      <w:pPr>
        <w:spacing w:after="160" w:line="276" w:lineRule="auto"/>
      </w:pPr>
      <w:r>
        <w:t>The maximum path sum of the entire tree is found by keeping track of the largest path sum formed at every node.</w:t>
      </w:r>
    </w:p>
    <w:p>
      <w:pPr>
        <w:spacing w:after="160" w:line="276" w:lineRule="auto"/>
      </w:pPr>
      <w:r>
        <w:t>Handling negative path sumsOne final thing to note is that we shouldn’t include the values ofleft_sumorright_sumif either is negative, as they wouldn’t contribute to a maximum sum. We can do this by setting their values to 0 if they’re negative, which is the same as excluding the left or right path from the sum.</w:t>
      </w:r>
    </w:p>
    <w:p>
      <w:pPr>
        <w:pStyle w:val="Heading2"/>
        <w:spacing w:before="320" w:after="120"/>
      </w:pPr>
      <w:r>
        <w:t>Implementation</w:t>
      </w:r>
    </w:p>
    <w:p>
      <w:pPr>
        <w:spacing w:before="160" w:after="160"/>
        <w:ind w:left="360"/>
      </w:pPr>
      <w:r>
        <w:rPr>
          <w:rFonts w:ascii="Consolas" w:hAnsi="Consolas"/>
          <w:color w:val="1E293B"/>
          <w:sz w:val="19"/>
        </w:rPr>
        <w:t>PythonJavaScriptJavaCopyfrom ds import TreeNode</w:t>
        <w:br/>
        <w:t xml:space="preserve">    </w:t>
        <w:br/>
        <w:t>max_sum = float('-inf')</w:t>
        <w:br/>
        <w:t xml:space="preserve">    </w:t>
        <w:br/>
        <w:t>def max_path_sum(root: TreeNode) -&gt; int:</w:t>
        <w:br/>
        <w:t xml:space="preserve">   global max_sum</w:t>
        <w:br/>
        <w:t xml:space="preserve">   max_path_sum_helper(root)</w:t>
        <w:br/>
        <w:t xml:space="preserve">   return max_sum</w:t>
        <w:br/>
        <w:t xml:space="preserve">    </w:t>
        <w:br/>
        <w:t>def max_path_sum_helper(node: TreeNode) -&gt; int:</w:t>
        <w:br/>
        <w:t xml:space="preserve">   global max_sum</w:t>
        <w:br/>
        <w:t xml:space="preserve">   # Base case: null nodes have no path sum.</w:t>
        <w:br/>
        <w:t xml:space="preserve">   if not node:</w:t>
        <w:br/>
        <w:t xml:space="preserve">       return 0</w:t>
        <w:br/>
        <w:t xml:space="preserve">   # Collect the maximum gain we can attain from the left and right subtrees, setting</w:t>
        <w:br/>
        <w:t xml:space="preserve">   # them to 0 if they’re negative.</w:t>
        <w:br/>
        <w:t xml:space="preserve">   left_sum = max(max_path_sum_helper(node.left), 0)</w:t>
        <w:br/>
        <w:t xml:space="preserve">   right_sum = max(max_path_sum_helper(node.right), 0)</w:t>
        <w:br/>
        <w:t xml:space="preserve">   # Update the overall maximum path sum if the current path sum is larger.</w:t>
        <w:br/>
        <w:t xml:space="preserve">   max_sum = max(max_sum, node.val + left_sum + right_sum)</w:t>
        <w:br/>
        <w:t xml:space="preserve">   # Return the maximum sum of a single, continuous path with the current node as an</w:t>
        <w:br/>
        <w:t xml:space="preserve">   # endpoint.</w:t>
        <w:br/>
        <w:t xml:space="preserve">   return node.val + max(left_sum, right_sum)function maxPathSum(root) {</w:t>
        <w:br/>
        <w:t xml:space="preserve">    let maxSum = -Infinity;</w:t>
        <w:br/>
        <w:br/>
        <w:t xml:space="preserve">    function maxPathSumHelper(node) {</w:t>
        <w:br/>
        <w:t xml:space="preserve">        // Base case: null nodes have no path sum.</w:t>
        <w:br/>
        <w:t xml:space="preserve">        if (!node) {</w:t>
        <w:br/>
        <w:t xml:space="preserve">            return 0;</w:t>
        <w:br/>
        <w:t xml:space="preserve">        }</w:t>
        <w:br/>
        <w:t xml:space="preserve">        // Collect the maximum gain we can attain from the left and right subtrees, setting</w:t>
        <w:br/>
        <w:t xml:space="preserve">        // them to 0 if they’re negative.</w:t>
        <w:br/>
        <w:t xml:space="preserve">        const leftSum = Math.max(maxPathSumHelper(node.left), 0);</w:t>
        <w:br/>
        <w:t xml:space="preserve">        const rightSum = Math.max(maxPathSumHelper(node.right), 0);</w:t>
        <w:br/>
        <w:t xml:space="preserve">        // Update the overall maximum path sum if the current path sum is larger.</w:t>
        <w:br/>
        <w:t xml:space="preserve">        maxSum = Math.max(maxSum, node.val + leftSum + rightSum);</w:t>
        <w:br/>
        <w:t xml:space="preserve">        // Return the maximum sum of a single, continuous path with the current node as an</w:t>
        <w:br/>
        <w:t xml:space="preserve">        // endpoint.</w:t>
        <w:br/>
        <w:t xml:space="preserve">        return node.val + Math.max(leftSum, rightSum);</w:t>
        <w:br/>
        <w:t xml:space="preserve">    }</w:t>
        <w:br/>
        <w:br/>
        <w:t xml:space="preserve">    maxPathSumHelper(root);</w:t>
        <w:br/>
        <w:t xml:space="preserve">    return maxSum;</w:t>
        <w:br/>
        <w:t>}public class Solution {</w:t>
        <w:br/>
        <w:t xml:space="preserve">    private int maxSum = Integer.MIN_VALUE;</w:t>
        <w:br/>
        <w:br/>
        <w:t xml:space="preserve">    public int maxPathSum(TreeNode root) {</w:t>
        <w:br/>
        <w:t xml:space="preserve">        maxSum = Integer.MIN_VALUE;</w:t>
        <w:br/>
        <w:t xml:space="preserve">        maxPathSumHelper(root);</w:t>
        <w:br/>
        <w:t xml:space="preserve">        return maxSum;</w:t>
        <w:br/>
        <w:t xml:space="preserve">    }</w:t>
        <w:br/>
        <w:br/>
        <w:t xml:space="preserve">    private int maxPathSumHelper(TreeNode node) {</w:t>
        <w:br/>
        <w:t xml:space="preserve">        // Base case: null nodes have no path sum.</w:t>
        <w:br/>
        <w:t xml:space="preserve">        if (node == null) {</w:t>
        <w:br/>
        <w:t xml:space="preserve">            return 0;</w:t>
        <w:br/>
        <w:t xml:space="preserve">        }</w:t>
        <w:br/>
        <w:t xml:space="preserve">        // Collect the maximum gain we can attain from the left and right subtrees, setting</w:t>
        <w:br/>
        <w:t xml:space="preserve">        // them to 0 if they’re negative.</w:t>
        <w:br/>
        <w:t xml:space="preserve">        int leftSum = Math.max(maxPathSumHelper(node.left), 0);</w:t>
        <w:br/>
        <w:t xml:space="preserve">        int rightSum = Math.max(maxPathSumHelper(node.right), 0);</w:t>
        <w:br/>
        <w:t xml:space="preserve">        // Update the overall maximum path sum if the current path sum is larger.</w:t>
        <w:br/>
        <w:t xml:space="preserve">        maxSum = Math.max(maxSum, node.val + leftSum + rightSum);</w:t>
        <w:br/>
        <w:t xml:space="preserve">        // Return the maximum sum of a single, continuous path with the current node as an</w:t>
        <w:br/>
        <w:t xml:space="preserve">        // endpoint.</w:t>
        <w:br/>
        <w:t xml:space="preserve">        return node.val + Math.max(leftSum, rightSum);</w:t>
        <w:br/>
        <w:t xml:space="preserve">    }</w:t>
        <w:br/>
        <w:t>}</w:t>
      </w:r>
    </w:p>
    <w:p>
      <w:pPr>
        <w:pStyle w:val="Heading3"/>
        <w:spacing w:before="320" w:after="120"/>
      </w:pPr>
      <w:r>
        <w:t>Complexity Analysis</w:t>
      </w:r>
    </w:p>
    <w:p>
      <w:pPr>
        <w:spacing w:after="160" w:line="276" w:lineRule="auto"/>
      </w:pPr>
      <w:r>
        <w:t>Time complexity:The time complexity ofmax_path_sumisO(n)O(n)O(n), wherennndenotes the number of nodes in the tree. This is because it traverses each node of the tree once.</w:t>
      </w:r>
    </w:p>
    <w:p>
      <w:pPr>
        <w:spacing w:after="160" w:line="276" w:lineRule="auto"/>
      </w:pPr>
      <w:r>
        <w:t>Space complexity:The space complexity isO(n)O(n)O(n)due to the space taken up by the recursive call stack, which can grow as large as the height of the binary tree. The largest possible height of a binary tree isnnn.</w:t>
      </w:r>
    </w:p>
    <w:p>
      <w:r>
        <w:br w:type="page"/>
      </w:r>
    </w:p>
    <w:p>
      <w:pPr>
        <w:pStyle w:val="Heading1"/>
        <w:spacing w:before="480" w:after="280"/>
      </w:pPr>
      <w:r>
        <w:rPr>
          <w:b/>
          <w:color w:val="008A60"/>
          <w:sz w:val="28"/>
        </w:rPr>
        <w:t>Chapter 67</w:t>
        <w:br/>
      </w:r>
      <w:r>
        <w:rPr>
          <w:b/>
          <w:color w:val="0F172A"/>
          <w:sz w:val="40"/>
        </w:rPr>
        <w:t>Binary Tree Symmetry</w:t>
      </w:r>
    </w:p>
    <w:p>
      <w:pPr>
        <w:spacing w:before="160" w:after="160"/>
        <w:ind w:left="360"/>
      </w:pPr>
      <w:r>
        <w:rPr>
          <w:rFonts w:ascii="Consolas" w:hAnsi="Consolas"/>
          <w:color w:val="1E293B"/>
          <w:sz w:val="19"/>
        </w:rPr>
        <w:t>Determine if a binary tree is vertically symmetric. That is, the left subtree of the root node is a mirror of the right subtree.Example:ExampleCopyOutput: True</w:t>
        <w:br/>
      </w:r>
    </w:p>
    <w:p>
      <w:pPr>
        <w:pStyle w:val="Heading2"/>
        <w:spacing w:before="320" w:after="120"/>
      </w:pPr>
      <w:r>
        <w:t>Intuition</w:t>
      </w:r>
    </w:p>
    <w:p>
      <w:pPr>
        <w:spacing w:after="160" w:line="276" w:lineRule="auto"/>
      </w:pPr>
      <w:r>
        <w:t>To check a binary tree's symmetry, we need to assess its left and right subtrees. The first thing to note is that the root node itself doesn’t affect the symmetry of the tree. Therefore, we don't need to consider the root node. We now have the task of comparing two subtrees to check if one vertically mirrors the other.</w:t>
      </w:r>
    </w:p>
    <w:p>
      <w:pPr>
        <w:spacing w:after="160" w:line="276" w:lineRule="auto"/>
      </w:pPr>
      <w:r>
        <w:t>Consider the root node’s left and right subtrees in the following example:</w:t>
      </w:r>
    </w:p>
    <w:p>
      <w:pPr>
        <w:spacing w:after="160" w:line="276" w:lineRule="auto"/>
      </w:pPr>
      <w:r>
        <w:t>The key observation here is thatthe right subtree is an inverted version of the left subtree.</w:t>
      </w:r>
    </w:p>
    <w:p>
      <w:pPr>
        <w:spacing w:after="160" w:line="276" w:lineRule="auto"/>
      </w:pPr>
      <w:r>
        <w:t>We’ve learned from the problemInvert Binary Treethat an inversion is performed by swapping the left and right child of every node. This suggests the value of each node's left child in the left subtree should match the value of the right child of the corresponding node in the right subtree, and vice versa.</w:t>
      </w:r>
    </w:p>
    <w:p>
      <w:pPr>
        <w:spacing w:after="160" w:line="276" w:lineRule="auto"/>
      </w:pPr>
      <w:r>
        <w:t>We can start by using DFS to traverse both subtrees. During this traversal, we compare the left and right children of each node in the left subtree with the right and left children of its corresponding node in the right subtree, respectively.</w:t>
      </w:r>
    </w:p>
    <w:p>
      <w:pPr>
        <w:pStyle w:val="ListBullet"/>
      </w:pPr>
      <w:r>
        <w:t>If the values of any two nodes being compared are not the same, the tree is not symmetric.</w:t>
      </w:r>
    </w:p>
    <w:p>
      <w:pPr>
        <w:pStyle w:val="ListBullet"/>
      </w:pPr>
      <w:r>
        <w:t>If, at any point, one of the child nodes being compared is null while the other isn’t, the tree is also not symmetric.</w:t>
      </w:r>
    </w:p>
    <w:p>
      <w:pPr>
        <w:spacing w:after="160" w:line="276" w:lineRule="auto"/>
      </w:pPr>
      <w:r>
        <w:t>Initially, we see the values of the root nodes of the left and right subtrees are equal:</w:t>
      </w:r>
    </w:p>
    <w:p>
      <w:pPr>
        <w:spacing w:after="160" w:line="276" w:lineRule="auto"/>
      </w:pPr>
      <w:r>
        <w:t>Since they’re equal, proceed by comparing their children through recursive DFS calls. Specifically, make two recursive DFS calls to compare the left child of one node with the right child of the other. This checks that node2’s children contain the same values as node1’s children, but inverted.</w:t>
      </w:r>
    </w:p>
    <w:p>
      <w:pPr>
        <w:spacing w:after="160" w:line="276" w:lineRule="auto"/>
      </w:pPr>
      <w:r>
        <w:t>If either DFS call returns false, the subtrees are not symmetric. If both DFS calls return true, the subtrees are symmetric. This process is repeated for the entire tree.</w:t>
      </w:r>
    </w:p>
    <w:p>
      <w:pPr>
        <w:pStyle w:val="Heading2"/>
        <w:spacing w:before="320" w:after="120"/>
      </w:pPr>
      <w:r>
        <w:t>Implementation</w:t>
      </w:r>
    </w:p>
    <w:p>
      <w:pPr>
        <w:spacing w:before="160" w:after="160"/>
        <w:ind w:left="360"/>
      </w:pPr>
      <w:r>
        <w:rPr>
          <w:rFonts w:ascii="Consolas" w:hAnsi="Consolas"/>
          <w:color w:val="1E293B"/>
          <w:sz w:val="19"/>
        </w:rPr>
        <w:t>PythonJavaScriptJavaCopyfrom ds import TreeNode</w:t>
        <w:br/>
        <w:t xml:space="preserve">    </w:t>
        <w:br/>
        <w:t>def binary_tree_symmetry(root: TreeNode) -&gt; bool:</w:t>
        <w:br/>
        <w:t xml:space="preserve">    if not root:</w:t>
        <w:br/>
        <w:t xml:space="preserve">        return True</w:t>
        <w:br/>
        <w:t xml:space="preserve">    return compare_trees(root.left, root.right)</w:t>
        <w:br/>
        <w:t xml:space="preserve">    </w:t>
        <w:br/>
        <w:t>def compare_trees(node1: TreeNode, node2: TreeNode) -&gt; bool:</w:t>
        <w:br/>
        <w:t xml:space="preserve">    # Base case: if both nodes are null, they're symmetric.</w:t>
        <w:br/>
        <w:t xml:space="preserve">    if not node1 and not node2:</w:t>
        <w:br/>
        <w:t xml:space="preserve">        return True</w:t>
        <w:br/>
        <w:t xml:space="preserve">    # If one node is null and the other isn't, they aren't symmetric.</w:t>
        <w:br/>
        <w:t xml:space="preserve">    if not node1 or not node2:</w:t>
        <w:br/>
        <w:t xml:space="preserve">        return False</w:t>
        <w:br/>
        <w:t xml:space="preserve">    # If the values of the current nodes don't match, trees aren't symmetric.</w:t>
        <w:br/>
        <w:t xml:space="preserve">    if node1.val != node2.val:</w:t>
        <w:br/>
        <w:t xml:space="preserve">        return False</w:t>
        <w:br/>
        <w:t xml:space="preserve">    # Compare the 'node1's left subtree with 'node2's right subtree. If these</w:t>
        <w:br/>
        <w:t xml:space="preserve">    # aren't symmetric, the whole tree is not symmetric.</w:t>
        <w:br/>
        <w:t xml:space="preserve">    if not compare_trees(node1.left, node2.right):</w:t>
        <w:br/>
        <w:t xml:space="preserve">        return False</w:t>
        <w:br/>
        <w:t xml:space="preserve">    # Compare the 'node1's right subtree with 'node2's left subtree.</w:t>
        <w:br/>
        <w:t xml:space="preserve">    return compare_trees(node1.right, node2.left)function binaryTreeSymmetry(root) {</w:t>
        <w:br/>
        <w:t xml:space="preserve">    if (!root) {</w:t>
        <w:br/>
        <w:t xml:space="preserve">        return true;</w:t>
        <w:br/>
        <w:t xml:space="preserve">    }</w:t>
        <w:br/>
        <w:t xml:space="preserve">    return compareTrees(root.left, root.right);</w:t>
        <w:br/>
        <w:t>}</w:t>
        <w:br/>
        <w:br/>
        <w:t>function compareTrees(node1, node2) {</w:t>
        <w:br/>
        <w:t xml:space="preserve">    // Base case: if both nodes are null, they're symmetric.</w:t>
        <w:br/>
        <w:t xml:space="preserve">    if (!node1 &amp;&amp; !node2) {</w:t>
        <w:br/>
        <w:t xml:space="preserve">        return true;</w:t>
        <w:br/>
        <w:t xml:space="preserve">    }</w:t>
        <w:br/>
        <w:t xml:space="preserve">    // If one node is null and the other isn't, they aren't symmetric.</w:t>
        <w:br/>
        <w:t xml:space="preserve">    if (!node1 || !node2) {</w:t>
        <w:br/>
        <w:t xml:space="preserve">        return false;</w:t>
        <w:br/>
        <w:t xml:space="preserve">    }</w:t>
        <w:br/>
        <w:t xml:space="preserve">    // If the values of the current nodes don't match, trees aren't symmetric.</w:t>
        <w:br/>
        <w:t xml:space="preserve">    if (node1.val !== node2.val) {</w:t>
        <w:br/>
        <w:t xml:space="preserve">        return false;</w:t>
        <w:br/>
        <w:t xml:space="preserve">    }</w:t>
        <w:br/>
        <w:t xml:space="preserve">    // Compare the 'node1's left subtree with 'node2's right subtree. If these</w:t>
        <w:br/>
        <w:t xml:space="preserve">    // aren't symmetric, the whole tree is not symmetric.</w:t>
        <w:br/>
        <w:t xml:space="preserve">    if (!compareTrees(node1.left, node2.right)) {</w:t>
        <w:br/>
        <w:t xml:space="preserve">        return false;</w:t>
        <w:br/>
        <w:t xml:space="preserve">    }</w:t>
        <w:br/>
        <w:t xml:space="preserve">    // Compare the 'node1's right subtree with 'node2's left subtree.</w:t>
        <w:br/>
        <w:t xml:space="preserve">    return compareTrees(node1.right, node2.left);</w:t>
        <w:br/>
        <w:t>}public class Solution {</w:t>
        <w:br/>
        <w:t xml:space="preserve">    public boolean binaryTreeSymmetry(TreeNode root) {</w:t>
        <w:br/>
        <w:t xml:space="preserve">        if (root == null) {</w:t>
        <w:br/>
        <w:t xml:space="preserve">            return true;</w:t>
        <w:br/>
        <w:t xml:space="preserve">        }</w:t>
        <w:br/>
        <w:t xml:space="preserve">        return compareTrees(root.left, root.right);</w:t>
        <w:br/>
        <w:t xml:space="preserve">    }</w:t>
        <w:br/>
        <w:br/>
        <w:t xml:space="preserve">    private boolean compareTrees(TreeNode node1, TreeNode node2) {</w:t>
        <w:br/>
        <w:t xml:space="preserve">        // Base case: if both nodes are null, they're symmetric.</w:t>
        <w:br/>
        <w:t xml:space="preserve">        if (node1 == null &amp;&amp; node2 == null) {</w:t>
        <w:br/>
        <w:t xml:space="preserve">            return true;</w:t>
        <w:br/>
        <w:t xml:space="preserve">        }</w:t>
        <w:br/>
        <w:t xml:space="preserve">        // If one node is null and the other isn't, they aren't symmetric.</w:t>
        <w:br/>
        <w:t xml:space="preserve">        if (node1 == null || node2 == null) {</w:t>
        <w:br/>
        <w:t xml:space="preserve">            return false;</w:t>
        <w:br/>
        <w:t xml:space="preserve">        }</w:t>
        <w:br/>
        <w:t xml:space="preserve">        // If the values of the current nodes don't match, trees aren't symmetric.</w:t>
        <w:br/>
        <w:t xml:space="preserve">        if (node1.val != node2.val) {</w:t>
        <w:br/>
        <w:t xml:space="preserve">            return false;</w:t>
        <w:br/>
        <w:t xml:space="preserve">        }</w:t>
        <w:br/>
        <w:t xml:space="preserve">        // Compare the 'node1's left subtree with 'node2's right subtree. If these</w:t>
        <w:br/>
        <w:t xml:space="preserve">        // aren't symmetric, the whole tree is not symmetric.</w:t>
        <w:br/>
        <w:t xml:space="preserve">        if (!compareTrees(node1.left, node2.right)) {</w:t>
        <w:br/>
        <w:t xml:space="preserve">            return false;</w:t>
        <w:br/>
        <w:t xml:space="preserve">        }</w:t>
        <w:br/>
        <w:t xml:space="preserve">        // Compare the 'node1's right subtree with 'node2's left subtree.</w:t>
        <w:br/>
        <w:t xml:space="preserve">        return compareTrees(node1.right, node2.left);</w:t>
        <w:br/>
        <w:t xml:space="preserve">    }</w:t>
        <w:br/>
        <w:t>}</w:t>
      </w:r>
    </w:p>
    <w:p>
      <w:pPr>
        <w:pStyle w:val="Heading3"/>
        <w:spacing w:before="320" w:after="120"/>
      </w:pPr>
      <w:r>
        <w:t>Complexity Analysis</w:t>
      </w:r>
    </w:p>
    <w:p>
      <w:pPr>
        <w:spacing w:after="160" w:line="276" w:lineRule="auto"/>
      </w:pPr>
      <w:r>
        <w:t>Time complexity:The time complexity ofbinary_tree_symmetryisO(n)O(n)O(n), wherennndenotes the number of nodes in the tree. This is because we process each node recursively at most once.</w:t>
      </w:r>
    </w:p>
    <w:p>
      <w:pPr>
        <w:spacing w:after="160" w:line="276" w:lineRule="auto"/>
      </w:pPr>
      <w:r>
        <w:t>Space complexity:The space complexity isO(n)O(n)O(n)due to the space taken up by the recursive call stack, which can grow as large as the height of the binary tree. The largest possible height of a binary tree isnnn.</w:t>
      </w:r>
    </w:p>
    <w:p>
      <w:pPr>
        <w:pStyle w:val="Heading2"/>
        <w:spacing w:before="320" w:after="120"/>
      </w:pPr>
      <w:r>
        <w:t>Interview Tip</w:t>
      </w:r>
    </w:p>
    <w:p>
      <w:pPr>
        <w:spacing w:after="160" w:line="276" w:lineRule="auto"/>
      </w:pPr>
      <w:r>
        <w:t>Tip: Cover null cases. Always check for null or empty inputs before using their attributes in a function. In this problem, the mainbinary_tree_symmetryfunction itself accesses the left and right attributes of the input node, necessitating an initial null check.</w:t>
      </w:r>
    </w:p>
    <w:p>
      <w:r>
        <w:br w:type="page"/>
      </w:r>
    </w:p>
    <w:p>
      <w:pPr>
        <w:pStyle w:val="Heading1"/>
        <w:spacing w:before="480" w:after="280"/>
      </w:pPr>
      <w:r>
        <w:rPr>
          <w:b/>
          <w:color w:val="008A60"/>
          <w:sz w:val="28"/>
        </w:rPr>
        <w:t>Chapter 68</w:t>
        <w:br/>
      </w:r>
      <w:r>
        <w:rPr>
          <w:b/>
          <w:color w:val="0F172A"/>
          <w:sz w:val="40"/>
        </w:rPr>
        <w:t>Binary Tree Columns</w:t>
      </w:r>
    </w:p>
    <w:p>
      <w:pPr>
        <w:spacing w:before="160" w:after="160"/>
        <w:ind w:left="360"/>
      </w:pPr>
      <w:r>
        <w:rPr>
          <w:rFonts w:ascii="Consolas" w:hAnsi="Consolas"/>
          <w:color w:val="1E293B"/>
          <w:sz w:val="19"/>
        </w:rPr>
        <w:t>Given the root of a binary tree, return a list of arrays where each array represents a vertical column of the tree. Nodes in the same column should be ordered from top to bottom. Nodes in the same row and column should be ordered from left to right.Example:ExampleCopyOutput: [[2], [9], [5, 1, 4], [3], [7]]</w:t>
        <w:br/>
      </w:r>
    </w:p>
    <w:p>
      <w:pPr>
        <w:pStyle w:val="Heading2"/>
        <w:spacing w:before="320" w:after="120"/>
      </w:pPr>
      <w:r>
        <w:t>Intuition</w:t>
      </w:r>
    </w:p>
    <w:p>
      <w:pPr>
        <w:spacing w:after="160" w:line="276" w:lineRule="auto"/>
      </w:pPr>
      <w:r>
        <w:t>First and foremost, to get the columns of a binary tree, we'll need a way to identify what column each node is in.</w:t>
      </w:r>
    </w:p>
    <w:p>
      <w:pPr>
        <w:spacing w:after="160" w:line="276" w:lineRule="auto"/>
      </w:pPr>
      <w:r>
        <w:t>Column idsOne way to distinguish between different columns is to represent each column by a distinct numerical value: an id. Initially, we don't know how many columns there are to the left or to the right of the root node, but we at least know the column which contains the root node itself. Let's give this column an id of 0. This lets us set positive column ids for nodes to the right of the root and negative ids to the left:</w:t>
      </w:r>
    </w:p>
    <w:p>
      <w:pPr>
        <w:spacing w:after="160" w:line="276" w:lineRule="auto"/>
      </w:pPr>
      <w:r>
        <w:t>How can we identify what column id a node is associated with? A handy observation is that every time we move to the right, the column id increases by 1, and every time we move to the left, it decreases by 1. This allows us to assign ids as we traverse the tree: for any node, the column ids ofnode.leftandnode.rightarecolumn - 1andcolumn + 1, respectively:</w:t>
      </w:r>
    </w:p>
    <w:p>
      <w:pPr>
        <w:spacing w:after="160" w:line="276" w:lineRule="auto"/>
      </w:pPr>
      <w:r>
        <w:t>Tracking node values by their column idNow that we have a way to determine a node’s column, we’ll need a way to keep track of which node values belong to which columns. This can be done using ahash mapwhere keys are column ids and the value of each column id is a list of the node values at that column.</w:t>
      </w:r>
    </w:p>
    <w:p>
      <w:pPr>
        <w:spacing w:after="160" w:line="276" w:lineRule="auto"/>
      </w:pPr>
      <w:r>
        <w:t>Now, let’s consider what traversal algorithm we should use to populate this hash map.</w:t>
      </w:r>
    </w:p>
    <w:p>
      <w:pPr>
        <w:spacing w:after="160" w:line="276" w:lineRule="auto"/>
      </w:pPr>
      <w:r>
        <w:t>Breadth-first searchIn general, we can employ any traversal method to assign column ids to each node, as long as we increment the column id whenever we move right and decrement it whenever we move left. However, we need to be cautious about the following two requirements:</w:t>
      </w:r>
    </w:p>
    <w:p>
      <w:pPr>
        <w:pStyle w:val="ListNumber"/>
      </w:pPr>
      <w:r>
        <w:t>Nodes in the same column should be ordered from top to bottom.</w:t>
      </w:r>
    </w:p>
    <w:p>
      <w:pPr>
        <w:pStyle w:val="ListNumber"/>
      </w:pPr>
      <w:r>
        <w:t>Nodes in the same row and column should be ordered from left to right.</w:t>
      </w:r>
    </w:p>
    <w:p>
      <w:pPr>
        <w:spacing w:after="160" w:line="276" w:lineRule="auto"/>
      </w:pPr>
      <w:r>
        <w:t>So, we’ll need an algorithm that traverses the tree from top to bottom and then from left to right. This calls forBFS.</w:t>
      </w:r>
    </w:p>
    <w:p>
      <w:pPr>
        <w:spacing w:after="160" w:line="276" w:lineRule="auto"/>
      </w:pPr>
      <w:r>
        <w:t>BFS processes nodes level by level, starting from the root and moving horizontally across the tree at each level. This method ensures nodes are visited from top to bottom, and for nodes in the same row (level), they are visited from left to right.</w:t>
      </w:r>
    </w:p>
    <w:p>
      <w:pPr>
        <w:spacing w:after="160" w:line="276" w:lineRule="auto"/>
      </w:pPr>
      <w:r>
        <w:t>Traversing the tree this way ensures node values are added to the hash map in the desired order, complying with the two requirements above.</w:t>
      </w:r>
    </w:p>
    <w:p>
      <w:pPr>
        <w:spacing w:after="160" w:line="276" w:lineRule="auto"/>
      </w:pPr>
      <w:r>
        <w:t>We can see how the hash map is populated level by level below:</w:t>
      </w:r>
    </w:p>
    <w:p>
      <w:pPr>
        <w:spacing w:after="160" w:line="276" w:lineRule="auto"/>
      </w:pPr>
      <w:r>
        <w:t>Once BFS concludes, the hash map is populated with lists of values for each column id. However, the hash map itself is not the expected output. So, let’s discuss what to do next.</w:t>
      </w:r>
    </w:p>
    <w:p>
      <w:pPr>
        <w:spacing w:after="160" w:line="276" w:lineRule="auto"/>
      </w:pPr>
      <w:r>
        <w:t>Creating the outputThis problem expects us to return the column ids from left to right. As we know, a hash map does not inherently maintain the order of its keys (column ids), which means we’ll need to find a way to attain the output in the desired order.</w:t>
      </w:r>
    </w:p>
    <w:p>
      <w:pPr>
        <w:spacing w:after="160" w:line="276" w:lineRule="auto"/>
      </w:pPr>
      <w:r>
        <w:t>To retrieve the column ids in the desired order, it would be useful to know theleftmost column idand therightmost column id. This allows us to increment through all ids in the range [leftmost_column,rightmost_column], ensuring we can build the output in the desired order.</w:t>
      </w:r>
    </w:p>
    <w:p>
      <w:pPr>
        <w:pStyle w:val="Heading2"/>
        <w:spacing w:before="320" w:after="120"/>
      </w:pPr>
      <w:r>
        <w:t>Implementation</w:t>
      </w:r>
    </w:p>
    <w:p>
      <w:pPr>
        <w:spacing w:before="160" w:after="160"/>
        <w:ind w:left="360"/>
      </w:pPr>
      <w:r>
        <w:rPr>
          <w:rFonts w:ascii="Consolas" w:hAnsi="Consolas"/>
          <w:color w:val="1E293B"/>
          <w:sz w:val="19"/>
        </w:rPr>
        <w:t>PythonJavaScriptJavaCopyfrom ds import TreeNode</w:t>
        <w:br/>
        <w:t>from typing import List</w:t>
        <w:br/>
        <w:t>from collections import defaultdict, deque</w:t>
        <w:br/>
        <w:t xml:space="preserve">    </w:t>
        <w:br/>
        <w:t>def binary_tree_columns(root: TreeNode) -&gt; List[List[int]]:</w:t>
        <w:br/>
        <w:t xml:space="preserve">    if not root:</w:t>
        <w:br/>
        <w:t xml:space="preserve">        return []</w:t>
        <w:br/>
        <w:t xml:space="preserve">    column_map = defaultdict(list)</w:t>
        <w:br/>
        <w:t xml:space="preserve">    leftmost_column = rightmost_column = 0</w:t>
        <w:br/>
        <w:t xml:space="preserve">    queue = deque([(root, 0)])</w:t>
        <w:br/>
        <w:t xml:space="preserve">    while queue:</w:t>
        <w:br/>
        <w:t xml:space="preserve">        node, column = queue.popleft()</w:t>
        <w:br/>
        <w:t xml:space="preserve">        if node:</w:t>
        <w:br/>
        <w:t xml:space="preserve">            # Add the current node's value to its corresponding list in the hash</w:t>
        <w:br/>
        <w:t xml:space="preserve">            # map.</w:t>
        <w:br/>
        <w:t xml:space="preserve">            column_map[column].append(node.val)</w:t>
        <w:br/>
        <w:t xml:space="preserve">            leftmost_column = min(leftmost_column, column)</w:t>
        <w:br/>
        <w:t xml:space="preserve">            rightmost_column = max(rightmost_column, column)</w:t>
        <w:br/>
        <w:t xml:space="preserve">            # Add the current node's children to the queue with their respective</w:t>
        <w:br/>
        <w:t xml:space="preserve">            # column ids.</w:t>
        <w:br/>
        <w:t xml:space="preserve">            queue.append((node.left, column - 1))</w:t>
        <w:br/>
        <w:t xml:space="preserve">            queue.append((node.right, column + 1))</w:t>
        <w:br/>
        <w:t xml:space="preserve">    # Construct the output list by collecting values from each column in the hash</w:t>
        <w:br/>
        <w:t xml:space="preserve">    # map in the correct order.</w:t>
        <w:br/>
        <w:t xml:space="preserve">    return [column_map[i] for i in range(leftmost_column, rightmost_column + 1)]function binaryTreeColumns(root) {</w:t>
        <w:br/>
        <w:t xml:space="preserve">    if (!root) {</w:t>
        <w:br/>
        <w:t xml:space="preserve">        return [];</w:t>
        <w:br/>
        <w:t xml:space="preserve">    }</w:t>
        <w:br/>
        <w:t xml:space="preserve">    const columnMap = new Map();</w:t>
        <w:br/>
        <w:t xml:space="preserve">    let leftmostColumn = 0, rightmostColumn = 0;</w:t>
        <w:br/>
        <w:t xml:space="preserve">    const queue = [[root, 0]];</w:t>
        <w:br/>
        <w:t xml:space="preserve">    while (queue.length &gt; 0) {</w:t>
        <w:br/>
        <w:t xml:space="preserve">        const [node, column] = queue.shift();</w:t>
        <w:br/>
        <w:t xml:space="preserve">        if (node) {</w:t>
        <w:br/>
        <w:t xml:space="preserve">            // Add the current node's value to its corresponding list in the hash</w:t>
        <w:br/>
        <w:t xml:space="preserve">            // map.</w:t>
        <w:br/>
        <w:t xml:space="preserve">            if (!columnMap.has(column)) {</w:t>
        <w:br/>
        <w:t xml:space="preserve">                columnMap.set(column, []);</w:t>
        <w:br/>
        <w:t xml:space="preserve">            }</w:t>
        <w:br/>
        <w:t xml:space="preserve">            columnMap.get(column).push(node.val);</w:t>
        <w:br/>
        <w:t xml:space="preserve">            leftmostColumn = Math.min(leftmostColumn, column);</w:t>
        <w:br/>
        <w:t xml:space="preserve">            rightmostColumn = Math.max(rightmostColumn, column);</w:t>
        <w:br/>
        <w:t xml:space="preserve">            // Add the current node's children to the queue with their respective</w:t>
        <w:br/>
        <w:t xml:space="preserve">            // column ids.</w:t>
        <w:br/>
        <w:t xml:space="preserve">            queue.push([node.left, column - 1]);</w:t>
        <w:br/>
        <w:t xml:space="preserve">            queue.push([node.right, column + 1]);</w:t>
        <w:br/>
        <w:t xml:space="preserve">        }</w:t>
        <w:br/>
        <w:t xml:space="preserve">    }</w:t>
        <w:br/>
        <w:t xml:space="preserve">    // Construct the output list by collecting values from each column in the hash</w:t>
        <w:br/>
        <w:t xml:space="preserve">    // map in the correct order.</w:t>
        <w:br/>
        <w:t xml:space="preserve">    const res = [];</w:t>
        <w:br/>
        <w:t xml:space="preserve">    for (let i = leftmostColumn; i &lt;= rightmostColumn; i++) {</w:t>
        <w:br/>
        <w:t xml:space="preserve">        if (columnMap.has(i)) {</w:t>
        <w:br/>
        <w:t xml:space="preserve">            res.push(columnMap.get(i));</w:t>
        <w:br/>
        <w:t xml:space="preserve">        }</w:t>
        <w:br/>
        <w:t xml:space="preserve">    }</w:t>
        <w:br/>
        <w:t xml:space="preserve">    return res;</w:t>
        <w:br/>
        <w:t>}import java.util.*;</w:t>
        <w:br/>
        <w:br/>
        <w:t>public class Solution {</w:t>
        <w:br/>
        <w:t xml:space="preserve">    static class Pair {</w:t>
        <w:br/>
        <w:t xml:space="preserve">        TreeNode node;</w:t>
        <w:br/>
        <w:t xml:space="preserve">        int column;</w:t>
        <w:br/>
        <w:br/>
        <w:t xml:space="preserve">        Pair(TreeNode node, int column) {</w:t>
        <w:br/>
        <w:t xml:space="preserve">            this.node = node;</w:t>
        <w:br/>
        <w:t xml:space="preserve">            this.column = column;</w:t>
        <w:br/>
        <w:t xml:space="preserve">        }</w:t>
        <w:br/>
        <w:t xml:space="preserve">    }</w:t>
        <w:br/>
        <w:br/>
        <w:t xml:space="preserve">    public List&lt;List&lt;Integer&gt;&gt; binaryTreeColumns(TreeNode root) {</w:t>
        <w:br/>
        <w:t xml:space="preserve">        if (root == null) {</w:t>
        <w:br/>
        <w:t xml:space="preserve">            return new ArrayList&lt;&gt;();</w:t>
        <w:br/>
        <w:t xml:space="preserve">        }</w:t>
        <w:br/>
        <w:t xml:space="preserve">        Map&lt;Integer, List&lt;Integer&gt;&gt; columnMap = new HashMap&lt;&gt;();</w:t>
        <w:br/>
        <w:t xml:space="preserve">        int leftmostColumn = 0, rightmostColumn = 0;</w:t>
        <w:br/>
        <w:t xml:space="preserve">        Queue&lt;Pair&gt; queue = new LinkedList&lt;&gt;();</w:t>
        <w:br/>
        <w:t xml:space="preserve">        queue.offer(new Pair(root, 0));</w:t>
        <w:br/>
        <w:t xml:space="preserve">        while (!queue.isEmpty()) {</w:t>
        <w:br/>
        <w:t xml:space="preserve">            Pair pair = queue.poll();</w:t>
        <w:br/>
        <w:t xml:space="preserve">            TreeNode node = pair.node;</w:t>
        <w:br/>
        <w:t xml:space="preserve">            int column = pair.column;</w:t>
        <w:br/>
        <w:t xml:space="preserve">            if (node != null) {</w:t>
        <w:br/>
        <w:t xml:space="preserve">                // Add the current node's value to its corresponding list in the hash</w:t>
        <w:br/>
        <w:t xml:space="preserve">                // map.</w:t>
        <w:br/>
        <w:t xml:space="preserve">                columnMap.computeIfAbsent(column, k -&gt; new ArrayList&lt;&gt;()).add(node.val);</w:t>
        <w:br/>
        <w:t xml:space="preserve">                leftmostColumn = Math.min(leftmostColumn, column);</w:t>
        <w:br/>
        <w:t xml:space="preserve">                rightmostColumn = Math.max(rightmostColumn, column);</w:t>
        <w:br/>
        <w:t xml:space="preserve">                // Add the current node's children to the queue with their respective</w:t>
        <w:br/>
        <w:t xml:space="preserve">                // column ids.</w:t>
        <w:br/>
        <w:t xml:space="preserve">                queue.offer(new Pair(node.left, column - 1));</w:t>
        <w:br/>
        <w:t xml:space="preserve">                queue.offer(new Pair(node.right, column + 1));</w:t>
        <w:br/>
        <w:t xml:space="preserve">            }</w:t>
        <w:br/>
        <w:t xml:space="preserve">        }</w:t>
        <w:br/>
        <w:t xml:space="preserve">        // Construct the output list by collecting values from each column in the hash</w:t>
        <w:br/>
        <w:t xml:space="preserve">        // map in the correct order.</w:t>
        <w:br/>
        <w:t xml:space="preserve">        List&lt;List&lt;Integer&gt;&gt; res = new ArrayList&lt;&gt;();</w:t>
        <w:br/>
        <w:t xml:space="preserve">        for (int i = leftmostColumn; i &lt;= rightmostColumn; i++) {</w:t>
        <w:br/>
        <w:t xml:space="preserve">            if (columnMap.containsKey(i)) {</w:t>
        <w:br/>
        <w:t xml:space="preserve">                res.add(columnMap.get(i));</w:t>
        <w:br/>
        <w:t xml:space="preserve">            }</w:t>
        <w:br/>
        <w:t xml:space="preserve">        }</w:t>
        <w:br/>
        <w:t xml:space="preserve">        return res;</w:t>
        <w:br/>
        <w:t xml:space="preserve">    }</w:t>
        <w:br/>
        <w:t>}</w:t>
      </w:r>
    </w:p>
    <w:p>
      <w:pPr>
        <w:pStyle w:val="Heading3"/>
        <w:spacing w:before="320" w:after="120"/>
      </w:pPr>
      <w:r>
        <w:t>Complexity Analysis</w:t>
      </w:r>
    </w:p>
    <w:p>
      <w:pPr>
        <w:spacing w:after="160" w:line="276" w:lineRule="auto"/>
      </w:pPr>
      <w:r>
        <w:t>Time complexity:The time complexity ofbinary_tree_columnsisO(n)O(n)O(n)wherennndenotes the number of nodes in the tree. This is because we process each node of the tree once during the level‐order traversal.</w:t>
      </w:r>
    </w:p>
    <w:p>
      <w:pPr>
        <w:spacing w:after="160" w:line="276" w:lineRule="auto"/>
      </w:pPr>
      <w:r>
        <w:t>Space complexity:The space complexity isO(n)O(n)O(n)due to the space taken up by the queue. The queue’s size will grow as large as the level with the most nodes. In the worst case, this occurs at the final level when all the last‐level nodes are non‐null, totaling approximatelyn/2n/2n/2nodes. Note that the output array created at the return statement does not contribute to the space complexity.</w:t>
      </w:r>
    </w:p>
    <w:p>
      <w:r>
        <w:br w:type="page"/>
      </w:r>
    </w:p>
    <w:p>
      <w:pPr>
        <w:pStyle w:val="Heading1"/>
        <w:spacing w:before="480" w:after="280"/>
      </w:pPr>
      <w:r>
        <w:rPr>
          <w:b/>
          <w:color w:val="008A60"/>
          <w:sz w:val="28"/>
        </w:rPr>
        <w:t>Chapter 69</w:t>
        <w:br/>
      </w:r>
      <w:r>
        <w:rPr>
          <w:b/>
          <w:color w:val="0F172A"/>
          <w:sz w:val="40"/>
        </w:rPr>
        <w:t>Kth Smallest Number in a Binary Search Tree</w:t>
      </w:r>
    </w:p>
    <w:p>
      <w:pPr>
        <w:spacing w:before="160" w:after="160"/>
        <w:ind w:left="360"/>
      </w:pPr>
      <w:r>
        <w:rPr>
          <w:rFonts w:ascii="Consolas" w:hAnsi="Consolas"/>
          <w:color w:val="1E293B"/>
          <w:sz w:val="19"/>
        </w:rPr>
        <w:t>Given the root of a binary search tree (BST) and an integer k, find the kth smallest node value.Example:ExampleCopyOutput: 6</w:t>
        <w:br/>
        <w:t>Constraints:</w:t>
        <w:br/>
        <w:t>n ≥ 1, where n denotes the number of nodes in the tree.</w:t>
        <w:br/>
        <w:t>1 ≤ k ≤ n</w:t>
        <w:br/>
      </w:r>
    </w:p>
    <w:p>
      <w:pPr>
        <w:pStyle w:val="Heading2"/>
        <w:spacing w:before="320" w:after="120"/>
      </w:pPr>
      <w:r>
        <w:t>Intuition - Recursive</w:t>
      </w:r>
    </w:p>
    <w:p>
      <w:pPr>
        <w:spacing w:after="160" w:line="276" w:lineRule="auto"/>
      </w:pPr>
      <w:r>
        <w:t>A naive approach to this problem is to traverse the tree and store all the nodes in an array, sort the array, and return the kth element. This approach, however, does not take advantage of the fact that we're dealing with a BST.</w:t>
      </w:r>
    </w:p>
    <w:p>
      <w:pPr>
        <w:spacing w:after="160" w:line="276" w:lineRule="auto"/>
      </w:pPr>
      <w:r>
        <w:t>Consider the below BST:</w:t>
      </w:r>
    </w:p>
    <w:p>
      <w:pPr>
        <w:spacing w:after="160" w:line="276" w:lineRule="auto"/>
      </w:pPr>
      <w:r>
        <w:t>We know that in a BST, each node’s value is larger than all the nodes to its left and smaller than all the nodes to its right. This structure means that BSTs inherently possess a sorted order. Given this, it should be possible to construct a sorted array of the tree's values by traversing the tree, without the need for additional sorting.</w:t>
      </w:r>
    </w:p>
    <w:p>
      <w:pPr>
        <w:spacing w:after="160" w:line="276" w:lineRule="auto"/>
      </w:pPr>
      <w:r>
        <w:t>We now need a method to traverse the binary tree that allows us to encounter the nodes in their sorted order.</w:t>
      </w:r>
    </w:p>
    <w:p>
      <w:pPr>
        <w:spacing w:after="160" w:line="276" w:lineRule="auto"/>
      </w:pPr>
      <w:r>
        <w:t>What are our options? We can immediately rule out any traversal algorithms that process the root node first, such as breadth-first search and preorder traversal, since the root node is not guaranteed to have the smallest value in a BST. This also indicates that we need an algorithm that starts with the leftmost node since this is always the smallest node in a BST. Additionally, the algorithm should end at the rightmost node since this would be the largest node.</w:t>
      </w:r>
    </w:p>
    <w:p>
      <w:pPr>
        <w:spacing w:after="160" w:line="276" w:lineRule="auto"/>
      </w:pPr>
      <w:r>
        <w:t>This leads us to an ideal traversal algorithm:inorder traversal, where for each node, the left subtree is processed first, followed by the current node, and then the right subtree.</w:t>
      </w:r>
    </w:p>
    <w:p>
      <w:pPr>
        <w:spacing w:after="160" w:line="276" w:lineRule="auto"/>
      </w:pPr>
      <w:r>
        <w:t>To build the sorted list of values using inorder traversal, we can design a recursive function. When called on the root node, it returns a sorted list of all the values in the BST.</w:t>
      </w:r>
    </w:p>
    <w:p>
      <w:pPr>
        <w:spacing w:after="160" w:line="276" w:lineRule="auto"/>
      </w:pPr>
      <w:r>
        <w:t>When the function is called for any node during the recursive process, it constructs a sorted list of the values in the subtree rooting from that node. This is achieved by first obtaining the sorted values from its left subtree, then adding the current node's value, and finally appending the sorted values from its right subtree. This process is carried out through recursive calls to the left and right children.</w:t>
      </w:r>
    </w:p>
    <w:p>
      <w:pPr>
        <w:spacing w:after="160" w:line="276" w:lineRule="auto"/>
      </w:pPr>
      <w:r>
        <w:t>Once we have the full list of sorted values, we can simply return the value at the (k - 1)th index to get thekth smallest value.</w:t>
      </w:r>
    </w:p>
    <w:p>
      <w:pPr>
        <w:pStyle w:val="Heading2"/>
        <w:spacing w:before="320" w:after="120"/>
      </w:pPr>
      <w:r>
        <w:t>Implementation - Recursive</w:t>
      </w:r>
    </w:p>
    <w:p>
      <w:pPr>
        <w:spacing w:before="160" w:after="160"/>
        <w:ind w:left="360"/>
      </w:pPr>
      <w:r>
        <w:rPr>
          <w:rFonts w:ascii="Consolas" w:hAnsi="Consolas"/>
          <w:color w:val="1E293B"/>
          <w:sz w:val="19"/>
        </w:rPr>
        <w:t>PythonJavaScriptJavaCopyfrom ds import TreeNode</w:t>
        <w:br/>
        <w:t xml:space="preserve">    </w:t>
        <w:br/>
        <w:t>def kth_smallest_number_in_BST_recursive(root: TreeNode, k: int) -&gt; int:</w:t>
        <w:br/>
        <w:t xml:space="preserve">    sorted_list = inorder(root)</w:t>
        <w:br/>
        <w:t xml:space="preserve">    return sorted_list[k - 1]</w:t>
        <w:br/>
        <w:t xml:space="preserve">    </w:t>
        <w:br/>
        <w:t># Inorder traversal function to attain a sorted list of nodes from the BST.</w:t>
        <w:br/>
        <w:t>def inorder(node: TreeNode) -&gt; List[int]:</w:t>
        <w:br/>
        <w:t xml:space="preserve">    if not node:</w:t>
        <w:br/>
        <w:t xml:space="preserve">        return []</w:t>
        <w:br/>
        <w:t xml:space="preserve">    return inorder(node.left) + [node.val] + inorder(node.right)function kthSmallestNumberInBSTRecursive(root, k) {</w:t>
        <w:br/>
        <w:t xml:space="preserve">  const sortedList = inorder(root);</w:t>
        <w:br/>
        <w:t xml:space="preserve">  return sortedList[k - 1];</w:t>
        <w:br/>
        <w:t>}</w:t>
        <w:br/>
        <w:br/>
        <w:t>// Inorder traversal function to attain a sorted list of nodes from the BST.</w:t>
        <w:br/>
        <w:t>function inorder(node) {</w:t>
        <w:br/>
        <w:t xml:space="preserve">  if (!node) {</w:t>
        <w:br/>
        <w:t xml:space="preserve">    return [];</w:t>
        <w:br/>
        <w:t xml:space="preserve">  }</w:t>
        <w:br/>
        <w:t xml:space="preserve">  return [...inorder(node.left), node.val, ...inorder(node.right)];</w:t>
        <w:br/>
        <w:t>}public class Solution {</w:t>
        <w:br/>
        <w:t xml:space="preserve">    public int kthSmallestNumberInBSTRecursive(TreeNode root, int k) {</w:t>
        <w:br/>
        <w:t xml:space="preserve">        List&lt;Integer&gt; sortedList = inorder(root);</w:t>
        <w:br/>
        <w:t xml:space="preserve">        return sortedList.get(k - 1);</w:t>
        <w:br/>
        <w:t xml:space="preserve">    }</w:t>
        <w:br/>
        <w:br/>
        <w:t xml:space="preserve">    // Inorder traversal function to attain a sorted list of nodes from the BST.</w:t>
        <w:br/>
        <w:t xml:space="preserve">    private List&lt;Integer&gt; inorder(TreeNode node) {</w:t>
        <w:br/>
        <w:t xml:space="preserve">        if (node == null) {</w:t>
        <w:br/>
        <w:t xml:space="preserve">            return new ArrayList&lt;&gt;();</w:t>
        <w:br/>
        <w:t xml:space="preserve">        }</w:t>
        <w:br/>
        <w:t xml:space="preserve">        List&lt;Integer&gt; result = new ArrayList&lt;&gt;();</w:t>
        <w:br/>
        <w:t xml:space="preserve">        result.addAll(inorder(node.left));</w:t>
        <w:br/>
        <w:t xml:space="preserve">        result.add(node.val);</w:t>
        <w:br/>
        <w:t xml:space="preserve">        result.addAll(inorder(node.right));</w:t>
        <w:br/>
        <w:t xml:space="preserve">        return result;</w:t>
        <w:br/>
        <w:t xml:space="preserve">    }</w:t>
        <w:br/>
        <w:t>}</w:t>
      </w:r>
    </w:p>
    <w:p>
      <w:pPr>
        <w:pStyle w:val="Heading3"/>
        <w:spacing w:before="320" w:after="120"/>
      </w:pPr>
      <w:r>
        <w:t>Complexity Analysis</w:t>
      </w:r>
    </w:p>
    <w:p>
      <w:pPr>
        <w:spacing w:after="160" w:line="276" w:lineRule="auto"/>
      </w:pPr>
      <w:r>
        <w:t>Time complexity:The time complexity ofkth_smallest_number_in_BST_recursiveisO(n)O(n)O(n), wherennndenotes the number of nodes in the tree. This is because we need to traverse through allnnnnodes of the tree to attain the sorted list.</w:t>
      </w:r>
    </w:p>
    <w:p>
      <w:pPr>
        <w:spacing w:after="160" w:line="276" w:lineRule="auto"/>
      </w:pPr>
      <w:r>
        <w:t>Space complexity:The space complexity isO(n)O(n)O(n)due to the space taken up bysorted_list, as well as the recursive call stack, which can grow as large as the height of the binary tree. The largest possible height of a binary tree isnnn.</w:t>
      </w:r>
    </w:p>
    <w:p>
      <w:pPr>
        <w:pStyle w:val="Heading2"/>
        <w:spacing w:before="320" w:after="120"/>
      </w:pPr>
      <w:r>
        <w:t>Intuition - Iterative</w:t>
      </w:r>
    </w:p>
    <w:p>
      <w:pPr>
        <w:spacing w:after="160" w:line="276" w:lineRule="auto"/>
      </w:pPr>
      <w:r>
        <w:t>Since we only need the kth smallest value, storing all n values in a list might not be necessary. Ideally, we’d like to find a way to traverse through k nodes instead of n. How can we modify our approach to achieve this?</w:t>
      </w:r>
    </w:p>
    <w:p>
      <w:pPr>
        <w:spacing w:after="160" w:line="276" w:lineRule="auto"/>
      </w:pPr>
      <w:r>
        <w:t>If we had a way to stop inorder traversal once we've reached the kth node in the traversal, we would land on our answer. An iterative approach would allow for this since we’d be able to exit traversal once we’ve reached the kth node — something that’s quite difficult to achieve using recursion.</w:t>
      </w:r>
    </w:p>
    <w:p>
      <w:pPr>
        <w:spacing w:after="160" w:line="276" w:lineRule="auto"/>
      </w:pPr>
      <w:r>
        <w:t>We know inorder traversal is a DFS algorithm and that DFS algorithms can be implemented iteratively using a stack. Let’s explore this idea further.</w:t>
      </w:r>
    </w:p>
    <w:p>
      <w:pPr>
        <w:spacing w:after="160" w:line="276" w:lineRule="auto"/>
      </w:pPr>
      <w:r>
        <w:t>Consider what happened during recursive inorder traversal in the previous approach:</w:t>
      </w:r>
    </w:p>
    <w:p>
      <w:pPr>
        <w:pStyle w:val="ListBullet"/>
      </w:pPr>
      <w:r>
        <w:t>Make a recursive call to the left subtree.</w:t>
      </w:r>
    </w:p>
    <w:p>
      <w:pPr>
        <w:pStyle w:val="ListBullet"/>
      </w:pPr>
      <w:r>
        <w:t>Process the current node.</w:t>
      </w:r>
    </w:p>
    <w:p>
      <w:pPr>
        <w:pStyle w:val="ListBullet"/>
      </w:pPr>
      <w:r>
        <w:t>Make a recursive call to the right subtree.</w:t>
      </w:r>
    </w:p>
    <w:p>
      <w:pPr>
        <w:spacing w:after="160" w:line="276" w:lineRule="auto"/>
      </w:pPr>
      <w:r>
        <w:t>Let’s replicate the above steps iteratively using a stack.</w:t>
      </w:r>
    </w:p>
    <w:p>
      <w:pPr>
        <w:pStyle w:val="ListNumber"/>
      </w:pPr>
      <w:r>
        <w:t>Move as farleftas possible, adding each node to the stack as we move left.</w:t>
      </w:r>
    </w:p>
    <w:p>
      <w:pPr>
        <w:pStyle w:val="ListBullet"/>
      </w:pPr>
      <w:r>
        <w:t>We do this because, at the start of each recursive call in the recursive approach, a new call is made to the current node’s left subtree, continuing until the base case (a null node) is reached. This implies that to mimic this process iteratively, we’ll need to move as far left as possible.</w:t>
      </w:r>
    </w:p>
    <w:p>
      <w:pPr>
        <w:pStyle w:val="ListBullet"/>
      </w:pPr>
      <w:r>
        <w:t>The reason we push nodes onto the stack as we go is so they can be processed later.The code snippet for this can be seen below:PythonJavaScriptJavaCopywhile node:</w:t>
        <w:br/>
        <w:t xml:space="preserve">    stack.append(node)</w:t>
        <w:br/>
        <w:t xml:space="preserve">    node = node.leftwhile (node) {</w:t>
        <w:br/>
        <w:t xml:space="preserve">  stack.push(node);</w:t>
        <w:br/>
        <w:t xml:space="preserve">  node = node.left;</w:t>
        <w:br/>
        <w:t>}while (node != null) {</w:t>
        <w:br/>
        <w:t xml:space="preserve">    stack.push(node);</w:t>
        <w:br/>
        <w:t xml:space="preserve">    node = node.left;</w:t>
        <w:br/>
        <w:t>}</w:t>
      </w:r>
    </w:p>
    <w:p>
      <w:pPr>
        <w:pStyle w:val="ListNumber"/>
      </w:pPr>
      <w:r>
        <w:t>Once we can no longer move left, we pop the node off the top of the stack. Let's call it thecurrent node. Initially, this node will represent the smallest node. After this, the current node will subsequently represent the next smallest node, and so on until we reach the kth smallest node.Decrementk, indicating that we now have one less node to visit until we reach thekth smallest node.Oncek == 0, we found thekth smallest node. Return the value of this node.</w:t>
      </w:r>
    </w:p>
    <w:p>
      <w:pPr>
        <w:pStyle w:val="ListNumber"/>
      </w:pPr>
      <w:r>
        <w:t>Move to the current node’srightchild.</w:t>
      </w:r>
    </w:p>
    <w:p>
      <w:pPr>
        <w:pStyle w:val="Heading2"/>
        <w:spacing w:before="320" w:after="120"/>
      </w:pPr>
      <w:r>
        <w:t>Implementation - Iterative</w:t>
      </w:r>
    </w:p>
    <w:p>
      <w:pPr>
        <w:spacing w:before="160" w:after="160"/>
        <w:ind w:left="360"/>
      </w:pPr>
      <w:r>
        <w:rPr>
          <w:rFonts w:ascii="Consolas" w:hAnsi="Consolas"/>
          <w:color w:val="1E293B"/>
          <w:sz w:val="19"/>
        </w:rPr>
        <w:t>PythonJavaScriptJavaCopydef kth_smallest_number_in_BST_iterative(root: TreeNode, k: int) -&gt; int:</w:t>
        <w:br/>
        <w:t xml:space="preserve">    stack = []</w:t>
        <w:br/>
        <w:t xml:space="preserve">    node = root</w:t>
        <w:br/>
        <w:t xml:space="preserve">    while stack or node:</w:t>
        <w:br/>
        <w:t xml:space="preserve">        # Move to the leftmost node and add nodes to the stack as we go so they</w:t>
        <w:br/>
        <w:t xml:space="preserve">        # can be processed in future iterations.</w:t>
        <w:br/>
        <w:t xml:space="preserve">        while node:</w:t>
        <w:br/>
        <w:t xml:space="preserve">            stack.append(node)</w:t>
        <w:br/>
        <w:t xml:space="preserve">            node = node.left</w:t>
        <w:br/>
        <w:t xml:space="preserve">        # Pop the top node from the stack to process it, and decrement 'k'.</w:t>
        <w:br/>
        <w:t xml:space="preserve">        node = stack.pop()</w:t>
        <w:br/>
        <w:t xml:space="preserve">        k -= 1</w:t>
        <w:br/>
        <w:t xml:space="preserve">        # If we have processed 'k' nodes, return the value of the 'k'th smallest</w:t>
        <w:br/>
        <w:t xml:space="preserve">        # node.</w:t>
        <w:br/>
        <w:t xml:space="preserve">        if k == 0:</w:t>
        <w:br/>
        <w:t xml:space="preserve">            return node.val</w:t>
        <w:br/>
        <w:t xml:space="preserve">        # Move to the right subtree.</w:t>
        <w:br/>
        <w:t xml:space="preserve">        node = node.rightfunction kthSmallestNumberInBSTIterative(root, k) {</w:t>
        <w:br/>
        <w:t xml:space="preserve">  const stack = [];</w:t>
        <w:br/>
        <w:t xml:space="preserve">  let node = root;</w:t>
        <w:br/>
        <w:t xml:space="preserve">  while (stack.length &gt; 0 || node) {</w:t>
        <w:br/>
        <w:t xml:space="preserve">    // Move to the leftmost node and add nodes to the stack as we go so they</w:t>
        <w:br/>
        <w:t xml:space="preserve">    // can be processed in future iterations.</w:t>
        <w:br/>
        <w:t xml:space="preserve">    while (node) {</w:t>
        <w:br/>
        <w:t xml:space="preserve">      stack.push(node);</w:t>
        <w:br/>
        <w:t xml:space="preserve">      node = node.left;</w:t>
        <w:br/>
        <w:t xml:space="preserve">    }</w:t>
        <w:br/>
        <w:t xml:space="preserve">    // Pop the top node from the stack to process it, and decrement 'k'.</w:t>
        <w:br/>
        <w:t xml:space="preserve">    node = stack.pop();</w:t>
        <w:br/>
        <w:t xml:space="preserve">    k--;</w:t>
        <w:br/>
        <w:t xml:space="preserve">    // If we have processed 'k' nodes, return the value of the 'k'th smallest</w:t>
        <w:br/>
        <w:t xml:space="preserve">    // node.</w:t>
        <w:br/>
        <w:t xml:space="preserve">    if (k === 0) {</w:t>
        <w:br/>
        <w:t xml:space="preserve">      return node.val;</w:t>
        <w:br/>
        <w:t xml:space="preserve">    }</w:t>
        <w:br/>
        <w:t xml:space="preserve">    // Move to the right subtree.</w:t>
        <w:br/>
        <w:t xml:space="preserve">    node = node.right;</w:t>
        <w:br/>
        <w:t xml:space="preserve">  }</w:t>
        <w:br/>
        <w:t>}public class Solution {</w:t>
        <w:br/>
        <w:t xml:space="preserve">    public int kthSmallestNumberInBSTIterative(TreeNode root, int k) {</w:t>
        <w:br/>
        <w:t xml:space="preserve">        Deque&lt;TreeNode&gt; stack = new ArrayDeque&lt;&gt;();</w:t>
        <w:br/>
        <w:t xml:space="preserve">        TreeNode node = root;</w:t>
        <w:br/>
        <w:t xml:space="preserve">        while (!stack.isEmpty() || node != null) {</w:t>
        <w:br/>
        <w:t xml:space="preserve">            // Move to the leftmost node and add nodes to the stack as we go so they</w:t>
        <w:br/>
        <w:t xml:space="preserve">            // can be processed in future iterations.</w:t>
        <w:br/>
        <w:t xml:space="preserve">            while (node != null) {</w:t>
        <w:br/>
        <w:t xml:space="preserve">                stack.push(node);</w:t>
        <w:br/>
        <w:t xml:space="preserve">                node = node.left;</w:t>
        <w:br/>
        <w:t xml:space="preserve">            }</w:t>
        <w:br/>
        <w:t xml:space="preserve">            // Pop the top node from the stack to process it, and decrement 'k'.</w:t>
        <w:br/>
        <w:t xml:space="preserve">            node = stack.pop();</w:t>
        <w:br/>
        <w:t xml:space="preserve">            k--;</w:t>
        <w:br/>
        <w:t xml:space="preserve">            // If we have processed 'k' nodes, return the value of the 'k'th smallest</w:t>
        <w:br/>
        <w:t xml:space="preserve">            // node.</w:t>
        <w:br/>
        <w:t xml:space="preserve">            if (k == 0) {</w:t>
        <w:br/>
        <w:t xml:space="preserve">                return node.val;</w:t>
        <w:br/>
        <w:t xml:space="preserve">            }</w:t>
        <w:br/>
        <w:t xml:space="preserve">            // Move to the right subtree.</w:t>
        <w:br/>
        <w:t xml:space="preserve">            node = node.right;</w:t>
        <w:br/>
        <w:t xml:space="preserve">        }</w:t>
        <w:br/>
        <w:t xml:space="preserve">        return -1;</w:t>
        <w:br/>
        <w:t xml:space="preserve">    }</w:t>
        <w:br/>
        <w:t>}</w:t>
      </w:r>
    </w:p>
    <w:p>
      <w:pPr>
        <w:pStyle w:val="Heading3"/>
        <w:spacing w:before="320" w:after="120"/>
      </w:pPr>
      <w:r>
        <w:t>Complexity Analysis</w:t>
      </w:r>
    </w:p>
    <w:p>
      <w:pPr>
        <w:spacing w:after="160" w:line="276" w:lineRule="auto"/>
      </w:pPr>
      <w:r>
        <w:t>Time complexity:The time complexity ofkth_smallest_number_in_BST_iterativeisO(k+h)O(k+h)O(k+h), wherehhhdenotes the height of the tree. Here’s why:</w:t>
      </w:r>
    </w:p>
    <w:p>
      <w:pPr>
        <w:pStyle w:val="ListBullet"/>
      </w:pPr>
      <w:r>
        <w:t>Iterative inorder traversal ensures we traversekkknodes, which takes at leastO(k)O(k)O(k)time.</w:t>
      </w:r>
    </w:p>
    <w:p>
      <w:pPr>
        <w:pStyle w:val="ListBullet"/>
      </w:pPr>
      <w:r>
        <w:t>Additionally, traversing to the leftmost node takes up toO(h)O(h)O(h)time, which should be considered separately since it’s possible thathhh&gt;kkk. In the worst case, the height of the tree isnnn, resulting in a time complexity ofO(n)O(n)O(n), wherennndenotes the number of nodes in the tree.</w:t>
      </w:r>
    </w:p>
    <w:p>
      <w:pPr>
        <w:spacing w:after="160" w:line="276" w:lineRule="auto"/>
      </w:pPr>
      <w:r>
        <w:t>Space complexity:The space complexity isO(h)O(h)O(h)since the stack can store up toO(h)O(h)O(h)during the traversal to the leftmost node. In the worst case, the height of the tree isnnn, resulting in a space complexity ofO(n)O(n)O(n).</w:t>
      </w:r>
    </w:p>
    <w:p>
      <w:r>
        <w:br w:type="page"/>
      </w:r>
    </w:p>
    <w:p>
      <w:pPr>
        <w:pStyle w:val="Heading1"/>
        <w:spacing w:before="480" w:after="280"/>
      </w:pPr>
      <w:r>
        <w:rPr>
          <w:b/>
          <w:color w:val="008A60"/>
          <w:sz w:val="28"/>
        </w:rPr>
        <w:t>Chapter 70</w:t>
        <w:br/>
      </w:r>
      <w:r>
        <w:rPr>
          <w:b/>
          <w:color w:val="0F172A"/>
          <w:sz w:val="40"/>
        </w:rPr>
        <w:t>Serialize and Deserialize a Binary Tree</w:t>
      </w:r>
    </w:p>
    <w:p>
      <w:pPr>
        <w:pStyle w:val="Heading2"/>
        <w:spacing w:before="320" w:after="120"/>
      </w:pPr>
      <w:r>
        <w:t>Intuition</w:t>
      </w:r>
    </w:p>
    <w:p>
      <w:pPr>
        <w:spacing w:after="160" w:line="276" w:lineRule="auto"/>
      </w:pPr>
      <w:r>
        <w:t>The primary challenge of this problem lies in how we serialize the tree into a string since this will determine if it’s possible to reconstruct the tree using this string alone.</w:t>
      </w:r>
    </w:p>
    <w:p>
      <w:pPr>
        <w:spacing w:after="160" w:line="276" w:lineRule="auto"/>
      </w:pPr>
      <w:r>
        <w:t>Let's first decide on a traversal strategy because the method we use to serialize the tree will impact how we deserialize the string. Two options:</w:t>
      </w:r>
    </w:p>
    <w:p>
      <w:pPr>
        <w:pStyle w:val="ListBullet"/>
      </w:pPr>
      <w:r>
        <w:t>Use BFS to serialize the tree level by level.</w:t>
      </w:r>
    </w:p>
    <w:p>
      <w:pPr>
        <w:pStyle w:val="ListBullet"/>
      </w:pPr>
      <w:r>
        <w:t>Use DFS. In this case, we’d need to choose between inorder, preorder, and postorder traversal.</w:t>
      </w:r>
    </w:p>
    <w:p>
      <w:pPr>
        <w:spacing w:after="160" w:line="276" w:lineRule="auto"/>
      </w:pPr>
      <w:r>
        <w:t>There’s flexibility in choosing the traversal algorithm because serializing with a specific traversal method allows us to rebuild (deserialize) the tree using the same traversal algorithm.</w:t>
      </w:r>
    </w:p>
    <w:p>
      <w:pPr>
        <w:spacing w:after="160" w:line="276" w:lineRule="auto"/>
      </w:pPr>
      <w:r>
        <w:t>SerializationAn important piece of information needed in our serialized string is the node values. In addition, we’ll need toensure we can identify the root node's value, since this is the first node to create when we deserialize the string.</w:t>
      </w:r>
    </w:p>
    <w:p>
      <w:pPr>
        <w:spacing w:after="160" w:line="276" w:lineRule="auto"/>
      </w:pPr>
      <w:r>
        <w:t>As such, a traversal algorithm like preorder traversal is a good choice because it processes the root node first, then the left subtree, and finally the right subtree. This ensures the first value in our serialized string is the root node's value.</w:t>
      </w:r>
    </w:p>
    <w:p>
      <w:pPr>
        <w:spacing w:after="160" w:line="276" w:lineRule="auto"/>
      </w:pPr>
      <w:r>
        <w:t>So, let’s try serializing the following binary tree using preorder traversal, separating each node with a comma:</w:t>
      </w:r>
    </w:p>
    <w:p>
      <w:pPr>
        <w:spacing w:after="160" w:line="276" w:lineRule="auto"/>
      </w:pPr>
      <w:r>
        <w:t>The issue with this serialization is that it doesn't guarantee we can reconstruct the exact original tree from its serialized string representation. This is because the string could represent multiple different trees, which means preorder deserialization could result in the creation of an invalid tree:</w:t>
      </w:r>
    </w:p>
    <w:p>
      <w:pPr>
        <w:spacing w:after="160" w:line="276" w:lineRule="auto"/>
      </w:pPr>
      <w:r>
        <w:t>This is because the string is missing crucial information:null child nodes. For instance, after placing the root node with a value of 5 in the above example, we don't yet know where to place the node of value 9, which is the next value in the string. That is, we can't determine whether node 9 should be the left or right child of node 5:</w:t>
      </w:r>
    </w:p>
    <w:p>
      <w:pPr>
        <w:spacing w:after="160" w:line="276" w:lineRule="auto"/>
      </w:pPr>
      <w:r>
        <w:t>If the string indicates where the null child nodes are, we can correctly deserialize the tree because we have a complete representation of the tree’s structure. Let's use the character '#' to represent a null node:</w:t>
      </w:r>
    </w:p>
    <w:p>
      <w:pPr>
        <w:spacing w:after="160" w:line="276" w:lineRule="auto"/>
      </w:pPr>
      <w:r>
        <w:t>DeserializationTo deserialize a string created with preorder traversal, we also need to use preorder traversal to reconstruct the tree.</w:t>
      </w:r>
    </w:p>
    <w:p>
      <w:pPr>
        <w:spacing w:after="160" w:line="276" w:lineRule="auto"/>
      </w:pPr>
      <w:r>
        <w:t>The first step is to split the string using the comma delimiter, so each node value and ‘#’ is in a list:</w:t>
      </w:r>
    </w:p>
    <w:p>
      <w:pPr>
        <w:spacing w:after="160" w:line="276" w:lineRule="auto"/>
      </w:pPr>
      <w:r>
        <w:t>The first value in the list is the root node of the tree:</w:t>
      </w:r>
    </w:p>
    <w:p>
      <w:pPr>
        <w:spacing w:after="160" w:line="276" w:lineRule="auto"/>
      </w:pPr>
      <w:r>
        <w:t>Starting from this root value, recursively construct the tree node by node using preorder traversal. Each new node will be created with the next value in the list of preorder values. Whenever we encounter a ‘#’, we return null. The code snippet for this:</w:t>
      </w:r>
    </w:p>
    <w:p>
      <w:pPr>
        <w:spacing w:before="160" w:after="160"/>
        <w:ind w:left="360"/>
      </w:pPr>
      <w:r>
        <w:rPr>
          <w:rFonts w:ascii="Consolas" w:hAnsi="Consolas"/>
          <w:color w:val="1E293B"/>
          <w:sz w:val="19"/>
        </w:rPr>
        <w:t>PythonJavaScriptJavaCopy# Helper function to construct the tree using preorder traversal.</w:t>
        <w:br/>
        <w:t>def build_tree(values: List[str]) -&gt; TreeNode:</w:t>
        <w:br/>
        <w:t xml:space="preserve">    val = next(values)</w:t>
        <w:br/>
        <w:t xml:space="preserve">    # Base case: '#' indicates a null node.</w:t>
        <w:br/>
        <w:t xml:space="preserve">    if val == '#':</w:t>
        <w:br/>
        <w:t xml:space="preserve">        return None</w:t>
        <w:br/>
        <w:t xml:space="preserve">    # Use preorder traversal to create the current node first, then the left and</w:t>
        <w:br/>
        <w:t xml:space="preserve">    # right subtrees.</w:t>
        <w:br/>
        <w:t xml:space="preserve">    node = TreeNode(int(val))</w:t>
        <w:br/>
        <w:t xml:space="preserve">    node.left = build_tree(values)</w:t>
        <w:br/>
        <w:t xml:space="preserve">    node.right = build_tree(values)</w:t>
        <w:br/>
        <w:t xml:space="preserve">    return node// Helper function to construct the tree using preorder traversal.</w:t>
        <w:br/>
        <w:t>function buildTree(values) {</w:t>
        <w:br/>
        <w:t xml:space="preserve">  const val = values.next().value;</w:t>
        <w:br/>
        <w:t xml:space="preserve">  // Base case: '#' indicates a null node.</w:t>
        <w:br/>
        <w:t xml:space="preserve">  if (val === '#') {</w:t>
        <w:br/>
        <w:t xml:space="preserve">    return null;</w:t>
        <w:br/>
        <w:t xml:space="preserve">  }</w:t>
        <w:br/>
        <w:t xml:space="preserve">  // Use preorder traversal to create the current node first, then the left and</w:t>
        <w:br/>
        <w:t xml:space="preserve">  // right subtrees.</w:t>
        <w:br/>
        <w:t xml:space="preserve">  const node = new TreeNode(parseInt(val, 10));</w:t>
        <w:br/>
        <w:t xml:space="preserve">  node.left = buildTree(values);</w:t>
        <w:br/>
        <w:t xml:space="preserve">  node.right = buildTree(values);</w:t>
        <w:br/>
        <w:t xml:space="preserve">  return node;</w:t>
        <w:br/>
        <w:t>}// Helper function to construct the tree using preorder traversal.</w:t>
        <w:br/>
        <w:t>public TreeNode buildTree(Iterator&lt;String&gt; values) {</w:t>
        <w:br/>
        <w:t xml:space="preserve">    String val = values.next();</w:t>
        <w:br/>
        <w:t xml:space="preserve">    // Base case: '#' indicates a null node.</w:t>
        <w:br/>
        <w:t xml:space="preserve">    if (val.equals("#")) {</w:t>
        <w:br/>
        <w:t xml:space="preserve">        return null;</w:t>
        <w:br/>
        <w:t xml:space="preserve">    }</w:t>
        <w:br/>
        <w:t xml:space="preserve">    // Use preorder traversal to create the current node first, then the left and</w:t>
        <w:br/>
        <w:t xml:space="preserve">    // right subtrees.</w:t>
        <w:br/>
        <w:t xml:space="preserve">    TreeNode node = new TreeNode(Integer.parseInt(val));</w:t>
        <w:br/>
        <w:t xml:space="preserve">    node.left = buildTree(values);</w:t>
        <w:br/>
        <w:t xml:space="preserve">    node.right = buildTree(values);</w:t>
        <w:br/>
        <w:t xml:space="preserve">    return node;</w:t>
        <w:br/>
        <w:t>}</w:t>
      </w:r>
    </w:p>
    <w:p>
      <w:pPr>
        <w:spacing w:after="160" w:line="276" w:lineRule="auto"/>
      </w:pPr>
      <w:r>
        <w:t>Follow-up: what if you must use a different traversal algorithm?It’s possible to serialize and deserialize a binary tree using other traversal algorithms than preorder traversal. Let’s explore some alternatives.</w:t>
      </w:r>
    </w:p>
    <w:p>
      <w:pPr>
        <w:spacing w:after="160" w:line="276" w:lineRule="auto"/>
      </w:pPr>
      <w:r>
        <w:t>Postorder Traversal:‾\underline{\text{Postorder Traversal:}}Postorder Traversal:​</w:t>
      </w:r>
    </w:p>
    <w:p>
      <w:pPr>
        <w:spacing w:after="160" w:line="276" w:lineRule="auto"/>
      </w:pPr>
      <w:r>
        <w:t>When we serialize the tree using postorder traversal, we get the following string (ignoring the null nodes in this discussion to focus on the node values and their order):</w:t>
      </w:r>
    </w:p>
    <w:p>
      <w:pPr>
        <w:spacing w:after="160" w:line="276" w:lineRule="auto"/>
      </w:pPr>
      <w:r>
        <w:t>As we see, one big difference is that the root node will be the final value in the string, since postorder traversal processes the left subtree, then the right subtree, and finally the root node.</w:t>
      </w:r>
    </w:p>
    <w:p>
      <w:pPr>
        <w:spacing w:after="160" w:line="276" w:lineRule="auto"/>
      </w:pPr>
      <w:r>
        <w:t>During deserialization, we’d build the tree by iterating through the node values from right to left instead of left to right, since the root value is at the right. In addition, we’d need to create each node’s right subtree before we create its left subtree, as we go through the string in reverse.</w:t>
      </w:r>
    </w:p>
    <w:p>
      <w:pPr>
        <w:spacing w:after="160" w:line="276" w:lineRule="auto"/>
      </w:pPr>
      <w:r>
        <w:t>Inorder traversal:‾\underline{\text{Inorder traversal:}}Inorder traversal:​</w:t>
      </w:r>
    </w:p>
    <w:p>
      <w:pPr>
        <w:spacing w:after="160" w:line="276" w:lineRule="auto"/>
      </w:pPr>
      <w:r>
        <w:t>A lot more care needs to be taken when serializing a tree using inorder traversal. The main reason is that it’s unclear where the root node of the tree is in the string, and where the root node of each subtree is, as we can see below:</w:t>
      </w:r>
    </w:p>
    <w:p>
      <w:pPr>
        <w:spacing w:after="160" w:line="276" w:lineRule="auto"/>
      </w:pPr>
      <w:r>
        <w:t>This doesn’t make it impossible to use inorder traversal. It just means significantly more information needs to be provided in the serialized string to make deserialization possible. In particular, we need to include details about which value serves as the root node for each subtree as we iterate through them.</w:t>
      </w:r>
    </w:p>
    <w:p>
      <w:pPr>
        <w:spacing w:after="160" w:line="276" w:lineRule="auto"/>
      </w:pPr>
      <w:r>
        <w:t>Breadth-first search (BFS):‾\underline{\text{Breadth-first search (BFS):}}Breadth-first search (BFS):​</w:t>
      </w:r>
    </w:p>
    <w:p>
      <w:pPr>
        <w:spacing w:after="160" w:line="276" w:lineRule="auto"/>
      </w:pPr>
      <w:r>
        <w:t>BFS starts processing each node from the root of the tree, and traverses through it level by level, and from left to right. Serializing the tree using BFS gives the following order of values:</w:t>
      </w:r>
    </w:p>
    <w:p>
      <w:pPr>
        <w:spacing w:after="160" w:line="276" w:lineRule="auto"/>
      </w:pPr>
      <w:r>
        <w:t>Similarly to preorder traversal, we just need to follow the exact traversal order for reconstructing the tree when deserializing the string.</w:t>
      </w:r>
    </w:p>
    <w:p>
      <w:pPr>
        <w:pStyle w:val="Heading2"/>
        <w:spacing w:before="320" w:after="120"/>
      </w:pPr>
      <w:r>
        <w:t>Implementation</w:t>
      </w:r>
    </w:p>
    <w:p>
      <w:pPr>
        <w:spacing w:after="160" w:line="276" w:lineRule="auto"/>
      </w:pPr>
      <w:r>
        <w:t>In the following implementation, we opt for preorder traversal for serialization and deserialization.</w:t>
      </w:r>
    </w:p>
    <w:p>
      <w:pPr>
        <w:spacing w:before="160" w:after="160"/>
        <w:ind w:left="360"/>
      </w:pPr>
      <w:r>
        <w:rPr>
          <w:rFonts w:ascii="Consolas" w:hAnsi="Consolas"/>
          <w:color w:val="1E293B"/>
          <w:sz w:val="19"/>
        </w:rPr>
        <w:t>PythonJavaScriptJavaCopyfrom ds import TreeNode</w:t>
        <w:br/>
        <w:t xml:space="preserve">    </w:t>
        <w:br/>
        <w:t>def serialize(root: TreeNode) -&gt; str:</w:t>
        <w:br/>
        <w:t xml:space="preserve">    # Perform a preorder traversal to add node values to a list, then convert the</w:t>
        <w:br/>
        <w:t xml:space="preserve">    # list to a string.</w:t>
        <w:br/>
        <w:t xml:space="preserve">    serialized_list = []</w:t>
        <w:br/>
        <w:t xml:space="preserve">    preorder_serialize(root, serialized_list)</w:t>
        <w:br/>
        <w:t xml:space="preserve">    # Convert the list to a string and separate each value using a comma</w:t>
        <w:br/>
        <w:t xml:space="preserve">    # delimiter.</w:t>
        <w:br/>
        <w:t xml:space="preserve">    return ','.join(serialized_list)</w:t>
        <w:br/>
        <w:t xml:space="preserve">    </w:t>
        <w:br/>
        <w:t># Helper function to perform serialization through preorder traversal.</w:t>
        <w:br/>
        <w:t>def preorder_serialize(node, serialized_list) -&gt; None:</w:t>
        <w:br/>
        <w:t xml:space="preserve">    # Base case: mark null nodes as '#'.</w:t>
        <w:br/>
        <w:t xml:space="preserve">    if node is None:</w:t>
        <w:br/>
        <w:t xml:space="preserve">        serialized_list.append('#')</w:t>
        <w:br/>
        <w:t xml:space="preserve">        return</w:t>
        <w:br/>
        <w:t xml:space="preserve">    # Preorder traversal processes the current node first, then the left and right</w:t>
        <w:br/>
        <w:t xml:space="preserve">    # children.</w:t>
        <w:br/>
        <w:t xml:space="preserve">    serialized_list.append(str(node.val))</w:t>
        <w:br/>
        <w:t xml:space="preserve">    preorder_serialize(node.left, serialized_list)</w:t>
        <w:br/>
        <w:t xml:space="preserve">    preorder_serialize(node.right, serialized_list)</w:t>
        <w:br/>
        <w:t xml:space="preserve">    </w:t>
        <w:br/>
        <w:t>def deserialize(data: str) -&gt; TreeNode:</w:t>
        <w:br/>
        <w:t xml:space="preserve">    # Obtain the node values by splitting the string using the comma delimiter.</w:t>
        <w:br/>
        <w:t xml:space="preserve">    node_values = iter(data.split(','))</w:t>
        <w:br/>
        <w:t xml:space="preserve">    return build_tree(node_values)</w:t>
        <w:br/>
        <w:t xml:space="preserve">    </w:t>
        <w:br/>
        <w:t># Helper function to construct the tree using preorder traversal.</w:t>
        <w:br/>
        <w:t>def build_tree(values: List[str]) -&gt; TreeNode:</w:t>
        <w:br/>
        <w:t xml:space="preserve">    val = next(values)</w:t>
        <w:br/>
        <w:t xml:space="preserve">    # Base case: '#' indicates a null node.</w:t>
        <w:br/>
        <w:t xml:space="preserve">    if val == '#':</w:t>
        <w:br/>
        <w:t xml:space="preserve">        return None</w:t>
        <w:br/>
        <w:t xml:space="preserve">    # Use preorder traversal processes the current node first, then the left and</w:t>
        <w:br/>
        <w:t xml:space="preserve">    # right children.</w:t>
        <w:br/>
        <w:t xml:space="preserve">    node = TreeNode(int(val))</w:t>
        <w:br/>
        <w:t xml:space="preserve">    node.left = build_tree(values)</w:t>
        <w:br/>
        <w:t xml:space="preserve">    node.right = build_tree(values)</w:t>
        <w:br/>
        <w:t xml:space="preserve">    return nodefunction serialize(root) {</w:t>
        <w:br/>
        <w:t xml:space="preserve">  // Perform a preorder traversal to add node values to a list, then convert the</w:t>
        <w:br/>
        <w:t xml:space="preserve">  // list to a string.</w:t>
        <w:br/>
        <w:t xml:space="preserve">  const serializedList = [];</w:t>
        <w:br/>
        <w:t xml:space="preserve">  preorderSerialize(root, serializedList);</w:t>
        <w:br/>
        <w:t xml:space="preserve">  // Convert the list to a string and separate each value using a comma</w:t>
        <w:br/>
        <w:t xml:space="preserve">  // delimiter.</w:t>
        <w:br/>
        <w:t xml:space="preserve">  return serializedList.join(',');</w:t>
        <w:br/>
        <w:t>}</w:t>
        <w:br/>
        <w:br/>
        <w:t>// Helper function to perform serialization through preorder traversal.</w:t>
        <w:br/>
        <w:t>function preorderSerialize(node, serializedList) {</w:t>
        <w:br/>
        <w:t xml:space="preserve">  // Base case: mark null nodes as '#'.</w:t>
        <w:br/>
        <w:t xml:space="preserve">  if (node === null) {</w:t>
        <w:br/>
        <w:t xml:space="preserve">    serializedList.push('#');</w:t>
        <w:br/>
        <w:t xml:space="preserve">    return;</w:t>
        <w:br/>
        <w:t xml:space="preserve">  }</w:t>
        <w:br/>
        <w:t xml:space="preserve">  // Preorder traversal processes the current node first, then the left and right</w:t>
        <w:br/>
        <w:t xml:space="preserve">  // children.</w:t>
        <w:br/>
        <w:t xml:space="preserve">  serializedList.push(String(node.val));</w:t>
        <w:br/>
        <w:t xml:space="preserve">  preorderSerialize(node.left, serializedList);</w:t>
        <w:br/>
        <w:t xml:space="preserve">  preorderSerialize(node.right, serializedList);</w:t>
        <w:br/>
        <w:t>}</w:t>
        <w:br/>
        <w:br/>
        <w:t>function deserialize(data) {</w:t>
        <w:br/>
        <w:t xml:space="preserve">  // Obtain the node values by splitting the string using the comma delimiter.</w:t>
        <w:br/>
        <w:t xml:space="preserve">  const nodeValues = data.split(',')[Symbol.iterator]();</w:t>
        <w:br/>
        <w:t xml:space="preserve">  return buildTree(nodeValues);</w:t>
        <w:br/>
        <w:t>}</w:t>
        <w:br/>
        <w:br/>
        <w:t>// Helper function to construct the tree using preorder traversal.</w:t>
        <w:br/>
        <w:t>function buildTree(values) {</w:t>
        <w:br/>
        <w:t xml:space="preserve">  const val = values.next().value;</w:t>
        <w:br/>
        <w:t xml:space="preserve">  // Base case: '#' indicates a null node.</w:t>
        <w:br/>
        <w:t xml:space="preserve">  if (val === '#') {</w:t>
        <w:br/>
        <w:t xml:space="preserve">    return null;</w:t>
        <w:br/>
        <w:t xml:space="preserve">  }</w:t>
        <w:br/>
        <w:t xml:space="preserve">  // Use preorder traversal processes the current node first, then the left and</w:t>
        <w:br/>
        <w:t xml:space="preserve">  // right children.</w:t>
        <w:br/>
        <w:t xml:space="preserve">  const node = new TreeNode(parseInt(val, 10));</w:t>
        <w:br/>
        <w:t xml:space="preserve">  node.left = buildTree(values);</w:t>
        <w:br/>
        <w:t xml:space="preserve">  node.right = buildTree(values);</w:t>
        <w:br/>
        <w:t xml:space="preserve">  return node;</w:t>
        <w:br/>
        <w:t>}public class Codec {</w:t>
        <w:br/>
        <w:t xml:space="preserve">    public String serialize(TreeNode root) {</w:t>
        <w:br/>
        <w:t xml:space="preserve">        // Perform a preorder traversal to add node values to a list, then convert the</w:t>
        <w:br/>
        <w:t xml:space="preserve">        // list to a string.</w:t>
        <w:br/>
        <w:t xml:space="preserve">        List&lt;String&gt; serializedList = new ArrayList&lt;&gt;();</w:t>
        <w:br/>
        <w:t xml:space="preserve">        preorderSerialize(root, serializedList);</w:t>
        <w:br/>
        <w:t xml:space="preserve">        // Convert the list to a string and separate each value using a comma</w:t>
        <w:br/>
        <w:t xml:space="preserve">        // delimiter.</w:t>
        <w:br/>
        <w:t xml:space="preserve">        return String.join(",", serializedList);</w:t>
        <w:br/>
        <w:t xml:space="preserve">    }</w:t>
        <w:br/>
        <w:br/>
        <w:t xml:space="preserve">    // Helper function to perform serialization through preorder traversal.</w:t>
        <w:br/>
        <w:t xml:space="preserve">    private void preorderSerialize(TreeNode node, List&lt;String&gt; serializedList) {</w:t>
        <w:br/>
        <w:t xml:space="preserve">        // Base case: mark null nodes as '#'.</w:t>
        <w:br/>
        <w:t xml:space="preserve">        if (node == null) {</w:t>
        <w:br/>
        <w:t xml:space="preserve">            serializedList.add("#");</w:t>
        <w:br/>
        <w:t xml:space="preserve">            return;</w:t>
        <w:br/>
        <w:t xml:space="preserve">        }</w:t>
        <w:br/>
        <w:t xml:space="preserve">        // Preorder traversal processes the current node first, then the left and right</w:t>
        <w:br/>
        <w:t xml:space="preserve">        // children.</w:t>
        <w:br/>
        <w:t xml:space="preserve">        serializedList.add(String.valueOf(node.val));</w:t>
        <w:br/>
        <w:t xml:space="preserve">        preorderSerialize(node.left, serializedList);</w:t>
        <w:br/>
        <w:t xml:space="preserve">        preorderSerialize(node.right, serializedList);</w:t>
        <w:br/>
        <w:t xml:space="preserve">    }</w:t>
        <w:br/>
        <w:br/>
        <w:t xml:space="preserve">    public TreeNode deserialize(String data) {</w:t>
        <w:br/>
        <w:t xml:space="preserve">        // Obtain the node values by splitting the string using the comma delimiter.</w:t>
        <w:br/>
        <w:t xml:space="preserve">        Iterator&lt;String&gt; nodeValues = Arrays.asList(data.split(",")).iterator();</w:t>
        <w:br/>
        <w:t xml:space="preserve">        return buildTree(nodeValues);</w:t>
        <w:br/>
        <w:t xml:space="preserve">    }</w:t>
        <w:br/>
        <w:br/>
        <w:t xml:space="preserve">    // Helper function to construct the tree using preorder traversal.</w:t>
        <w:br/>
        <w:t xml:space="preserve">    private TreeNode buildTree(Iterator&lt;String&gt; values) {</w:t>
        <w:br/>
        <w:t xml:space="preserve">        String val = values.next();</w:t>
        <w:br/>
        <w:t xml:space="preserve">        // Base case: '#' indicates a null node.</w:t>
        <w:br/>
        <w:t xml:space="preserve">        if (val.equals("#")) {</w:t>
        <w:br/>
        <w:t xml:space="preserve">            return null;</w:t>
        <w:br/>
        <w:t xml:space="preserve">        }</w:t>
        <w:br/>
        <w:t xml:space="preserve">        // Use preorder traversal processes the current node first, then the left and</w:t>
        <w:br/>
        <w:t xml:space="preserve">        // right children.</w:t>
        <w:br/>
        <w:t xml:space="preserve">        TreeNode node = new TreeNode(Integer.parseInt(val));</w:t>
        <w:br/>
        <w:t xml:space="preserve">        node.left = buildTree(values);</w:t>
        <w:br/>
        <w:t xml:space="preserve">        node.right = buildTree(values);</w:t>
        <w:br/>
        <w:t xml:space="preserve">        return node;</w:t>
        <w:br/>
        <w:t xml:space="preserve">    }</w:t>
        <w:br/>
        <w:t>}</w:t>
      </w:r>
    </w:p>
    <w:p>
      <w:pPr>
        <w:pStyle w:val="Heading3"/>
        <w:spacing w:before="320" w:after="120"/>
      </w:pPr>
      <w:r>
        <w:t>Complexity Analysis</w:t>
      </w:r>
    </w:p>
    <w:p>
      <w:pPr>
        <w:spacing w:after="160" w:line="276" w:lineRule="auto"/>
      </w:pPr>
      <w:r>
        <w:t>Time complexity:The time complexity of both serialize and deserialize isO(n)O(n)O(n), wherennndenotes the number of nodes in the tree. This is because we visit each of thennnnodes in the binary tree exactly once during preorder traversal. The serialize function additionally converts the serialized list to a string, which also takesO(n)O(n)O(n)time.</w:t>
      </w:r>
    </w:p>
    <w:p>
      <w:pPr>
        <w:spacing w:after="160" w:line="276" w:lineRule="auto"/>
      </w:pPr>
      <w:r>
        <w:t>Space complexity:The space complexity of both serialize and deserialize isO(n)O(n)O(n)due to the space taken up by the recursive call stack, which can grow as large as the height of the binary tree. The largest possible height of a binary tree is 𝑛.</w:t>
      </w:r>
    </w:p>
    <w:p>
      <w:r>
        <w:br w:type="page"/>
      </w:r>
    </w:p>
    <w:p>
      <w:pPr>
        <w:pStyle w:val="Heading1"/>
        <w:spacing w:before="480" w:after="280"/>
      </w:pPr>
      <w:r>
        <w:rPr>
          <w:b/>
          <w:color w:val="008A60"/>
          <w:sz w:val="28"/>
        </w:rPr>
        <w:t>Chapter 71</w:t>
        <w:br/>
      </w:r>
      <w:r>
        <w:rPr>
          <w:b/>
          <w:color w:val="0F172A"/>
          <w:sz w:val="40"/>
        </w:rPr>
        <w:t>Introduction to Tries</w:t>
      </w:r>
    </w:p>
    <w:p>
      <w:pPr>
        <w:pStyle w:val="Heading2"/>
        <w:spacing w:before="320" w:after="120"/>
      </w:pPr>
      <w:r>
        <w:t>Intuition</w:t>
      </w:r>
    </w:p>
    <w:p>
      <w:pPr>
        <w:spacing w:after="160" w:line="276" w:lineRule="auto"/>
      </w:pPr>
      <w:r>
        <w:t>Tries, also known as prefix trees, are specialized tree-like data structures that efficiently store strings by taking advantage of shared prefixes.</w:t>
      </w:r>
    </w:p>
    <w:p>
      <w:pPr>
        <w:spacing w:after="160" w:line="276" w:lineRule="auto"/>
      </w:pPr>
      <w:r>
        <w:t>To understand how a trie works, consider the string "internet". We can store this string as a sequence of connected nodes, where each node represents a character in the string:</w:t>
      </w:r>
    </w:p>
    <w:p>
      <w:pPr>
        <w:spacing w:after="160" w:line="276" w:lineRule="auto"/>
      </w:pPr>
      <w:r>
        <w:t>Now, let's say we also want to store the word "interface". Instead of creating a separate sequence of nodes, we take advantage of their common prefix "inter". Both words can share the nodes for "inter", and the remainder of "interface" can branch out from the node 'r':</w:t>
      </w:r>
    </w:p>
    <w:p>
      <w:pPr>
        <w:spacing w:after="160" w:line="276" w:lineRule="auto"/>
      </w:pPr>
      <w:r>
        <w:t>This is, in essence, how a trie works: by allowing words to reuse existing nodes based on shared prefixes, it efficiently stores strings in a way that minimizes redundancy.</w:t>
      </w:r>
    </w:p>
    <w:p>
      <w:pPr>
        <w:spacing w:after="160" w:line="276" w:lineRule="auto"/>
      </w:pPr>
      <w:r>
        <w:t>TrieNodeThere are two attributes eachTrieNodeshould have.</w:t>
      </w:r>
    </w:p>
    <w:p>
      <w:pPr>
        <w:spacing w:after="160" w:line="276" w:lineRule="auto"/>
      </w:pPr>
      <w:r>
        <w:t>1. Children: EachTrieNodehas a data structure to store references to its child nodes. Ahash mapis typically used for this, with a character as the key and its corresponding child node as the value.</w:t>
      </w:r>
    </w:p>
    <w:p>
      <w:pPr>
        <w:spacing w:after="160" w:line="276" w:lineRule="auto"/>
      </w:pPr>
      <w:r>
        <w:t>Sometimes, an array is used instead of a hash map if the possible characters of words in the trie are limited and known in advance. For example, if they only contain lowercase English letters, an array of size 26 can be used, instead.</w:t>
      </w:r>
    </w:p>
    <w:p>
      <w:pPr>
        <w:spacing w:after="160" w:line="276" w:lineRule="auto"/>
      </w:pPr>
      <w:r>
        <w:t>2. End of word indicator: EachTrieNodeneeds an attribute to indicate whether it marks the end of a word. This can be done in two ways:</w:t>
      </w:r>
    </w:p>
    <w:p>
      <w:pPr>
        <w:pStyle w:val="ListBullet"/>
      </w:pPr>
      <w:r>
        <w:t>A boolean attribute (is_word) to confirm if the node is the end of a word.</w:t>
      </w:r>
    </w:p>
    <w:p>
      <w:pPr>
        <w:pStyle w:val="ListBullet"/>
      </w:pPr>
      <w:r>
        <w:t>A string variable (word) that stores the word itself at the node. This is usually used if we also want to know the specific word that ends at this node.</w:t>
      </w:r>
    </w:p>
    <w:p>
      <w:pPr>
        <w:spacing w:after="160" w:line="276" w:lineRule="auto"/>
      </w:pPr>
      <w:r>
        <w:t>Trie structureThis is an example of a trie that’s been populated by inserting the words "internet", "interface", "byte", "bytes", "dog", and "dig". Every word represented by the trie branches out of arootTrieNode, which does not represent any character.</w:t>
      </w:r>
    </w:p>
    <w:p>
      <w:pPr>
        <w:spacing w:after="160" w:line="276" w:lineRule="auto"/>
      </w:pPr>
      <w:r>
        <w:t>Below is the time complexity breakdown for trie operations involving a word of lengthkkk:</w:t>
      </w:r>
    </w:p>
    <w:p>
      <w:pPr>
        <w:spacing w:after="160" w:line="276" w:lineRule="auto"/>
      </w:pPr>
      <w:r>
        <w:t>The implementation details of most of these functions are discussed in detail in theDesign a Trieproblem.</w:t>
      </w:r>
    </w:p>
    <w:p>
      <w:pPr>
        <w:spacing w:after="160" w:line="276" w:lineRule="auto"/>
      </w:pPr>
      <w:r>
        <w:t>When to use triesThe primary use of a trie is to handle efficient prefix searches. If an interview problem asks you to find all strings that share a common prefix, a trie is likely the ideal data structure. Tries are also useful for word validation, allowing us to quickly verify the existence of words within a set of strings. They also help optimize data storage by reducing redundancy through shared prefixes among strings.</w:t>
      </w:r>
    </w:p>
    <w:p>
      <w:pPr>
        <w:pStyle w:val="Heading2"/>
        <w:spacing w:before="320" w:after="120"/>
      </w:pPr>
      <w:r>
        <w:t>Real-world Example</w:t>
      </w:r>
    </w:p>
    <w:p>
      <w:pPr>
        <w:spacing w:after="160" w:line="276" w:lineRule="auto"/>
      </w:pPr>
      <w:r>
        <w:t>Autocomplete:When you start typing a word, some systems use a trie to quickly suggest possible completions. Each node in the trie represents a character, and as you type, the system traverses the trie based on the input characters. This allows the system to efficiently retrieve all possible words or phrases that start with the entered prefix, enabling fast autocomplete suggestions.</w:t>
      </w:r>
    </w:p>
    <w:p>
      <w:pPr>
        <w:pStyle w:val="Heading2"/>
        <w:spacing w:before="320" w:after="120"/>
      </w:pPr>
      <w:r>
        <w:t>Chapter Outline</w:t>
      </w:r>
    </w:p>
    <w:p>
      <w:r>
        <w:br w:type="page"/>
      </w:r>
    </w:p>
    <w:p>
      <w:pPr>
        <w:pStyle w:val="Heading1"/>
        <w:spacing w:before="480" w:after="280"/>
      </w:pPr>
      <w:r>
        <w:rPr>
          <w:b/>
          <w:color w:val="008A60"/>
          <w:sz w:val="28"/>
        </w:rPr>
        <w:t>Chapter 72</w:t>
        <w:br/>
      </w:r>
      <w:r>
        <w:rPr>
          <w:b/>
          <w:color w:val="0F172A"/>
          <w:sz w:val="40"/>
        </w:rPr>
        <w:t>Design a Trie</w:t>
      </w:r>
    </w:p>
    <w:p>
      <w:pPr>
        <w:spacing w:before="160" w:after="160"/>
        <w:ind w:left="360"/>
      </w:pPr>
      <w:r>
        <w:rPr>
          <w:rFonts w:ascii="Consolas" w:hAnsi="Consolas"/>
          <w:color w:val="1E293B"/>
          <w:sz w:val="19"/>
        </w:rPr>
        <w:t>Design and implement a trie data structure that supports the following operations:</w:t>
        <w:br/>
        <w:t>insert(word: str) -&gt; None: Inserts a word into the trie.</w:t>
        <w:br/>
        <w:t>search(word: str) -&gt; bool: Returns true if a word exists in the trie, and false if not.</w:t>
        <w:br/>
        <w:t>has_prefix(prefix: str) -&gt; bool: Returns true if the trie contains a word with the given prefix, and false if not.</w:t>
        <w:br/>
        <w:t>Example:ExampleCopyInput: [</w:t>
        <w:br/>
        <w:t xml:space="preserve">  insert('top'),</w:t>
        <w:br/>
        <w:t xml:space="preserve">  insert('bye'),</w:t>
        <w:br/>
        <w:t xml:space="preserve">  has_prefix('to'),</w:t>
        <w:br/>
        <w:t xml:space="preserve">  search('to'),</w:t>
        <w:br/>
        <w:t xml:space="preserve">  insert('to'),</w:t>
        <w:br/>
        <w:t xml:space="preserve">  search('to')</w:t>
        <w:br/>
        <w:t>]</w:t>
        <w:br/>
        <w:t>Output: [True, False, True]</w:t>
        <w:br/>
        <w:t>Explanation:ExampleCopyinsert("top")    # trie has: "top"</w:t>
        <w:br/>
        <w:t>insert("bye")    # trie has: "top" and "bye"</w:t>
        <w:br/>
        <w:t>has_prefix("to") # prefix "to" exists in the string "top": return True</w:t>
        <w:br/>
        <w:t>search("to")     # trie does not contain the word "to": return False</w:t>
        <w:br/>
        <w:t>insert("to")     # trie has: "top", "bye", and "to"</w:t>
        <w:br/>
        <w:t>search("to")     # trie contains the word "to": return True</w:t>
        <w:br/>
        <w:t>Constraints:</w:t>
        <w:br/>
        <w:br/>
        <w:t>The words and prefixes consist only of lowercase English letters.</w:t>
        <w:br/>
        <w:br/>
        <w:br/>
        <w:t>The length of each word and prefix is at least one character.</w:t>
        <w:br/>
        <w:br/>
      </w:r>
    </w:p>
    <w:p>
      <w:pPr>
        <w:pStyle w:val="Heading2"/>
        <w:spacing w:before="320" w:after="120"/>
      </w:pPr>
      <w:r>
        <w:t>Intuition</w:t>
      </w:r>
    </w:p>
    <w:p>
      <w:pPr>
        <w:spacing w:after="160" w:line="276" w:lineRule="auto"/>
      </w:pPr>
      <w:r>
        <w:t>Let’s define aTrieNodeusing the same definition introduced in the introduction. In this implementation, theis_wordattribute will be used to indicate whether aTrieNodemarks the end of a word.</w:t>
      </w:r>
    </w:p>
    <w:p>
      <w:pPr>
        <w:spacing w:after="160" w:line="276" w:lineRule="auto"/>
      </w:pPr>
      <w:r>
        <w:t>Initializing the trieTo initialize the Trie, we define therootTrieNodein the constructor. All words inserted into the trie will branch out from this root node.</w:t>
      </w:r>
    </w:p>
    <w:p>
      <w:pPr>
        <w:spacing w:after="160" w:line="276" w:lineRule="auto"/>
      </w:pPr>
      <w:r>
        <w:t>Inserting a word into the trieThe insert function builds the trie word by word. What makes a trie useful is that it reduces redundancy by reusing existing nodes when possible. For example, if we insert “byte” when “bye” already exists in the trie, these two words should share the nodes that make up the prefix “by” to save space. This is an important point that will shape our implementation of this function.</w:t>
      </w:r>
    </w:p>
    <w:p>
      <w:pPr>
        <w:spacing w:after="160" w:line="276" w:lineRule="auto"/>
      </w:pPr>
      <w:r>
        <w:t>To understand the insertion logic, let's walk through an example. Consider inserting the word "byte" into the trie below.</w:t>
      </w:r>
    </w:p>
    <w:p>
      <w:pPr>
        <w:spacing w:after="160" w:line="276" w:lineRule="auto"/>
      </w:pPr>
      <w:r>
        <w:t>We first check if 'b', the first letter of the string, exists as a child of the root node by querying the hash map containing its children. In this case, it does. So, move to node 'b':</w:t>
      </w:r>
    </w:p>
    <w:p>
      <w:pPr>
        <w:spacing w:after="160" w:line="276" w:lineRule="auto"/>
      </w:pPr>
      <w:r>
        <w:t>Now consider the second letter, ‘y’. Similarly, node 'y' exists as a child of node 'b', so let's move to node 'y':</w:t>
      </w:r>
    </w:p>
    <w:p>
      <w:pPr>
        <w:spacing w:after="160" w:line="276" w:lineRule="auto"/>
      </w:pPr>
      <w:r>
        <w:t>Now consider the next letter, ‘t’. Since node 't' doesn't exist as a child of node 'y', we need to create it and add it to node 'y’s children hash map. Then, we can move to this newly created node 't':</w:t>
      </w:r>
    </w:p>
    <w:p>
      <w:pPr>
        <w:spacing w:after="160" w:line="276" w:lineRule="auto"/>
      </w:pPr>
      <w:r>
        <w:t>The last letter is ‘e’, which doesn’t exist as a child of node ‘t’. So, let’s create node ‘e’ and add it to node ‘t’s children:</w:t>
      </w:r>
    </w:p>
    <w:p>
      <w:pPr>
        <w:spacing w:after="160" w:line="276" w:lineRule="auto"/>
      </w:pPr>
      <w:r>
        <w:t>Now that we've reached the end of the word, we should set theis_wordattribute of node 'e' to true, indicating that it marks the end of a word.</w:t>
      </w:r>
    </w:p>
    <w:p>
      <w:pPr>
        <w:spacing w:after="160" w:line="276" w:lineRule="auto"/>
      </w:pPr>
      <w:r>
        <w:t>Searching for a wordSearching for a word involves the same strategy as insertion, where we move node by node down the trie. The two main differences are:</w:t>
      </w:r>
    </w:p>
    <w:p>
      <w:pPr>
        <w:pStyle w:val="ListNumber"/>
      </w:pPr>
      <w:r>
        <w:t>If a node corresponding to the current character in the word isn't found at any point, we return false because this would indicate the word doesn't exist in the trie.</w:t>
      </w:r>
    </w:p>
    <w:p>
      <w:pPr>
        <w:pStyle w:val="ListNumber"/>
      </w:pPr>
      <w:r>
        <w:t>After traversing all characters of the search term, we return true only if the final node'sis_wordattribute is true.</w:t>
      </w:r>
    </w:p>
    <w:p>
      <w:pPr>
        <w:spacing w:after="160" w:line="276" w:lineRule="auto"/>
      </w:pPr>
      <w:r>
        <w:t>Searching for a prefixThe logic for finding a prefix is nearly identical to the logic discussed above for the search function. The only difference is after successfully traversing all characters in our search term, we can just return true without checking the final node'sis_wordattribute, as a prefix doesn’t need to end at the end of a word.</w:t>
      </w:r>
    </w:p>
    <w:p>
      <w:pPr>
        <w:pStyle w:val="Heading2"/>
        <w:spacing w:before="320" w:after="120"/>
      </w:pPr>
      <w:r>
        <w:t>Implementation</w:t>
      </w:r>
    </w:p>
    <w:p>
      <w:pPr>
        <w:spacing w:before="160" w:after="160"/>
        <w:ind w:left="360"/>
      </w:pPr>
      <w:r>
        <w:rPr>
          <w:rFonts w:ascii="Consolas" w:hAnsi="Consolas"/>
          <w:color w:val="1E293B"/>
          <w:sz w:val="19"/>
        </w:rPr>
        <w:t>PythonJavaScriptJavaCopyclass TrieNode:</w:t>
        <w:br/>
        <w:t xml:space="preserve">    def __init__(self):</w:t>
        <w:br/>
        <w:t xml:space="preserve">        self.children = {}</w:t>
        <w:br/>
        <w:t xml:space="preserve">        self.is_word = Falseclass TrieNode {</w:t>
        <w:br/>
        <w:t xml:space="preserve">  constructor() {</w:t>
        <w:br/>
        <w:t xml:space="preserve">    this.children = {};</w:t>
        <w:br/>
        <w:t xml:space="preserve">    this.isWord = false;</w:t>
        <w:br/>
        <w:t xml:space="preserve">  }</w:t>
        <w:br/>
        <w:t>}class TrieNode {</w:t>
        <w:br/>
        <w:t xml:space="preserve">    Map&lt;Character, TrieNode&gt; children;</w:t>
        <w:br/>
        <w:t xml:space="preserve">    boolean isWord;</w:t>
        <w:br/>
        <w:br/>
        <w:t xml:space="preserve">    public TrieNode() {</w:t>
        <w:br/>
        <w:t xml:space="preserve">        children = new HashMap&lt;&gt;();</w:t>
        <w:br/>
        <w:t xml:space="preserve">        isWord = false;</w:t>
        <w:br/>
        <w:t xml:space="preserve">    }</w:t>
        <w:br/>
        <w:t>}</w:t>
      </w:r>
    </w:p>
    <w:p>
      <w:pPr>
        <w:spacing w:before="160" w:after="160"/>
        <w:ind w:left="360"/>
      </w:pPr>
      <w:r>
        <w:rPr>
          <w:rFonts w:ascii="Consolas" w:hAnsi="Consolas"/>
          <w:color w:val="1E293B"/>
          <w:sz w:val="19"/>
        </w:rPr>
        <w:t>PythonJavaScriptJavaCopyclass Trie:</w:t>
        <w:br/>
        <w:t xml:space="preserve">   def __init__(self):</w:t>
        <w:br/>
        <w:t xml:space="preserve">       self.root = TrieNode()</w:t>
        <w:br/>
        <w:t xml:space="preserve">    </w:t>
        <w:br/>
        <w:t xml:space="preserve">   def insert(self, word: str) -&gt; None:</w:t>
        <w:br/>
        <w:t xml:space="preserve">       node = self.root</w:t>
        <w:br/>
        <w:t xml:space="preserve">       for c in word:</w:t>
        <w:br/>
        <w:t xml:space="preserve">           # For each character in the word, if it’s not a child of the current node,</w:t>
        <w:br/>
        <w:t xml:space="preserve">           # create a new TrieNode for that character.</w:t>
        <w:br/>
        <w:t xml:space="preserve">           if c not in node.children:</w:t>
        <w:br/>
        <w:t xml:space="preserve">               node.children[c] = TrieNode()</w:t>
        <w:br/>
        <w:t xml:space="preserve">           node = node.children[c]</w:t>
        <w:br/>
        <w:t xml:space="preserve">       # Mark the last node as the end of a word.</w:t>
        <w:br/>
        <w:t xml:space="preserve">       node.is_word = True</w:t>
        <w:br/>
        <w:t xml:space="preserve">    </w:t>
        <w:br/>
        <w:t xml:space="preserve">   def search(self, word: str) -&gt; bool:</w:t>
        <w:br/>
        <w:t xml:space="preserve">       node = self.root</w:t>
        <w:br/>
        <w:t xml:space="preserve">       for c in word:</w:t>
        <w:br/>
        <w:t xml:space="preserve">           # For each character in the word, if it’s not a child of the current node,</w:t>
        <w:br/>
        <w:t xml:space="preserve">           # the word doesn't exist in the Trie.</w:t>
        <w:br/>
        <w:t xml:space="preserve">           if c not in node.children:</w:t>
        <w:br/>
        <w:t xml:space="preserve">               return False</w:t>
        <w:br/>
        <w:t xml:space="preserve">           node = node.children[c]</w:t>
        <w:br/>
        <w:t xml:space="preserve">       # Return whether the current node is marked as the end of the word.</w:t>
        <w:br/>
        <w:t xml:space="preserve">       return node.is_word</w:t>
        <w:br/>
        <w:t xml:space="preserve">    </w:t>
        <w:br/>
        <w:t xml:space="preserve">   def has_prefix(self, prefix: str) -&gt; bool:</w:t>
        <w:br/>
        <w:t xml:space="preserve">       node = self.root</w:t>
        <w:br/>
        <w:t xml:space="preserve">       for c in prefix:</w:t>
        <w:br/>
        <w:t xml:space="preserve">           if c not in node.children:</w:t>
        <w:br/>
        <w:t xml:space="preserve">               return False</w:t>
        <w:br/>
        <w:t xml:space="preserve">           node = node.children[c]</w:t>
        <w:br/>
        <w:t xml:space="preserve">       # Once we’ve traversed the nodes corresponding to each character in the</w:t>
        <w:br/>
        <w:t xml:space="preserve">       # prefix, return True.</w:t>
        <w:br/>
        <w:t xml:space="preserve">       return Trueclass Trie {</w:t>
        <w:br/>
        <w:t xml:space="preserve">  constructor() {</w:t>
        <w:br/>
        <w:t xml:space="preserve">    this.root = new TrieNode();</w:t>
        <w:br/>
        <w:t xml:space="preserve">  }</w:t>
        <w:br/>
        <w:br/>
        <w:t xml:space="preserve">  insert(word) {</w:t>
        <w:br/>
        <w:t xml:space="preserve">    let node = this.root;</w:t>
        <w:br/>
        <w:t xml:space="preserve">    for (const c of word) {</w:t>
        <w:br/>
        <w:t xml:space="preserve">      // For each character in the word, if it’s not a child of the current node,</w:t>
        <w:br/>
        <w:t xml:space="preserve">      // create a new TrieNode for that character.</w:t>
        <w:br/>
        <w:t xml:space="preserve">      if (!node.children[c]) {</w:t>
        <w:br/>
        <w:t xml:space="preserve">        node.children[c] = new TrieNode();</w:t>
        <w:br/>
        <w:t xml:space="preserve">      }</w:t>
        <w:br/>
        <w:t xml:space="preserve">      node = node.children[c];</w:t>
        <w:br/>
        <w:t xml:space="preserve">    }</w:t>
        <w:br/>
        <w:t xml:space="preserve">    // Mark the last node as the end of a word.</w:t>
        <w:br/>
        <w:t xml:space="preserve">    node.isWord = true;</w:t>
        <w:br/>
        <w:t xml:space="preserve">  }</w:t>
        <w:br/>
        <w:br/>
        <w:t xml:space="preserve">  search(word) {</w:t>
        <w:br/>
        <w:t xml:space="preserve">    let node = this.root;</w:t>
        <w:br/>
        <w:t xml:space="preserve">    for (const c of word) {</w:t>
        <w:br/>
        <w:t xml:space="preserve">      // For each character in the word, if it’s not a child of the current node,</w:t>
        <w:br/>
        <w:t xml:space="preserve">      // the word doesn't exist in the Trie.</w:t>
        <w:br/>
        <w:t xml:space="preserve">      if (!node.children[c]) {</w:t>
        <w:br/>
        <w:t xml:space="preserve">        return false;</w:t>
        <w:br/>
        <w:t xml:space="preserve">      }</w:t>
        <w:br/>
        <w:t xml:space="preserve">      node = node.children[c];</w:t>
        <w:br/>
        <w:t xml:space="preserve">    }</w:t>
        <w:br/>
        <w:t xml:space="preserve">    // Return whether the current node is marked as the end of the word.</w:t>
        <w:br/>
        <w:t xml:space="preserve">    return node.isWord;</w:t>
        <w:br/>
        <w:t xml:space="preserve">  }</w:t>
        <w:br/>
        <w:br/>
        <w:t xml:space="preserve">  hasPrefix(prefix) {</w:t>
        <w:br/>
        <w:t xml:space="preserve">    let node = this.root;</w:t>
        <w:br/>
        <w:t xml:space="preserve">    for (const c of prefix) {</w:t>
        <w:br/>
        <w:t xml:space="preserve">      if (!node.children[c]) {</w:t>
        <w:br/>
        <w:t xml:space="preserve">        return false;</w:t>
        <w:br/>
        <w:t xml:space="preserve">      }</w:t>
        <w:br/>
        <w:t xml:space="preserve">      node = node.children[c];</w:t>
        <w:br/>
        <w:t xml:space="preserve">    }</w:t>
        <w:br/>
        <w:t xml:space="preserve">    // Once we’ve traversed the nodes corresponding to each character in the</w:t>
        <w:br/>
        <w:t xml:space="preserve">    // prefix, return True.</w:t>
        <w:br/>
        <w:t xml:space="preserve">    return true;</w:t>
        <w:br/>
        <w:t xml:space="preserve">  }</w:t>
        <w:br/>
        <w:t>}class Trie {</w:t>
        <w:br/>
        <w:t xml:space="preserve">    private TrieNode root;</w:t>
        <w:br/>
        <w:br/>
        <w:t xml:space="preserve">    public Trie() {</w:t>
        <w:br/>
        <w:t xml:space="preserve">        this.root = new TrieNode();</w:t>
        <w:br/>
        <w:t xml:space="preserve">    }</w:t>
        <w:br/>
        <w:br/>
        <w:t xml:space="preserve">    public void insert(String word) {</w:t>
        <w:br/>
        <w:t xml:space="preserve">        TrieNode node = this.root;</w:t>
        <w:br/>
        <w:t xml:space="preserve">        for (char c : word.toCharArray()) {</w:t>
        <w:br/>
        <w:t xml:space="preserve">            // For each character in the word, if it’s not a child of the current node,</w:t>
        <w:br/>
        <w:t xml:space="preserve">            // create a new TrieNode for that character.</w:t>
        <w:br/>
        <w:t xml:space="preserve">            if (!node.children.containsKey(c)) {</w:t>
        <w:br/>
        <w:t xml:space="preserve">                node.children.put(c, new TrieNode());</w:t>
        <w:br/>
        <w:t xml:space="preserve">            }</w:t>
        <w:br/>
        <w:t xml:space="preserve">            node = node.children.get(c);</w:t>
        <w:br/>
        <w:t xml:space="preserve">        }</w:t>
        <w:br/>
        <w:t xml:space="preserve">        // Mark the last node as the end of a word.</w:t>
        <w:br/>
        <w:t xml:space="preserve">        node.isWord = true;</w:t>
        <w:br/>
        <w:t xml:space="preserve">    }</w:t>
        <w:br/>
        <w:br/>
        <w:t xml:space="preserve">    public boolean search(String word) {</w:t>
        <w:br/>
        <w:t xml:space="preserve">        TrieNode node = this.root;</w:t>
        <w:br/>
        <w:t xml:space="preserve">        for (char c : word.toCharArray()) {</w:t>
        <w:br/>
        <w:t xml:space="preserve">            // For each character in the word, if it’s not a child of the current node,</w:t>
        <w:br/>
        <w:t xml:space="preserve">            // the word doesn't exist in the Trie.</w:t>
        <w:br/>
        <w:t xml:space="preserve">            if (!node.children.containsKey(c)) {</w:t>
        <w:br/>
        <w:t xml:space="preserve">                return false;</w:t>
        <w:br/>
        <w:t xml:space="preserve">            }</w:t>
        <w:br/>
        <w:t xml:space="preserve">            node = node.children.get(c);</w:t>
        <w:br/>
        <w:t xml:space="preserve">        }</w:t>
        <w:br/>
        <w:t xml:space="preserve">        // Return whether the current node is marked as the end of the word.</w:t>
        <w:br/>
        <w:t xml:space="preserve">        return node.isWord;</w:t>
        <w:br/>
        <w:t xml:space="preserve">    }</w:t>
        <w:br/>
        <w:br/>
        <w:t xml:space="preserve">    public boolean hasPrefix(String prefix) {</w:t>
        <w:br/>
        <w:t xml:space="preserve">        TrieNode node = this.root;</w:t>
        <w:br/>
        <w:t xml:space="preserve">        for (char c : prefix.toCharArray()) {</w:t>
        <w:br/>
        <w:t xml:space="preserve">            if (!node.children.containsKey(c)) {</w:t>
        <w:br/>
        <w:t xml:space="preserve">                return false;</w:t>
        <w:br/>
        <w:t xml:space="preserve">            }</w:t>
        <w:br/>
        <w:t xml:space="preserve">            node = node.children.get(c);</w:t>
        <w:br/>
        <w:t xml:space="preserve">        }</w:t>
        <w:br/>
        <w:t xml:space="preserve">        // Once we’ve traversed the nodes corresponding to each character in the</w:t>
        <w:br/>
        <w:t xml:space="preserve">        // prefix, return True.</w:t>
        <w:br/>
        <w:t xml:space="preserve">        return true;</w:t>
        <w:br/>
        <w:t xml:space="preserve">    }</w:t>
        <w:br/>
        <w:t>}</w:t>
      </w:r>
    </w:p>
    <w:p>
      <w:pPr>
        <w:pStyle w:val="Heading3"/>
        <w:spacing w:before="320" w:after="120"/>
      </w:pPr>
      <w:r>
        <w:t>Complexity Analysis</w:t>
      </w:r>
    </w:p>
    <w:p>
      <w:pPr>
        <w:spacing w:after="160" w:line="276" w:lineRule="auto"/>
      </w:pPr>
      <w:r>
        <w:t>Time complexity:</w:t>
      </w:r>
    </w:p>
    <w:p>
      <w:pPr>
        <w:pStyle w:val="ListBullet"/>
      </w:pPr>
      <w:r>
        <w:t>The time complexity ofinsertisO(k)O(k)O(k), wherekkkis the length of the word being inserted. This is because we traverse through or insert up tokkknodes into the trie in each iteration.</w:t>
      </w:r>
    </w:p>
    <w:p>
      <w:pPr>
        <w:pStyle w:val="ListBullet"/>
      </w:pPr>
      <w:r>
        <w:t>The time complexity ofsearchandhas_prefixisO(k)O(k)O(k)because we search through at mostkkkcharacters in the trie.</w:t>
      </w:r>
    </w:p>
    <w:p>
      <w:pPr>
        <w:spacing w:after="160" w:line="276" w:lineRule="auto"/>
      </w:pPr>
      <w:r>
        <w:t>Space complexity:</w:t>
      </w:r>
    </w:p>
    <w:p>
      <w:pPr>
        <w:pStyle w:val="ListBullet"/>
      </w:pPr>
      <w:r>
        <w:t>The space complexity ofinsertisO(k)O(k)O(k)because in the worst case, the inserted word doesn’t share any prefix with words already in the trie. In this case,kkknew nodes are created.</w:t>
      </w:r>
    </w:p>
    <w:p>
      <w:pPr>
        <w:pStyle w:val="ListBullet"/>
      </w:pPr>
      <w:r>
        <w:t>The space complexity ofsearchandhas_prefixisO(1)O(1)O(1)because no additional space is used to traverse the search term in the trie.</w:t>
      </w:r>
    </w:p>
    <w:p>
      <w:r>
        <w:br w:type="page"/>
      </w:r>
    </w:p>
    <w:p>
      <w:pPr>
        <w:pStyle w:val="Heading1"/>
        <w:spacing w:before="480" w:after="280"/>
      </w:pPr>
      <w:r>
        <w:rPr>
          <w:b/>
          <w:color w:val="008A60"/>
          <w:sz w:val="28"/>
        </w:rPr>
        <w:t>Chapter 73</w:t>
        <w:br/>
      </w:r>
      <w:r>
        <w:rPr>
          <w:b/>
          <w:color w:val="0F172A"/>
          <w:sz w:val="40"/>
        </w:rPr>
        <w:t>Insert and Search Words with Wildcards</w:t>
      </w:r>
    </w:p>
    <w:p>
      <w:pPr>
        <w:spacing w:before="160" w:after="160"/>
        <w:ind w:left="360"/>
      </w:pPr>
      <w:r>
        <w:rPr>
          <w:rFonts w:ascii="Consolas" w:hAnsi="Consolas"/>
          <w:color w:val="1E293B"/>
          <w:sz w:val="19"/>
        </w:rPr>
        <w:t>Design and implement a data structure that supports the following operations:</w:t>
        <w:br/>
        <w:t>insert(word: str) -&gt; None: Inserts a word into the data structure.</w:t>
        <w:br/>
        <w:t>search(word: str) -&gt; bool: Returns true if a word exists in the data structure and false if not. The word may contain wildcards ('.') that can represent any letter.</w:t>
        <w:br/>
        <w:t>Example:ExampleCopyInput: [</w:t>
        <w:br/>
        <w:t xml:space="preserve">  insert('band'),</w:t>
        <w:br/>
        <w:t xml:space="preserve">  insert('rat'),</w:t>
        <w:br/>
        <w:t xml:space="preserve">  search('ra.'),</w:t>
        <w:br/>
        <w:t xml:space="preserve">  search('b..'),</w:t>
        <w:br/>
        <w:t xml:space="preserve">  insert('ran'),</w:t>
        <w:br/>
        <w:t xml:space="preserve">  search('.an')</w:t>
        <w:br/>
        <w:t>]</w:t>
        <w:br/>
        <w:t>Output: [True, False, True]</w:t>
        <w:br/>
        <w:t>Explanation:ExampleCopyinsert("band") # data structure has: "band"</w:t>
        <w:br/>
        <w:t>insert("rat")   # data structure has: "band" and "rat"</w:t>
        <w:br/>
        <w:t>search("ra.")   # "ra." matches "rat": return True</w:t>
        <w:br/>
        <w:t>search("b..")   # no three-letter word starting with ‘b' in the</w:t>
        <w:br/>
        <w:t xml:space="preserve">               # data structure: return False</w:t>
        <w:br/>
        <w:t>insert("ran")  # data structure has: "band", "rat", and "ran"</w:t>
        <w:br/>
        <w:t>search(".an")  # ".an" matches "ran": return True</w:t>
        <w:br/>
        <w:t>Constraints:</w:t>
        <w:br/>
        <w:t>Words will only contain lowercase English letters and '.' characters.</w:t>
        <w:br/>
      </w:r>
    </w:p>
    <w:p>
      <w:pPr>
        <w:pStyle w:val="Heading2"/>
        <w:spacing w:before="320" w:after="120"/>
      </w:pPr>
      <w:r>
        <w:t>Intuition</w:t>
      </w:r>
    </w:p>
    <w:p>
      <w:pPr>
        <w:spacing w:after="160" w:line="276" w:lineRule="auto"/>
      </w:pPr>
      <w:r>
        <w:t>The requirements of this data structure closely resemble those of atrie, as it needs to facilitate the insertion and search of words. What makes this problem unique is the requirement to support wildcards ('.') in searches. Let’s learn how we would need to modify our trie functions to support wildcards.</w:t>
      </w:r>
    </w:p>
    <w:p>
      <w:pPr>
        <w:spacing w:after="160" w:line="276" w:lineRule="auto"/>
      </w:pPr>
      <w:r>
        <w:t>Inserting a word into the trieThe requirements for insertion in this problem match the requirements in a traditional trie. So, let’s use the same implementation of insert as in theDesign a Trieproblem.</w:t>
      </w:r>
    </w:p>
    <w:p>
      <w:pPr>
        <w:spacing w:after="160" w:line="276" w:lineRule="auto"/>
      </w:pPr>
      <w:r>
        <w:t>Searching with wildcardsWhat does it mean to encounter a wildcard? Consider the following trie:</w:t>
      </w:r>
    </w:p>
    <w:p>
      <w:pPr>
        <w:spacing w:after="160" w:line="276" w:lineRule="auto"/>
      </w:pPr>
      <w:r>
        <w:t>If we perform a search for "ra.", we know we can traverse down nodes 'r' and 'a' until we reach the wildcard character. Since the last letter is a wildcard, it could represent any letter. So, as long as there exists a node branching out from 'a' that represents the end of a word (i.e., hasis_word == True), the word "ra." exists in the trie. In this case, both nodes 't' and 'n' meet the requirements of this wildcard:</w:t>
      </w:r>
    </w:p>
    <w:p>
      <w:pPr>
        <w:spacing w:after="160" w:line="276" w:lineRule="auto"/>
      </w:pPr>
      <w:r>
        <w:t>Now, let’s say we perform a search for “.an”. Since the first character is a wildcard, we need to cover all branches starting from every node representing the first character in the trie. This means starting a search from each child node of the root. We can do this by recursively calling the search function on these nodes, passing in the substring “an” because this substring contains the remaining characters to be searched for.</w:t>
      </w:r>
    </w:p>
    <w:p>
      <w:pPr>
        <w:spacing w:after="160" w:line="276" w:lineRule="auto"/>
      </w:pPr>
      <w:r>
        <w:t>Notice the nodes forming the string "ban" will not satisfy the search term because node 'n' does not mark the end of a word.</w:t>
      </w:r>
    </w:p>
    <w:p>
      <w:pPr>
        <w:spacing w:after="160" w:line="276" w:lineRule="auto"/>
      </w:pPr>
      <w:r>
        <w:t>So, at any point in the search, we need to handle two scenarios:</w:t>
      </w:r>
    </w:p>
    <w:p>
      <w:pPr>
        <w:pStyle w:val="ListNumber"/>
      </w:pPr>
      <w:r>
        <w:t>When we encounter a letter, we proceed to the child of the current node that corresponds with this letter in the trie.</w:t>
      </w:r>
    </w:p>
    <w:p>
      <w:pPr>
        <w:pStyle w:val="ListNumber"/>
      </w:pPr>
      <w:r>
        <w:t>When we encounter a wildcard, we explore all child nodes, as the '.' may match any character. We can perform a recursive call for each child node to search for the remainder of the word.</w:t>
      </w:r>
    </w:p>
    <w:p>
      <w:pPr>
        <w:spacing w:after="160" w:line="276" w:lineRule="auto"/>
      </w:pPr>
      <w:r>
        <w:t>This strategy for handling wildcards allows us to search every possible branch for a word that matches the search term. As soon as we find one branch that represents a word matching the search term, we return true.</w:t>
      </w:r>
    </w:p>
    <w:p>
      <w:pPr>
        <w:pStyle w:val="Heading2"/>
        <w:spacing w:before="320" w:after="120"/>
      </w:pPr>
      <w:r>
        <w:t>Implementation</w:t>
      </w:r>
    </w:p>
    <w:p>
      <w:pPr>
        <w:spacing w:after="160" w:line="276" w:lineRule="auto"/>
      </w:pPr>
      <w:r>
        <w:t>In this implementation, we use a helper function (search_helper) for searching because we need to pass in two extra parameters at each recursive call:</w:t>
      </w:r>
    </w:p>
    <w:p>
      <w:pPr>
        <w:pStyle w:val="ListNumber"/>
      </w:pPr>
      <w:r>
        <w:t>An index that defines the start of the remaining substring that needs to be searched. We pass in an index instead because passing in the substring itself would necessitate creating that substring, which would take linear time for each recursive call.</w:t>
      </w:r>
    </w:p>
    <w:p>
      <w:pPr>
        <w:pStyle w:val="ListNumber"/>
      </w:pPr>
      <w:r>
        <w:t>TheTrieNodewe’re starting the search from. This ensures we don’t restart each recursive call from the root node.</w:t>
      </w:r>
    </w:p>
    <w:p>
      <w:pPr>
        <w:spacing w:before="160" w:after="160"/>
        <w:ind w:left="360"/>
      </w:pPr>
      <w:r>
        <w:rPr>
          <w:rFonts w:ascii="Consolas" w:hAnsi="Consolas"/>
          <w:color w:val="1E293B"/>
          <w:sz w:val="19"/>
        </w:rPr>
        <w:t>PythonJavaScriptJavaCopyclass InsertAndSearchWordsWithWildcards:</w:t>
        <w:br/>
        <w:t xml:space="preserve">   def __init__(self):</w:t>
        <w:br/>
        <w:t xml:space="preserve">       self.root = TrieNode()</w:t>
        <w:br/>
        <w:t xml:space="preserve">    </w:t>
        <w:br/>
        <w:t xml:space="preserve">   def insert(self, word: str) -&gt; None:</w:t>
        <w:br/>
        <w:t xml:space="preserve">       node = self.root</w:t>
        <w:br/>
        <w:t xml:space="preserve">       for c in word:</w:t>
        <w:br/>
        <w:t xml:space="preserve">           if c not in node.children:</w:t>
        <w:br/>
        <w:t xml:space="preserve">               node.children[c] = TrieNode()</w:t>
        <w:br/>
        <w:t xml:space="preserve">           node = node.children[c]</w:t>
        <w:br/>
        <w:t xml:space="preserve">       node.is_word = True</w:t>
        <w:br/>
        <w:t xml:space="preserve">    </w:t>
        <w:br/>
        <w:t xml:space="preserve">   def search(self, word: str) -&gt; bool:</w:t>
        <w:br/>
        <w:t xml:space="preserve">       # Start searching from the root of the trie.</w:t>
        <w:br/>
        <w:t xml:space="preserve">       return self.search_helper(0, word, self.root)</w:t>
        <w:br/>
        <w:t xml:space="preserve">    </w:t>
        <w:br/>
        <w:t xml:space="preserve">   def search_helper(self, word_index: int, word: str, node: TrieNode) -&gt; bool:</w:t>
        <w:br/>
        <w:t xml:space="preserve">       for i in range(word_index, len(word)):</w:t>
        <w:br/>
        <w:t xml:space="preserve">           c = word[i]</w:t>
        <w:br/>
        <w:t xml:space="preserve">           # If a wildcard character is encountered, recursively search for the rest</w:t>
        <w:br/>
        <w:t xml:space="preserve">           # of the word from each child node.</w:t>
        <w:br/>
        <w:t xml:space="preserve">           if c == '.':</w:t>
        <w:br/>
        <w:t xml:space="preserve">               for child in node.children.values():</w:t>
        <w:br/>
        <w:t xml:space="preserve">                   # If a match is found, return true.</w:t>
        <w:br/>
        <w:t xml:space="preserve">                   if self.search_helper(i + 1, word, child):</w:t>
        <w:br/>
        <w:t xml:space="preserve">                       return True</w:t>
        <w:br/>
        <w:t xml:space="preserve">               return False</w:t>
        <w:br/>
        <w:t xml:space="preserve">           elif c in node.children:</w:t>
        <w:br/>
        <w:t xml:space="preserve">               node = node.children[c]</w:t>
        <w:br/>
        <w:t xml:space="preserve">           else:</w:t>
        <w:br/>
        <w:t xml:space="preserve">               return False</w:t>
        <w:br/>
        <w:t xml:space="preserve">       # After processing the last character, return true if we've reached the end</w:t>
        <w:br/>
        <w:t xml:space="preserve">       # of a word.</w:t>
        <w:br/>
        <w:t xml:space="preserve">       return node.is_wordclass InsertAndSearchWordsWithWildcards {</w:t>
        <w:br/>
        <w:t xml:space="preserve">  constructor() {</w:t>
        <w:br/>
        <w:t xml:space="preserve">    this.root = new TrieNode();</w:t>
        <w:br/>
        <w:t xml:space="preserve">  }</w:t>
        <w:br/>
        <w:br/>
        <w:t xml:space="preserve">  insert(word) {</w:t>
        <w:br/>
        <w:t xml:space="preserve">    let node = this.root;</w:t>
        <w:br/>
        <w:t xml:space="preserve">    for (const c of word) {</w:t>
        <w:br/>
        <w:t xml:space="preserve">      if (!node.children[c]) {</w:t>
        <w:br/>
        <w:t xml:space="preserve">        node.children[c] = new TrieNode();</w:t>
        <w:br/>
        <w:t xml:space="preserve">      }</w:t>
        <w:br/>
        <w:t xml:space="preserve">      node = node.children[c];</w:t>
        <w:br/>
        <w:t xml:space="preserve">    }</w:t>
        <w:br/>
        <w:t xml:space="preserve">    node.isWord = true;</w:t>
        <w:br/>
        <w:t xml:space="preserve">  }</w:t>
        <w:br/>
        <w:br/>
        <w:t xml:space="preserve">  search(word) {</w:t>
        <w:br/>
        <w:t xml:space="preserve">    // Start searching from the root of the trie.</w:t>
        <w:br/>
        <w:t xml:space="preserve">    return this.searchHelper(0, word, this.root);</w:t>
        <w:br/>
        <w:t xml:space="preserve">  }</w:t>
        <w:br/>
        <w:br/>
        <w:t xml:space="preserve">  searchHelper(wordIndex, word, node) {</w:t>
        <w:br/>
        <w:t xml:space="preserve">    for (let i = wordIndex; i &lt; word.length; i++) {</w:t>
        <w:br/>
        <w:t xml:space="preserve">      const c = word[i];</w:t>
        <w:br/>
        <w:t xml:space="preserve">      // If a wildcard character is encountered, recursively search for the rest</w:t>
        <w:br/>
        <w:t xml:space="preserve">      // of the word from each child node.</w:t>
        <w:br/>
        <w:t xml:space="preserve">      if (c === '.') {</w:t>
        <w:br/>
        <w:t xml:space="preserve">        for (const child of Object.values(node.children)) {</w:t>
        <w:br/>
        <w:t xml:space="preserve">          // If a match is found, return true.</w:t>
        <w:br/>
        <w:t xml:space="preserve">          if (this.searchHelper(i + 1, word, child)) {</w:t>
        <w:br/>
        <w:t xml:space="preserve">            return true;</w:t>
        <w:br/>
        <w:t xml:space="preserve">          }</w:t>
        <w:br/>
        <w:t xml:space="preserve">        }</w:t>
        <w:br/>
        <w:t xml:space="preserve">        return false;</w:t>
        <w:br/>
        <w:t xml:space="preserve">      } else if (node.children[c]) {</w:t>
        <w:br/>
        <w:t xml:space="preserve">        node = node.children[c];</w:t>
        <w:br/>
        <w:t xml:space="preserve">      } else {</w:t>
        <w:br/>
        <w:t xml:space="preserve">        return false;</w:t>
        <w:br/>
        <w:t xml:space="preserve">      }</w:t>
        <w:br/>
        <w:t xml:space="preserve">    }</w:t>
        <w:br/>
        <w:t xml:space="preserve">    // After processing the last character, return true if we've reached the end</w:t>
        <w:br/>
        <w:t xml:space="preserve">    // of a word.</w:t>
        <w:br/>
        <w:t xml:space="preserve">    return node.isWord;</w:t>
        <w:br/>
        <w:t xml:space="preserve">  }</w:t>
        <w:br/>
        <w:t>}class InsertAndSearchWordsWithWildcards {</w:t>
        <w:br/>
        <w:t xml:space="preserve">    private TrieNode root;</w:t>
        <w:br/>
        <w:br/>
        <w:t xml:space="preserve">    public InsertAndSearchWordsWithWildcards() {</w:t>
        <w:br/>
        <w:t xml:space="preserve">        this.root = new TrieNode();</w:t>
        <w:br/>
        <w:t xml:space="preserve">    }</w:t>
        <w:br/>
        <w:br/>
        <w:t xml:space="preserve">    public void insert(String word) {</w:t>
        <w:br/>
        <w:t xml:space="preserve">        TrieNode node = this.root;</w:t>
        <w:br/>
        <w:t xml:space="preserve">        for (char c : word.toCharArray()) {</w:t>
        <w:br/>
        <w:t xml:space="preserve">            if (!node.children.containsKey(c)) {</w:t>
        <w:br/>
        <w:t xml:space="preserve">                node.children.put(c, new TrieNode());</w:t>
        <w:br/>
        <w:t xml:space="preserve">            }</w:t>
        <w:br/>
        <w:t xml:space="preserve">            node = node.children.get(c);</w:t>
        <w:br/>
        <w:t xml:space="preserve">        }</w:t>
        <w:br/>
        <w:t xml:space="preserve">        node.isWord = true;</w:t>
        <w:br/>
        <w:t xml:space="preserve">    }</w:t>
        <w:br/>
        <w:br/>
        <w:t xml:space="preserve">    public boolean search(String word) {</w:t>
        <w:br/>
        <w:t xml:space="preserve">        // Start searching from the root of the trie.</w:t>
        <w:br/>
        <w:t xml:space="preserve">        return searchHelper(0, word, this.root);</w:t>
        <w:br/>
        <w:t xml:space="preserve">    }</w:t>
        <w:br/>
        <w:br/>
        <w:t xml:space="preserve">    private boolean searchHelper(int wordIndex, String word, TrieNode node) {</w:t>
        <w:br/>
        <w:t xml:space="preserve">        for (int i = wordIndex; i &lt; word.length(); i++) {</w:t>
        <w:br/>
        <w:t xml:space="preserve">            char c = word.charAt(i);</w:t>
        <w:br/>
        <w:t xml:space="preserve">            // If a wildcard character is encountered, recursively search for the rest</w:t>
        <w:br/>
        <w:t xml:space="preserve">            // of the word from each child node.</w:t>
        <w:br/>
        <w:t xml:space="preserve">            if (c == '.') {</w:t>
        <w:br/>
        <w:t xml:space="preserve">                for (TrieNode child : node.children.values()) {</w:t>
        <w:br/>
        <w:t xml:space="preserve">                    // If a match is found, return true.</w:t>
        <w:br/>
        <w:t xml:space="preserve">                    if (searchHelper(i + 1, word, child)) {</w:t>
        <w:br/>
        <w:t xml:space="preserve">                        return true;</w:t>
        <w:br/>
        <w:t xml:space="preserve">                    }</w:t>
        <w:br/>
        <w:t xml:space="preserve">                }</w:t>
        <w:br/>
        <w:t xml:space="preserve">                return false;</w:t>
        <w:br/>
        <w:t xml:space="preserve">            } else if (node.children.containsKey(c)) {</w:t>
        <w:br/>
        <w:t xml:space="preserve">                node = node.children.get(c);</w:t>
        <w:br/>
        <w:t xml:space="preserve">            } else {</w:t>
        <w:br/>
        <w:t xml:space="preserve">                return false;</w:t>
        <w:br/>
        <w:t xml:space="preserve">            }</w:t>
        <w:br/>
        <w:t xml:space="preserve">        }</w:t>
        <w:br/>
        <w:t xml:space="preserve">        // After processing the last character, return true if we've reached the end</w:t>
        <w:br/>
        <w:t xml:space="preserve">        // of a word.</w:t>
        <w:br/>
        <w:t xml:space="preserve">        return node.isWord;</w:t>
        <w:br/>
        <w:t xml:space="preserve">    }</w:t>
        <w:br/>
        <w:t>}</w:t>
      </w:r>
    </w:p>
    <w:p>
      <w:pPr>
        <w:pStyle w:val="Heading3"/>
        <w:spacing w:before="320" w:after="120"/>
      </w:pPr>
      <w:r>
        <w:t>Complexity Analysis</w:t>
      </w:r>
    </w:p>
    <w:p>
      <w:pPr>
        <w:spacing w:after="160" w:line="276" w:lineRule="auto"/>
      </w:pPr>
      <w:r>
        <w:t>Time complexity:</w:t>
      </w:r>
    </w:p>
    <w:p>
      <w:pPr>
        <w:pStyle w:val="ListBullet"/>
      </w:pPr>
      <w:r>
        <w:t>The time complexity ofinsertisO(k)O(k)O(k), wherekkkdenotes the length of the word being inserted. This is because we traverse through or insert up tokkknodes into the trie in each iteration.</w:t>
      </w:r>
    </w:p>
    <w:p>
      <w:pPr>
        <w:pStyle w:val="ListBullet"/>
      </w:pPr>
      <w:r>
        <w:t>The time complexity ofsearchis:O(k)O(k)O(k)when word contains no wildcards because we search through at mostkkkcharacters in the trie.O(26k)O(26k)O(26k)in the worst case, when word contains only wildcards. For each wildcard, we potentially need to explore up to 26 different characters (one for each lowercase English letter). Withkkkwildcards, approximately26k26k26krecursive calls are made.</w:t>
      </w:r>
    </w:p>
    <w:p>
      <w:pPr>
        <w:spacing w:after="160" w:line="276" w:lineRule="auto"/>
      </w:pPr>
      <w:r>
        <w:t>Space complexity:</w:t>
      </w:r>
    </w:p>
    <w:p>
      <w:pPr>
        <w:pStyle w:val="ListBullet"/>
      </w:pPr>
      <w:r>
        <w:t>The space complexity ofinsertisO(k)O(k)O(k)because in the worst case, the inserted word doesn’t share a prefix with words already in the trie. In this case,kkknew nodes are created.</w:t>
      </w:r>
    </w:p>
    <w:p>
      <w:pPr>
        <w:pStyle w:val="ListBullet"/>
      </w:pPr>
      <w:r>
        <w:t>The space complexity ofsearchis:O(1)O(1)O(1)when word contains no wildcards.O(k)O(k)O(k)in the worst case when word contains only wildcards due to the space taken up by the recursive call stack, which can grow up tokkkin size.</w:t>
      </w:r>
    </w:p>
    <w:p>
      <w:r>
        <w:br w:type="page"/>
      </w:r>
    </w:p>
    <w:p>
      <w:pPr>
        <w:pStyle w:val="Heading1"/>
        <w:spacing w:before="480" w:after="280"/>
      </w:pPr>
      <w:r>
        <w:rPr>
          <w:b/>
          <w:color w:val="008A60"/>
          <w:sz w:val="28"/>
        </w:rPr>
        <w:t>Chapter 74</w:t>
        <w:br/>
      </w:r>
      <w:r>
        <w:rPr>
          <w:b/>
          <w:color w:val="0F172A"/>
          <w:sz w:val="40"/>
        </w:rPr>
        <w:t>Find All Words on a Board</w:t>
      </w:r>
    </w:p>
    <w:p>
      <w:pPr>
        <w:spacing w:before="160" w:after="160"/>
        <w:ind w:left="360"/>
      </w:pPr>
      <w:r>
        <w:rPr>
          <w:rFonts w:ascii="Consolas" w:hAnsi="Consolas"/>
          <w:color w:val="1E293B"/>
          <w:sz w:val="19"/>
        </w:rPr>
        <w:t>Given a 2D board of characters and an array of words, find all the words in the array that can be formed by tracing a path through adjacent cells in the board. Adjacent cells are those which horizontally or vertically neighbor each other. We can't use the same cell more than once for a single word.Example:ExampleCopyInput: board = [['b', 'y', 's'], ['r', 't', 'e'], ['a', 'i', 'n']],</w:t>
        <w:br/>
        <w:t xml:space="preserve">       words = ['byte', 'bytes', 'rat', 'rain', 'trait', 'train']</w:t>
        <w:br/>
        <w:t>Output: ['byte', 'bytes', 'rain', 'train']</w:t>
        <w:br/>
      </w:r>
    </w:p>
    <w:p>
      <w:pPr>
        <w:pStyle w:val="Heading2"/>
        <w:spacing w:before="320" w:after="120"/>
      </w:pPr>
      <w:r>
        <w:t>Intuition</w:t>
      </w:r>
    </w:p>
    <w:p>
      <w:pPr>
        <w:spacing w:after="160" w:line="276" w:lineRule="auto"/>
      </w:pPr>
      <w:r>
        <w:t>There are many layers to this problem, so let's start by considering a simpler version where we’re only required to search for one word on the board.</w:t>
      </w:r>
    </w:p>
    <w:p>
      <w:pPr>
        <w:spacing w:after="160" w:line="276" w:lineRule="auto"/>
      </w:pPr>
      <w:r>
        <w:t>Simplified problem: words array contains one wordWith only one word to find, a straightforward approach is to iterate through each cell of the board. If any cell contains the first letter of the word, perform a DFS from that cell in all four directions (left, right, up, down) to find the rest of the word. This process involves backtracking from a cell when we cannot find the next letter of the word in any of its adjacent cells. The process continues until the word is found, or we can no longer find any more letters on the board.</w:t>
      </w:r>
    </w:p>
    <w:p>
      <w:pPr>
        <w:spacing w:after="160" w:line="276" w:lineRule="auto"/>
      </w:pPr>
      <w:r>
        <w:t>If you're not familiar with backtracking, it might be useful to review theBacktrackingchapter before continuing with this problem.</w:t>
      </w:r>
    </w:p>
    <w:p>
      <w:pPr>
        <w:spacing w:after="160" w:line="276" w:lineRule="auto"/>
      </w:pPr>
      <w:r>
        <w:t>Original problem - words array contains multiple wordsThe above approach works well for one word, but repeating this process for every word in the array is quite expensive. Let’s devise a way to make our search more efficient. Consider the following board:</w:t>
      </w:r>
    </w:p>
    <w:p>
      <w:pPr>
        <w:spacing w:after="160" w:line="276" w:lineRule="auto"/>
      </w:pPr>
      <w:r>
        <w:t>Let’s say the words array contains the words “byte” and “bytes”. Once we've found "byte", we'd ideally like to extend the search by just one more cell to also find the word "bytes":</w:t>
      </w:r>
    </w:p>
    <w:p>
      <w:pPr>
        <w:spacing w:after="160" w:line="276" w:lineRule="auto"/>
      </w:pPr>
      <w:r>
        <w:t>However, with our initial algorithm, we’d need to restart the search entirely to find "bytes." This is quite inefficient. What we want is a data structure that allows us to efficiently search words with shared prefixes, allowing us to find multiple words without restarting the search for each of them. This is where thetriedata structure comes into play, as it is excellent for managing prefixes.</w:t>
      </w:r>
    </w:p>
    <w:p>
      <w:pPr>
        <w:spacing w:after="160" w:line="276" w:lineRule="auto"/>
      </w:pPr>
      <w:r>
        <w:t>Let's begin creating the trie by inserting each word from the provided words array:</w:t>
      </w:r>
    </w:p>
    <w:p>
      <w:pPr>
        <w:spacing w:after="160" w:line="276" w:lineRule="auto"/>
      </w:pPr>
      <w:r>
        <w:t>In this chapter's introduction, we discussed two options to mark the end of a word in aTrieNode. Here, we use thewordattribute instead ofis_wordto determine if aTrieNoderepresents the end of a word, and to know which specific word has ended. This will be important later.</w:t>
      </w:r>
    </w:p>
    <w:p>
      <w:pPr>
        <w:spacing w:after="160" w:line="276" w:lineRule="auto"/>
      </w:pPr>
      <w:r>
        <w:t>Let’s now use this trie to search for words over the board. We do this by seeing if any paths in the trie correspond with any paths on the board:</w:t>
      </w:r>
    </w:p>
    <w:p>
      <w:pPr>
        <w:spacing w:after="160" w:line="276" w:lineRule="auto"/>
      </w:pPr>
      <w:r>
        <w:t>Similarly to how we used backtracking to search through the board when looking for a single word, we can also use backtracking here. Let’s have a closer look at how this works.</w:t>
      </w:r>
    </w:p>
    <w:p>
      <w:pPr>
        <w:spacing w:after="160" w:line="276" w:lineRule="auto"/>
      </w:pPr>
      <w:r>
        <w:t>Backtracking using a trieThe first step is similar to what was discussed earlier: we go through the board until we find a cell whose character matches any of the root node's children in the trie, representing the first letter of a word.</w:t>
      </w:r>
    </w:p>
    <w:p>
      <w:pPr>
        <w:spacing w:after="160" w:line="276" w:lineRule="auto"/>
      </w:pPr>
      <w:r>
        <w:t>As soon as we start going through the board, we notice that the top-left of the board, cell (0, 0), contains the character 'b', which is a child of the trie's root node.</w:t>
      </w:r>
    </w:p>
    <w:p>
      <w:pPr>
        <w:spacing w:after="160" w:line="276" w:lineRule="auto"/>
      </w:pPr>
      <w:r>
        <w:t>We can initiate DFS starting from this cell to see if the board contains the words formed by any of the paths branching from node ‘b’.</w:t>
      </w:r>
    </w:p>
    <w:p>
      <w:pPr>
        <w:spacing w:after="160" w:line="276" w:lineRule="auto"/>
      </w:pPr>
      <w:r>
        <w:t>Checking through the adjacent cells of cell ‘b’, we notice that one contains ‘y’, which corresponds to a child of node ‘b’. So, let’s make a DFS call to this cell to continue looking for the rest of this trie path on the board.</w:t>
      </w:r>
    </w:p>
    <w:p>
      <w:pPr>
        <w:spacing w:after="160" w:line="276" w:lineRule="auto"/>
      </w:pPr>
      <w:r>
        <w:t>We continue this process until no more trie nodes can be found at an adjacent cell on the board. When this happens, we backtrack to the previous cell on the board to explore a different path.</w:t>
      </w:r>
    </w:p>
    <w:p>
      <w:pPr>
        <w:spacing w:after="160" w:line="276" w:lineRule="auto"/>
      </w:pPr>
      <w:r>
        <w:t>If we ever reach a node that represents the end of the word (i.e., contains a non-nullwordattribute), we can record that word in our output:</w:t>
      </w:r>
    </w:p>
    <w:p>
      <w:pPr>
        <w:spacing w:after="160" w:line="276" w:lineRule="auto"/>
      </w:pPr>
      <w:r>
        <w:t>As shown, we found two words on the board from the DFS call that started at cell (0, 0). Now, we restart this process for any other cells on the board that match the character of one of the root node’s children.</w:t>
      </w:r>
    </w:p>
    <w:p>
      <w:pPr>
        <w:spacing w:after="160" w:line="276" w:lineRule="auto"/>
      </w:pPr>
      <w:r>
        <w:t>One important aspect of this backtracking approach is keeping track of visited cells as we explore the board. Without this, we might revisit a cell unintentionally. For example, when exploring both children of node ‘i’, we could end up revisiting cell ‘t’:</w:t>
      </w:r>
    </w:p>
    <w:p>
      <w:pPr>
        <w:spacing w:after="160" w:line="276" w:lineRule="auto"/>
      </w:pPr>
      <w:r>
        <w:t>The remedy for this is to either keep track of visited cells using a hash set, or keep track of them in place by changing the visited cell to a special character (like '#') as we traverse:</w:t>
      </w:r>
    </w:p>
    <w:p>
      <w:pPr>
        <w:spacing w:after="160" w:line="276" w:lineRule="auto"/>
      </w:pPr>
      <w:r>
        <w:t>This shouldn’t be a permanent change to the board. So, we should undo this change at the end of each recursive call, as demonstrated in the following code snippet:</w:t>
      </w:r>
    </w:p>
    <w:p>
      <w:pPr>
        <w:spacing w:before="160" w:after="160"/>
        <w:ind w:left="360"/>
      </w:pPr>
      <w:r>
        <w:rPr>
          <w:rFonts w:ascii="Consolas" w:hAnsi="Consolas"/>
          <w:color w:val="1E293B"/>
          <w:sz w:val="19"/>
        </w:rPr>
        <w:t>PythonJavaScriptJavaCopydef dfs(r, c, board, node):</w:t>
        <w:br/>
        <w:t xml:space="preserve">    temp = board[r][c]</w:t>
        <w:br/>
        <w:t xml:space="preserve">    board[r][c] = '#'  # Mark as visited.</w:t>
        <w:br/>
        <w:t xml:space="preserve">    for next_r, next_c in adjacent_cells:</w:t>
        <w:br/>
        <w:t xml:space="preserve">        if board[next_r][next_c] in node.children:</w:t>
        <w:br/>
        <w:t xml:space="preserve">            dfs(next_r, next_c, board, node.children[board[next_r][next_c]])</w:t>
        <w:br/>
        <w:t xml:space="preserve">    board[r][c] = temp  # Mark as unvisited.function dfs(r, c, board, node) {</w:t>
        <w:br/>
        <w:t xml:space="preserve">  const temp = board[r][c];</w:t>
        <w:br/>
        <w:t xml:space="preserve">  board[r][c] = '#'; // Mark as visited.</w:t>
        <w:br/>
        <w:t xml:space="preserve">  for (const [nextR, nextC] of adjacentCells) {</w:t>
        <w:br/>
        <w:t xml:space="preserve">    if (node.children[board[nextR][nextC]]) {</w:t>
        <w:br/>
        <w:t xml:space="preserve">      dfs(nextR, nextC, board, node.children[board[nextR][nextC]]);</w:t>
        <w:br/>
        <w:t xml:space="preserve">    }</w:t>
        <w:br/>
        <w:t xml:space="preserve">  }</w:t>
        <w:br/>
        <w:t xml:space="preserve">  board[r][c] = temp; // Mark as unvisited.</w:t>
        <w:br/>
        <w:t>}void dfs(int r, int c, char[][] board, TrieNode node) {</w:t>
        <w:br/>
        <w:t xml:space="preserve">    char temp = board[r][c];</w:t>
        <w:br/>
        <w:t xml:space="preserve">    board[r][c] = '#';  // Mark as visited.</w:t>
        <w:br/>
        <w:t xml:space="preserve">    for (int[] nextCell : adjacentCells) {</w:t>
        <w:br/>
        <w:t xml:space="preserve">        int nextR = nextCell[0], nextC = nextCell[1];</w:t>
        <w:br/>
        <w:t xml:space="preserve">        if (node.children.containsKey(board[nextR][nextC])) {</w:t>
        <w:br/>
        <w:t xml:space="preserve">            dfs(nextR, nextC, board, node.children.get(board[nextR][nextC]));</w:t>
        <w:br/>
        <w:t xml:space="preserve">        }</w:t>
        <w:br/>
        <w:t xml:space="preserve">    }</w:t>
        <w:br/>
        <w:t xml:space="preserve">    board[r][c] = temp;  // Mark as unvisited.</w:t>
        <w:br/>
        <w:t>}</w:t>
      </w:r>
    </w:p>
    <w:p>
      <w:pPr>
        <w:spacing w:after="160" w:line="276" w:lineRule="auto"/>
      </w:pPr>
      <w:r>
        <w:t>Now, let’s walk through this process in detail.</w:t>
      </w:r>
    </w:p>
    <w:p>
      <w:pPr>
        <w:spacing w:after="160" w:line="276" w:lineRule="auto"/>
      </w:pPr>
      <w:r>
        <w:t>For each cell on the board that matches a character of one of the root node’s children, make a recursive DFS call to that cell, passing in the corresponding node. At each of these DFS calls:</w:t>
      </w:r>
    </w:p>
    <w:p>
      <w:pPr>
        <w:pStyle w:val="ListNumber"/>
      </w:pPr>
      <w:r>
        <w:t>Check if the current node represents the end of a word. If it does, add that word to the output.</w:t>
      </w:r>
    </w:p>
    <w:p>
      <w:pPr>
        <w:pStyle w:val="ListNumber"/>
      </w:pPr>
      <w:r>
        <w:t>Mark the current cell as visited by setting the cell to ‘#’.</w:t>
      </w:r>
    </w:p>
    <w:p>
      <w:pPr>
        <w:pStyle w:val="ListNumber"/>
      </w:pPr>
      <w:r>
        <w:t>Recursively explore all adjacent cells that correspond with a child of the currentTrieNode.</w:t>
      </w:r>
    </w:p>
    <w:p>
      <w:pPr>
        <w:pStyle w:val="ListNumber"/>
      </w:pPr>
      <w:r>
        <w:t>Backtrack by reverting the cell back to its original character (i.e., marking it as unvisited).</w:t>
      </w:r>
    </w:p>
    <w:p>
      <w:pPr>
        <w:spacing w:after="160" w:line="276" w:lineRule="auto"/>
      </w:pPr>
      <w:r>
        <w:t>Handling multiple occurrences of the same word on the boardWe need to be aware of the risk of adding duplicate words to the output, as the board may contain the same word in multiple locations. Remember that we use the word attribute on eachTrieNodeto check if it represents the end of a word. After recording a word in our output, we can set that node’swordattribute to null, ensuring we cannot record the same word again.</w:t>
      </w:r>
    </w:p>
    <w:p>
      <w:pPr>
        <w:pStyle w:val="Heading2"/>
        <w:spacing w:before="320" w:after="120"/>
      </w:pPr>
      <w:r>
        <w:t>Implementation</w:t>
      </w:r>
    </w:p>
    <w:p>
      <w:pPr>
        <w:spacing w:before="160" w:after="160"/>
        <w:ind w:left="360"/>
      </w:pPr>
      <w:r>
        <w:rPr>
          <w:rFonts w:ascii="Consolas" w:hAnsi="Consolas"/>
          <w:color w:val="1E293B"/>
          <w:sz w:val="19"/>
        </w:rPr>
        <w:t>PythonJavaScriptJavaCopyclass TrieNode:</w:t>
        <w:br/>
        <w:t xml:space="preserve">    def __init__(self):</w:t>
        <w:br/>
        <w:t xml:space="preserve">        self.children = {}</w:t>
        <w:br/>
        <w:t xml:space="preserve">        self.word = Noneclass TrieNode {</w:t>
        <w:br/>
        <w:t xml:space="preserve">  constructor() {</w:t>
        <w:br/>
        <w:t xml:space="preserve">    this.children = {};</w:t>
        <w:br/>
        <w:t xml:space="preserve">    this.word = null;</w:t>
        <w:br/>
        <w:t xml:space="preserve">  }</w:t>
        <w:br/>
        <w:t>}class TrieNode {</w:t>
        <w:br/>
        <w:t xml:space="preserve">    Map&lt;Character, TrieNode&gt; children;</w:t>
        <w:br/>
        <w:t xml:space="preserve">    String word;</w:t>
        <w:br/>
        <w:br/>
        <w:t xml:space="preserve">    public TrieNode() {</w:t>
        <w:br/>
        <w:t xml:space="preserve">        children = new HashMap&lt;&gt;();</w:t>
        <w:br/>
        <w:t xml:space="preserve">        word = null;</w:t>
        <w:br/>
        <w:t xml:space="preserve">    }</w:t>
        <w:br/>
        <w:t>}</w:t>
      </w:r>
    </w:p>
    <w:p>
      <w:pPr>
        <w:spacing w:before="160" w:after="160"/>
        <w:ind w:left="360"/>
      </w:pPr>
      <w:r>
        <w:rPr>
          <w:rFonts w:ascii="Consolas" w:hAnsi="Consolas"/>
          <w:color w:val="1E293B"/>
          <w:sz w:val="19"/>
        </w:rPr>
        <w:t>PythonJavaScriptJavaCopyfrom typing import List</w:t>
        <w:br/>
        <w:t xml:space="preserve">    </w:t>
        <w:br/>
        <w:t>def find_all_words_on_a_board(board: List[List[str]], words: List[str]) -&gt; List[str]:</w:t>
        <w:br/>
        <w:t xml:space="preserve">    root = TrieNode()</w:t>
        <w:br/>
        <w:t xml:space="preserve">    # Insert every word into the trie.</w:t>
        <w:br/>
        <w:t xml:space="preserve">    for word in words:</w:t>
        <w:br/>
        <w:t xml:space="preserve">        node = root</w:t>
        <w:br/>
        <w:t xml:space="preserve">        for char in word:</w:t>
        <w:br/>
        <w:t xml:space="preserve">            if char not in node.children:</w:t>
        <w:br/>
        <w:t xml:space="preserve">                node.children[char] = TrieNode()</w:t>
        <w:br/>
        <w:t xml:space="preserve">            node = node.children[char]</w:t>
        <w:br/>
        <w:t xml:space="preserve">        node.word = word</w:t>
        <w:br/>
        <w:t xml:space="preserve">    res = []</w:t>
        <w:br/>
        <w:t xml:space="preserve">    # Start a DFS call from each cell of the board that contains a child of the root</w:t>
        <w:br/>
        <w:t xml:space="preserve">    # node, which represents the first letter of a word in the trie.</w:t>
        <w:br/>
        <w:t xml:space="preserve">    for r in range(len(board)):</w:t>
        <w:br/>
        <w:t xml:space="preserve">        for c in range(len(board[0])):</w:t>
        <w:br/>
        <w:t xml:space="preserve">            if board[r][c] in root.children:</w:t>
        <w:br/>
        <w:t xml:space="preserve">                dfs(board, r, c, root.children[board[r][c]], res)</w:t>
        <w:br/>
        <w:t xml:space="preserve">    return res</w:t>
        <w:br/>
        <w:t xml:space="preserve">    </w:t>
        <w:br/>
        <w:t>def dfs(board: List[List[str]], r: int, c: int, node: TrieNode, res: List[str]) -&gt; None:</w:t>
        <w:br/>
        <w:t xml:space="preserve">    # If the current node represents the end of a word, add the word to the result.</w:t>
        <w:br/>
        <w:t xml:space="preserve">    if node.word:</w:t>
        <w:br/>
        <w:t xml:space="preserve">        res.append(node.word)</w:t>
        <w:br/>
        <w:t xml:space="preserve">        # Ensure the current word is only added once.</w:t>
        <w:br/>
        <w:t xml:space="preserve">        node.word = None</w:t>
        <w:br/>
        <w:t xml:space="preserve">    temp = board[r][c]</w:t>
        <w:br/>
        <w:t xml:space="preserve">    # Mark the current cell as visited.</w:t>
        <w:br/>
        <w:t xml:space="preserve">    board[r][c] = '#'</w:t>
        <w:br/>
        <w:t xml:space="preserve">    # Explore all adjacent cells that correspond with a child of the current TrieNode.</w:t>
        <w:br/>
        <w:t xml:space="preserve">    dirs = [(-1, 0), (1, 0), (0, -1), (0, 1)]</w:t>
        <w:br/>
        <w:t xml:space="preserve">    for d in dirs:</w:t>
        <w:br/>
        <w:t xml:space="preserve">        next_r, next_c = r + d[0], c + d[1]</w:t>
        <w:br/>
        <w:t xml:space="preserve">        if is_within_bounds(next_r, next_c, board) and board[next_r][next_c] in node.children:</w:t>
        <w:br/>
        <w:t xml:space="preserve">            dfs(board, next_r, next_c, node.children[board[next_r][next_c]], res)</w:t>
        <w:br/>
        <w:t xml:space="preserve">    # Backtrack by reverting the cell back to its original character.</w:t>
        <w:br/>
        <w:t xml:space="preserve">    board[r][c] = temp</w:t>
        <w:br/>
        <w:t xml:space="preserve">    </w:t>
        <w:br/>
        <w:t>def is_within_bounds(r: int, c: int, board: List[str]) -&gt; bool:</w:t>
        <w:br/>
        <w:t xml:space="preserve">    return 0 &lt;= r &lt; len(board) and 0 &lt;= c &lt; len(board[0])function findAllWordsOnABoard(board, words) {</w:t>
        <w:br/>
        <w:t xml:space="preserve">  const root = new TrieNode();</w:t>
        <w:br/>
        <w:t xml:space="preserve">  // Insert every word into the trie.</w:t>
        <w:br/>
        <w:t xml:space="preserve">  for (const word of words) {</w:t>
        <w:br/>
        <w:t xml:space="preserve">    let node = root;</w:t>
        <w:br/>
        <w:t xml:space="preserve">    for (const char of word) {</w:t>
        <w:br/>
        <w:t xml:space="preserve">      if (!node.children[char]) {</w:t>
        <w:br/>
        <w:t xml:space="preserve">        node.children[char] = new TrieNode();</w:t>
        <w:br/>
        <w:t xml:space="preserve">      }</w:t>
        <w:br/>
        <w:t xml:space="preserve">      node = node.children[char];</w:t>
        <w:br/>
        <w:t xml:space="preserve">    }</w:t>
        <w:br/>
        <w:t xml:space="preserve">    node.word = word;</w:t>
        <w:br/>
        <w:t xml:space="preserve">  }</w:t>
        <w:br/>
        <w:t xml:space="preserve">  const res = [];</w:t>
        <w:br/>
        <w:t xml:space="preserve">  // Start a DFS call from each cell of the board that contains a child of the root</w:t>
        <w:br/>
        <w:t xml:space="preserve">  // node, which represents the first letter of a word in the trie.</w:t>
        <w:br/>
        <w:t xml:space="preserve">  for (let r = 0; r &lt; board.length; r++) {</w:t>
        <w:br/>
        <w:t xml:space="preserve">    for (let c = 0; c &lt; board[0].length; c++) {</w:t>
        <w:br/>
        <w:t xml:space="preserve">      if (root.children[board[r][c]]) {</w:t>
        <w:br/>
        <w:t xml:space="preserve">        dfs(board, r, c, root.children[board[r][c]], res);</w:t>
        <w:br/>
        <w:t xml:space="preserve">      }</w:t>
        <w:br/>
        <w:t xml:space="preserve">    }</w:t>
        <w:br/>
        <w:t xml:space="preserve">  }</w:t>
        <w:br/>
        <w:t xml:space="preserve">  return res;</w:t>
        <w:br/>
        <w:t>}</w:t>
        <w:br/>
        <w:br/>
        <w:t>function dfs(board, r, c, node, res) {</w:t>
        <w:br/>
        <w:t xml:space="preserve">  // If the current node represents the end of a word, add the word to the result.</w:t>
        <w:br/>
        <w:t xml:space="preserve">  if (node.word) {</w:t>
        <w:br/>
        <w:t xml:space="preserve">    res.push(node.word);</w:t>
        <w:br/>
        <w:t xml:space="preserve">    // Ensure the current word is only added once.</w:t>
        <w:br/>
        <w:t xml:space="preserve">    node.word = null;</w:t>
        <w:br/>
        <w:t xml:space="preserve">  }</w:t>
        <w:br/>
        <w:t xml:space="preserve">  const temp = board[r][c];</w:t>
        <w:br/>
        <w:t xml:space="preserve">  // Mark the current cell as visited.</w:t>
        <w:br/>
        <w:t xml:space="preserve">  board[r][c] = '#';</w:t>
        <w:br/>
        <w:t xml:space="preserve">  // Explore all adjacent cells that correspond with a child of the current TrieNode.</w:t>
        <w:br/>
        <w:t xml:space="preserve">  const dirs = [[-1, 0], [1, 0], [0, -1], [0, 1]];</w:t>
        <w:br/>
        <w:t xml:space="preserve">  for (const [dr, dc] of dirs) {</w:t>
        <w:br/>
        <w:t xml:space="preserve">    const nextR = r + dr;</w:t>
        <w:br/>
        <w:t xml:space="preserve">    const nextC = c + dc;</w:t>
        <w:br/>
        <w:t xml:space="preserve">    if (isWithinBounds(nextR, nextC, board) &amp;&amp; node.children[board[nextR][nextC]]) {</w:t>
        <w:br/>
        <w:t xml:space="preserve">      dfs(board, nextR, nextC, node.children[board[nextR][nextC]], res);</w:t>
        <w:br/>
        <w:t xml:space="preserve">    }</w:t>
        <w:br/>
        <w:t xml:space="preserve">  }</w:t>
        <w:br/>
        <w:t xml:space="preserve">  // Backtrack by reverting the cell back to its original character.</w:t>
        <w:br/>
        <w:t xml:space="preserve">  board[r][c] = temp;</w:t>
        <w:br/>
        <w:t>}</w:t>
        <w:br/>
        <w:br/>
        <w:t>function isWithinBounds(r, c, board) {</w:t>
        <w:br/>
        <w:t xml:space="preserve">  return 0 &lt;= r &amp;&amp; r &lt; board.length &amp;&amp; 0 &lt;= c &amp;&amp; c &lt; board[0].length;</w:t>
        <w:br/>
        <w:t>}public class Solution {</w:t>
        <w:br/>
        <w:t xml:space="preserve">    public List&lt;String&gt; findAllWordsOnABoard(char[][] board, String[] words) {</w:t>
        <w:br/>
        <w:t xml:space="preserve">        TrieNode root = new TrieNode();</w:t>
        <w:br/>
        <w:t xml:space="preserve">        // Insert every word into the trie.</w:t>
        <w:br/>
        <w:t xml:space="preserve">        for (String word : words) {</w:t>
        <w:br/>
        <w:t xml:space="preserve">            TrieNode node = root;</w:t>
        <w:br/>
        <w:t xml:space="preserve">            for (char ch : word.toCharArray()) {</w:t>
        <w:br/>
        <w:t xml:space="preserve">                if (!node.children.containsKey(ch)) {</w:t>
        <w:br/>
        <w:t xml:space="preserve">                    node.children.put(ch, new TrieNode());</w:t>
        <w:br/>
        <w:t xml:space="preserve">                }</w:t>
        <w:br/>
        <w:t xml:space="preserve">                node = node.children.get(ch);</w:t>
        <w:br/>
        <w:t xml:space="preserve">            }</w:t>
        <w:br/>
        <w:t xml:space="preserve">            node.word = word;</w:t>
        <w:br/>
        <w:t xml:space="preserve">        }</w:t>
        <w:br/>
        <w:t xml:space="preserve">        List&lt;String&gt; res = new ArrayList&lt;&gt;();</w:t>
        <w:br/>
        <w:t xml:space="preserve">        // Start a DFS call from each cell of the board that contains a child of the root</w:t>
        <w:br/>
        <w:t xml:space="preserve">        // node, which represents the first letter of a word in the trie.</w:t>
        <w:br/>
        <w:t xml:space="preserve">        for (int r = 0; r &lt; board.length; r++) {</w:t>
        <w:br/>
        <w:t xml:space="preserve">            for (int c = 0; c &lt; board[0].length; c++) {</w:t>
        <w:br/>
        <w:t xml:space="preserve">                if (root.children.containsKey(board[r][c])) {</w:t>
        <w:br/>
        <w:t xml:space="preserve">                    dfs(board, r, c, root.children.get(board[r][c]), res);</w:t>
        <w:br/>
        <w:t xml:space="preserve">                }</w:t>
        <w:br/>
        <w:t xml:space="preserve">            }</w:t>
        <w:br/>
        <w:t xml:space="preserve">        }</w:t>
        <w:br/>
        <w:t xml:space="preserve">        return res;</w:t>
        <w:br/>
        <w:t xml:space="preserve">    }</w:t>
        <w:br/>
        <w:br/>
        <w:t xml:space="preserve">    private void dfs(char[][] board, int r, int c, TrieNode node, List&lt;String&gt; res) {</w:t>
        <w:br/>
        <w:t xml:space="preserve">        // If the current node represents the end of a word, add the word to the result.</w:t>
        <w:br/>
        <w:t xml:space="preserve">        if (node.word != null) {</w:t>
        <w:br/>
        <w:t xml:space="preserve">            res.add(node.word);</w:t>
        <w:br/>
        <w:t xml:space="preserve">            // Ensure the current word is only added once.</w:t>
        <w:br/>
        <w:t xml:space="preserve">            node.word = null;</w:t>
        <w:br/>
        <w:t xml:space="preserve">        }</w:t>
        <w:br/>
        <w:t xml:space="preserve">        char temp = board[r][c];</w:t>
        <w:br/>
        <w:t xml:space="preserve">        // Mark the current cell as visited.</w:t>
        <w:br/>
        <w:t xml:space="preserve">        board[r][c] = '#';</w:t>
        <w:br/>
        <w:t xml:space="preserve">        // Explore all adjacent cells that correspond with a child of the current TrieNode.</w:t>
        <w:br/>
        <w:t xml:space="preserve">        int[][] dirs = {{-1, 0}, {1, 0}, {0, -1}, {0, 1}};</w:t>
        <w:br/>
        <w:t xml:space="preserve">        for (int[] d : dirs) {</w:t>
        <w:br/>
        <w:t xml:space="preserve">            int nextR = r + d[0], nextC = c + d[1];</w:t>
        <w:br/>
        <w:t xml:space="preserve">            if (isWithinBounds(nextR, nextC, board) &amp;&amp; node.children.containsKey(board[nextR][nextC])) {</w:t>
        <w:br/>
        <w:t xml:space="preserve">                dfs(board, nextR, nextC, node.children.get(board[nextR][nextC]), res);</w:t>
        <w:br/>
        <w:t xml:space="preserve">            }</w:t>
        <w:br/>
        <w:t xml:space="preserve">        }</w:t>
        <w:br/>
        <w:t xml:space="preserve">        // Backtrack by reverting the cell back to its original character.</w:t>
        <w:br/>
        <w:t xml:space="preserve">        board[r][c] = temp;</w:t>
        <w:br/>
        <w:t xml:space="preserve">    }</w:t>
        <w:br/>
        <w:br/>
        <w:t xml:space="preserve">    private boolean isWithinBounds(int r, int c, char[][] board) {</w:t>
        <w:br/>
        <w:t xml:space="preserve">        return 0 &lt;= r &amp;&amp; r &lt; board.length &amp;&amp; 0 &lt;= c &amp;&amp; c &lt; board[0].length;</w:t>
        <w:br/>
        <w:t xml:space="preserve">    }</w:t>
        <w:br/>
        <w:t>}</w:t>
      </w:r>
    </w:p>
    <w:p>
      <w:pPr>
        <w:pStyle w:val="Heading3"/>
        <w:spacing w:before="320" w:after="120"/>
      </w:pPr>
      <w:r>
        <w:t>Complexity Analysis</w:t>
      </w:r>
    </w:p>
    <w:p>
      <w:pPr>
        <w:spacing w:after="160" w:line="276" w:lineRule="auto"/>
      </w:pPr>
      <w:r>
        <w:t>Time complexity:The time complexity offind_all_words_on_a_boardisO(L+m⋅n⋅3L)O(L+m\cdot n\cdot 3L)O(L+m⋅n⋅3L)whereNNNdenotes the number of words in thewordsarray,LLLdenotes the length of the longest word, andm⋅nm\cdot nm⋅ndenotes the size of the board. Here’s why:</w:t>
      </w:r>
    </w:p>
    <w:p>
      <w:pPr>
        <w:pStyle w:val="ListBullet"/>
      </w:pPr>
      <w:r>
        <w:t>To build the trie, we insert each word from the input array into it, with each word containing a maximum ofLLLcharacters. This takesO(N⋅L)O(N\cdot L)O(N⋅L)time.</w:t>
      </w:r>
    </w:p>
    <w:p>
      <w:pPr>
        <w:pStyle w:val="ListBullet"/>
      </w:pPr>
      <w:r>
        <w:t>Then, in the main search process, we perform a DFS for each of the mn cells on the board. Each DFS call takesO(3L)O(3L)O(3L)time because, at each point in the DFS, we make up to 3 recursive calls: one for each of the 3 adjacent cells (this excludes the cell we came from). This is repeated for, at most, the length of the longest word,LLL.</w:t>
      </w:r>
    </w:p>
    <w:p>
      <w:pPr>
        <w:spacing w:after="160" w:line="276" w:lineRule="auto"/>
      </w:pPr>
      <w:r>
        <w:t>Therefore, the overall time complexity isO(N⋅L)+m⋅n⋅O(3⋅L)=O(N⋅L+m⋅n⋅3L)O(N\cdot L)+m\cdot n\cdot O(3\cdot L)=O(N\cdot L+m\cdot n\cdot 3L)O(N⋅L)+m⋅n⋅O(3⋅L)=O(N⋅L+m⋅n⋅3L).</w:t>
      </w:r>
    </w:p>
    <w:p>
      <w:pPr>
        <w:spacing w:after="160" w:line="276" w:lineRule="auto"/>
      </w:pPr>
      <w:r>
        <w:t>Space complexity:The space complexity isO(N⋅L)O(N\cdot L)O(N⋅L). Here’s why:</w:t>
      </w:r>
    </w:p>
    <w:p>
      <w:pPr>
        <w:pStyle w:val="ListBullet"/>
      </w:pPr>
      <w:r>
        <w:t>The trie has a space complexity ofO(N⋅L)O(N\cdot L)O(N⋅L). In the worst case, if all words have unique prefixes, we store every character of every word in the trie. Eachwordattribute stored at the end of a path in the trie takesO(L)O(L)O(L)space, and withNNNwords. This contributes an additionalO(N⋅L)O(N\cdot L)O(N⋅L)space.</w:t>
      </w:r>
    </w:p>
    <w:p>
      <w:pPr>
        <w:pStyle w:val="ListBullet"/>
      </w:pPr>
      <w:r>
        <w:t>The maximum depth of the recursive call stack isLLL.</w:t>
      </w:r>
    </w:p>
    <w:p>
      <w:pPr>
        <w:spacing w:after="160" w:line="276" w:lineRule="auto"/>
      </w:pPr>
      <w:r>
        <w:t>Therefore, the overall space complexity isO(N⋅L)+O(L)=O(N⋅L)O(N\cdot L)+O(L)=O(N\cdot L)O(N⋅L)+O(L)=O(N⋅L).</w:t>
      </w:r>
    </w:p>
    <w:p>
      <w:r>
        <w:br w:type="page"/>
      </w:r>
    </w:p>
    <w:p>
      <w:pPr>
        <w:pStyle w:val="Heading1"/>
        <w:spacing w:before="480" w:after="280"/>
      </w:pPr>
      <w:r>
        <w:rPr>
          <w:b/>
          <w:color w:val="008A60"/>
          <w:sz w:val="28"/>
        </w:rPr>
        <w:t>Chapter 75</w:t>
        <w:br/>
      </w:r>
      <w:r>
        <w:rPr>
          <w:b/>
          <w:color w:val="0F172A"/>
          <w:sz w:val="40"/>
        </w:rPr>
        <w:t>Introduction to Graphs</w:t>
      </w:r>
    </w:p>
    <w:p>
      <w:pPr>
        <w:pStyle w:val="Heading2"/>
        <w:spacing w:before="320" w:after="120"/>
      </w:pPr>
      <w:r>
        <w:t>Intuition</w:t>
      </w:r>
    </w:p>
    <w:p>
      <w:pPr>
        <w:spacing w:after="160" w:line="276" w:lineRule="auto"/>
      </w:pPr>
      <w:r>
        <w:t>A graph is a data structure composed of nodes (vertices) connected by edges. Graphs are used to model relationships, where the edges define the relationships.</w:t>
      </w:r>
    </w:p>
    <w:p>
      <w:pPr>
        <w:spacing w:after="160" w:line="276" w:lineRule="auto"/>
      </w:pPr>
      <w:r>
        <w:t>Below is the implementation of theGraphNodeclass:</w:t>
      </w:r>
    </w:p>
    <w:p>
      <w:pPr>
        <w:spacing w:before="160" w:after="160"/>
        <w:ind w:left="360"/>
      </w:pPr>
      <w:r>
        <w:rPr>
          <w:rFonts w:ascii="Consolas" w:hAnsi="Consolas"/>
          <w:color w:val="1E293B"/>
          <w:sz w:val="19"/>
        </w:rPr>
        <w:t>PythonJavaScriptJavaCopyclass GraphNode:</w:t>
        <w:br/>
        <w:t xml:space="preserve">    def __init__(self, val):</w:t>
        <w:br/>
        <w:t xml:space="preserve">        self.val = val</w:t>
        <w:br/>
        <w:t xml:space="preserve">        self.neighbors = []class GraphNode {</w:t>
        <w:br/>
        <w:t xml:space="preserve">  constructor(val) {</w:t>
        <w:br/>
        <w:t xml:space="preserve">    this.val = val;</w:t>
        <w:br/>
        <w:t xml:space="preserve">    this.neighbors = [];</w:t>
        <w:br/>
        <w:t xml:space="preserve">  }</w:t>
        <w:br/>
        <w:t>}class GraphNode {</w:t>
        <w:br/>
        <w:t xml:space="preserve">    public int val;</w:t>
        <w:br/>
        <w:t xml:space="preserve">    public List&lt;GraphNode&gt; neighbors;</w:t>
        <w:br/>
        <w:br/>
        <w:t xml:space="preserve">    public GraphNode(int val) {</w:t>
        <w:br/>
        <w:t xml:space="preserve">        this.val = val;</w:t>
        <w:br/>
        <w:t xml:space="preserve">        this.neighbors = new ArrayList&lt;&gt;();</w:t>
        <w:br/>
        <w:t xml:space="preserve">    }</w:t>
        <w:br/>
        <w:t>}</w:t>
      </w:r>
    </w:p>
    <w:p>
      <w:pPr>
        <w:spacing w:after="160" w:line="276" w:lineRule="auto"/>
      </w:pPr>
      <w:r>
        <w:t>Terminology:</w:t>
      </w:r>
    </w:p>
    <w:p>
      <w:pPr>
        <w:pStyle w:val="ListBullet"/>
      </w:pPr>
      <w:r>
        <w:t>Adjacent node/neighbor: two nodes are adjacent if there’s an edge connecting them.</w:t>
      </w:r>
    </w:p>
    <w:p>
      <w:pPr>
        <w:pStyle w:val="ListBullet"/>
      </w:pPr>
      <w:r>
        <w:t>Degree: the number of edges connected to a node.</w:t>
      </w:r>
    </w:p>
    <w:p>
      <w:pPr>
        <w:pStyle w:val="ListBullet"/>
      </w:pPr>
      <w:r>
        <w:t>Path: a sequence of nodes connected by edges.</w:t>
      </w:r>
    </w:p>
    <w:p>
      <w:pPr>
        <w:spacing w:after="160" w:line="276" w:lineRule="auto"/>
      </w:pPr>
      <w:r>
        <w:t>Attributes:</w:t>
      </w:r>
    </w:p>
    <w:p>
      <w:pPr>
        <w:pStyle w:val="ListBullet"/>
      </w:pPr>
      <w:r>
        <w:t>Directed vs. undirected: in a directed graph, edges have a direction associated with them.</w:t>
      </w:r>
    </w:p>
    <w:p>
      <w:pPr>
        <w:pStyle w:val="ListBullet"/>
      </w:pPr>
      <w:r>
        <w:t>Weighted vs. unweighted: in a weighted graph, edges have a weight associated with them, such as distance or cost.</w:t>
      </w:r>
    </w:p>
    <w:p>
      <w:pPr>
        <w:pStyle w:val="ListBullet"/>
      </w:pPr>
      <w:r>
        <w:t>Cyclic vs. acyclic: A cyclic graph contains at least one cycle, which is a path that starts and ends at the same node.</w:t>
      </w:r>
    </w:p>
    <w:p>
      <w:pPr>
        <w:spacing w:after="160" w:line="276" w:lineRule="auto"/>
      </w:pPr>
      <w:r>
        <w:t>RepresentationsIn some problems, you might not be given the graph directly. In these situations, it’s usually necessary to create your own representation of the graph. The two most common representations to choose from are an adjacency list and an adjacency matrix.</w:t>
      </w:r>
    </w:p>
    <w:p>
      <w:pPr>
        <w:spacing w:after="160" w:line="276" w:lineRule="auto"/>
      </w:pPr>
      <w:r>
        <w:t>In anadjacency list, the neighbors of each node are stored as a list. Adjacency lists can be implemented using a hash map, where the key represents the node, and its corresponding value represents the list of that node’s neighbors.</w:t>
      </w:r>
    </w:p>
    <w:p>
      <w:pPr>
        <w:spacing w:after="160" w:line="276" w:lineRule="auto"/>
      </w:pPr>
      <w:r>
        <w:t>In anadjacency matrix, the graph is represented as a 2D matrix where matrix[i][j] indicates an edge between nodes i and j.</w:t>
      </w:r>
    </w:p>
    <w:p>
      <w:pPr>
        <w:spacing w:after="160" w:line="276" w:lineRule="auto"/>
      </w:pPr>
      <w:r>
        <w:t>Adjacency lists are the most common choice for most implementations. They are preferred when representing sparse graphs and when we need to iterate over all the neighbors of a node efficiently.</w:t>
      </w:r>
    </w:p>
    <w:p>
      <w:pPr>
        <w:spacing w:after="160" w:line="276" w:lineRule="auto"/>
      </w:pPr>
      <w:r>
        <w:t>Adjacency matrices are preferred when representing dense graphs, and frequent checks are needed for the existence of specific edges.</w:t>
      </w:r>
    </w:p>
    <w:p>
      <w:pPr>
        <w:spacing w:after="160" w:line="276" w:lineRule="auto"/>
      </w:pPr>
      <w:r>
        <w:t>TraversalsThe primary graph traversal techniques are DFS and BFS, both of which have similar use cases when they’re used on trees.</w:t>
      </w:r>
    </w:p>
    <w:p>
      <w:pPr>
        <w:spacing w:after="160" w:line="276" w:lineRule="auto"/>
      </w:pPr>
      <w:r>
        <w:t>When traversing a graph, it might also be necessary tokeep track of visited nodesusing a data structure such as a hash set, to ensure each node is only visited once.</w:t>
      </w:r>
    </w:p>
    <w:p>
      <w:pPr>
        <w:spacing w:after="160" w:line="276" w:lineRule="auto"/>
      </w:pPr>
      <w:r>
        <w:t>DFS is typically implemented recursively, as demonstrated in the code snippet below:</w:t>
      </w:r>
    </w:p>
    <w:p>
      <w:pPr>
        <w:spacing w:before="160" w:after="160"/>
        <w:ind w:left="360"/>
      </w:pPr>
      <w:r>
        <w:rPr>
          <w:rFonts w:ascii="Consolas" w:hAnsi="Consolas"/>
          <w:color w:val="1E293B"/>
          <w:sz w:val="19"/>
        </w:rPr>
        <w:t>PythonJavaScriptJavaCopydef dfs(node: GraphNode, visited: Set[GraphNode]):</w:t>
        <w:br/>
        <w:t xml:space="preserve">    visited.add(node)</w:t>
        <w:br/>
        <w:t xml:space="preserve">    process(node)</w:t>
        <w:br/>
        <w:t xml:space="preserve">    for neighbor in node.neighbors:</w:t>
        <w:br/>
        <w:t xml:space="preserve">        if neighbor not in visited:</w:t>
        <w:br/>
        <w:t xml:space="preserve">            dfs(neighbor, visited)function dfs(node, visited) {</w:t>
        <w:br/>
        <w:t xml:space="preserve">  visited.add(node);</w:t>
        <w:br/>
        <w:t xml:space="preserve">  process(node);</w:t>
        <w:br/>
        <w:t xml:space="preserve">  for (const neighbor of node.neighbors) {</w:t>
        <w:br/>
        <w:t xml:space="preserve">    if (!visited.has(neighbor)) {</w:t>
        <w:br/>
        <w:t xml:space="preserve">      dfs(neighbor, visited);</w:t>
        <w:br/>
        <w:t xml:space="preserve">    }</w:t>
        <w:br/>
        <w:t xml:space="preserve">  }</w:t>
        <w:br/>
        <w:t>}public void dfs(GraphNode node, Set&lt;GraphNode&gt; visited) {</w:t>
        <w:br/>
        <w:t xml:space="preserve">    visited.add(node);</w:t>
        <w:br/>
        <w:t xml:space="preserve">    process(node);</w:t>
        <w:br/>
        <w:t xml:space="preserve">    for (GraphNode neighbor : node.neighbors) {</w:t>
        <w:br/>
        <w:t xml:space="preserve">        if (!visited.contains(neighbor)) {</w:t>
        <w:br/>
        <w:t xml:space="preserve">            dfs(neighbor, visited);</w:t>
        <w:br/>
        <w:t xml:space="preserve">        }</w:t>
        <w:br/>
        <w:t xml:space="preserve">    }</w:t>
        <w:br/>
        <w:t>}</w:t>
      </w:r>
    </w:p>
    <w:p>
      <w:pPr>
        <w:spacing w:after="160" w:line="276" w:lineRule="auto"/>
      </w:pPr>
      <w:r>
        <w:t>BFS is typically implemented iteratively, as demonstrated in the code snippet below:</w:t>
      </w:r>
    </w:p>
    <w:p>
      <w:pPr>
        <w:spacing w:before="160" w:after="160"/>
        <w:ind w:left="360"/>
      </w:pPr>
      <w:r>
        <w:rPr>
          <w:rFonts w:ascii="Consolas" w:hAnsi="Consolas"/>
          <w:color w:val="1E293B"/>
          <w:sz w:val="19"/>
        </w:rPr>
        <w:t>PythonJavaScriptJavaCopydef bfs(node: GraphNode):</w:t>
        <w:br/>
        <w:t xml:space="preserve">    visited = set()</w:t>
        <w:br/>
        <w:t xml:space="preserve">    queue = deque([node])</w:t>
        <w:br/>
        <w:t xml:space="preserve">    while queue:</w:t>
        <w:br/>
        <w:t xml:space="preserve">        node = queue.popleft()</w:t>
        <w:br/>
        <w:t xml:space="preserve">        if node not in visited:</w:t>
        <w:br/>
        <w:t xml:space="preserve">            visited.add(node)</w:t>
        <w:br/>
        <w:t xml:space="preserve">            process(node)</w:t>
        <w:br/>
        <w:t xml:space="preserve">            for neighbor in node.neighbors:</w:t>
        <w:br/>
        <w:t xml:space="preserve">                queue.append(neighbor)function bfs(node) {</w:t>
        <w:br/>
        <w:t xml:space="preserve">  const visited = new Set();</w:t>
        <w:br/>
        <w:t xml:space="preserve">  const queue = [node];</w:t>
        <w:br/>
        <w:t xml:space="preserve">  while (queue.length &gt; 0) {</w:t>
        <w:br/>
        <w:t xml:space="preserve">    const currNode = queue.shift();</w:t>
        <w:br/>
        <w:t xml:space="preserve">    if (!visited.has(currNode)) {</w:t>
        <w:br/>
        <w:t xml:space="preserve">      visited.add(currNode);</w:t>
        <w:br/>
        <w:t xml:space="preserve">      process(currNode);</w:t>
        <w:br/>
        <w:t xml:space="preserve">      for (const neighbor of currNode.neighbors) {</w:t>
        <w:br/>
        <w:t xml:space="preserve">        queue.push(neighbor);</w:t>
        <w:br/>
        <w:t xml:space="preserve">      }</w:t>
        <w:br/>
        <w:t xml:space="preserve">    }</w:t>
        <w:br/>
        <w:t xml:space="preserve">  }</w:t>
        <w:br/>
        <w:t>}public void bfs(GraphNode node) {</w:t>
        <w:br/>
        <w:t xml:space="preserve">    Set&lt;GraphNode&gt; visited = new HashSet&lt;&gt;();</w:t>
        <w:br/>
        <w:t xml:space="preserve">    Queue&lt;GraphNode&gt; queue = new LinkedList&lt;&gt;();</w:t>
        <w:br/>
        <w:t xml:space="preserve">    queue.offer(node);</w:t>
        <w:br/>
        <w:t xml:space="preserve">    while (!queue.isEmpty()) {</w:t>
        <w:br/>
        <w:t xml:space="preserve">        GraphNode currNode = queue.poll();</w:t>
        <w:br/>
        <w:t xml:space="preserve">        if (!visited.contains(currNode)) {</w:t>
        <w:br/>
        <w:t xml:space="preserve">            visited.add(currNode);</w:t>
        <w:br/>
        <w:t xml:space="preserve">            process(currNode);</w:t>
        <w:br/>
        <w:t xml:space="preserve">            for (GraphNode neighbor : currNode.neighbors) {</w:t>
        <w:br/>
        <w:t xml:space="preserve">                queue.offer(neighbor);</w:t>
        <w:br/>
        <w:t xml:space="preserve">            }</w:t>
        <w:br/>
        <w:t xml:space="preserve">        }</w:t>
        <w:br/>
        <w:t xml:space="preserve">    }</w:t>
        <w:br/>
        <w:t>}</w:t>
      </w:r>
    </w:p>
    <w:p>
      <w:pPr>
        <w:spacing w:after="160" w:line="276" w:lineRule="auto"/>
      </w:pPr>
      <w:r>
        <w:t>Both DFS and BFS have atime complexityofO(n+e)O(n+e)O(n+e), wherennndenotes the number of nodes andeeedenotes the number of edges. This is because during traversal, each node is visited once, and each edge is explored once.</w:t>
      </w:r>
    </w:p>
    <w:p>
      <w:pPr>
        <w:spacing w:after="160" w:line="276" w:lineRule="auto"/>
      </w:pPr>
      <w:r>
        <w:t>They both also share aspace complexityofO(n)O(n)O(n). For DFS, this is due to the space taken up by the recursive call stack, and for BFS, it’s due to the space taken up by the queue.</w:t>
      </w:r>
    </w:p>
    <w:p>
      <w:pPr>
        <w:pStyle w:val="Heading2"/>
        <w:spacing w:before="320" w:after="120"/>
      </w:pPr>
      <w:r>
        <w:t>Real-world Example</w:t>
      </w:r>
    </w:p>
    <w:p>
      <w:pPr>
        <w:spacing w:after="160" w:line="276" w:lineRule="auto"/>
      </w:pPr>
      <w:r>
        <w:t>Social networks:Users of social media sites like LinkedIn are typically represented as nodes, and connections or friendships between users are represented as edges. The graph structure allows platforms to analyze relationships, suggest new connections, and identify groups or communities within their networks.</w:t>
      </w:r>
    </w:p>
    <w:p>
      <w:pPr>
        <w:pStyle w:val="Heading2"/>
        <w:spacing w:before="320" w:after="120"/>
      </w:pPr>
      <w:r>
        <w:t>Chapter Outline</w:t>
      </w:r>
    </w:p>
    <w:p>
      <w:r>
        <w:br w:type="page"/>
      </w:r>
    </w:p>
    <w:p>
      <w:pPr>
        <w:pStyle w:val="Heading1"/>
        <w:spacing w:before="480" w:after="280"/>
      </w:pPr>
      <w:r>
        <w:rPr>
          <w:b/>
          <w:color w:val="008A60"/>
          <w:sz w:val="28"/>
        </w:rPr>
        <w:t>Chapter 76</w:t>
        <w:br/>
      </w:r>
      <w:r>
        <w:rPr>
          <w:b/>
          <w:color w:val="0F172A"/>
          <w:sz w:val="40"/>
        </w:rPr>
        <w:t>Graph Deep Copy</w:t>
      </w:r>
    </w:p>
    <w:p>
      <w:pPr>
        <w:pStyle w:val="Heading2"/>
        <w:spacing w:before="320" w:after="120"/>
      </w:pPr>
      <w:r>
        <w:t>Intuition</w:t>
      </w:r>
    </w:p>
    <w:p>
      <w:pPr>
        <w:spacing w:after="160" w:line="276" w:lineRule="auto"/>
      </w:pPr>
      <w:r>
        <w:t>Our strategy for this problem is to traverse the original graph and create the deep copy during the traversal, effectively cloning each node while we traverse. Any traversal method will suffice for this strategy. In this explanation, we’ll useDFS.</w:t>
      </w:r>
    </w:p>
    <w:p>
      <w:pPr>
        <w:spacing w:after="160" w:line="276" w:lineRule="auto"/>
      </w:pPr>
      <w:r>
        <w:t>Traversing the graphStart by defining exactly what we want our DFS function to do. When we call DFS on the input node, we expect it to create a deep copy of that node and all its neighbors. Let’s break down this process.</w:t>
      </w:r>
    </w:p>
    <w:p>
      <w:pPr>
        <w:spacing w:after="160" w:line="276" w:lineRule="auto"/>
      </w:pPr>
      <w:r>
        <w:t>The first thing our function will do is create a copy of its input node:</w:t>
      </w:r>
    </w:p>
    <w:p>
      <w:pPr>
        <w:spacing w:after="160" w:line="276" w:lineRule="auto"/>
      </w:pPr>
      <w:r>
        <w:t>Next, we want to ensure this cloned node is connected to a clone of all its neighbors, mirroring the original node’s neighbors. To achieve this, we'll call the DFS function on each of the original node's neighbors:</w:t>
      </w:r>
    </w:p>
    <w:p>
      <w:pPr>
        <w:spacing w:after="160" w:line="276" w:lineRule="auto"/>
      </w:pPr>
      <w:r>
        <w:t>Each of these DFS instances will also do the same thing by creating a clone of their input node and returning it when it has been connected to its neighbors:</w:t>
      </w:r>
    </w:p>
    <w:p>
      <w:pPr>
        <w:spacing w:after="160" w:line="276" w:lineRule="auto"/>
      </w:pPr>
      <w:r>
        <w:t>In pseudocode, this is what the process looks like:</w:t>
      </w:r>
    </w:p>
    <w:p>
      <w:pPr>
        <w:spacing w:before="160" w:after="160"/>
        <w:ind w:left="360"/>
      </w:pPr>
      <w:r>
        <w:rPr>
          <w:rFonts w:ascii="Consolas" w:hAnsi="Consolas"/>
          <w:color w:val="1E293B"/>
          <w:sz w:val="19"/>
        </w:rPr>
        <w:t>ExampleCopydfs(node):</w:t>
        <w:br/>
        <w:t xml:space="preserve">    cloned_node = new GraphNode(node)</w:t>
        <w:br/>
        <w:t xml:space="preserve">    for neighbor in node.neighbors:</w:t>
        <w:br/>
        <w:t xml:space="preserve">        cloned_neighbor = dfs(neighbor)</w:t>
        <w:br/>
        <w:t xml:space="preserve">        cloned_node.neighbors.add(cloned_neighbor)</w:t>
        <w:br/>
        <w:t xml:space="preserve">    return cloned_node</w:t>
        <w:br/>
      </w:r>
    </w:p>
    <w:p>
      <w:pPr>
        <w:spacing w:after="160" w:line="276" w:lineRule="auto"/>
      </w:pPr>
      <w:r>
        <w:t>One more thing we should be mindful of is the possibility of cloning nodes that have already been cloned.</w:t>
      </w:r>
    </w:p>
    <w:p>
      <w:pPr>
        <w:spacing w:after="160" w:line="276" w:lineRule="auto"/>
      </w:pPr>
      <w:r>
        <w:t>Handling previously-cloned nodesConsider node 2 in the following graph and cloned graphs. Its neighbors are nodes 0, 1, and 3. Let’s say nodes 0 and 1 have already been cloned, but not node 3:</w:t>
      </w:r>
    </w:p>
    <w:p>
      <w:pPr>
        <w:spacing w:after="160" w:line="276" w:lineRule="auto"/>
      </w:pPr>
      <w:r>
        <w:t>To link the cloned node 2 to its neighbors, we perform a DFS call to node 0, node 1, and node 3:</w:t>
      </w:r>
    </w:p>
    <w:p>
      <w:pPr>
        <w:spacing w:after="160" w:line="276" w:lineRule="auto"/>
      </w:pPr>
      <w:r>
        <w:t>Since cloned copies of nodes 0 and 1 already exist, our DFS function should return these previously created nodes, instead of creating new ones:</w:t>
      </w:r>
    </w:p>
    <w:p>
      <w:pPr>
        <w:spacing w:after="160" w:line="276" w:lineRule="auto"/>
      </w:pPr>
      <w:r>
        <w:t>We can manage this by using ahash mapwhere each original node is a key, and the corresponding cloned node is the value. This way, whenever we perform a DFS call on a node, we first check if it already has a clone in our hash map. If it does, we just return the existing clone. If it doesn't, we create a new clone and add it to the hash map.</w:t>
      </w:r>
    </w:p>
    <w:p>
      <w:pPr>
        <w:pStyle w:val="Heading2"/>
        <w:spacing w:before="320" w:after="120"/>
      </w:pPr>
      <w:r>
        <w:t>Implementation</w:t>
      </w:r>
    </w:p>
    <w:p>
      <w:pPr>
        <w:spacing w:before="160" w:after="160"/>
        <w:ind w:left="360"/>
      </w:pPr>
      <w:r>
        <w:rPr>
          <w:rFonts w:ascii="Consolas" w:hAnsi="Consolas"/>
          <w:color w:val="1E293B"/>
          <w:sz w:val="19"/>
        </w:rPr>
        <w:t>PythonJavaScriptJavaCopyfrom ds import GraphNode</w:t>
        <w:br/>
        <w:t xml:space="preserve">    </w:t>
        <w:br/>
        <w:t>def graph_deep_copy(node: GraphNode) -&gt; GraphNode:</w:t>
        <w:br/>
        <w:t xml:space="preserve">    if not node:</w:t>
        <w:br/>
        <w:t xml:space="preserve">        return None</w:t>
        <w:br/>
        <w:t xml:space="preserve">    return dfs(node)</w:t>
        <w:br/>
        <w:t xml:space="preserve">    </w:t>
        <w:br/>
        <w:t>def dfs(node: GraphNode, clone_map = {}) -&gt; GraphNode:</w:t>
        <w:br/>
        <w:t xml:space="preserve">    # If this node was already cloned, then return this previously cloned node.</w:t>
        <w:br/>
        <w:t xml:space="preserve">    if node in clone_map:</w:t>
        <w:br/>
        <w:t xml:space="preserve">        return clone_map[node]</w:t>
        <w:br/>
        <w:t xml:space="preserve">    # Clone the current node.</w:t>
        <w:br/>
        <w:t xml:space="preserve">    cloned_node = GraphNode(node.val)</w:t>
        <w:br/>
        <w:t xml:space="preserve">    # Store the current clone to ensure it doesn't need to be created again in future</w:t>
        <w:br/>
        <w:t xml:space="preserve">    # DFS calls.</w:t>
        <w:br/>
        <w:t xml:space="preserve">    clone_map[node] = cloned_node</w:t>
        <w:br/>
        <w:t xml:space="preserve">    # Iterate through the neighbors of the current node to connect their clones to the</w:t>
        <w:br/>
        <w:t xml:space="preserve">    # current cloned node.</w:t>
        <w:br/>
        <w:t xml:space="preserve">    for neighbor in node.neighbors:</w:t>
        <w:br/>
        <w:t xml:space="preserve">        cloned_neighbor = dfs(neighbor, clone_map)</w:t>
        <w:br/>
        <w:t xml:space="preserve">        cloned_node.neighbors.append(cloned_neighbor)</w:t>
        <w:br/>
        <w:t xml:space="preserve">    return cloned_nodefunction graphDeepCopy(node) {</w:t>
        <w:br/>
        <w:t xml:space="preserve">  if (!node) {</w:t>
        <w:br/>
        <w:t xml:space="preserve">    return null;</w:t>
        <w:br/>
        <w:t xml:space="preserve">  }</w:t>
        <w:br/>
        <w:t xml:space="preserve">  return dfs(node, new Map());</w:t>
        <w:br/>
        <w:t>}</w:t>
        <w:br/>
        <w:br/>
        <w:t>function dfs(node, cloneMap = new Map()) {</w:t>
        <w:br/>
        <w:t xml:space="preserve">  // If this node was already cloned, then return this previously cloned node.</w:t>
        <w:br/>
        <w:t xml:space="preserve">  if (cloneMap.has(node)) {</w:t>
        <w:br/>
        <w:t xml:space="preserve">    return cloneMap.get(node);</w:t>
        <w:br/>
        <w:t xml:space="preserve">  }</w:t>
        <w:br/>
        <w:t xml:space="preserve">  // Clone the current node.</w:t>
        <w:br/>
        <w:t xml:space="preserve">  const clonedNode = new GraphNode(node.val);</w:t>
        <w:br/>
        <w:t xml:space="preserve">  // Store the current clone to ensure it doesn't need to be created again in future</w:t>
        <w:br/>
        <w:t xml:space="preserve">  // DFS calls.</w:t>
        <w:br/>
        <w:t xml:space="preserve">  cloneMap.set(node, clonedNode);</w:t>
        <w:br/>
        <w:t xml:space="preserve">  // Iterate through the neighbors of the current node to connect their clones to the</w:t>
        <w:br/>
        <w:t xml:space="preserve">  // current cloned node.</w:t>
        <w:br/>
        <w:t xml:space="preserve">  for (const neighbor of node.neighbors) {</w:t>
        <w:br/>
        <w:t xml:space="preserve">    const clonedNeighbor = dfs(neighbor, cloneMap);</w:t>
        <w:br/>
        <w:t xml:space="preserve">    clonedNode.neighbors.push(clonedNeighbor);</w:t>
        <w:br/>
        <w:t xml:space="preserve">  }</w:t>
        <w:br/>
        <w:t xml:space="preserve">  return clonedNode;</w:t>
        <w:br/>
        <w:t>}public class Solution {</w:t>
        <w:br/>
        <w:t xml:space="preserve">    public GraphNode graphDeepCopy(GraphNode node) {</w:t>
        <w:br/>
        <w:t xml:space="preserve">        if (node == null) {</w:t>
        <w:br/>
        <w:t xml:space="preserve">            return null;</w:t>
        <w:br/>
        <w:t xml:space="preserve">        }</w:t>
        <w:br/>
        <w:t xml:space="preserve">        return dfs(node, new HashMap&lt;&gt;());</w:t>
        <w:br/>
        <w:t xml:space="preserve">    }</w:t>
        <w:br/>
        <w:br/>
        <w:t xml:space="preserve">    private GraphNode dfs(GraphNode node, Map&lt;GraphNode, GraphNode&gt; cloneMap) {</w:t>
        <w:br/>
        <w:t xml:space="preserve">        // If this node was already cloned, then return this previously cloned node.</w:t>
        <w:br/>
        <w:t xml:space="preserve">        if (cloneMap.containsKey(node)) {</w:t>
        <w:br/>
        <w:t xml:space="preserve">            return cloneMap.get(node);</w:t>
        <w:br/>
        <w:t xml:space="preserve">        }</w:t>
        <w:br/>
        <w:t xml:space="preserve">        // Clone the current node.</w:t>
        <w:br/>
        <w:t xml:space="preserve">        GraphNode clonedNode = new GraphNode(node.val);</w:t>
        <w:br/>
        <w:t xml:space="preserve">        // Store the current clone to ensure it doesn't need to be created again in future</w:t>
        <w:br/>
        <w:t xml:space="preserve">        // DFS calls.</w:t>
        <w:br/>
        <w:t xml:space="preserve">        cloneMap.put(node, clonedNode);</w:t>
        <w:br/>
        <w:t xml:space="preserve">        // Iterate through the neighbors of the current node to connect their clones to the</w:t>
        <w:br/>
        <w:t xml:space="preserve">        // current cloned node.</w:t>
        <w:br/>
        <w:t xml:space="preserve">        for (GraphNode neighbor : node.neighbors) {</w:t>
        <w:br/>
        <w:t xml:space="preserve">            GraphNode clonedNeighbor = dfs(neighbor, cloneMap);</w:t>
        <w:br/>
        <w:t xml:space="preserve">            clonedNode.neighbors.add(clonedNeighbor);</w:t>
        <w:br/>
        <w:t xml:space="preserve">        }</w:t>
        <w:br/>
        <w:t xml:space="preserve">        return clonedNode;</w:t>
        <w:br/>
        <w:t xml:space="preserve">    }</w:t>
        <w:br/>
        <w:t>}</w:t>
      </w:r>
    </w:p>
    <w:p>
      <w:pPr>
        <w:pStyle w:val="Heading3"/>
        <w:spacing w:before="320" w:after="120"/>
      </w:pPr>
      <w:r>
        <w:t>Complexity Analysis</w:t>
      </w:r>
    </w:p>
    <w:p>
      <w:pPr>
        <w:spacing w:after="160" w:line="276" w:lineRule="auto"/>
      </w:pPr>
      <w:r>
        <w:t>Time complexity:The time complexity ofgraph_deep_copyisO(n+e)O(n+e)O(n+e), wherennnis the number of nodes andeeeis the number of edges of the graph. This is because we traverse through and create a clone of allnnnnodes of the original graph, and traverse acrosseeeedges during DFS.</w:t>
      </w:r>
    </w:p>
    <w:p>
      <w:pPr>
        <w:spacing w:after="160" w:line="276" w:lineRule="auto"/>
      </w:pPr>
      <w:r>
        <w:t>Space complexity:The space complexity isO(n)O(n)O(n)due to the space taken up by the recursive call stack, which can grow as large asnnn. In addition, theclone_maphash map stores a key-value pair for each of thennnnodes.</w:t>
      </w:r>
    </w:p>
    <w:p>
      <w:r>
        <w:br w:type="page"/>
      </w:r>
    </w:p>
    <w:p>
      <w:pPr>
        <w:pStyle w:val="Heading1"/>
        <w:spacing w:before="480" w:after="280"/>
      </w:pPr>
      <w:r>
        <w:rPr>
          <w:b/>
          <w:color w:val="008A60"/>
          <w:sz w:val="28"/>
        </w:rPr>
        <w:t>Chapter 77</w:t>
        <w:br/>
      </w:r>
      <w:r>
        <w:rPr>
          <w:b/>
          <w:color w:val="0F172A"/>
          <w:sz w:val="40"/>
        </w:rPr>
        <w:t>Count Islands</w:t>
      </w:r>
    </w:p>
    <w:p>
      <w:pPr>
        <w:spacing w:before="160" w:after="160"/>
        <w:ind w:left="360"/>
      </w:pPr>
      <w:r>
        <w:rPr>
          <w:rFonts w:ascii="Consolas" w:hAnsi="Consolas"/>
          <w:color w:val="1E293B"/>
          <w:sz w:val="19"/>
        </w:rPr>
        <w:t>Given a binary matrix representing 1s as land and 0s as water, return the number of islands.An island is formed by connecting adjacent lands 4-directionally (up, down, left, and right).Example:ExampleCopyOutput: 2</w:t>
        <w:br/>
      </w:r>
    </w:p>
    <w:p>
      <w:pPr>
        <w:pStyle w:val="Heading2"/>
        <w:spacing w:before="320" w:after="120"/>
      </w:pPr>
      <w:r>
        <w:t>Intuition</w:t>
      </w:r>
    </w:p>
    <w:p>
      <w:pPr>
        <w:spacing w:after="160" w:line="276" w:lineRule="auto"/>
      </w:pPr>
      <w:r>
        <w:t>Before determining how to find all the islands in a matrix, let’s consider an input that contains only one island.</w:t>
      </w:r>
    </w:p>
    <w:p>
      <w:pPr>
        <w:spacing w:after="160" w:line="276" w:lineRule="auto"/>
      </w:pPr>
      <w:r>
        <w:t>Matrix with just one islandConsider the following matrix containing one island:</w:t>
      </w:r>
    </w:p>
    <w:p>
      <w:pPr>
        <w:spacing w:after="160" w:line="276" w:lineRule="auto"/>
      </w:pPr>
      <w:r>
        <w:t>When we iterate through the matrix starting from the top left, the first land cell we encounter is cell (0, 2). From here, we’d like to find the rest of the island.</w:t>
      </w:r>
    </w:p>
    <w:p>
      <w:pPr>
        <w:spacing w:after="160" w:line="276" w:lineRule="auto"/>
      </w:pPr>
      <w:r>
        <w:t>The key observation is that we should be able to access every land cell on the same island by moving horizontally or vertically through neighboring land cells. This means that all 1s forming an island are connected either directly or indirectly through adjacent 1s. Conceptually, this is similar to a graph, where each cell is a node, and each connection to an adjacent cell is an edge:</w:t>
      </w:r>
    </w:p>
    <w:p>
      <w:pPr>
        <w:spacing w:after="160" w:line="276" w:lineRule="auto"/>
      </w:pPr>
      <w:r>
        <w:t>This demonstrates that we can identify the rest of the island by performing a graph traversal algorithm. Most traversal algorithms will suit this purpose. In this explanation, we'll use DFS.</w:t>
      </w:r>
    </w:p>
    <w:p>
      <w:pPr>
        <w:spacing w:after="160" w:line="276" w:lineRule="auto"/>
      </w:pPr>
      <w:r>
        <w:t>Depth-first searchFor each cell we visit during the traversal, we need to mark that cell as visited to ensure it’s not visited again. There are two ways to do this:</w:t>
      </w:r>
    </w:p>
    <w:p>
      <w:pPr>
        <w:pStyle w:val="ListNumber"/>
      </w:pPr>
      <w:r>
        <w:t>Use a separate data structure, such as a hash set, to keep track of the coordinates of visited cells.</w:t>
      </w:r>
    </w:p>
    <w:p>
      <w:pPr>
        <w:pStyle w:val="ListNumber"/>
      </w:pPr>
      <w:r>
        <w:t>Modify the matrix bychanging the value of a visited cell from 1 to -1, ensuring it doesn’t get revisited.</w:t>
      </w:r>
    </w:p>
    <w:p>
      <w:pPr>
        <w:spacing w:after="160" w:line="276" w:lineRule="auto"/>
      </w:pPr>
      <w:r>
        <w:t>We’ll proceed with the second option because it doesn’t require the use of extra space.</w:t>
      </w:r>
    </w:p>
    <w:p>
      <w:pPr>
        <w:spacing w:after="160" w:line="276" w:lineRule="auto"/>
      </w:pPr>
      <w:r>
        <w:t>Now, let’s begin DFS traversal. Mark the first cell, (0, 2), as visited by modifying its value to -1. Then, continue exploring by calling DFS on any neighboring land cells. Here, the only neighboring land cell is cell (1, 2):</w:t>
      </w:r>
    </w:p>
    <w:p>
      <w:pPr>
        <w:spacing w:after="160" w:line="276" w:lineRule="auto"/>
      </w:pPr>
      <w:r>
        <w:t>From cell (1, 2), we similarly mark it as visited and explore its neighboring land cells. Again, there's only one neighboring land cell: (1, 1). So, let's make a recursive DFS call to it:</w:t>
      </w:r>
    </w:p>
    <w:p>
      <w:pPr>
        <w:spacing w:after="160" w:line="276" w:lineRule="auto"/>
      </w:pPr>
      <w:r>
        <w:t>From cell (1, 1), mark it as visited and explore both of its neighboring land cells. Let’s continue exploring from cell (1, 0) first:</w:t>
      </w:r>
    </w:p>
    <w:p>
      <w:pPr>
        <w:spacing w:after="160" w:line="276" w:lineRule="auto"/>
      </w:pPr>
      <w:r>
        <w:t>At (1, 0), there's no neighboring land. So, the recursive process naturally goes back to cell (1, 1) to continue exploring any other neighboring land cells:</w:t>
      </w:r>
    </w:p>
    <w:p>
      <w:pPr>
        <w:spacing w:after="160" w:line="276" w:lineRule="auto"/>
      </w:pPr>
      <w:r>
        <w:t>We've now finished exploring this island:</w:t>
      </w:r>
    </w:p>
    <w:p>
      <w:pPr>
        <w:spacing w:after="160" w:line="276" w:lineRule="auto"/>
      </w:pPr>
      <w:r>
        <w:t>With this island completely explored, let’s increment a variable count to indicate that one new island has been found. Now, let’s consider the main problem where there could be multiple islands in the matrix.</w:t>
      </w:r>
    </w:p>
    <w:p>
      <w:pPr>
        <w:spacing w:after="160" w:line="276" w:lineRule="auto"/>
      </w:pPr>
      <w:r>
        <w:t>Matrix with multiple islandsWe can identify all islands using the following steps:</w:t>
      </w:r>
    </w:p>
    <w:p>
      <w:pPr>
        <w:pStyle w:val="ListNumber"/>
      </w:pPr>
      <w:r>
        <w:t>Search through the matrix, starting from cell (0, 0), until we find a land cell.</w:t>
      </w:r>
    </w:p>
    <w:p>
      <w:pPr>
        <w:pStyle w:val="ListNumber"/>
      </w:pPr>
      <w:r>
        <w:t>Upon encountering a land cell, explore its island using DFS, marking each land cell we encounter as visited (-1) to avoid visiting them again.</w:t>
      </w:r>
    </w:p>
    <w:p>
      <w:pPr>
        <w:pStyle w:val="ListNumber"/>
      </w:pPr>
      <w:r>
        <w:t>Increment count by 1, indicating the discovery of the island we just explored.</w:t>
      </w:r>
    </w:p>
    <w:p>
      <w:pPr>
        <w:pStyle w:val="ListNumber"/>
      </w:pPr>
      <w:r>
        <w:t>Keep searching the matrix for any unvisited land cells. When we find one, repeat steps 2 to 4.</w:t>
      </w:r>
    </w:p>
    <w:p>
      <w:pPr>
        <w:pStyle w:val="Heading2"/>
        <w:spacing w:before="320" w:after="120"/>
      </w:pPr>
      <w:r>
        <w:t>Implementation</w:t>
      </w:r>
    </w:p>
    <w:p>
      <w:pPr>
        <w:spacing w:after="160" w:line="276" w:lineRule="auto"/>
      </w:pPr>
      <w:r>
        <w:t>To traverse the matrix 4-directionally, we can use an array ofdirection vectors:</w:t>
      </w:r>
    </w:p>
    <w:p>
      <w:pPr>
        <w:spacing w:before="160" w:after="160"/>
        <w:ind w:left="360"/>
      </w:pPr>
      <w:r>
        <w:rPr>
          <w:rFonts w:ascii="Consolas" w:hAnsi="Consolas"/>
          <w:color w:val="1E293B"/>
          <w:sz w:val="19"/>
        </w:rPr>
        <w:br/>
        <w:t>dirs = [(-1, 0), (1, 0), (0, -1), (0, 1)]</w:t>
        <w:br/>
      </w:r>
    </w:p>
    <w:p>
      <w:pPr>
        <w:spacing w:after="160" w:line="276" w:lineRule="auto"/>
      </w:pPr>
      <w:r>
        <w:t>Each pair in the array represents the changes needed to move one step in a specific direction:</w:t>
      </w:r>
    </w:p>
    <w:p>
      <w:pPr>
        <w:spacing w:before="160" w:after="160"/>
        <w:ind w:left="360"/>
      </w:pPr>
      <w:r>
        <w:rPr>
          <w:rFonts w:ascii="Consolas" w:hAnsi="Consolas"/>
          <w:color w:val="1E293B"/>
          <w:sz w:val="19"/>
        </w:rPr>
        <w:t>PythonJavaScriptJavaCopyfrom typing import List</w:t>
        <w:br/>
        <w:t xml:space="preserve">    </w:t>
        <w:br/>
        <w:t>def count_islands(matrix: List[List[int]]) -&gt; int:</w:t>
        <w:br/>
        <w:t xml:space="preserve">    if not matrix:</w:t>
        <w:br/>
        <w:t xml:space="preserve">        return 0</w:t>
        <w:br/>
        <w:t xml:space="preserve">    count = 0</w:t>
        <w:br/>
        <w:t xml:space="preserve">    for r in range(len(matrix)):</w:t>
        <w:br/>
        <w:t xml:space="preserve">        for c in range(len(matrix[0])):</w:t>
        <w:br/>
        <w:t xml:space="preserve">            # If a land cell is found, perform DFS to explore the full island, and</w:t>
        <w:br/>
        <w:t xml:space="preserve">            # include this island in our count.</w:t>
        <w:br/>
        <w:t xml:space="preserve">            if matrix[r][c] == 1:</w:t>
        <w:br/>
        <w:t xml:space="preserve">                dfs(r, c, matrix)</w:t>
        <w:br/>
        <w:t xml:space="preserve">                count += 1</w:t>
        <w:br/>
        <w:t xml:space="preserve">    return count</w:t>
        <w:br/>
        <w:t xml:space="preserve">    </w:t>
        <w:br/>
        <w:t>def dfs(r: int, c: int, matrix: List[List[int]]) -&gt; None:</w:t>
        <w:br/>
        <w:t xml:space="preserve">    # Mark the current land cell as visited.</w:t>
        <w:br/>
        <w:t xml:space="preserve">    matrix[r][c] = -1</w:t>
        <w:br/>
        <w:t xml:space="preserve">    # Define direction vectors for up, down, left, and right.</w:t>
        <w:br/>
        <w:t xml:space="preserve">    dirs = [(-1, 0), (1, 0), (0, -1), (0, 1)]</w:t>
        <w:br/>
        <w:t xml:space="preserve">    # Recursively call DFS on each neighboring land cell to continue exploring this</w:t>
        <w:br/>
        <w:t xml:space="preserve">    # island.</w:t>
        <w:br/>
        <w:t xml:space="preserve">    for d in dirs:</w:t>
        <w:br/>
        <w:t xml:space="preserve">        next_r, next_c = r + d[0], c + d[1]</w:t>
        <w:br/>
        <w:t xml:space="preserve">        if is_within_bounds(next_r, next_c, matrix) and matrix[next_r][next_c] == 1:</w:t>
        <w:br/>
        <w:t xml:space="preserve">            dfs(next_r, next_c, matrix)</w:t>
        <w:br/>
        <w:t xml:space="preserve">    </w:t>
        <w:br/>
        <w:t>def is_within_bounds(r: int, c: int, matrix: List[List[int]]) -&gt; bool:</w:t>
        <w:br/>
        <w:t xml:space="preserve">    return 0 &lt;= r &lt; len(matrix) and 0 &lt;= c &lt; len(matrix[0])function countIslands(matrix) {</w:t>
        <w:br/>
        <w:t xml:space="preserve">  if (!matrix || matrix.length === 0) {</w:t>
        <w:br/>
        <w:t xml:space="preserve">    return 0;</w:t>
        <w:br/>
        <w:t xml:space="preserve">  }</w:t>
        <w:br/>
        <w:t xml:space="preserve">  let count = 0;</w:t>
        <w:br/>
        <w:t xml:space="preserve">  for (let r = 0; r &lt; matrix.length; r++) {</w:t>
        <w:br/>
        <w:t xml:space="preserve">    for (let c = 0; c &lt; matrix[0].length; c++) {</w:t>
        <w:br/>
        <w:t xml:space="preserve">      // If a land cell is found, perform DFS to explore the full island, and</w:t>
        <w:br/>
        <w:t xml:space="preserve">      // include this island in our count.</w:t>
        <w:br/>
        <w:t xml:space="preserve">      if (matrix[r][c] === 1) {</w:t>
        <w:br/>
        <w:t xml:space="preserve">        dfs(r, c, matrix);</w:t>
        <w:br/>
        <w:t xml:space="preserve">        count++;</w:t>
        <w:br/>
        <w:t xml:space="preserve">      }</w:t>
        <w:br/>
        <w:t xml:space="preserve">    }</w:t>
        <w:br/>
        <w:t xml:space="preserve">  }</w:t>
        <w:br/>
        <w:t xml:space="preserve">  return count;</w:t>
        <w:br/>
        <w:t>}</w:t>
        <w:br/>
        <w:br/>
        <w:t>function dfs(r, c, matrix) {</w:t>
        <w:br/>
        <w:t xml:space="preserve">  // Mark the current land cell as visited.</w:t>
        <w:br/>
        <w:t xml:space="preserve">  matrix[r][c] = -1;</w:t>
        <w:br/>
        <w:t xml:space="preserve">  // Define direction vectors for up, down, left, and right.</w:t>
        <w:br/>
        <w:t xml:space="preserve">  const dirs = [[-1, 0], [1, 0], [0, -1], [0, 1]];</w:t>
        <w:br/>
        <w:t xml:space="preserve">  // Recursively call DFS on each neighboring land cell to continue exploring this</w:t>
        <w:br/>
        <w:t xml:space="preserve">  // island.</w:t>
        <w:br/>
        <w:t xml:space="preserve">  for (const [dr, dc] of dirs) {</w:t>
        <w:br/>
        <w:t xml:space="preserve">    const nextR = r + dr;</w:t>
        <w:br/>
        <w:t xml:space="preserve">    const nextC = c + dc;</w:t>
        <w:br/>
        <w:t xml:space="preserve">    if (isWithinBounds(nextR, nextC, matrix) &amp;&amp; matrix[nextR][nextC] === 1) {</w:t>
        <w:br/>
        <w:t xml:space="preserve">      dfs(nextR, nextC, matrix);</w:t>
        <w:br/>
        <w:t xml:space="preserve">    }</w:t>
        <w:br/>
        <w:t xml:space="preserve">  }</w:t>
        <w:br/>
        <w:t>}</w:t>
        <w:br/>
        <w:br/>
        <w:t>function isWithinBounds(r, c, matrix) {</w:t>
        <w:br/>
        <w:t xml:space="preserve">  return 0 &lt;= r &amp;&amp; r &lt; matrix.length &amp;&amp; 0 &lt;= c &amp;&amp; c &lt; matrix[0].length;</w:t>
        <w:br/>
        <w:t>}public class Solution {</w:t>
        <w:br/>
        <w:t xml:space="preserve">    public int countIslands(int[][] matrix) {</w:t>
        <w:br/>
        <w:t xml:space="preserve">        if (matrix == null || matrix.length == 0) {</w:t>
        <w:br/>
        <w:t xml:space="preserve">            return 0;</w:t>
        <w:br/>
        <w:t xml:space="preserve">        }</w:t>
        <w:br/>
        <w:t xml:space="preserve">        int count = 0;</w:t>
        <w:br/>
        <w:t xml:space="preserve">        for (int r = 0; r &lt; matrix.length; r++) {</w:t>
        <w:br/>
        <w:t xml:space="preserve">            for (int c = 0; c &lt; matrix[0].length; c++) {</w:t>
        <w:br/>
        <w:t xml:space="preserve">                // If a land cell is found, perform DFS to explore the full island, and</w:t>
        <w:br/>
        <w:t xml:space="preserve">                // include this island in our count.</w:t>
        <w:br/>
        <w:t xml:space="preserve">                if (matrix[r][c] == 1) {</w:t>
        <w:br/>
        <w:t xml:space="preserve">                    dfs(r, c, matrix);</w:t>
        <w:br/>
        <w:t xml:space="preserve">                    count++;</w:t>
        <w:br/>
        <w:t xml:space="preserve">                }</w:t>
        <w:br/>
        <w:t xml:space="preserve">            }</w:t>
        <w:br/>
        <w:t xml:space="preserve">        }</w:t>
        <w:br/>
        <w:t xml:space="preserve">        return count;</w:t>
        <w:br/>
        <w:t xml:space="preserve">    }</w:t>
        <w:br/>
        <w:br/>
        <w:t xml:space="preserve">    private void dfs(int r, int c, int[][] matrix) {</w:t>
        <w:br/>
        <w:t xml:space="preserve">        // Mark the current land cell as visited.</w:t>
        <w:br/>
        <w:t xml:space="preserve">        matrix[r][c] = -1;</w:t>
        <w:br/>
        <w:t xml:space="preserve">        // Define direction vectors for up, down, left, and right.</w:t>
        <w:br/>
        <w:t xml:space="preserve">        int[][] dirs = {{-1, 0}, {1, 0}, {0, -1}, {0, 1}};</w:t>
        <w:br/>
        <w:t xml:space="preserve">        // Recursively call DFS on each neighboring land cell to continue exploring this</w:t>
        <w:br/>
        <w:t xml:space="preserve">        // island.</w:t>
        <w:br/>
        <w:t xml:space="preserve">        for (int[] d : dirs) {</w:t>
        <w:br/>
        <w:t xml:space="preserve">            int nextR = r + d[0], nextC = c + d[1];</w:t>
        <w:br/>
        <w:t xml:space="preserve">            if (isWithinBounds(nextR, nextC, matrix) &amp;&amp; matrix[nextR][nextC] == 1) {</w:t>
        <w:br/>
        <w:t xml:space="preserve">                dfs(nextR, nextC, matrix);</w:t>
        <w:br/>
        <w:t xml:space="preserve">            }</w:t>
        <w:br/>
        <w:t xml:space="preserve">        }</w:t>
        <w:br/>
        <w:t xml:space="preserve">    }</w:t>
        <w:br/>
        <w:br/>
        <w:t xml:space="preserve">    private boolean isWithinBounds(int r, int c, int[][] matrix) {</w:t>
        <w:br/>
        <w:t xml:space="preserve">        return 0 &lt;= r &amp;&amp; r &lt; matrix.length &amp;&amp; 0 &lt;= c &amp;&amp; c &lt; matrix[0].length;</w:t>
        <w:br/>
        <w:t xml:space="preserve">    }</w:t>
        <w:br/>
        <w:t>}</w:t>
      </w:r>
    </w:p>
    <w:p>
      <w:pPr>
        <w:pStyle w:val="Heading3"/>
        <w:spacing w:before="320" w:after="120"/>
      </w:pPr>
      <w:r>
        <w:t>Complexity Analysis</w:t>
      </w:r>
    </w:p>
    <w:p>
      <w:pPr>
        <w:spacing w:after="160" w:line="276" w:lineRule="auto"/>
      </w:pPr>
      <w:r>
        <w:t>Time complexity:The time complexity ofcount_islandsisO(m⋅n)O(m\cdot n)O(m⋅n), wheremmmdenotes the number of rows andnnndenotes the number of columns. This is because each cell of the matrix is visited at most twice: once when searching for land cells in thecount_islandsfunction, and up to one more time during DFS.</w:t>
      </w:r>
    </w:p>
    <w:p>
      <w:pPr>
        <w:spacing w:after="160" w:line="276" w:lineRule="auto"/>
      </w:pPr>
      <w:r>
        <w:t>Space complexity:The space complexity isO(m⋅n)O(m\cdot n)O(m⋅n)mostly due to the recursive call stack during DFS, which can grow up tom⋅nm\cdot nm⋅nin size.</w:t>
      </w:r>
    </w:p>
    <w:p>
      <w:pPr>
        <w:pStyle w:val="Heading2"/>
        <w:spacing w:before="320" w:after="120"/>
      </w:pPr>
      <w:r>
        <w:t>Interview Tip</w:t>
      </w:r>
    </w:p>
    <w:p>
      <w:pPr>
        <w:spacing w:after="160" w:line="276" w:lineRule="auto"/>
      </w:pPr>
      <w:r>
        <w:t>Tip: Check with an interviewer if modifications to the input are acceptable.During DFS, we marked cells as visited by modifying the input directly. However, in some situations, input modification may not be desirable. As such, it’s worth confirming this with the interviewer before making in-place modifications to the input.</w:t>
      </w:r>
    </w:p>
    <w:p>
      <w:r>
        <w:br w:type="page"/>
      </w:r>
    </w:p>
    <w:p>
      <w:pPr>
        <w:pStyle w:val="Heading1"/>
        <w:spacing w:before="480" w:after="280"/>
      </w:pPr>
      <w:r>
        <w:rPr>
          <w:b/>
          <w:color w:val="008A60"/>
          <w:sz w:val="28"/>
        </w:rPr>
        <w:t>Chapter 78</w:t>
        <w:br/>
      </w:r>
      <w:r>
        <w:rPr>
          <w:b/>
          <w:color w:val="0F172A"/>
          <w:sz w:val="40"/>
        </w:rPr>
        <w:t>Matrix Infection</w:t>
      </w:r>
    </w:p>
    <w:p>
      <w:pPr>
        <w:spacing w:before="160" w:after="160"/>
        <w:ind w:left="360"/>
      </w:pPr>
      <w:r>
        <w:rPr>
          <w:rFonts w:ascii="Consolas" w:hAnsi="Consolas"/>
          <w:color w:val="1E293B"/>
          <w:sz w:val="19"/>
        </w:rPr>
        <w:t>You are given a matrix where each cell is either:0: Empty</w:t>
        <w:br/>
        <w:t>1: Uninfected</w:t>
        <w:br/>
        <w:t>2: InfectedWith each passing second, every infected cell (2) infects its uninfected neighboring cells (1) that are 4-directionally adjacent. Determine the number of seconds required for all uninfected cells to become infected. If this is impossible, return ‐1.Example:ExampleCopyInput: matrix = [[1, 1, 1, 0], [0, 0, 2, 1], [0, 1, 1, 0]]</w:t>
        <w:br/>
        <w:t>Output: 3</w:t>
        <w:br/>
      </w:r>
    </w:p>
    <w:p>
      <w:pPr>
        <w:pStyle w:val="Heading2"/>
        <w:spacing w:before="320" w:after="120"/>
      </w:pPr>
      <w:r>
        <w:t>Intuition</w:t>
      </w:r>
    </w:p>
    <w:p>
      <w:pPr>
        <w:spacing w:after="160" w:line="276" w:lineRule="auto"/>
      </w:pPr>
      <w:r>
        <w:t>Let’s begin tackling this problem by considering a simple case where the initial matrix contains only one infected cell.</w:t>
      </w:r>
    </w:p>
    <w:p>
      <w:pPr>
        <w:spacing w:after="160" w:line="276" w:lineRule="auto"/>
      </w:pPr>
      <w:r>
        <w:t>Matrix with one infected cellConsider the following matrix, containing just one 2:</w:t>
      </w:r>
    </w:p>
    <w:p>
      <w:pPr>
        <w:spacing w:after="160" w:line="276" w:lineRule="auto"/>
      </w:pPr>
      <w:r>
        <w:t>An observation is that each infected (2) and uninfected (1) cell can be considered as nodes in a graph, where edges exist between cells that are 4-directionally adjacent. Therefore, we can visualize these cells as a connected graph:</w:t>
      </w:r>
    </w:p>
    <w:p>
      <w:pPr>
        <w:spacing w:after="160" w:line="276" w:lineRule="auto"/>
      </w:pPr>
      <w:r>
        <w:t>This helps us think about this problem as a graph traversal problem. Which traversal algorithm will allow us to simulate the infection process? To find out, let’s observe how cells get infected each second.</w:t>
      </w:r>
    </w:p>
    <w:p>
      <w:pPr>
        <w:spacing w:after="160" w:line="276" w:lineRule="auto"/>
      </w:pPr>
      <w:r>
        <w:t>After the first second, the adjacent uninfected neighbors of the first infected cell become infected. These cells are a distance of 1 away from the initially infected cell:</w:t>
      </w:r>
    </w:p>
    <w:p>
      <w:pPr>
        <w:spacing w:after="160" w:line="276" w:lineRule="auto"/>
      </w:pPr>
      <w:r>
        <w:t>One second later, the neighbors of the most recently infected cells get infected. These cells are a distance of 2 from the initial infected cell:</w:t>
      </w:r>
    </w:p>
    <w:p>
      <w:pPr>
        <w:spacing w:after="160" w:line="276" w:lineRule="auto"/>
      </w:pPr>
      <w:r>
        <w:t>As we can see, the outward expansion from the initially infected cell is similar to how level-order traversal works in a tree, where each level represents nodes that are at a specific distance from the initially infected node.</w:t>
      </w:r>
    </w:p>
    <w:p>
      <w:pPr>
        <w:spacing w:after="160" w:line="276" w:lineRule="auto"/>
      </w:pPr>
      <w:r>
        <w:t>So, let’s perform a level-order traversal to infect cells, starting at the infected cell.Each level that gets traversed corresponds to 1-second passing in the infection process.</w:t>
      </w:r>
    </w:p>
    <w:p>
      <w:pPr>
        <w:spacing w:after="160" w:line="276" w:lineRule="auto"/>
      </w:pPr>
      <w:r>
        <w:t>Regarding the implementation of this traversal, we know that level-order traversal is a modified version of BFS. So, we use a queue to implement this traversal. If you're unfamiliar with how this works, review theRightmost Nodes of a Binary Treeproblem from theTreechapter, which implements a level-order traversal on a binary tree.</w:t>
      </w:r>
    </w:p>
    <w:p>
      <w:pPr>
        <w:spacing w:after="160" w:line="276" w:lineRule="auto"/>
      </w:pPr>
      <w:r>
        <w:t>Now, let’s consider how we would handle a matrix which initially contains multiple infected cells.</w:t>
      </w:r>
    </w:p>
    <w:p>
      <w:pPr>
        <w:spacing w:after="160" w:line="276" w:lineRule="auto"/>
      </w:pPr>
      <w:r>
        <w:t>Matrix with multiple infected cellsConsider the following example and its corresponding graph visualization:</w:t>
      </w:r>
    </w:p>
    <w:p>
      <w:pPr>
        <w:spacing w:after="160" w:line="276" w:lineRule="auto"/>
      </w:pPr>
      <w:r>
        <w:t>In this example, multiple cells are initially infected, meaning there are multiple cells at level 0 of the traversal.</w:t>
      </w:r>
    </w:p>
    <w:p>
      <w:pPr>
        <w:spacing w:after="160" w:line="276" w:lineRule="auto"/>
      </w:pPr>
      <w:r>
        <w:t>To handle this, we use a pattern known asmulti-source BFS. Instead of adding just one cell to the queue before performing level-order traversal, we add every initially infected cell to the queue. This way, the traversal starts with all initially infected cells as level 0, allowing the infection process to begin simultaneously from multiple starting points:</w:t>
      </w:r>
    </w:p>
    <w:p>
      <w:pPr>
        <w:spacing w:after="160" w:line="276" w:lineRule="auto"/>
      </w:pPr>
      <w:r>
        <w:t>When we start with multiple cells in the queue, we can see what the level order process looks like:</w:t>
      </w:r>
    </w:p>
    <w:p>
      <w:pPr>
        <w:spacing w:after="160" w:line="276" w:lineRule="auto"/>
      </w:pPr>
      <w:r>
        <w:t>Unreachable uninfected cellsIt's important to keep in mind that it's not always possible to infect all uninfected cells. We could encounter situations where it's impossible to reach an uninfected cell, such as in the following example:</w:t>
      </w:r>
    </w:p>
    <w:p>
      <w:pPr>
        <w:spacing w:after="160" w:line="276" w:lineRule="auto"/>
      </w:pPr>
      <w:r>
        <w:t>One way to account for this is to search through the matrix after level-order traversal and check if any 1s remain. However, there’s a cleaner way to accomplish this. First, in the loop where we search for all the level 0 infected cells, we can also count how many 1s there are:</w:t>
      </w:r>
    </w:p>
    <w:p>
      <w:pPr>
        <w:spacing w:after="160" w:line="276" w:lineRule="auto"/>
      </w:pPr>
      <w:r>
        <w:t>Then, as we perform the level-order traversal, we can decrement this count for each uninfected cell we infect. This way, the value of this count after the traversal will represent the number of cells that remained uninfected. We return -1 if this count is greater than 0:</w:t>
      </w:r>
    </w:p>
    <w:p>
      <w:pPr>
        <w:pStyle w:val="Heading2"/>
        <w:spacing w:before="320" w:after="120"/>
      </w:pPr>
      <w:r>
        <w:t>Implementation</w:t>
      </w:r>
    </w:p>
    <w:p>
      <w:pPr>
        <w:spacing w:before="160" w:after="160"/>
        <w:ind w:left="360"/>
      </w:pPr>
      <w:r>
        <w:rPr>
          <w:rFonts w:ascii="Consolas" w:hAnsi="Consolas"/>
          <w:color w:val="1E293B"/>
          <w:sz w:val="19"/>
        </w:rPr>
        <w:t>PythonJavaScriptJavaCopyfrom typing import List</w:t>
        <w:br/>
        <w:t>from collections import deque</w:t>
        <w:br/>
        <w:t xml:space="preserve">    </w:t>
        <w:br/>
        <w:t>def matrix_infection(matrix: List[List[int]]) -&gt; int:</w:t>
        <w:br/>
        <w:t xml:space="preserve">   dirs = [(-1, 0), (1, 0), (0, -1), (0, 1)]</w:t>
        <w:br/>
        <w:t xml:space="preserve">   queue = deque()</w:t>
        <w:br/>
        <w:t xml:space="preserve">   ones = seconds = 0</w:t>
        <w:br/>
        <w:t xml:space="preserve">   # Count the total number of uninfected cells and add each infected cell to the</w:t>
        <w:br/>
        <w:t xml:space="preserve">   # queue to represent level 0 of the level-order traversal.</w:t>
        <w:br/>
        <w:t xml:space="preserve">   for r in range(len(matrix)):</w:t>
        <w:br/>
        <w:t xml:space="preserve">       for c in range(len(matrix[0])):</w:t>
        <w:br/>
        <w:t xml:space="preserve">           if matrix[r][c] == 1:</w:t>
        <w:br/>
        <w:t xml:space="preserve">               ones += 1</w:t>
        <w:br/>
        <w:t xml:space="preserve">           elif matrix[r][c] == 2:</w:t>
        <w:br/>
        <w:t xml:space="preserve">               queue.append((r, c))</w:t>
        <w:br/>
        <w:t xml:space="preserve">   # Use level-order traversal to determine how long it takes to infect the</w:t>
        <w:br/>
        <w:t xml:space="preserve">   # uninfected cells.</w:t>
        <w:br/>
        <w:t xml:space="preserve">   while queue and ones &gt; 0:</w:t>
        <w:br/>
        <w:t xml:space="preserve">       # 1 second passes with each level of the matrix that's explored.</w:t>
        <w:br/>
        <w:t xml:space="preserve">       seconds += 1</w:t>
        <w:br/>
        <w:t xml:space="preserve">       for _ in range(len(queue)):</w:t>
        <w:br/>
        <w:t xml:space="preserve">           r, c = queue.popleft()</w:t>
        <w:br/>
        <w:t xml:space="preserve">           # Infect any neighboring 1s and add them to the queue to be processed in</w:t>
        <w:br/>
        <w:t xml:space="preserve">           # the next level.</w:t>
        <w:br/>
        <w:t xml:space="preserve">           for d in dirs:</w:t>
        <w:br/>
        <w:t xml:space="preserve">               next_r, next_c = r + d[0], c + d[1]</w:t>
        <w:br/>
        <w:t xml:space="preserve">               if is_within_bounds(next_r, next_c, matrix) and matrix[next_r][next_c] == 1:</w:t>
        <w:br/>
        <w:t xml:space="preserve">                   matrix[next_r][next_c] = 2</w:t>
        <w:br/>
        <w:t xml:space="preserve">                   ones -= 1</w:t>
        <w:br/>
        <w:t xml:space="preserve">                   queue.append((next_r, next_c))</w:t>
        <w:br/>
        <w:t xml:space="preserve">   # If there are still uninfected cells left, return -1. Otherwise, return the time</w:t>
        <w:br/>
        <w:t xml:space="preserve">   # passed.</w:t>
        <w:br/>
        <w:t xml:space="preserve">   return seconds if ones == 0 else -1</w:t>
        <w:br/>
        <w:t xml:space="preserve">    </w:t>
        <w:br/>
        <w:t>def is_within_bounds(r: int, c: int, matrix: List[List[int]]) -&gt; bool:</w:t>
        <w:br/>
        <w:t xml:space="preserve">    return 0 &lt;= r &lt; len(matrix) and 0 &lt;= c &lt; len(matrix[0])function matrixInfection(matrix) {</w:t>
        <w:br/>
        <w:t xml:space="preserve">  const dirs = [[-1, 0], [1, 0], [0, -1], [0, 1]];</w:t>
        <w:br/>
        <w:t xml:space="preserve">  const queue = [];</w:t>
        <w:br/>
        <w:t xml:space="preserve">  let ones = 0;</w:t>
        <w:br/>
        <w:t xml:space="preserve">  let seconds = 0;</w:t>
        <w:br/>
        <w:t xml:space="preserve">  // Count the total number of uninfected cells and add each infected cell to the</w:t>
        <w:br/>
        <w:t xml:space="preserve">  // queue to represent level 0 of the level-order traversal.</w:t>
        <w:br/>
        <w:t xml:space="preserve">  for (let r = 0; r &lt; matrix.length; r++) {</w:t>
        <w:br/>
        <w:t xml:space="preserve">    for (let c = 0; c &lt; matrix[0].length; c++) {</w:t>
        <w:br/>
        <w:t xml:space="preserve">      if (matrix[r][c] === 1) {</w:t>
        <w:br/>
        <w:t xml:space="preserve">        ones++;</w:t>
        <w:br/>
        <w:t xml:space="preserve">      } else if (matrix[r][c] === 2) {</w:t>
        <w:br/>
        <w:t xml:space="preserve">        queue.push([r, c]);</w:t>
        <w:br/>
        <w:t xml:space="preserve">      }</w:t>
        <w:br/>
        <w:t xml:space="preserve">    }</w:t>
        <w:br/>
        <w:t xml:space="preserve">  }</w:t>
        <w:br/>
        <w:t xml:space="preserve">  let head = 0;</w:t>
        <w:br/>
        <w:t xml:space="preserve">  // Use level-order traversal to determine how long it takes to infect the</w:t>
        <w:br/>
        <w:t xml:space="preserve">  // uninfected cells.</w:t>
        <w:br/>
        <w:t xml:space="preserve">  while (head &lt; queue.length &amp;&amp; ones &gt; 0) {</w:t>
        <w:br/>
        <w:t xml:space="preserve">    // 1 second passes with each level of the matrix that's explored.</w:t>
        <w:br/>
        <w:t xml:space="preserve">    seconds++;</w:t>
        <w:br/>
        <w:t xml:space="preserve">    const levelSize = queue.length - head;</w:t>
        <w:br/>
        <w:t xml:space="preserve">    for (let i = 0; i &lt; levelSize; i++) {</w:t>
        <w:br/>
        <w:t xml:space="preserve">      const [r, c] = queue[head++];</w:t>
        <w:br/>
        <w:t xml:space="preserve">      // Infect any neighboring 1s and add them to the queue to be processed in</w:t>
        <w:br/>
        <w:t xml:space="preserve">      // the next level.</w:t>
        <w:br/>
        <w:t xml:space="preserve">      for (const [dr, dc] of dirs) {</w:t>
        <w:br/>
        <w:t xml:space="preserve">        const nextR = r + dr;</w:t>
        <w:br/>
        <w:t xml:space="preserve">        const nextC = c + dc;</w:t>
        <w:br/>
        <w:t xml:space="preserve">        if (isWithinBounds(nextR, nextC, matrix) &amp;&amp; matrix[nextR][nextC] === 1) {</w:t>
        <w:br/>
        <w:t xml:space="preserve">          matrix[nextR][nextC] = 2;</w:t>
        <w:br/>
        <w:t xml:space="preserve">          ones--;</w:t>
        <w:br/>
        <w:t xml:space="preserve">          queue.push([nextR, nextC]);</w:t>
        <w:br/>
        <w:t xml:space="preserve">        }</w:t>
        <w:br/>
        <w:t xml:space="preserve">      }</w:t>
        <w:br/>
        <w:t xml:space="preserve">    }</w:t>
        <w:br/>
        <w:t xml:space="preserve">  }</w:t>
        <w:br/>
        <w:t xml:space="preserve">  // If there are still uninfected cells left, return -1. Otherwise, return the time</w:t>
        <w:br/>
        <w:t xml:space="preserve">  // passed.</w:t>
        <w:br/>
        <w:t xml:space="preserve">  return ones === 0 ? seconds : -1;</w:t>
        <w:br/>
        <w:t>}</w:t>
        <w:br/>
        <w:br/>
        <w:t>function isWithinBounds(r, c, matrix) {</w:t>
        <w:br/>
        <w:t xml:space="preserve">  return 0 &lt;= r &amp;&amp; r &lt; matrix.length &amp;&amp; 0 &lt;= c &amp;&amp; c &lt; matrix[0].length;</w:t>
        <w:br/>
        <w:t>}public class Solution {</w:t>
        <w:br/>
        <w:t xml:space="preserve">    public int matrixInfection(int[][] matrix) {</w:t>
        <w:br/>
        <w:t xml:space="preserve">        int[][] dirs = {{-1, 0}, {1, 0}, {0, -1}, {0, 1}};</w:t>
        <w:br/>
        <w:t xml:space="preserve">        Queue&lt;int[]&gt; queue = new LinkedList&lt;&gt;();</w:t>
        <w:br/>
        <w:t xml:space="preserve">        int ones = 0;</w:t>
        <w:br/>
        <w:t xml:space="preserve">        int seconds = 0;</w:t>
        <w:br/>
        <w:t xml:space="preserve">        // Count the total number of uninfected cells and add each infected cell to the</w:t>
        <w:br/>
        <w:t xml:space="preserve">        // queue to represent level 0 of the level-order traversal.</w:t>
        <w:br/>
        <w:t xml:space="preserve">        for (int r = 0; r &lt; matrix.length; r++) {</w:t>
        <w:br/>
        <w:t xml:space="preserve">            for (int c = 0; c &lt; matrix[0].length; c++) {</w:t>
        <w:br/>
        <w:t xml:space="preserve">                if (matrix[r][c] == 1) {</w:t>
        <w:br/>
        <w:t xml:space="preserve">                    ones++;</w:t>
        <w:br/>
        <w:t xml:space="preserve">                } else if (matrix[r][c] == 2) {</w:t>
        <w:br/>
        <w:t xml:space="preserve">                    queue.offer(new int[]{r, c});</w:t>
        <w:br/>
        <w:t xml:space="preserve">                }</w:t>
        <w:br/>
        <w:t xml:space="preserve">            }</w:t>
        <w:br/>
        <w:t xml:space="preserve">        }</w:t>
        <w:br/>
        <w:t xml:space="preserve">        // Use level-order traversal to determine how long it takes to infect the</w:t>
        <w:br/>
        <w:t xml:space="preserve">        // uninfected cells.</w:t>
        <w:br/>
        <w:t xml:space="preserve">        while (!queue.isEmpty() &amp;&amp; ones &gt; 0) {</w:t>
        <w:br/>
        <w:t xml:space="preserve">            // 1 second passes with each level of the matrix that's explored.</w:t>
        <w:br/>
        <w:t xml:space="preserve">            seconds++;</w:t>
        <w:br/>
        <w:t xml:space="preserve">            int size = queue.size();</w:t>
        <w:br/>
        <w:t xml:space="preserve">            for (int i = 0; i &lt; size; i++) {</w:t>
        <w:br/>
        <w:t xml:space="preserve">                int[] curr = queue.poll();</w:t>
        <w:br/>
        <w:t xml:space="preserve">                int r = curr[0], c = curr[1];</w:t>
        <w:br/>
        <w:t xml:space="preserve">                // Infect any neighboring 1s and add them to the queue to be processed in</w:t>
        <w:br/>
        <w:t xml:space="preserve">                // the next level.</w:t>
        <w:br/>
        <w:t xml:space="preserve">                for (int[] d : dirs) {</w:t>
        <w:br/>
        <w:t xml:space="preserve">                    int nextR = r + d[0], nextC = c + d[1];</w:t>
        <w:br/>
        <w:t xml:space="preserve">                    if (isWithinBounds(nextR, nextC, matrix) &amp;&amp; matrix[nextR][nextC] == 1) {</w:t>
        <w:br/>
        <w:t xml:space="preserve">                        matrix[nextR][nextC] = 2;</w:t>
        <w:br/>
        <w:t xml:space="preserve">                        ones--;</w:t>
        <w:br/>
        <w:t xml:space="preserve">                        queue.offer(new int[]{nextR, nextC});</w:t>
        <w:br/>
        <w:t xml:space="preserve">                    }</w:t>
        <w:br/>
        <w:t xml:space="preserve">                }</w:t>
        <w:br/>
        <w:t xml:space="preserve">            }</w:t>
        <w:br/>
        <w:t xml:space="preserve">        }</w:t>
        <w:br/>
        <w:t xml:space="preserve">        // If there are still uninfected cells left, return -1. Otherwise, return the time</w:t>
        <w:br/>
        <w:t xml:space="preserve">        // passed.</w:t>
        <w:br/>
        <w:t xml:space="preserve">        return ones == 0 ? seconds : -1;</w:t>
        <w:br/>
        <w:t xml:space="preserve">    }</w:t>
        <w:br/>
        <w:br/>
        <w:t xml:space="preserve">    private boolean isWithinBounds(int r, int c, int[][] matrix) {</w:t>
        <w:br/>
        <w:t xml:space="preserve">        return 0 &lt;= r &amp;&amp; r &lt; matrix.length &amp;&amp; 0 &lt;= c &amp;&amp; c &lt; matrix[0].length;</w:t>
        <w:br/>
        <w:t xml:space="preserve">    }</w:t>
        <w:br/>
        <w:t>}</w:t>
      </w:r>
    </w:p>
    <w:p>
      <w:pPr>
        <w:pStyle w:val="Heading3"/>
        <w:spacing w:before="320" w:after="120"/>
      </w:pPr>
      <w:r>
        <w:t>Complexity Analysis</w:t>
      </w:r>
    </w:p>
    <w:p>
      <w:pPr>
        <w:spacing w:after="160" w:line="276" w:lineRule="auto"/>
      </w:pPr>
      <w:r>
        <w:t>Time complexity:The time complexity ofmatrix_infectionisO(m⋅n)O(m\cdot n)O(m⋅n), wheremmmdenotes the number of rows, andnnndenotes the number of columns. This is because in the worst case, every cell in the matrix is explored during level-order traversal.</w:t>
      </w:r>
    </w:p>
    <w:p>
      <w:pPr>
        <w:spacing w:after="160" w:line="276" w:lineRule="auto"/>
      </w:pPr>
      <w:r>
        <w:t>Space complexity:The space complexity isO(m⋅n)O(m\cdot n)O(m⋅n), primarily due to the queue, which can store up tom⋅nm\cdot nm⋅ncells.</w:t>
      </w:r>
    </w:p>
    <w:p>
      <w:r>
        <w:br w:type="page"/>
      </w:r>
    </w:p>
    <w:p>
      <w:pPr>
        <w:pStyle w:val="Heading1"/>
        <w:spacing w:before="480" w:after="280"/>
      </w:pPr>
      <w:r>
        <w:rPr>
          <w:b/>
          <w:color w:val="008A60"/>
          <w:sz w:val="28"/>
        </w:rPr>
        <w:t>Chapter 79</w:t>
        <w:br/>
      </w:r>
      <w:r>
        <w:rPr>
          <w:b/>
          <w:color w:val="0F172A"/>
          <w:sz w:val="40"/>
        </w:rPr>
        <w:t>Bipartite Graph Validation</w:t>
      </w:r>
    </w:p>
    <w:p>
      <w:pPr>
        <w:spacing w:before="160" w:after="160"/>
        <w:ind w:left="360"/>
      </w:pPr>
      <w:r>
        <w:rPr>
          <w:rFonts w:ascii="Consolas" w:hAnsi="Consolas"/>
          <w:color w:val="1E293B"/>
          <w:sz w:val="19"/>
        </w:rPr>
        <w:t>Given an undirected graph, determine if it's bipartite. A graph is bipartite if the nodes can be colored in one of two colors, so that no two adjacent nodes are the same color.The input is presented as an adjacency list, where graph[i] is a list of all nodes adjacent to node i.Example:ExampleCopyInput: graph = [[1, 4], [0, 2], [1], [4], [0, 3]]</w:t>
        <w:br/>
        <w:t>Output: True</w:t>
        <w:br/>
      </w:r>
    </w:p>
    <w:p>
      <w:pPr>
        <w:pStyle w:val="Heading2"/>
        <w:spacing w:before="320" w:after="120"/>
      </w:pPr>
      <w:r>
        <w:t>Intuition</w:t>
      </w:r>
    </w:p>
    <w:p>
      <w:pPr>
        <w:spacing w:after="160" w:line="276" w:lineRule="auto"/>
      </w:pPr>
      <w:r>
        <w:t>Before diving into a solution, let’s first understand what makes a graph bipartite. If the nodes of a graph can be divided into two distinct sets, with the edges only running between nodes from different sets, then the graph is bipartite. We can visually rearrange the nodes of the following graph to demonstrate this:</w:t>
      </w:r>
    </w:p>
    <w:p>
      <w:pPr>
        <w:spacing w:after="160" w:line="276" w:lineRule="auto"/>
      </w:pPr>
      <w:r>
        <w:t>With a graph that isn’t bipartite, it’s impossible to arrange the nodes this way without an edge existing between two nodes of the same set:</w:t>
      </w:r>
    </w:p>
    <w:p>
      <w:pPr>
        <w:spacing w:after="160" w:line="276" w:lineRule="auto"/>
      </w:pPr>
      <w:r>
        <w:t>To determine if a graph is bipartite, we can use graph coloring, where we attempt to color one set of nodes with one color, and the other set of nodes with another color, while ensuring no adjacent nodes share the same color. Let’s explore this idea.</w:t>
      </w:r>
    </w:p>
    <w:p>
      <w:pPr>
        <w:spacing w:after="160" w:line="276" w:lineRule="auto"/>
      </w:pPr>
      <w:r>
        <w:t>Graph coloringLet's use blue and orange in our coloring process. One potential strategy is:for each node we color blue, color all of its neighbors orange, and vice versa. Most traversal algorithms allow us to color neighboring nodes in this way. In this explanation, we useDFS.</w:t>
      </w:r>
    </w:p>
    <w:p>
      <w:pPr>
        <w:spacing w:after="160" w:line="276" w:lineRule="auto"/>
      </w:pPr>
      <w:r>
        <w:t>Let’s try applying this coloring process to the example below and see how it works:</w:t>
      </w:r>
    </w:p>
    <w:p>
      <w:pPr>
        <w:spacing w:after="160" w:line="276" w:lineRule="auto"/>
      </w:pPr>
      <w:r>
        <w:t>Start by coloring node 0 blue:</w:t>
      </w:r>
    </w:p>
    <w:p>
      <w:pPr>
        <w:spacing w:after="160" w:line="276" w:lineRule="auto"/>
      </w:pPr>
      <w:r>
        <w:t>Using DFS, we explore the neighbors of node 0, starting with node 1. All of its neighbors need to be colored orange, so let’s make a DFS call to node 1 to color it orange:</w:t>
      </w:r>
    </w:p>
    <w:p>
      <w:pPr>
        <w:spacing w:after="160" w:line="276" w:lineRule="auto"/>
      </w:pPr>
      <w:r>
        <w:t>Let’s continue doing this for the next few nodes in the DFS process:</w:t>
      </w:r>
    </w:p>
    <w:p>
      <w:pPr>
        <w:spacing w:after="160" w:line="276" w:lineRule="auto"/>
      </w:pPr>
      <w:r>
        <w:t>Above, we encountered an issue. We needed to color node 4 blue, but one of node 4’s neighbors, node 0, is also colored blue. This means the graph cannot be colored using our graph coloring strategy. In other words, the graph is not bipartite.</w:t>
      </w:r>
    </w:p>
    <w:p>
      <w:pPr>
        <w:spacing w:after="160" w:line="276" w:lineRule="auto"/>
      </w:pPr>
      <w:r>
        <w:t>We now have a strategy to confirm if a graph is bipartite using the two-coloring technique. But how can we be sure that it always works? We’ve been coloring adjacent nodes in alternating colors from the beginning of the DFS. This means if we encounter a situation where two adjacent nodes are the same color, it means there’s no way to color the graph differently, since we’ve been following the rule of using different colors for neighboring nodes all along.</w:t>
      </w:r>
    </w:p>
    <w:p>
      <w:pPr>
        <w:spacing w:after="160" w:line="276" w:lineRule="auto"/>
      </w:pPr>
      <w:r>
        <w:t>Handling multiple componentsKeep in mind the input isn't necessarily a graph that's fully connected. It could be a graph with multiple components, such as this:</w:t>
      </w:r>
    </w:p>
    <w:p>
      <w:pPr>
        <w:spacing w:after="160" w:line="276" w:lineRule="auto"/>
      </w:pPr>
      <w:r>
        <w:t>As such, we need to ensure we color all components of the graph by calling DFS on every uncolored node:</w:t>
      </w:r>
    </w:p>
    <w:p>
      <w:pPr>
        <w:spacing w:after="160" w:line="276" w:lineRule="auto"/>
      </w:pPr>
      <w:r>
        <w:t>If we can confirm that all components can be colored using two colors, the graph is bipartite. However, if any of these components cannot be colored this way, the graph is not bipartite.</w:t>
      </w:r>
    </w:p>
    <w:p>
      <w:pPr>
        <w:pStyle w:val="Heading2"/>
        <w:spacing w:before="320" w:after="120"/>
      </w:pPr>
      <w:r>
        <w:t>Implementation</w:t>
      </w:r>
    </w:p>
    <w:p>
      <w:pPr>
        <w:spacing w:after="160" w:line="276" w:lineRule="auto"/>
      </w:pPr>
      <w:r>
        <w:t>In this implementation, we color the nodes blue and orange using the numbers 1 and -1 to represent these colors, respectively. To keep track of each node's color, we use an array called colors, initialized with all 0s, where 0 represents an unvisited node. As we explore the graph using DFS, we update the colors array by setting each node to either 1 (blue) or -1 (orange).</w:t>
      </w:r>
    </w:p>
    <w:p>
      <w:pPr>
        <w:spacing w:before="160" w:after="160"/>
        <w:ind w:left="360"/>
      </w:pPr>
      <w:r>
        <w:rPr>
          <w:rFonts w:ascii="Consolas" w:hAnsi="Consolas"/>
          <w:color w:val="1E293B"/>
          <w:sz w:val="19"/>
        </w:rPr>
        <w:t>PythonJavaScriptJavaCopydef bipartite_graph_validation(graph: List[List[int]]) -&gt; bool:</w:t>
        <w:br/>
        <w:t xml:space="preserve">    colors = [0] * len(graph)</w:t>
        <w:br/>
        <w:t xml:space="preserve">    # Determine if each graph component is bipartite.</w:t>
        <w:br/>
        <w:t xml:space="preserve">    for i in range(len(graph)):</w:t>
        <w:br/>
        <w:t xml:space="preserve">        if colors[i] == 0 and not dfs(i, 1, graph, colors):</w:t>
        <w:br/>
        <w:t xml:space="preserve">           return False</w:t>
        <w:br/>
        <w:t xml:space="preserve">    return True</w:t>
        <w:br/>
        <w:t xml:space="preserve">    </w:t>
        <w:br/>
        <w:t>def dfs(node: int, color: int, graph: List[List[int]], colors: List[int]) -&gt; bool:</w:t>
        <w:br/>
        <w:t xml:space="preserve">    colors[node] = color</w:t>
        <w:br/>
        <w:t xml:space="preserve">    for neighbor in graph[node]:</w:t>
        <w:br/>
        <w:t xml:space="preserve">        # If the current neighbor has the same color as the current node, the graph is</w:t>
        <w:br/>
        <w:t xml:space="preserve">        # not bipartite.</w:t>
        <w:br/>
        <w:t xml:space="preserve">        if colors[neighbor] == color:</w:t>
        <w:br/>
        <w:t xml:space="preserve">            return False</w:t>
        <w:br/>
        <w:t xml:space="preserve">        # If the current neighbor is not colored, color it with the other color and</w:t>
        <w:br/>
        <w:t xml:space="preserve">        # continue the DFS.</w:t>
        <w:br/>
        <w:t xml:space="preserve">        if colors[neighbor] == 0 and not dfs(neighbor, -color, graph, colors):</w:t>
        <w:br/>
        <w:t xml:space="preserve">            return False</w:t>
        <w:br/>
        <w:t xml:space="preserve">    return Truefunction bipartiteGraphValidation(graph) {</w:t>
        <w:br/>
        <w:t xml:space="preserve">  const colors = new Array(graph.length).fill(0);</w:t>
        <w:br/>
        <w:t xml:space="preserve">  // Determine if each graph component is bipartite.</w:t>
        <w:br/>
        <w:t xml:space="preserve">  for (let i = 0; i &lt; graph.length; i++) {</w:t>
        <w:br/>
        <w:t xml:space="preserve">    if (colors[i] === 0 &amp;&amp; !dfs(i, 1, graph, colors)) {</w:t>
        <w:br/>
        <w:t xml:space="preserve">      return false;</w:t>
        <w:br/>
        <w:t xml:space="preserve">    }</w:t>
        <w:br/>
        <w:t xml:space="preserve">  }</w:t>
        <w:br/>
        <w:t xml:space="preserve">  return true;</w:t>
        <w:br/>
        <w:t>}</w:t>
        <w:br/>
        <w:br/>
        <w:t>function dfs(node, color, graph, colors) {</w:t>
        <w:br/>
        <w:t xml:space="preserve">  colors[node] = color;</w:t>
        <w:br/>
        <w:t xml:space="preserve">  for (const neighbor of graph[node]) {</w:t>
        <w:br/>
        <w:t xml:space="preserve">    // If the current neighbor has the same color as the current node, the graph is</w:t>
        <w:br/>
        <w:t xml:space="preserve">    // not bipartite.</w:t>
        <w:br/>
        <w:t xml:space="preserve">    if (colors[neighbor] === color) {</w:t>
        <w:br/>
        <w:t xml:space="preserve">      return false;</w:t>
        <w:br/>
        <w:t xml:space="preserve">    }</w:t>
        <w:br/>
        <w:t xml:space="preserve">    // If the current neighbor is not colored, color it with the other color and</w:t>
        <w:br/>
        <w:t xml:space="preserve">    // continue the DFS.</w:t>
        <w:br/>
        <w:t xml:space="preserve">    if (colors[neighbor] === 0 &amp;&amp; !dfs(neighbor, -color, graph, colors)) {</w:t>
        <w:br/>
        <w:t xml:space="preserve">      return false;</w:t>
        <w:br/>
        <w:t xml:space="preserve">    }</w:t>
        <w:br/>
        <w:t xml:space="preserve">  }</w:t>
        <w:br/>
        <w:t xml:space="preserve">  return true;</w:t>
        <w:br/>
        <w:t>}public class Solution {</w:t>
        <w:br/>
        <w:t xml:space="preserve">    public boolean bipartiteGraphValidation(int[][] graph) {</w:t>
        <w:br/>
        <w:t xml:space="preserve">        int[] colors = new int[graph.length];</w:t>
        <w:br/>
        <w:t xml:space="preserve">        // Determine if each graph component is bipartite.</w:t>
        <w:br/>
        <w:t xml:space="preserve">        for (int i = 0; i &lt; graph.length; i++) {</w:t>
        <w:br/>
        <w:t xml:space="preserve">            if (colors[i] == 0 &amp;&amp; !dfs(i, 1, graph, colors)) {</w:t>
        <w:br/>
        <w:t xml:space="preserve">                return false;</w:t>
        <w:br/>
        <w:t xml:space="preserve">            }</w:t>
        <w:br/>
        <w:t xml:space="preserve">        }</w:t>
        <w:br/>
        <w:t xml:space="preserve">        return true;</w:t>
        <w:br/>
        <w:t xml:space="preserve">    }</w:t>
        <w:br/>
        <w:br/>
        <w:t xml:space="preserve">    private boolean dfs(int node, int color, int[][] graph, int[] colors) {</w:t>
        <w:br/>
        <w:t xml:space="preserve">        colors[node] = color;</w:t>
        <w:br/>
        <w:t xml:space="preserve">        for (int neighbor : graph[node]) {</w:t>
        <w:br/>
        <w:t xml:space="preserve">            // If the current neighbor has the same color as the current node, the graph is</w:t>
        <w:br/>
        <w:t xml:space="preserve">            // not bipartite.</w:t>
        <w:br/>
        <w:t xml:space="preserve">            if (colors[neighbor] == color) {</w:t>
        <w:br/>
        <w:t xml:space="preserve">                return false;</w:t>
        <w:br/>
        <w:t xml:space="preserve">            }</w:t>
        <w:br/>
        <w:t xml:space="preserve">            // If the current neighbor is not colored, color it with the other color and</w:t>
        <w:br/>
        <w:t xml:space="preserve">            // continue the DFS.</w:t>
        <w:br/>
        <w:t xml:space="preserve">            if (colors[neighbor] == 0 &amp;&amp; !dfs(neighbor, -color, graph, colors)) {</w:t>
        <w:br/>
        <w:t xml:space="preserve">                return false;</w:t>
        <w:br/>
        <w:t xml:space="preserve">            }</w:t>
        <w:br/>
        <w:t xml:space="preserve">        }</w:t>
        <w:br/>
        <w:t xml:space="preserve">        return true;</w:t>
        <w:br/>
        <w:t xml:space="preserve">    }</w:t>
        <w:br/>
        <w:t>}</w:t>
      </w:r>
    </w:p>
    <w:p>
      <w:pPr>
        <w:pStyle w:val="Heading3"/>
        <w:spacing w:before="320" w:after="120"/>
      </w:pPr>
      <w:r>
        <w:t>Complexity Analysis</w:t>
      </w:r>
    </w:p>
    <w:p>
      <w:pPr>
        <w:spacing w:after="160" w:line="276" w:lineRule="auto"/>
      </w:pPr>
      <w:r>
        <w:t>Time complexity:The time complexity ofbipartite_graph_validationisO(n+e)O(n+e)O(n+e)wherennndenotes the number of nodes andeeedenotes the number of edges. This is because we explore all nodes in the graph and traverse acrosseeeedges during DFS.</w:t>
      </w:r>
    </w:p>
    <w:p>
      <w:pPr>
        <w:spacing w:after="160" w:line="276" w:lineRule="auto"/>
      </w:pPr>
      <w:r>
        <w:t>Space complexity:The space complexity isO(n)O(n)O(n)due to the space taken up by the recursive call stack, which can grow as large asnnn. In addition, the colors array also contributesO(n)O(n)O(n)space.</w:t>
      </w:r>
    </w:p>
    <w:p>
      <w:r>
        <w:br w:type="page"/>
      </w:r>
    </w:p>
    <w:p>
      <w:pPr>
        <w:pStyle w:val="Heading1"/>
        <w:spacing w:before="480" w:after="280"/>
      </w:pPr>
      <w:r>
        <w:rPr>
          <w:b/>
          <w:color w:val="008A60"/>
          <w:sz w:val="28"/>
        </w:rPr>
        <w:t>Chapter 80</w:t>
        <w:br/>
      </w:r>
      <w:r>
        <w:rPr>
          <w:b/>
          <w:color w:val="0F172A"/>
          <w:sz w:val="40"/>
        </w:rPr>
        <w:t>Longest Increasing Path</w:t>
      </w:r>
    </w:p>
    <w:p>
      <w:pPr>
        <w:spacing w:before="160" w:after="160"/>
        <w:ind w:left="360"/>
      </w:pPr>
      <w:r>
        <w:rPr>
          <w:rFonts w:ascii="Consolas" w:hAnsi="Consolas"/>
          <w:color w:val="1E293B"/>
          <w:sz w:val="19"/>
        </w:rPr>
        <w:t>Find the longest strictly increasing path in a matrix of positive integers. A path is a sequence of cells where each one is 4-directionally adjacent (up, down, left, or right) to the previous one.Example:ExampleCopyOutput: 5</w:t>
        <w:br/>
      </w:r>
    </w:p>
    <w:p>
      <w:pPr>
        <w:pStyle w:val="Heading2"/>
        <w:spacing w:before="320" w:after="120"/>
      </w:pPr>
      <w:r>
        <w:t>Intuition</w:t>
      </w:r>
    </w:p>
    <w:p>
      <w:pPr>
        <w:spacing w:after="160" w:line="276" w:lineRule="auto"/>
      </w:pPr>
      <w:r>
        <w:t>In this problem, we’re tasked with finding the longest strictly increasing path. Note, “strictly” means the path cannot include any two cells of equal value.</w:t>
      </w:r>
    </w:p>
    <w:p>
      <w:pPr>
        <w:spacing w:after="160" w:line="276" w:lineRule="auto"/>
      </w:pPr>
      <w:r>
        <w:t>From any cell, we can move to a neighboring cell if that neighbor has a larger value than the current cell. We can map this relationship between cells as nodes in a graph, with edges representing moves from one cell to a higher-value neighboring cell:</w:t>
      </w:r>
    </w:p>
    <w:p>
      <w:pPr>
        <w:spacing w:after="160" w:line="276" w:lineRule="auto"/>
      </w:pPr>
      <w:r>
        <w:t>Upon closer inspection, we notice this is adirected acyclic graph(DAG). Let’s break down what this means:</w:t>
      </w:r>
    </w:p>
    <w:p>
      <w:pPr>
        <w:pStyle w:val="ListNumber"/>
      </w:pPr>
      <w:r>
        <w:t>The graph is directed because we can go from a smaller cell to a larger one, but not the other way around.</w:t>
      </w:r>
    </w:p>
    <w:p>
      <w:pPr>
        <w:pStyle w:val="ListNumber"/>
      </w:pPr>
      <w:r>
        <w:t>The graph is acyclic because it’s not possible to return to a smaller, previous value in the path because the path only extends to larger cells.</w:t>
      </w:r>
    </w:p>
    <w:p>
      <w:pPr>
        <w:spacing w:after="160" w:line="276" w:lineRule="auto"/>
      </w:pPr>
      <w:r>
        <w:t>This highlights that finding the longest increasing path in a matrix is effectively the same asfinding the longest path in a DAG.</w:t>
      </w:r>
    </w:p>
    <w:p>
      <w:pPr>
        <w:spacing w:after="160" w:line="276" w:lineRule="auto"/>
      </w:pPr>
      <w:r>
        <w:t>With this in mind, let’s figure out how to traverse the matrix.</w:t>
      </w:r>
    </w:p>
    <w:p>
      <w:pPr>
        <w:spacing w:after="160" w:line="276" w:lineRule="auto"/>
      </w:pPr>
      <w:r>
        <w:t>Traversing the matrixOne strategy is to find the length of the longest path that starts at each cell and return the maximum of these lengths. To do this, we need a way to explore all paths which extend from each cell, and return the longest one. Many traversal algorithms allow us to do this. In this explanation, we use DFS since it has a slightly simpler implementation for finding the longest path.</w:t>
      </w:r>
    </w:p>
    <w:p>
      <w:pPr>
        <w:spacing w:after="160" w:line="276" w:lineRule="auto"/>
      </w:pPr>
      <w:r>
        <w:t>Let’s see how this works over an example. Start by performing DFS at the first cell, (0, 0):</w:t>
      </w:r>
    </w:p>
    <w:p>
      <w:pPr>
        <w:spacing w:after="160" w:line="276" w:lineRule="auto"/>
      </w:pPr>
      <w:r>
        <w:t>To determine the longest path starting from this cell, we need to explore its higher-value neighboring cells. By making a DFS call to each of these larger neighbors, we can find the lengths of the paths that start from them:</w:t>
      </w:r>
    </w:p>
    <w:p>
      <w:pPr>
        <w:spacing w:after="160" w:line="276" w:lineRule="auto"/>
      </w:pPr>
      <w:r>
        <w:t>The largest path starting at cell (0, 0) will be equal to whichever of these DFS calls returns a larger path, plus 1 to include cell (0, 0) itself.</w:t>
      </w:r>
    </w:p>
    <w:p>
      <w:pPr>
        <w:spacing w:after="160" w:line="276" w:lineRule="auto"/>
      </w:pPr>
      <w:r>
        <w:t>Note that since this matrix resembles a DAG,we don’t need to mark cells as visited, since it’s not possible to cycle back to previously visited cells.</w:t>
      </w:r>
    </w:p>
    <w:p>
      <w:pPr>
        <w:spacing w:after="160" w:line="276" w:lineRule="auto"/>
      </w:pPr>
      <w:r>
        <w:t>The pseudocode for finding the length of the longest path starting at a given cell is provided below:</w:t>
      </w:r>
    </w:p>
    <w:p>
      <w:pPr>
        <w:spacing w:before="160" w:after="160"/>
        <w:ind w:left="360"/>
      </w:pPr>
      <w:r>
        <w:rPr>
          <w:rFonts w:ascii="Consolas" w:hAnsi="Consolas"/>
          <w:color w:val="1E293B"/>
          <w:sz w:val="19"/>
        </w:rPr>
        <w:t>PythonJavaScriptJavaCopydef dfs(cell):</w:t>
        <w:br/>
        <w:t xml:space="preserve">    max_path = 1</w:t>
        <w:br/>
        <w:t xml:space="preserve">    for each neighbor of the current cell:</w:t>
        <w:br/>
        <w:t xml:space="preserve">        if value of neighbor &gt; value of cell:</w:t>
        <w:br/>
        <w:t xml:space="preserve">            max_path = max(max_path, dfs(neighbor) + 1)</w:t>
        <w:br/>
        <w:t xml:space="preserve">    return max_pathfunction dfs(cell) {</w:t>
        <w:br/>
        <w:t xml:space="preserve">  let maxPath = 1;</w:t>
        <w:br/>
        <w:t xml:space="preserve">  for (const neighbor of getNeighbors(cell)) {</w:t>
        <w:br/>
        <w:t xml:space="preserve">    if (neighbor.value &gt; cell.value) {</w:t>
        <w:br/>
        <w:t xml:space="preserve">      maxPath = Math.max(maxPath, dfs(neighbor) + 1);</w:t>
        <w:br/>
        <w:t xml:space="preserve">    }</w:t>
        <w:br/>
        <w:t xml:space="preserve">  }</w:t>
        <w:br/>
        <w:t xml:space="preserve">  return maxPath;</w:t>
        <w:br/>
        <w:t>}int dfs(Cell cell) {</w:t>
        <w:br/>
        <w:t xml:space="preserve">    int maxPath = 1;</w:t>
        <w:br/>
        <w:t xml:space="preserve">    for (Cell neighbor : cell.neighbors) {</w:t>
        <w:br/>
        <w:t xml:space="preserve">        if (neighbor.val &gt; cell.val) {</w:t>
        <w:br/>
        <w:t xml:space="preserve">            maxPath = Math.max(maxPath, dfs(neighbor) + 1);</w:t>
        <w:br/>
        <w:t xml:space="preserve">        }</w:t>
        <w:br/>
        <w:t xml:space="preserve">    }</w:t>
        <w:br/>
        <w:t xml:space="preserve">    return maxPath;</w:t>
        <w:br/>
        <w:t>}</w:t>
      </w:r>
    </w:p>
    <w:p>
      <w:pPr>
        <w:spacing w:after="160" w:line="276" w:lineRule="auto"/>
      </w:pPr>
      <w:r>
        <w:t>To get the final result, we just need to call DFS for every cell in the matrix, ensuring we find the lengths of the longest paths starting from each cell. The maximum of these lengths is equal to the length of the longest increasing path.</w:t>
      </w:r>
    </w:p>
    <w:p>
      <w:pPr>
        <w:spacing w:after="160" w:line="276" w:lineRule="auto"/>
      </w:pPr>
      <w:r>
        <w:t>An important thing to notice is that it’s possible for DFS to be called on the same cell multiple times. We can see this below, where we call DFS on cell (2, 1) on three different occasions:</w:t>
      </w:r>
    </w:p>
    <w:p>
      <w:pPr>
        <w:spacing w:after="160" w:line="276" w:lineRule="auto"/>
      </w:pPr>
      <w:r>
        <w:t>After we first calculate the longest path starting at a certain cell, we don’t need to calculate it again for that cell. This suggests we should usememoization: by storing the DFS result of each cell, we can just return the saved result whenever a DFS call is made to that cell again.</w:t>
      </w:r>
    </w:p>
    <w:p>
      <w:pPr>
        <w:pStyle w:val="Heading2"/>
        <w:spacing w:before="320" w:after="120"/>
      </w:pPr>
      <w:r>
        <w:t>Implementation</w:t>
      </w:r>
    </w:p>
    <w:p>
      <w:pPr>
        <w:spacing w:before="160" w:after="160"/>
        <w:ind w:left="360"/>
      </w:pPr>
      <w:r>
        <w:rPr>
          <w:rFonts w:ascii="Consolas" w:hAnsi="Consolas"/>
          <w:color w:val="1E293B"/>
          <w:sz w:val="19"/>
        </w:rPr>
        <w:t>PythonJavaScriptJavaCopyfrom typing import List</w:t>
        <w:br/>
        <w:t xml:space="preserve">    </w:t>
        <w:br/>
        <w:t>def longest_increasing_path(matrix: List[List[int]]) -&gt; int:</w:t>
        <w:br/>
        <w:t xml:space="preserve">    if not matrix:</w:t>
        <w:br/>
        <w:t xml:space="preserve">        return 0</w:t>
        <w:br/>
        <w:t xml:space="preserve">    res = 0</w:t>
        <w:br/>
        <w:t xml:space="preserve">    m, n = len(matrix), len(matrix[0])</w:t>
        <w:br/>
        <w:t xml:space="preserve">    memo = [[0] * n for _ in range(m)]</w:t>
        <w:br/>
        <w:t xml:space="preserve">    # Find the longest increasing path starting at each cell. The maximum of these is</w:t>
        <w:br/>
        <w:t xml:space="preserve">    # equal to the overall longest increasing path.</w:t>
        <w:br/>
        <w:t xml:space="preserve">    for r in range(m):</w:t>
        <w:br/>
        <w:t xml:space="preserve">        for c in range(n):</w:t>
        <w:br/>
        <w:t xml:space="preserve">            res = max(res, dfs(r, c, matrix, memo))</w:t>
        <w:br/>
        <w:t xml:space="preserve">    return res</w:t>
        <w:br/>
        <w:t xml:space="preserve">    </w:t>
        <w:br/>
        <w:t>def dfs(r: int, c: int, matrix: List[List[int]], memo: List[List[int]]):</w:t>
        <w:br/>
        <w:t xml:space="preserve">    if memo[r][c] != 0:</w:t>
        <w:br/>
        <w:t xml:space="preserve">        return memo[r][c]</w:t>
        <w:br/>
        <w:t xml:space="preserve">    max_path = 1</w:t>
        <w:br/>
        <w:t xml:space="preserve">    dirs = [(-1, 0), (1, 0), (0, -1), (0, 1)]</w:t>
        <w:br/>
        <w:t xml:space="preserve">    # The longest path starting at the current cell is equal to the longest path of</w:t>
        <w:br/>
        <w:t xml:space="preserve">    # its larger neighboring cells, plus 1.</w:t>
        <w:br/>
        <w:t xml:space="preserve">    for d in dirs:</w:t>
        <w:br/>
        <w:t xml:space="preserve">        next_r, next_c = r + d[0], c + d[1]</w:t>
        <w:br/>
        <w:t xml:space="preserve">        if is_within_bounds(next_r, next_c, matrix) and matrix[next_r][next_c] &gt; matrix[r][c]:</w:t>
        <w:br/>
        <w:t xml:space="preserve">            max_path = max(max_path, 1 + dfs(next_r, next_c, matrix, memo))</w:t>
        <w:br/>
        <w:t xml:space="preserve">    memo[r][c] = max_path</w:t>
        <w:br/>
        <w:t xml:space="preserve">    return max_path</w:t>
        <w:br/>
        <w:t xml:space="preserve">    </w:t>
        <w:br/>
        <w:t>def is_within_bounds(r: int, c: int, matrix: List[List[int]]) -&gt; bool:</w:t>
        <w:br/>
        <w:t xml:space="preserve">    return 0 &lt;= r &lt; len(matrix) and 0 &lt;= c &lt; len(matrix[0])function longestIncreasingPath(matrix) {</w:t>
        <w:br/>
        <w:t xml:space="preserve">  if (!matrix || matrix.length === 0) {</w:t>
        <w:br/>
        <w:t xml:space="preserve">    return 0;</w:t>
        <w:br/>
        <w:t xml:space="preserve">  }</w:t>
        <w:br/>
        <w:t xml:space="preserve">  let res = 0;</w:t>
        <w:br/>
        <w:t xml:space="preserve">  const m = matrix.length;</w:t>
        <w:br/>
        <w:t xml:space="preserve">  const n = matrix[0].length;</w:t>
        <w:br/>
        <w:t xml:space="preserve">  const memo = Array.from({ length: m }, () =&gt; new Array(n).fill(0));</w:t>
        <w:br/>
        <w:t xml:space="preserve">  // Find the longest increasing path starting at each cell. The maximum of these is</w:t>
        <w:br/>
        <w:t xml:space="preserve">  // equal to the overall longest increasing path.</w:t>
        <w:br/>
        <w:t xml:space="preserve">  for (let r = 0; r &lt; m; r++) {</w:t>
        <w:br/>
        <w:t xml:space="preserve">    for (let c = 0; c &lt; n; c++) {</w:t>
        <w:br/>
        <w:t xml:space="preserve">      res = Math.max(res, dfs(r, c, matrix, memo));</w:t>
        <w:br/>
        <w:t xml:space="preserve">    }</w:t>
        <w:br/>
        <w:t xml:space="preserve">  }</w:t>
        <w:br/>
        <w:t xml:space="preserve">  return res;</w:t>
        <w:br/>
        <w:t>}</w:t>
        <w:br/>
        <w:br/>
        <w:t>function dfs(r, c, matrix, memo) {</w:t>
        <w:br/>
        <w:t xml:space="preserve">  if (memo[r][c] !== 0) {</w:t>
        <w:br/>
        <w:t xml:space="preserve">    return memo[r][c];</w:t>
        <w:br/>
        <w:t xml:space="preserve">  }</w:t>
        <w:br/>
        <w:t xml:space="preserve">  let maxPath = 1;</w:t>
        <w:br/>
        <w:t xml:space="preserve">  const dirs = [[-1, 0], [1, 0], [0, -1], [0, 1]];</w:t>
        <w:br/>
        <w:t xml:space="preserve">  // The longest path starting at the current cell is equal to the longest path of</w:t>
        <w:br/>
        <w:t xml:space="preserve">  // its larger neighboring cells, plus 1.</w:t>
        <w:br/>
        <w:t xml:space="preserve">  for (const [dr, dc] of dirs) {</w:t>
        <w:br/>
        <w:t xml:space="preserve">    const nextR = r + dr;</w:t>
        <w:br/>
        <w:t xml:space="preserve">    const nextC = c + dc;</w:t>
        <w:br/>
        <w:t xml:space="preserve">    if (isWithinBounds(nextR, nextC, matrix) &amp;&amp; matrix[nextR][nextC] &gt; matrix[r][c]) {</w:t>
        <w:br/>
        <w:t xml:space="preserve">      maxPath = Math.max(maxPath, 1 + dfs(nextR, nextC, matrix, memo));</w:t>
        <w:br/>
        <w:t xml:space="preserve">    }</w:t>
        <w:br/>
        <w:t xml:space="preserve">  }</w:t>
        <w:br/>
        <w:t xml:space="preserve">  memo[r][c] = maxPath;</w:t>
        <w:br/>
        <w:t xml:space="preserve">  return maxPath;</w:t>
        <w:br/>
        <w:t>}</w:t>
        <w:br/>
        <w:br/>
        <w:t>function isWithinBounds(r, c, matrix) {</w:t>
        <w:br/>
        <w:t xml:space="preserve">  return 0 &lt;= r &amp;&amp; r &lt; matrix.length &amp;&amp; 0 &lt;= c &amp;&amp; c &lt; matrix[0].length;</w:t>
        <w:br/>
        <w:t>}public class Solution {</w:t>
        <w:br/>
        <w:t xml:space="preserve">    public int longestIncreasingPath(int[][] matrix) {</w:t>
        <w:br/>
        <w:t xml:space="preserve">        if (matrix == null || matrix.length == 0) {</w:t>
        <w:br/>
        <w:t xml:space="preserve">            return 0;</w:t>
        <w:br/>
        <w:t xml:space="preserve">        }</w:t>
        <w:br/>
        <w:t xml:space="preserve">        int res = 0;</w:t>
        <w:br/>
        <w:t xml:space="preserve">        int m = matrix.length, n = matrix[0].length;</w:t>
        <w:br/>
        <w:t xml:space="preserve">        int[][] memo = new int[m][n];</w:t>
        <w:br/>
        <w:t xml:space="preserve">        // Find the longest increasing path starting at each cell. The maximum of these is</w:t>
        <w:br/>
        <w:t xml:space="preserve">        // equal to the overall longest increasing path.</w:t>
        <w:br/>
        <w:t xml:space="preserve">        for (int r = 0; r &lt; m; r++) {</w:t>
        <w:br/>
        <w:t xml:space="preserve">            for (int c = 0; c &lt; n; c++) {</w:t>
        <w:br/>
        <w:t xml:space="preserve">                res = Math.max(res, dfs(r, c, matrix, memo));</w:t>
        <w:br/>
        <w:t xml:space="preserve">            }</w:t>
        <w:br/>
        <w:t xml:space="preserve">        }</w:t>
        <w:br/>
        <w:t xml:space="preserve">        return res;</w:t>
        <w:br/>
        <w:t xml:space="preserve">    }</w:t>
        <w:br/>
        <w:br/>
        <w:t xml:space="preserve">    private int dfs(int r, int c, int[][] matrix, int[][] memo) {</w:t>
        <w:br/>
        <w:t xml:space="preserve">        if (memo[r][c] != 0) {</w:t>
        <w:br/>
        <w:t xml:space="preserve">            return memo[r][c];</w:t>
        <w:br/>
        <w:t xml:space="preserve">        }</w:t>
        <w:br/>
        <w:t xml:space="preserve">        int maxPath = 1;</w:t>
        <w:br/>
        <w:t xml:space="preserve">        int[][] dirs = {{-1, 0}, {1, 0}, {0, -1}, {0, 1}};</w:t>
        <w:br/>
        <w:t xml:space="preserve">        // The longest path starting at the current cell is equal to the longest path of</w:t>
        <w:br/>
        <w:t xml:space="preserve">        // its larger neighboring cells, plus 1.</w:t>
        <w:br/>
        <w:t xml:space="preserve">        for (int[] d : dirs) {</w:t>
        <w:br/>
        <w:t xml:space="preserve">            int nextR = r + d[0], nextC = c + d[1];</w:t>
        <w:br/>
        <w:t xml:space="preserve">            if (isWithinBounds(nextR, nextC, matrix) &amp;&amp; matrix[nextR][nextC] &gt; matrix[r][c]) {</w:t>
        <w:br/>
        <w:t xml:space="preserve">                maxPath = Math.max(maxPath, 1 + dfs(nextR, nextC, matrix, memo));</w:t>
        <w:br/>
        <w:t xml:space="preserve">            }</w:t>
        <w:br/>
        <w:t xml:space="preserve">        }</w:t>
        <w:br/>
        <w:t xml:space="preserve">        memo[r][c] = maxPath;</w:t>
        <w:br/>
        <w:t xml:space="preserve">        return maxPath;</w:t>
        <w:br/>
        <w:t xml:space="preserve">    }</w:t>
        <w:br/>
        <w:br/>
        <w:t xml:space="preserve">    private boolean isWithinBounds(int r, int c, int[][] matrix) {</w:t>
        <w:br/>
        <w:t xml:space="preserve">        return 0 &lt;= r &amp;&amp; r &lt; matrix.length &amp;&amp; 0 &lt;= c &amp;&amp; c &lt; matrix[0].length;</w:t>
        <w:br/>
        <w:t xml:space="preserve">    }</w:t>
        <w:br/>
        <w:t>}</w:t>
      </w:r>
    </w:p>
    <w:p>
      <w:pPr>
        <w:pStyle w:val="Heading3"/>
        <w:spacing w:before="320" w:after="120"/>
      </w:pPr>
      <w:r>
        <w:t>Complexity Analysis</w:t>
      </w:r>
    </w:p>
    <w:p>
      <w:pPr>
        <w:spacing w:after="160" w:line="276" w:lineRule="auto"/>
      </w:pPr>
      <w:r>
        <w:t>Time complexity:The time complexity oflongest_increasing_pathisO(m⋅n)O(m\cdot n)O(m⋅n)wheremmmdenotes the number of rows, andnnndenotes the number of columns. This is because each cell of the matrix is visited at most twice: once in thelongest_increasing_pathfunction, and during DFS where each cell is visited at most once due to memoization.</w:t>
      </w:r>
    </w:p>
    <w:p>
      <w:pPr>
        <w:spacing w:after="160" w:line="276" w:lineRule="auto"/>
      </w:pPr>
      <w:r>
        <w:t>Space complexity:The space complexity isO(m⋅n)O(m\cdot n)O(m⋅n)primarily due to the recursive call stack during DFS, and the memoization table, both of which can grow tom⋅nm\cdot nm⋅nin size.</w:t>
      </w:r>
    </w:p>
    <w:p>
      <w:r>
        <w:br w:type="page"/>
      </w:r>
    </w:p>
    <w:p>
      <w:pPr>
        <w:pStyle w:val="Heading1"/>
        <w:spacing w:before="480" w:after="280"/>
      </w:pPr>
      <w:r>
        <w:rPr>
          <w:b/>
          <w:color w:val="008A60"/>
          <w:sz w:val="28"/>
        </w:rPr>
        <w:t>Chapter 81</w:t>
        <w:br/>
      </w:r>
      <w:r>
        <w:rPr>
          <w:b/>
          <w:color w:val="0F172A"/>
          <w:sz w:val="40"/>
        </w:rPr>
        <w:t>Shortest Transformation Sequence</w:t>
      </w:r>
    </w:p>
    <w:p>
      <w:pPr>
        <w:spacing w:before="160" w:after="160"/>
        <w:ind w:left="360"/>
      </w:pPr>
      <w:r>
        <w:rPr>
          <w:rFonts w:ascii="Consolas" w:hAnsi="Consolas"/>
          <w:color w:val="1E293B"/>
          <w:sz w:val="19"/>
        </w:rPr>
        <w:t>Given two words, start and end, and a dictionary containing an array of words, return the length of the shortest transformation sequence to transform start to end. A transformation sequence is a series of words in which:</w:t>
        <w:br/>
        <w:t>Each word differs from the preceding word by exactly one letter.</w:t>
        <w:br/>
        <w:t>Each word in the sequence exists in the dictionary.</w:t>
        <w:br/>
        <w:t>If no such transformation sequence exists, return 0.Example:ExampleCopyInput: start = 'red', end = 'hit',</w:t>
        <w:br/>
        <w:t xml:space="preserve">       dictionary = [</w:t>
        <w:br/>
        <w:t xml:space="preserve">            'red', 'bed', 'hat', 'rod', 'rad', 'rat', 'hit', 'bad', 'bat'</w:t>
        <w:br/>
        <w:t xml:space="preserve">       ]</w:t>
        <w:br/>
        <w:t>Output: 5</w:t>
        <w:br/>
        <w:t>Constraints:</w:t>
        <w:br/>
        <w:t>All words are the same length.</w:t>
        <w:br/>
        <w:t>All words contain only lowercase English letters.</w:t>
        <w:br/>
        <w:t>The dictionary contains no duplicate words.</w:t>
        <w:br/>
      </w:r>
    </w:p>
    <w:p>
      <w:pPr>
        <w:pStyle w:val="Heading2"/>
        <w:spacing w:before="320" w:after="120"/>
      </w:pPr>
      <w:r>
        <w:t>Intuition</w:t>
      </w:r>
    </w:p>
    <w:p>
      <w:pPr>
        <w:spacing w:after="160" w:line="276" w:lineRule="auto"/>
      </w:pPr>
      <w:r>
        <w:t>In a transformation sequence, each transformation involves changing one letter of a word to get another word. Consider the following example:</w:t>
      </w:r>
    </w:p>
    <w:p>
      <w:pPr>
        <w:spacing w:after="160" w:line="276" w:lineRule="auto"/>
      </w:pPr>
      <w:r>
        <w:t>We know our transformation sequence should start with the word “red”, but how can we identify subsequent words in the sequence? The words that could immediately follow “red” are “bed”, “rad”, or “rod”, since each differs from “red” by one letter:</w:t>
      </w:r>
    </w:p>
    <w:p>
      <w:pPr>
        <w:spacing w:after="160" w:line="276" w:lineRule="auto"/>
      </w:pPr>
      <w:r>
        <w:t>Similarly, we can make a direct connection between each word and its one-letter-off neighbors:</w:t>
      </w:r>
    </w:p>
    <w:p>
      <w:pPr>
        <w:spacing w:after="160" w:line="276" w:lineRule="auto"/>
      </w:pPr>
      <w:r>
        <w:t>This structure resembles a graph, indicating that finding the shortest transformation sequence involves finding the shortest path in this graph from the start node (“red”) to the end node (“hit”):</w:t>
      </w:r>
    </w:p>
    <w:p>
      <w:pPr>
        <w:spacing w:after="160" w:line="276" w:lineRule="auto"/>
      </w:pPr>
      <w:r>
        <w:t>Finding the shortest pathWhen tasked with a graph problem that involves finding the shortest path between two nodes, BFS should come to mind. From the start node, BFS works by exploring all neighbors at a distance of 1 from the start node, followed by exploring nodes at a distance of 2, and so on. This means that once we find the end node, we’ve reached it via the shortest possible distance.</w:t>
      </w:r>
    </w:p>
    <w:p>
      <w:pPr>
        <w:spacing w:after="160" w:line="276" w:lineRule="auto"/>
      </w:pPr>
      <w:r>
        <w:t>So, let’s uselevel-order traversal, a variant of BFS, to find the shortest path in this graph, where each level we traverse represents nodes that are a specific distance from the start node:</w:t>
      </w:r>
    </w:p>
    <w:p>
      <w:pPr>
        <w:spacing w:after="160" w:line="276" w:lineRule="auto"/>
      </w:pPr>
      <w:r>
        <w:t>As we can see, we managed to find the end node via the shortest path. To return the length of this path, we return dist, plus 1, to include the start node. If you’re unfamiliar with how level-order traversal works, review theMatrix Infectionproblem in this chapter.</w:t>
      </w:r>
    </w:p>
    <w:p>
      <w:pPr>
        <w:spacing w:after="160" w:line="276" w:lineRule="auto"/>
      </w:pPr>
      <w:r>
        <w:t>Note that during traversal, we need to ensure we don’t revisit previously traversed strings. By storing the visited strings in ahash set, we can quickly check if a string was already visited.</w:t>
      </w:r>
    </w:p>
    <w:p>
      <w:pPr>
        <w:spacing w:after="160" w:line="276" w:lineRule="auto"/>
      </w:pPr>
      <w:r>
        <w:t>Now, let’s figure out how to build the above graph.</w:t>
      </w:r>
    </w:p>
    <w:p>
      <w:pPr>
        <w:spacing w:after="160" w:line="276" w:lineRule="auto"/>
      </w:pPr>
      <w:r>
        <w:t>Building the graphWe can represent the graph as an adjacency list, where each word has a list of all of its neighboring words:</w:t>
      </w:r>
    </w:p>
    <w:p>
      <w:pPr>
        <w:spacing w:after="160" w:line="276" w:lineRule="auto"/>
      </w:pPr>
      <w:r>
        <w:t>The challenge here is finding each word’s neighbors. Consider the word “red”. One way we can identify all words that are one letter different from “red” is to generate all possible words by changing each letter in “red” to every other letter in the alphabet. For each of these generated words, we check if it exists in the dictionary. If it does, it’s a neighbor of “red”:</w:t>
      </w:r>
    </w:p>
    <w:p>
      <w:pPr>
        <w:spacing w:after="160" w:line="276" w:lineRule="auto"/>
      </w:pPr>
      <w:r>
        <w:t>To make checking the dictionary more efficient, we can store the words from the dictionary in a hash set, enabling us to verify the existence of a word in constant time.</w:t>
      </w:r>
    </w:p>
    <w:p>
      <w:pPr>
        <w:spacing w:after="160" w:line="276" w:lineRule="auto"/>
      </w:pPr>
      <w:r>
        <w:t>Note that before we build the graph, it’s important to check if start or end exists in the dictionary. If either is missing, we can immediately return 0, since each word in the sequence needs to be in the dictionary.</w:t>
      </w:r>
    </w:p>
    <w:p>
      <w:pPr>
        <w:spacing w:after="160" w:line="276" w:lineRule="auto"/>
      </w:pPr>
      <w:r>
        <w:t>Space optimizationThe purpose of the above adjacency list is to facilitate graph traversal. However, we can avoid building it altogether by leveraging the fact that each word in the dictionary is only visited once during the BFS traversal, indicating we only ever need access to the neighbors of each word once.</w:t>
      </w:r>
    </w:p>
    <w:p>
      <w:pPr>
        <w:spacing w:after="160" w:line="276" w:lineRule="auto"/>
      </w:pPr>
      <w:r>
        <w:t>If we had a way to generate each word’s neighbors when needed during BFS traversal, we could avoid creating the adjacency list, and save some space that would otherwise be taken up by it.</w:t>
      </w:r>
    </w:p>
    <w:p>
      <w:pPr>
        <w:pStyle w:val="Heading2"/>
        <w:spacing w:before="320" w:after="120"/>
      </w:pPr>
      <w:r>
        <w:t>Implementation</w:t>
      </w:r>
    </w:p>
    <w:p>
      <w:pPr>
        <w:spacing w:before="160" w:after="160"/>
        <w:ind w:left="360"/>
      </w:pPr>
      <w:r>
        <w:rPr>
          <w:rFonts w:ascii="Consolas" w:hAnsi="Consolas"/>
          <w:color w:val="1E293B"/>
          <w:sz w:val="19"/>
        </w:rPr>
        <w:t>PythonJavaScriptJavaCopydef shortest_transformation_sequence(start: str, end: str, dictionary: List[str]) -&gt; int:</w:t>
        <w:br/>
        <w:t xml:space="preserve">    dictionary_set = set(dictionary)</w:t>
        <w:br/>
        <w:t xml:space="preserve">    if start not in dictionary_set or end not in dictionary_set:</w:t>
        <w:br/>
        <w:t xml:space="preserve">        return 0</w:t>
        <w:br/>
        <w:t xml:space="preserve">    if start == end:</w:t>
        <w:br/>
        <w:t xml:space="preserve">        return 1</w:t>
        <w:br/>
        <w:t xml:space="preserve">    lower_case_alphabet = 'abcdefghijklmnopqrstuvwxyz'</w:t>
        <w:br/>
        <w:t xml:space="preserve">    queue = deque([start])</w:t>
        <w:br/>
        <w:t xml:space="preserve">    visited = set([start])</w:t>
        <w:br/>
        <w:t xml:space="preserve">    dist = 0</w:t>
        <w:br/>
        <w:t xml:space="preserve">    # Use level-order traversal to find the shortest path from the start word to the</w:t>
        <w:br/>
        <w:t xml:space="preserve">    # end word.</w:t>
        <w:br/>
        <w:t xml:space="preserve">    while queue:</w:t>
        <w:br/>
        <w:t xml:space="preserve">        for _ in range(len(queue)):</w:t>
        <w:br/>
        <w:t xml:space="preserve">            curr_word = queue.popleft()</w:t>
        <w:br/>
        <w:t xml:space="preserve">            # If we found the end word, we've reached it via the shortest path.</w:t>
        <w:br/>
        <w:t xml:space="preserve">            if curr_word == end:</w:t>
        <w:br/>
        <w:t xml:space="preserve">                return dist + 1</w:t>
        <w:br/>
        <w:t xml:space="preserve">            # Generate all possible words that have a one-letter difference to the</w:t>
        <w:br/>
        <w:t xml:space="preserve">            # current word.</w:t>
        <w:br/>
        <w:t xml:space="preserve">            for i in range(len(curr_word)):</w:t>
        <w:br/>
        <w:t xml:space="preserve">                for c in lower_case_alphabet:</w:t>
        <w:br/>
        <w:t xml:space="preserve">                    next_word = curr_word[:i] + c + curr_word[i+1:]</w:t>
        <w:br/>
        <w:t xml:space="preserve">                    # If 'next_word' exists in the dictionary, it's a neighbor of the</w:t>
        <w:br/>
        <w:t xml:space="preserve">                    # current word. If it's unvisited, add it to the queue to be</w:t>
        <w:br/>
        <w:t xml:space="preserve">                    # processed in the next level.</w:t>
        <w:br/>
        <w:t xml:space="preserve">                    if next_word in dictionary_set and next_word not in visited:</w:t>
        <w:br/>
        <w:t xml:space="preserve">                        visited.add(next_word)</w:t>
        <w:br/>
        <w:t xml:space="preserve">                        queue.append(next_word)</w:t>
        <w:br/>
        <w:t xml:space="preserve">        dist += 1</w:t>
        <w:br/>
        <w:t xml:space="preserve">    # If there is no way to reach the end node, then no path exists.</w:t>
        <w:br/>
        <w:t xml:space="preserve">    return 0function shortestTransformationSequence(start, end, dictionary) {</w:t>
        <w:br/>
        <w:t xml:space="preserve">  const dictionarySet = new Set(dictionary);</w:t>
        <w:br/>
        <w:t xml:space="preserve">  if (!dictionarySet.has(start) || !dictionarySet.has(end)) {</w:t>
        <w:br/>
        <w:t xml:space="preserve">    return 0;</w:t>
        <w:br/>
        <w:t xml:space="preserve">  }</w:t>
        <w:br/>
        <w:t xml:space="preserve">  if (start === end) {</w:t>
        <w:br/>
        <w:t xml:space="preserve">    return 1;</w:t>
        <w:br/>
        <w:t xml:space="preserve">  }</w:t>
        <w:br/>
        <w:t xml:space="preserve">  const lowerCaseAlphabet = 'abcdefghijklmnopqrstuvwxyz';</w:t>
        <w:br/>
        <w:t xml:space="preserve">  const queue = [start];</w:t>
        <w:br/>
        <w:t xml:space="preserve">  const visited = new Set([start]);</w:t>
        <w:br/>
        <w:t xml:space="preserve">  let dist = 0;</w:t>
        <w:br/>
        <w:t xml:space="preserve">  let head = 0;</w:t>
        <w:br/>
        <w:t xml:space="preserve">  // Use level-order traversal to find the shortest path from the start word to the</w:t>
        <w:br/>
        <w:t xml:space="preserve">  // end word.</w:t>
        <w:br/>
        <w:t xml:space="preserve">  while (head &lt; queue.length) {</w:t>
        <w:br/>
        <w:t xml:space="preserve">    const levelSize = queue.length - head;</w:t>
        <w:br/>
        <w:t xml:space="preserve">    for (let j = 0; j &lt; levelSize; j++) {</w:t>
        <w:br/>
        <w:t xml:space="preserve">      const currWord = queue[head++];</w:t>
        <w:br/>
        <w:t xml:space="preserve">      // If we found the end word, we've reached it via the shortest path.</w:t>
        <w:br/>
        <w:t xml:space="preserve">      if (currWord === end) {</w:t>
        <w:br/>
        <w:t xml:space="preserve">        return dist + 1;</w:t>
        <w:br/>
        <w:t xml:space="preserve">      }</w:t>
        <w:br/>
        <w:t xml:space="preserve">      // Generate all possible words that have a one-letter difference to the</w:t>
        <w:br/>
        <w:t xml:space="preserve">      // current word.</w:t>
        <w:br/>
        <w:t xml:space="preserve">      for (let i = 0; i &lt; currWord.length; i++) {</w:t>
        <w:br/>
        <w:t xml:space="preserve">        for (const c of lowerCaseAlphabet) {</w:t>
        <w:br/>
        <w:t xml:space="preserve">          const nextWord = currWord.slice(0, i) + c + currWord.slice(i + 1);</w:t>
        <w:br/>
        <w:t xml:space="preserve">          // If 'next_word' exists in the dictionary, it's a neighbor of the</w:t>
        <w:br/>
        <w:t xml:space="preserve">          // current word. If it's unvisited, add it to the queue to be</w:t>
        <w:br/>
        <w:t xml:space="preserve">          // processed in the next level.</w:t>
        <w:br/>
        <w:t xml:space="preserve">          if (dictionarySet.has(nextWord) &amp;&amp; !visited.has(nextWord)) {</w:t>
        <w:br/>
        <w:t xml:space="preserve">            visited.add(nextWord);</w:t>
        <w:br/>
        <w:t xml:space="preserve">            queue.push(nextWord);</w:t>
        <w:br/>
        <w:t xml:space="preserve">          }</w:t>
        <w:br/>
        <w:t xml:space="preserve">        }</w:t>
        <w:br/>
        <w:t xml:space="preserve">      }</w:t>
        <w:br/>
        <w:t xml:space="preserve">    }</w:t>
        <w:br/>
        <w:t xml:space="preserve">    dist++;</w:t>
        <w:br/>
        <w:t xml:space="preserve">  }</w:t>
        <w:br/>
        <w:t xml:space="preserve">  // If there is no way to reach the end node, then no path exists.</w:t>
        <w:br/>
        <w:t xml:space="preserve">  return 0;</w:t>
        <w:br/>
        <w:t>}public class Solution {</w:t>
        <w:br/>
        <w:t xml:space="preserve">    public int shortestTransformationSequence(String start, String end, List&lt;String&gt; dictionary) {</w:t>
        <w:br/>
        <w:t xml:space="preserve">        Set&lt;String&gt; dictionarySet = new HashSet&lt;&gt;(dictionary);</w:t>
        <w:br/>
        <w:t xml:space="preserve">        if (!dictionarySet.contains(start) || !dictionarySet.contains(end)) {</w:t>
        <w:br/>
        <w:t xml:space="preserve">            return 0;</w:t>
        <w:br/>
        <w:t xml:space="preserve">        }</w:t>
        <w:br/>
        <w:t xml:space="preserve">        if (start.equals(end)) {</w:t>
        <w:br/>
        <w:t xml:space="preserve">            return 1;</w:t>
        <w:br/>
        <w:t xml:space="preserve">        }</w:t>
        <w:br/>
        <w:t xml:space="preserve">        Queue&lt;String&gt; queue = new LinkedList&lt;&gt;();</w:t>
        <w:br/>
        <w:t xml:space="preserve">        Set&lt;String&gt; visited = new HashSet&lt;&gt;();</w:t>
        <w:br/>
        <w:t xml:space="preserve">        queue.offer(start);</w:t>
        <w:br/>
        <w:t xml:space="preserve">        visited.add(start);</w:t>
        <w:br/>
        <w:t xml:space="preserve">        int dist = 0;</w:t>
        <w:br/>
        <w:t xml:space="preserve">        // Use level-order traversal to find the shortest path from the start word to the</w:t>
        <w:br/>
        <w:t xml:space="preserve">        // end word.</w:t>
        <w:br/>
        <w:t xml:space="preserve">        while (!queue.isEmpty()) {</w:t>
        <w:br/>
        <w:t xml:space="preserve">            int levelSize = queue.size();</w:t>
        <w:br/>
        <w:t xml:space="preserve">            for (int k = 0; k &lt; levelSize; k++) {</w:t>
        <w:br/>
        <w:t xml:space="preserve">                String currWord = queue.poll();</w:t>
        <w:br/>
        <w:t xml:space="preserve">                // If we found the end word, we've reached it via the shortest path.</w:t>
        <w:br/>
        <w:t xml:space="preserve">                if (currWord.equals(end)) {</w:t>
        <w:br/>
        <w:t xml:space="preserve">                    return dist + 1;</w:t>
        <w:br/>
        <w:t xml:space="preserve">                }</w:t>
        <w:br/>
        <w:t xml:space="preserve">                // Generate all possible words that have a one-letter difference to the</w:t>
        <w:br/>
        <w:t xml:space="preserve">                // current word.</w:t>
        <w:br/>
        <w:t xml:space="preserve">                char[] chars = currWord.toCharArray();</w:t>
        <w:br/>
        <w:t xml:space="preserve">                for (int i = 0; i &lt; chars.length; i++) {</w:t>
        <w:br/>
        <w:t xml:space="preserve">                    char originalChar = chars[i];</w:t>
        <w:br/>
        <w:t xml:space="preserve">                    for (char c = 'a'; c &lt;= 'z'; c++) {</w:t>
        <w:br/>
        <w:t xml:space="preserve">                        chars[i] = c;</w:t>
        <w:br/>
        <w:t xml:space="preserve">                        String nextWord = new String(chars);</w:t>
        <w:br/>
        <w:t xml:space="preserve">                        // If 'next_word' exists in the dictionary, it's a neighbor of the</w:t>
        <w:br/>
        <w:t xml:space="preserve">                        // current word. If it's unvisited, add it to the queue to be</w:t>
        <w:br/>
        <w:t xml:space="preserve">                        // processed in the next level.</w:t>
        <w:br/>
        <w:t xml:space="preserve">                        if (dictionarySet.contains(nextWord) &amp;&amp; !visited.contains(nextWord)) {</w:t>
        <w:br/>
        <w:t xml:space="preserve">                            visited.add(nextWord);</w:t>
        <w:br/>
        <w:t xml:space="preserve">                            queue.offer(nextWord);</w:t>
        <w:br/>
        <w:t xml:space="preserve">                        }</w:t>
        <w:br/>
        <w:t xml:space="preserve">                    }</w:t>
        <w:br/>
        <w:t xml:space="preserve">                    chars[i] = originalChar;</w:t>
        <w:br/>
        <w:t xml:space="preserve">                }</w:t>
        <w:br/>
        <w:t xml:space="preserve">            }</w:t>
        <w:br/>
        <w:t xml:space="preserve">            dist++;</w:t>
        <w:br/>
        <w:t xml:space="preserve">        }</w:t>
        <w:br/>
        <w:t xml:space="preserve">        // If there is no way to reach the end node, then no path exists.</w:t>
        <w:br/>
        <w:t xml:space="preserve">        return 0;</w:t>
        <w:br/>
        <w:t xml:space="preserve">    }</w:t>
        <w:br/>
        <w:t>}</w:t>
      </w:r>
    </w:p>
    <w:p>
      <w:pPr>
        <w:pStyle w:val="Heading3"/>
        <w:spacing w:before="320" w:after="120"/>
      </w:pPr>
      <w:r>
        <w:t>Complexity Analysis</w:t>
      </w:r>
    </w:p>
    <w:p>
      <w:pPr>
        <w:spacing w:after="160" w:line="276" w:lineRule="auto"/>
      </w:pPr>
      <w:r>
        <w:t>Time complexity:The time complexity of shortest_transformation_sequence isO(n⋅L2)O(n\cdot L^2)O(n⋅L2), wherennndenotes the number of words in the dictionary, andLLLdenotes the length of a word. Here’s why:</w:t>
      </w:r>
    </w:p>
    <w:p>
      <w:pPr>
        <w:pStyle w:val="ListBullet"/>
      </w:pPr>
      <w:r>
        <w:t>Creating a hash set containing all the words in the dictionary takesO(n⋅L)O(n\cdot L)O(n⋅L)time, because hashing each of thennnwords takesO(L)O(L)O(L)time.</w:t>
      </w:r>
    </w:p>
    <w:p>
      <w:pPr>
        <w:pStyle w:val="ListBullet"/>
      </w:pPr>
      <w:r>
        <w:t>Level-order traversal processes at mostnnnwords from the dictionary. At each of these words, we generate up to26L26L26Ltransformations, and it takesO(L)O(L)O(L)time to check if a transformation exists in thevisitedanddictionary_sethash sets, and to enqueue it. This means level-order traversal takes approximatelyO(n⋅26L⋅L)=O(n⋅L2)O(n\cdot 26L\cdot L)=O(n\cdot L^2)O(n⋅26L⋅L)=O(n⋅L2)time.</w:t>
      </w:r>
    </w:p>
    <w:p>
      <w:pPr>
        <w:spacing w:after="160" w:line="276" w:lineRule="auto"/>
      </w:pPr>
      <w:r>
        <w:t>Therefore, the overall time complexity isO(n⋅L)+O(n⋅L2)=O(n⋅L2)O(n\cdot L)+O(n\cdot L^2)=O(n\cdot L^2)O(n⋅L)+O(n⋅L2)=O(n⋅L2).</w:t>
      </w:r>
    </w:p>
    <w:p>
      <w:pPr>
        <w:spacing w:after="160" w:line="276" w:lineRule="auto"/>
      </w:pPr>
      <w:r>
        <w:t>Space complexity:The space complexity isO(n⋅L)O(n\cdot L)O(n⋅L), taken up by thedictionary_sethash set, thevisitedhash set, and thequeue.</w:t>
      </w:r>
    </w:p>
    <w:p>
      <w:pPr>
        <w:pStyle w:val="Heading2"/>
        <w:spacing w:before="320" w:after="120"/>
      </w:pPr>
      <w:r>
        <w:t>Optimization - Bidirectional Traversal</w:t>
      </w:r>
    </w:p>
    <w:p>
      <w:pPr>
        <w:spacing w:after="160" w:line="276" w:lineRule="auto"/>
      </w:pPr>
      <w:r>
        <w:t>An important observation is that we don’t necessarily need to begin level-order traversal at the start word: we can also start a search at the end word. In fact, we can combine these by performing them simultaneously to find the shortest path. This is known as bidirectional BFS, or in this case, bidirectional level-order traversal.</w:t>
      </w:r>
    </w:p>
    <w:p>
      <w:pPr>
        <w:spacing w:after="160" w:line="276" w:lineRule="auto"/>
      </w:pPr>
      <w:r>
        <w:t>When we perform two searches, one from start and one from end, the idea is that they will meet in the middle if a path between these two words exists. If a path doesn’t exist, the searches will never meet, indicating that a transformation sequence does not exist.</w:t>
      </w:r>
    </w:p>
    <w:p>
      <w:pPr>
        <w:spacing w:after="160" w:line="276" w:lineRule="auto"/>
      </w:pPr>
      <w:r>
        <w:t>This optimization allows us to identify the shortest distance more quickly. We can see in the example below that regular level-order traversal ends up traversing through more nodes than in the bidirectional traversal, while also requiring 4 iterations instead of 2.</w:t>
      </w:r>
    </w:p>
    <w:p>
      <w:pPr>
        <w:spacing w:after="160" w:line="276" w:lineRule="auto"/>
      </w:pPr>
      <w:r>
        <w:t>To simulate this process, wealternate between the two level-order traversals and progress through each search one level at a time:</w:t>
      </w:r>
    </w:p>
    <w:p>
      <w:pPr>
        <w:pStyle w:val="ListBullet"/>
      </w:pPr>
      <w:r>
        <w:t>Start traversal: progress one level in the traversal that started from the start node</w:t>
      </w:r>
    </w:p>
    <w:p>
      <w:pPr>
        <w:pStyle w:val="ListBullet"/>
      </w:pPr>
      <w:r>
        <w:t>End traversal: progress one level in the traversal that started from the end node</w:t>
      </w:r>
    </w:p>
    <w:p>
      <w:pPr>
        <w:spacing w:after="160" w:line="276" w:lineRule="auto"/>
      </w:pPr>
      <w:r>
        <w:t>We alternate between these two steps until a node visited in one search has already been visited in the other search, indicating that the traversals have met. Here’s what this alternating process looks like:</w:t>
      </w:r>
    </w:p>
    <w:p>
      <w:pPr>
        <w:spacing w:after="160" w:line="276" w:lineRule="auto"/>
      </w:pPr>
      <w:r>
        <w:t>To check if a node has already been visited by the other traversal, we can query the visited hash set used by the other traversal. If a word exists in the visited hash set of the other traversal, we know the searches have met.</w:t>
      </w:r>
    </w:p>
    <w:p>
      <w:pPr>
        <w:pStyle w:val="Heading2"/>
        <w:spacing w:before="320" w:after="120"/>
      </w:pPr>
      <w:r>
        <w:t>Implementation - Bidirectional Traversal</w:t>
      </w:r>
    </w:p>
    <w:p>
      <w:pPr>
        <w:spacing w:before="160" w:after="160"/>
        <w:ind w:left="360"/>
      </w:pPr>
      <w:r>
        <w:rPr>
          <w:rFonts w:ascii="Consolas" w:hAnsi="Consolas"/>
          <w:color w:val="1E293B"/>
          <w:sz w:val="19"/>
        </w:rPr>
        <w:t>PythonJavaScriptJavaCopyfrom typing import List</w:t>
        <w:br/>
        <w:t>from collections import deque</w:t>
        <w:br/>
        <w:t xml:space="preserve">    </w:t>
        <w:br/>
        <w:t>def shortest_transformation_sequence_optimized(start: str, end: str, dictionary: List[str]) -&gt; int:</w:t>
        <w:br/>
        <w:t xml:space="preserve">    dictionary_set = set(dictionary)</w:t>
        <w:br/>
        <w:t xml:space="preserve">    if start not in dictionary_set or end not in dictionary_set:</w:t>
        <w:br/>
        <w:t xml:space="preserve">        return 0</w:t>
        <w:br/>
        <w:t xml:space="preserve">    if start == end:</w:t>
        <w:br/>
        <w:t xml:space="preserve">        return 1</w:t>
        <w:br/>
        <w:t xml:space="preserve">    start_queue = deque([start])</w:t>
        <w:br/>
        <w:t xml:space="preserve">    start_visited = {start}</w:t>
        <w:br/>
        <w:t xml:space="preserve">    end_queue = deque([end])</w:t>
        <w:br/>
        <w:t xml:space="preserve">    end_visited = {end}</w:t>
        <w:br/>
        <w:t xml:space="preserve">    level_start = level_end = 0</w:t>
        <w:br/>
        <w:t xml:space="preserve">    # Perform a level-order traversal from the start word and another from the end</w:t>
        <w:br/>
        <w:t xml:space="preserve">    # word.</w:t>
        <w:br/>
        <w:t xml:space="preserve">    while start_queue and end_queue:</w:t>
        <w:br/>
        <w:t xml:space="preserve">        # Explore the next level of the traversal that starts from the start word. If</w:t>
        <w:br/>
        <w:t xml:space="preserve">        # it meets the other traversal, the shortest path between 'start' and 'end'</w:t>
        <w:br/>
        <w:t xml:space="preserve">        # has been found.</w:t>
        <w:br/>
        <w:t xml:space="preserve">        level_start += 1</w:t>
        <w:br/>
        <w:t xml:space="preserve">        if explore_level(start_queue, start_visited, end_visited, dictionary_set):</w:t>
        <w:br/>
        <w:t xml:space="preserve">            return level_start + level_end + 1</w:t>
        <w:br/>
        <w:t xml:space="preserve">        # Explore the next level of the traversal that starts from the end word.</w:t>
        <w:br/>
        <w:t xml:space="preserve">        level_end += 1</w:t>
        <w:br/>
        <w:t xml:space="preserve">        if explore_level(end_queue, end_visited, start_visited, dictionary_set):</w:t>
        <w:br/>
        <w:t xml:space="preserve">            return level_start + level_end + 1</w:t>
        <w:br/>
        <w:t xml:space="preserve">    # If the traversals never met, then no path exists.</w:t>
        <w:br/>
        <w:t xml:space="preserve">    return 0</w:t>
        <w:br/>
        <w:t xml:space="preserve">    </w:t>
        <w:br/>
        <w:t># This function explores the next level in the level-order traversal and checks if</w:t>
        <w:br/>
        <w:t># two searches meet.</w:t>
        <w:br/>
        <w:t>def explore_level(queue, visited, other_visited, dictionary_set) -&gt; bool:</w:t>
        <w:br/>
        <w:t xml:space="preserve">    lower_case_alphabet = 'abcdefghijklmnopqrstuvwxyz'</w:t>
        <w:br/>
        <w:t xml:space="preserve">    for _ in range(len(queue)):</w:t>
        <w:br/>
        <w:t xml:space="preserve">        current_word = queue.popleft()</w:t>
        <w:br/>
        <w:t xml:space="preserve">        for i in range(len(current_word)):</w:t>
        <w:br/>
        <w:t xml:space="preserve">            for c in lower_case_alphabet:</w:t>
        <w:br/>
        <w:t xml:space="preserve">                next_word = current_word[:i] + c + current_word[i+1:]</w:t>
        <w:br/>
        <w:t xml:space="preserve">                # If 'next_word' has been visited during the other traversal, it means</w:t>
        <w:br/>
        <w:t xml:space="preserve">                # both searches have met.</w:t>
        <w:br/>
        <w:t xml:space="preserve">                if next_word in other_visited:</w:t>
        <w:br/>
        <w:t xml:space="preserve">                    return True</w:t>
        <w:br/>
        <w:t xml:space="preserve">                if next_word in dictionary_set and next_word not in visited:</w:t>
        <w:br/>
        <w:t xml:space="preserve">                    visited.add(next_word)</w:t>
        <w:br/>
        <w:t xml:space="preserve">                    queue.append(next_word)</w:t>
        <w:br/>
        <w:t xml:space="preserve">    # If no word has been visited by the other traversal, the searches have not met</w:t>
        <w:br/>
        <w:t xml:space="preserve">    # yet.</w:t>
        <w:br/>
        <w:t xml:space="preserve">    return Falsefunction shortestTransformationSequenceOptimized(start, end, dictionary) {</w:t>
        <w:br/>
        <w:t xml:space="preserve">  const dictionarySet = new Set(dictionary);</w:t>
        <w:br/>
        <w:t xml:space="preserve">  if (!dictionarySet.has(start) || !dictionarySet.has(end)) {</w:t>
        <w:br/>
        <w:t xml:space="preserve">    return 0;</w:t>
        <w:br/>
        <w:t xml:space="preserve">  }</w:t>
        <w:br/>
        <w:t xml:space="preserve">  if (start === end) {</w:t>
        <w:br/>
        <w:t xml:space="preserve">    return 1;</w:t>
        <w:br/>
        <w:t xml:space="preserve">  }</w:t>
        <w:br/>
        <w:t xml:space="preserve">  const startQueue = [start];</w:t>
        <w:br/>
        <w:t xml:space="preserve">  const startVisited = new Set([start]);</w:t>
        <w:br/>
        <w:t xml:space="preserve">  const endQueue = [end];</w:t>
        <w:br/>
        <w:t xml:space="preserve">  const endVisited = new Set([end]);</w:t>
        <w:br/>
        <w:t xml:space="preserve">  let levelStart = 0;</w:t>
        <w:br/>
        <w:t xml:space="preserve">  let levelEnd = 0;</w:t>
        <w:br/>
        <w:t xml:space="preserve">  // Perform a level-order traversal from the start word and another from the end</w:t>
        <w:br/>
        <w:t xml:space="preserve">  // word.</w:t>
        <w:br/>
        <w:t xml:space="preserve">  while (startQueue.length &gt; 0 &amp;&amp; endQueue.length &gt; 0) {</w:t>
        <w:br/>
        <w:t xml:space="preserve">    // Explore the next level of the traversal that starts from the start word. If</w:t>
        <w:br/>
        <w:t xml:space="preserve">    // it meets the other traversal, the shortest path between 'start' and 'end'</w:t>
        <w:br/>
        <w:t xml:space="preserve">    // has been found.</w:t>
        <w:br/>
        <w:t xml:space="preserve">    levelStart++;</w:t>
        <w:br/>
        <w:t xml:space="preserve">    if (exploreLevel(startQueue, startVisited, endVisited, dictionarySet)) {</w:t>
        <w:br/>
        <w:t xml:space="preserve">      return levelStart + levelEnd + 1;</w:t>
        <w:br/>
        <w:t xml:space="preserve">    }</w:t>
        <w:br/>
        <w:t xml:space="preserve">    // Explore the next level of the traversal that starts from the end word.</w:t>
        <w:br/>
        <w:t xml:space="preserve">    levelEnd++;</w:t>
        <w:br/>
        <w:t xml:space="preserve">    if (exploreLevel(endQueue, endVisited, startVisited, dictionarySet)) {</w:t>
        <w:br/>
        <w:t xml:space="preserve">      return levelStart + levelEnd + 1;</w:t>
        <w:br/>
        <w:t xml:space="preserve">    }</w:t>
        <w:br/>
        <w:t xml:space="preserve">  }</w:t>
        <w:br/>
        <w:t xml:space="preserve">  // If the traversals never met, then no path exists.</w:t>
        <w:br/>
        <w:t xml:space="preserve">  return 0;</w:t>
        <w:br/>
        <w:t>}</w:t>
        <w:br/>
        <w:br/>
        <w:t>// This function explores the next level in the level-order traversal and checks if</w:t>
        <w:br/>
        <w:t>// two searches meet.</w:t>
        <w:br/>
        <w:t>function exploreLevel(queue, visited, otherVisited, dictionarySet) {</w:t>
        <w:br/>
        <w:t xml:space="preserve">  const lowerCaseAlphabet = 'abcdefghijklmnopqrstuvwxyz';</w:t>
        <w:br/>
        <w:t xml:space="preserve">  const levelSize = queue.length;</w:t>
        <w:br/>
        <w:t xml:space="preserve">  for (let k = 0; k &lt; levelSize; k++) {</w:t>
        <w:br/>
        <w:t xml:space="preserve">    const currentWord = queue.shift();</w:t>
        <w:br/>
        <w:t xml:space="preserve">    for (let i = 0; i &lt; currentWord.length; i++) {</w:t>
        <w:br/>
        <w:t xml:space="preserve">      for (const c of lowerCaseAlphabet) {</w:t>
        <w:br/>
        <w:t xml:space="preserve">        const nextWord = currentWord.slice(0, i) + c + currentWord.slice(i + 1);</w:t>
        <w:br/>
        <w:t xml:space="preserve">        // If 'next_word' has been visited during the other traversal, it means</w:t>
        <w:br/>
        <w:t xml:space="preserve">        // both searches have met.</w:t>
        <w:br/>
        <w:t xml:space="preserve">        if (otherVisited.has(nextWord)) {</w:t>
        <w:br/>
        <w:t xml:space="preserve">          return true;</w:t>
        <w:br/>
        <w:t xml:space="preserve">        }</w:t>
        <w:br/>
        <w:t xml:space="preserve">        if (dictionarySet.has(nextWord) &amp;&amp; !visited.has(nextWord)) {</w:t>
        <w:br/>
        <w:t xml:space="preserve">          visited.add(nextWord);</w:t>
        <w:br/>
        <w:t xml:space="preserve">          queue.push(nextWord);</w:t>
        <w:br/>
        <w:t xml:space="preserve">        }</w:t>
        <w:br/>
        <w:t xml:space="preserve">      }</w:t>
        <w:br/>
        <w:t xml:space="preserve">    }</w:t>
        <w:br/>
        <w:t xml:space="preserve">  }</w:t>
        <w:br/>
        <w:t xml:space="preserve">  // If no word has been visited by the other traversal, the searches have not met</w:t>
        <w:br/>
        <w:t xml:space="preserve">  // yet.</w:t>
        <w:br/>
        <w:t xml:space="preserve">  return false;</w:t>
        <w:br/>
        <w:t>}public class Solution {</w:t>
        <w:br/>
        <w:t xml:space="preserve">    public int shortestTransformationSequenceOptimized(String start, String end, List&lt;String&gt; dictionary) {</w:t>
        <w:br/>
        <w:t xml:space="preserve">        Set&lt;String&gt; dictionarySet = new HashSet&lt;&gt;(dictionary);</w:t>
        <w:br/>
        <w:t xml:space="preserve">        if (!dictionarySet.contains(start) || !dictionarySet.contains(end)) {</w:t>
        <w:br/>
        <w:t xml:space="preserve">            return 0;</w:t>
        <w:br/>
        <w:t xml:space="preserve">        }</w:t>
        <w:br/>
        <w:t xml:space="preserve">        if (start.equals(end)) {</w:t>
        <w:br/>
        <w:t xml:space="preserve">            return 1;</w:t>
        <w:br/>
        <w:t xml:space="preserve">        }</w:t>
        <w:br/>
        <w:t xml:space="preserve">        Queue&lt;String&gt; startQueue = new LinkedList&lt;&gt;();</w:t>
        <w:br/>
        <w:t xml:space="preserve">        Set&lt;String&gt; startVisited = new HashSet&lt;&gt;();</w:t>
        <w:br/>
        <w:t xml:space="preserve">        Queue&lt;String&gt; endQueue = new LinkedList&lt;&gt;();</w:t>
        <w:br/>
        <w:t xml:space="preserve">        Set&lt;String&gt; endVisited = new HashSet&lt;&gt;();</w:t>
        <w:br/>
        <w:br/>
        <w:t xml:space="preserve">        startQueue.offer(start);</w:t>
        <w:br/>
        <w:t xml:space="preserve">        startVisited.add(start);</w:t>
        <w:br/>
        <w:t xml:space="preserve">        endQueue.offer(end);</w:t>
        <w:br/>
        <w:t xml:space="preserve">        endVisited.add(end);</w:t>
        <w:br/>
        <w:br/>
        <w:t xml:space="preserve">        int levelStart = 0;</w:t>
        <w:br/>
        <w:t xml:space="preserve">        int levelEnd = 0;</w:t>
        <w:br/>
        <w:t xml:space="preserve">        // Perform a level-order traversal from the start word and another from the end</w:t>
        <w:br/>
        <w:t xml:space="preserve">        // word.</w:t>
        <w:br/>
        <w:t xml:space="preserve">        while (!startQueue.isEmpty() &amp;&amp; !endQueue.isEmpty()) {</w:t>
        <w:br/>
        <w:t xml:space="preserve">            // Explore the next level of the traversal that starts from the start word. If</w:t>
        <w:br/>
        <w:t xml:space="preserve">            // it meets the other traversal, the shortest path between 'start' and 'end'</w:t>
        <w:br/>
        <w:t xml:space="preserve">            // has been found.</w:t>
        <w:br/>
        <w:t xml:space="preserve">            levelStart++;</w:t>
        <w:br/>
        <w:t xml:space="preserve">            if (exploreLevel(startQueue, startVisited, endVisited, dictionarySet)) {</w:t>
        <w:br/>
        <w:t xml:space="preserve">                return levelStart + levelEnd + 1;</w:t>
        <w:br/>
        <w:t xml:space="preserve">            }</w:t>
        <w:br/>
        <w:t xml:space="preserve">            // Explore the next level of the traversal that starts from the end word.</w:t>
        <w:br/>
        <w:t xml:space="preserve">            levelEnd++;</w:t>
        <w:br/>
        <w:t xml:space="preserve">            if (exploreLevel(endQueue, endVisited, startVisited, dictionarySet)) {</w:t>
        <w:br/>
        <w:t xml:space="preserve">                return levelStart + levelEnd + 1;</w:t>
        <w:br/>
        <w:t xml:space="preserve">            }</w:t>
        <w:br/>
        <w:t xml:space="preserve">        }</w:t>
        <w:br/>
        <w:t xml:space="preserve">        // If the traversals never met, then no path exists.</w:t>
        <w:br/>
        <w:t xml:space="preserve">        return 0;</w:t>
        <w:br/>
        <w:t xml:space="preserve">    }</w:t>
        <w:br/>
        <w:br/>
        <w:t xml:space="preserve">    // This function explores the next level in the level-order traversal and checks if</w:t>
        <w:br/>
        <w:t xml:space="preserve">    // two searches meet.</w:t>
        <w:br/>
        <w:t xml:space="preserve">    private boolean exploreLevel(Queue&lt;String&gt; queue, Set&lt;String&gt; visited, Set&lt;String&gt; otherVisited, Set&lt;String&gt; dictionarySet) {</w:t>
        <w:br/>
        <w:t xml:space="preserve">        int levelSize = queue.size();</w:t>
        <w:br/>
        <w:t xml:space="preserve">        for (int k = 0; k &lt; levelSize; k++) {</w:t>
        <w:br/>
        <w:t xml:space="preserve">            String currentWord = queue.poll();</w:t>
        <w:br/>
        <w:t xml:space="preserve">            char[] chars = currentWord.toCharArray();</w:t>
        <w:br/>
        <w:t xml:space="preserve">            for (int i = 0; i &lt; chars.length; i++) {</w:t>
        <w:br/>
        <w:t xml:space="preserve">                char originalChar = chars[i];</w:t>
        <w:br/>
        <w:t xml:space="preserve">                for (char c = 'a'; c &lt;= 'z'; c++) {</w:t>
        <w:br/>
        <w:t xml:space="preserve">                    chars[i] = c;</w:t>
        <w:br/>
        <w:t xml:space="preserve">                    String nextWord = new String(chars);</w:t>
        <w:br/>
        <w:t xml:space="preserve">                    // If 'next_word' has been visited during the other traversal, it means</w:t>
        <w:br/>
        <w:t xml:space="preserve">                    // both searches have met.</w:t>
        <w:br/>
        <w:t xml:space="preserve">                    if (otherVisited.contains(nextWord)) {</w:t>
        <w:br/>
        <w:t xml:space="preserve">                        return true;</w:t>
        <w:br/>
        <w:t xml:space="preserve">                    }</w:t>
        <w:br/>
        <w:t xml:space="preserve">                    if (dictionarySet.contains(nextWord) &amp;&amp; !visited.contains(nextWord)) {</w:t>
        <w:br/>
        <w:t xml:space="preserve">                        visited.add(nextWord);</w:t>
        <w:br/>
        <w:t xml:space="preserve">                        queue.offer(nextWord);</w:t>
        <w:br/>
        <w:t xml:space="preserve">                    }</w:t>
        <w:br/>
        <w:t xml:space="preserve">                }</w:t>
        <w:br/>
        <w:t xml:space="preserve">                chars[i] = originalChar;</w:t>
        <w:br/>
        <w:t xml:space="preserve">            }</w:t>
        <w:br/>
        <w:t xml:space="preserve">        }</w:t>
        <w:br/>
        <w:t xml:space="preserve">        // If no word has been visited by the other traversal, the searches have not met</w:t>
        <w:br/>
        <w:t xml:space="preserve">        // yet.</w:t>
        <w:br/>
        <w:t xml:space="preserve">        return false;</w:t>
        <w:br/>
        <w:t xml:space="preserve">    }</w:t>
        <w:br/>
        <w:t>}</w:t>
      </w:r>
    </w:p>
    <w:p>
      <w:pPr>
        <w:pStyle w:val="Heading3"/>
        <w:spacing w:before="320" w:after="120"/>
      </w:pPr>
      <w:r>
        <w:t>Complexity Analysis</w:t>
      </w:r>
    </w:p>
    <w:p>
      <w:pPr>
        <w:spacing w:after="160" w:line="276" w:lineRule="auto"/>
      </w:pPr>
      <w:r>
        <w:t>Time complexity:The time complexity ofshortest_transformation_sequence_optimizedisO(n⋅L2)O(n\cdot L^2)O(n⋅L2), since we’re performing two level-order traversals. Note that this is more efficient in practice since there are potentially fewer nodes to traverse when using bidirectional traversal.</w:t>
      </w:r>
    </w:p>
    <w:p>
      <w:pPr>
        <w:spacing w:after="160" w:line="276" w:lineRule="auto"/>
      </w:pPr>
      <w:r>
        <w:t>Space complexity:The space complexity isO(n⋅L)O(n\cdot L)O(n⋅L), taken up by thedictionary_sethash set, the visited hash sets, and both queues.</w:t>
      </w:r>
    </w:p>
    <w:p>
      <w:r>
        <w:br w:type="page"/>
      </w:r>
    </w:p>
    <w:p>
      <w:pPr>
        <w:pStyle w:val="Heading1"/>
        <w:spacing w:before="480" w:after="280"/>
      </w:pPr>
      <w:r>
        <w:rPr>
          <w:b/>
          <w:color w:val="008A60"/>
          <w:sz w:val="28"/>
        </w:rPr>
        <w:t>Chapter 82</w:t>
        <w:br/>
      </w:r>
      <w:r>
        <w:rPr>
          <w:b/>
          <w:color w:val="0F172A"/>
          <w:sz w:val="40"/>
        </w:rPr>
        <w:t>Merging Communities</w:t>
      </w:r>
    </w:p>
    <w:p>
      <w:pPr>
        <w:spacing w:before="160" w:after="160"/>
        <w:ind w:left="360"/>
      </w:pPr>
      <w:r>
        <w:rPr>
          <w:rFonts w:ascii="Consolas" w:hAnsi="Consolas"/>
          <w:color w:val="1E293B"/>
          <w:sz w:val="19"/>
        </w:rPr>
        <w:t>There are n people numbered from 0 to n - 1 , with each person initially belonging to a separate community. When two people from different communities connect, their communities merge into a single community.Your goal is to write two functions:</w:t>
        <w:br/>
        <w:t>connect(x: int, y: int) -&gt; None: Connects person x with person y and merges their communities.</w:t>
        <w:br/>
        <w:t>get_community_size(x: int) -&gt; int: Returns the size of the community which person x belongs to.</w:t>
        <w:br/>
        <w:t>Example:ExampleCopyInput: n = 5,</w:t>
        <w:br/>
        <w:t xml:space="preserve">       [</w:t>
        <w:br/>
        <w:t xml:space="preserve">         connect(0, 1),</w:t>
        <w:br/>
        <w:t xml:space="preserve">         connect(1, 2),</w:t>
        <w:br/>
        <w:t xml:space="preserve">         get_community_size(3),</w:t>
        <w:br/>
        <w:t xml:space="preserve">         get_community_size(0),</w:t>
        <w:br/>
        <w:t xml:space="preserve">         connect(3, 4),</w:t>
        <w:br/>
        <w:t xml:space="preserve">         get_community_size(4),</w:t>
        <w:br/>
        <w:t xml:space="preserve">       ]</w:t>
        <w:br/>
        <w:t>Output: [1, 3, 2]</w:t>
        <w:br/>
      </w:r>
    </w:p>
    <w:p>
      <w:pPr>
        <w:pStyle w:val="Heading2"/>
        <w:spacing w:before="320" w:after="120"/>
      </w:pPr>
      <w:r>
        <w:t>Intuition</w:t>
      </w:r>
    </w:p>
    <w:p>
      <w:pPr>
        <w:spacing w:after="160" w:line="276" w:lineRule="auto"/>
      </w:pPr>
      <w:r>
        <w:t>In this problem, we start withnindividuals, each in their own separate community. As we connect pairs of individuals, their respective communities merge. The challenge is to efficiently manage these connections and quickly determine the size of the community for any given individual.</w:t>
      </w:r>
    </w:p>
    <w:p>
      <w:pPr>
        <w:spacing w:after="160" w:line="276" w:lineRule="auto"/>
      </w:pPr>
      <w:r>
        <w:t>This is where theUnion-Finddata structure, also known as the Disjoint Set Union (DSU) data structure, comes in. Union-Find consists of two operations:</w:t>
      </w:r>
    </w:p>
    <w:p>
      <w:pPr>
        <w:pStyle w:val="ListBullet"/>
      </w:pPr>
      <w:r>
        <w:t>Union: takes two elements from different sets and makes them part of the same set.</w:t>
      </w:r>
    </w:p>
    <w:p>
      <w:pPr>
        <w:pStyle w:val="ListBullet"/>
      </w:pPr>
      <w:r>
        <w:t>Find: determines what set an element belongs to.</w:t>
      </w:r>
    </w:p>
    <w:p>
      <w:pPr>
        <w:spacing w:after="160" w:line="276" w:lineRule="auto"/>
      </w:pPr>
      <w:r>
        <w:t>In the context of this problem, theunionoperation can be used to merge the communities of two people, while thefindoperation can be used to determine which community a person belongs to. To make this work, we need a way to represent each community. For example, let’s say there are 5 people, with persons 0 and 1 in one community, and persons 2, 3, and 4 in another:</w:t>
      </w:r>
    </w:p>
    <w:p>
      <w:pPr>
        <w:spacing w:after="160" w:line="276" w:lineRule="auto"/>
      </w:pPr>
      <w:r>
        <w:t>One way to distinguish between them is to designate a representative for each community. Let's assign person 0 as the representative of the left community, and person 2 as the representative of the right community. We can represent these communities as a graph, where each community is a connected component, and each person in a community points to their representative:</w:t>
      </w:r>
    </w:p>
    <w:p>
      <w:pPr>
        <w:spacing w:after="160" w:line="276" w:lineRule="auto"/>
      </w:pPr>
      <w:r>
        <w:t>This can be reflected using a parent array, whereparent[i]stores the parent of personi. This parent array is discussed later.</w:t>
      </w:r>
    </w:p>
    <w:p>
      <w:pPr>
        <w:spacing w:after="160" w:line="276" w:lineRule="auto"/>
      </w:pPr>
      <w:r>
        <w:t>Now that we have a way to represent communities, let’s discuss how theunionandfindfunctions would work in more detail.</w:t>
      </w:r>
    </w:p>
    <w:p>
      <w:pPr>
        <w:spacing w:after="160" w:line="276" w:lineRule="auto"/>
      </w:pPr>
      <w:r>
        <w:t>UnionConsider the previous example of 5 people. Let’s say we want to connect persons 1 and 4 (i.e.,union(1, 4)):</w:t>
      </w:r>
    </w:p>
    <w:p>
      <w:pPr>
        <w:spacing w:after="160" w:line="276" w:lineRule="auto"/>
      </w:pPr>
      <w:r>
        <w:t>We first need to identify their representatives so we know which communities these two people belong to. We can use thefindfunction for this, which will be discussed later:</w:t>
      </w:r>
    </w:p>
    <w:p>
      <w:pPr>
        <w:spacing w:after="160" w:line="276" w:lineRule="auto"/>
      </w:pPr>
      <w:r>
        <w:t>Before merging these communities, we need to pick one of the two current representatives as the representative of the merged community. For now, let’s just pick person 0.</w:t>
      </w:r>
    </w:p>
    <w:p>
      <w:pPr>
        <w:spacing w:after="160" w:line="276" w:lineRule="auto"/>
      </w:pPr>
      <w:r>
        <w:t>From here, one strategy is to connect everyone in the second community directly to person 0:</w:t>
      </w:r>
    </w:p>
    <w:p>
      <w:pPr>
        <w:spacing w:after="160" w:line="276" w:lineRule="auto"/>
      </w:pPr>
      <w:r>
        <w:t>This would require individually setting the parent of all these people to person 0, which can be quite expensive if the community has many people. A more efficient strategy is to just connect the representative of this community, person 2, to person 0.</w:t>
      </w:r>
    </w:p>
    <w:p>
      <w:pPr>
        <w:spacing w:after="160" w:line="276" w:lineRule="auto"/>
      </w:pPr>
      <w:r>
        <w:t>In code, this is done by setting the parent ofrep_yto berep_x(parent[rep_y] = rep_x):</w:t>
      </w:r>
    </w:p>
    <w:p>
      <w:pPr>
        <w:spacing w:after="160" w:line="276" w:lineRule="auto"/>
      </w:pPr>
      <w:r>
        <w:t>This way, everyone originally in the second community is indirectly connected to person 0, making person 0 the representative of all nodes.</w:t>
      </w:r>
    </w:p>
    <w:p>
      <w:pPr>
        <w:spacing w:after="160" w:line="276" w:lineRule="auto"/>
      </w:pPr>
      <w:r>
        <w:t>Note that if rep_x and rep_y are the same person, then they belong to the same community, in which case we don’t need to merge anything.</w:t>
      </w:r>
    </w:p>
    <w:p>
      <w:pPr>
        <w:spacing w:after="160" w:line="276" w:lineRule="auto"/>
      </w:pPr>
      <w:r>
        <w:t>FindThefindfunction should return the representative of the community a person is in:</w:t>
      </w:r>
    </w:p>
    <w:p>
      <w:pPr>
        <w:spacing w:after="160" w:line="276" w:lineRule="auto"/>
      </w:pPr>
      <w:r>
        <w:t>At this point, it's important to note the difference between a parent and a representative:</w:t>
      </w:r>
    </w:p>
    <w:p>
      <w:pPr>
        <w:pStyle w:val="ListBullet"/>
      </w:pPr>
      <w:r>
        <w:t>A representative is the person who represents the community. This is effectively the “root” node of the community.</w:t>
      </w:r>
    </w:p>
    <w:p>
      <w:pPr>
        <w:pStyle w:val="ListBullet"/>
      </w:pPr>
      <w:r>
        <w:t>A parent of a person is the node that person is pointing to.</w:t>
      </w:r>
    </w:p>
    <w:p>
      <w:pPr>
        <w:spacing w:after="160" w:line="276" w:lineRule="auto"/>
      </w:pPr>
      <w:r>
        <w:t>For example, in the community below, we see that person 0's parent is person 1, whereas person 0’s representative is person 2:</w:t>
      </w:r>
    </w:p>
    <w:p>
      <w:pPr>
        <w:spacing w:after="160" w:line="276" w:lineRule="auto"/>
      </w:pPr>
      <w:r>
        <w:t>We can implement thefind(x)function by traversingx’s parent chain until we reach the representative.The representative is the person whose parent is themselves, so we can identify them by checking if the current person is their own parent. The code snippet for this is provided below.</w:t>
      </w:r>
    </w:p>
    <w:p>
      <w:pPr>
        <w:spacing w:before="160" w:after="160"/>
        <w:ind w:left="360"/>
      </w:pPr>
      <w:r>
        <w:rPr>
          <w:rFonts w:ascii="Consolas" w:hAnsi="Consolas"/>
          <w:color w:val="1E293B"/>
          <w:sz w:val="19"/>
        </w:rPr>
        <w:t>PythonJavaScriptJavaCopydef find(x: int) -&gt; int:</w:t>
        <w:br/>
        <w:t xml:space="preserve">    # If x is equal to its parent, we found the representative.</w:t>
        <w:br/>
        <w:t xml:space="preserve">    if x == parent[x]:</w:t>
        <w:br/>
        <w:t xml:space="preserve">        return x</w:t>
        <w:br/>
        <w:t xml:space="preserve">    # Otherwise, continue traversing through x's parent chain.</w:t>
        <w:br/>
        <w:t xml:space="preserve">    return find(parent[x])function find(x) {</w:t>
        <w:br/>
        <w:t xml:space="preserve">  // If x is equal to its parent, we found the representative.</w:t>
        <w:br/>
        <w:t xml:space="preserve">  if (x === parent[x]) {</w:t>
        <w:br/>
        <w:t xml:space="preserve">    return x;</w:t>
        <w:br/>
        <w:t xml:space="preserve">  }</w:t>
        <w:br/>
        <w:t xml:space="preserve">  // Otherwise, continue traversing through x's parent chain.</w:t>
        <w:br/>
        <w:t xml:space="preserve">  return find(parent[x]);</w:t>
        <w:br/>
        <w:t>}int find(int x) {</w:t>
        <w:br/>
        <w:t xml:space="preserve">    // If x is equal to its parent, we found the representative.</w:t>
        <w:br/>
        <w:t xml:space="preserve">    if (x == parent[x]) {</w:t>
        <w:br/>
        <w:t xml:space="preserve">        return x;</w:t>
        <w:br/>
        <w:t xml:space="preserve">    }</w:t>
        <w:br/>
        <w:t xml:space="preserve">    // Otherwise, continue traversing through x's parent chain.</w:t>
        <w:br/>
        <w:t xml:space="preserve">    return find(parent[x]);</w:t>
        <w:br/>
        <w:t>}</w:t>
      </w:r>
    </w:p>
    <w:p>
      <w:pPr>
        <w:spacing w:after="160" w:line="276" w:lineRule="auto"/>
      </w:pPr>
      <w:r>
        <w:t>Now we’ve discussed both theunionand thefindfunction, let’s discuss what optimizations can be made to them.</w:t>
      </w:r>
    </w:p>
    <w:p>
      <w:pPr>
        <w:spacing w:after="160" w:line="276" w:lineRule="auto"/>
      </w:pPr>
      <w:r>
        <w:t>Union by sizeRecall that before merging two communities, we need to pick someone to represent the merged community. Our choice is betweenrep_xandrep_y. Is one a better choice than the other? Consider the following two communities:</w:t>
      </w:r>
    </w:p>
    <w:p>
      <w:pPr>
        <w:spacing w:after="160" w:line="276" w:lineRule="auto"/>
      </w:pPr>
      <w:r>
        <w:t>Let's see what the difference is when we pickrep_xto be the representative versus pickingrep_y:</w:t>
      </w:r>
    </w:p>
    <w:p>
      <w:pPr>
        <w:spacing w:after="160" w:line="276" w:lineRule="auto"/>
      </w:pPr>
      <w:r>
        <w:t>As we can see, when we choose a representative from one of two communities, the people in the other community have a longer distance to their new representative, with the distance increased by 1. Therefore, it’s better topick the representative from the larger community,so that only the people from the smaller community are impacted by this adjusted distance.</w:t>
      </w:r>
    </w:p>
    <w:p>
      <w:pPr>
        <w:spacing w:after="160" w:line="276" w:lineRule="auto"/>
      </w:pPr>
      <w:r>
        <w:t>This optimization requires a way to determine the size of a community. We can do this using a size array, wheresize[i]is the size of the community represented by personi. The code for this can be seen below:</w:t>
      </w:r>
    </w:p>
    <w:p>
      <w:pPr>
        <w:spacing w:before="160" w:after="160"/>
        <w:ind w:left="360"/>
      </w:pPr>
      <w:r>
        <w:rPr>
          <w:rFonts w:ascii="Consolas" w:hAnsi="Consolas"/>
          <w:color w:val="1E293B"/>
          <w:sz w:val="19"/>
        </w:rPr>
        <w:t>PythonJavaScriptJavaCopydef union(x: int, y: int) -&gt; None:</w:t>
        <w:br/>
        <w:t xml:space="preserve">   rep_x, rep_y = find(x), find(y)</w:t>
        <w:br/>
        <w:t xml:space="preserve">   if rep_x != rep_y:</w:t>
        <w:br/>
        <w:t xml:space="preserve">       # If 'rep_x' represents a larger community, connect 'rep_y's community to it.</w:t>
        <w:br/>
        <w:t xml:space="preserve">       if size[rep_x] &gt; size[rep_y]:</w:t>
        <w:br/>
        <w:t xml:space="preserve">           parent[rep_y] = rep_x</w:t>
        <w:br/>
        <w:t xml:space="preserve">           size[rep_x] += size[rep_y]</w:t>
        <w:br/>
        <w:t xml:space="preserve">       # If 'rep_y' represents a larger community, or both communities are of the same</w:t>
        <w:br/>
        <w:t xml:space="preserve">       # size, connect 'rep_x's community to it.</w:t>
        <w:br/>
        <w:t xml:space="preserve">       else:</w:t>
        <w:br/>
        <w:t xml:space="preserve">           parent[rep_x] = rep_y</w:t>
        <w:br/>
        <w:t xml:space="preserve">           size[rep_y] += size[rep_x]function union(x, y) {</w:t>
        <w:br/>
        <w:t xml:space="preserve">  const repX = find(x);</w:t>
        <w:br/>
        <w:t xml:space="preserve">  const repY = find(y);</w:t>
        <w:br/>
        <w:t xml:space="preserve">  if (repX !== repY) {</w:t>
        <w:br/>
        <w:t xml:space="preserve">    // If 'rep_x' represents a larger community, connect 'rep_y's community to it.</w:t>
        <w:br/>
        <w:t xml:space="preserve">    if (size[repX] &gt; size[repY]) {</w:t>
        <w:br/>
        <w:t xml:space="preserve">      parent[repY] = repX;</w:t>
        <w:br/>
        <w:t xml:space="preserve">      size[repX] += size[repY];</w:t>
        <w:br/>
        <w:t xml:space="preserve">    }</w:t>
        <w:br/>
        <w:t xml:space="preserve">    // If 'rep_y' represents a larger community, or both communities are of the same</w:t>
        <w:br/>
        <w:t xml:space="preserve">    // size, connect 'rep_x's community to it.</w:t>
        <w:br/>
        <w:t xml:space="preserve">    else {</w:t>
        <w:br/>
        <w:t xml:space="preserve">      parent[repX] = repY;</w:t>
        <w:br/>
        <w:t xml:space="preserve">      size[repY] += size[repX];</w:t>
        <w:br/>
        <w:t xml:space="preserve">    }</w:t>
        <w:br/>
        <w:t xml:space="preserve">  }</w:t>
        <w:br/>
        <w:t>}void union(int x, int y) {</w:t>
        <w:br/>
        <w:t xml:space="preserve">    int repX = find(x);</w:t>
        <w:br/>
        <w:t xml:space="preserve">    int repY = find(y);</w:t>
        <w:br/>
        <w:t xml:space="preserve">    if (repX != repY) {</w:t>
        <w:br/>
        <w:t xml:space="preserve">        // If 'rep_x' represents a larger community, connect 'rep_y's community to it.</w:t>
        <w:br/>
        <w:t xml:space="preserve">        if (size[repX] &gt; size[repY]) {</w:t>
        <w:br/>
        <w:t xml:space="preserve">            parent[repY] = repX;</w:t>
        <w:br/>
        <w:t xml:space="preserve">            size[repX] += size[repY];</w:t>
        <w:br/>
        <w:t xml:space="preserve">        }</w:t>
        <w:br/>
        <w:t xml:space="preserve">        // If 'rep_y' represents a larger community, or both communities are of the same</w:t>
        <w:br/>
        <w:t xml:space="preserve">        // size, connect 'rep_x's community to it.</w:t>
        <w:br/>
        <w:t xml:space="preserve">        else {</w:t>
        <w:br/>
        <w:t xml:space="preserve">            parent[repX] = repY;</w:t>
        <w:br/>
        <w:t xml:space="preserve">            size[repY] += size[repX];</w:t>
        <w:br/>
        <w:t xml:space="preserve">        }</w:t>
        <w:br/>
        <w:t xml:space="preserve">    }</w:t>
        <w:br/>
        <w:t>}</w:t>
      </w:r>
    </w:p>
    <w:p>
      <w:pPr>
        <w:spacing w:after="160" w:line="276" w:lineRule="auto"/>
      </w:pPr>
      <w:r>
        <w:t>A similar optimization to union by size is union by rank, which optimizes theunionfunction in a very similar way[1].</w:t>
      </w:r>
    </w:p>
    <w:p>
      <w:pPr>
        <w:spacing w:after="160" w:line="276" w:lineRule="auto"/>
      </w:pPr>
      <w:r>
        <w:t>Note that thesizearray makes the implementation ofget_community_size(x)quite straightforward: we just return the size of x’s representative (i.e., returnsize[find(x)]).</w:t>
      </w:r>
    </w:p>
    <w:p>
      <w:pPr>
        <w:spacing w:after="160" w:line="276" w:lineRule="auto"/>
      </w:pPr>
      <w:r>
        <w:t>Path compressionThere’s another major optimization that can be made. Consider the following community, with person 0 as the representative. The further down we go in this diagram, the further away the people are from the representative. We can see this for persons 3 and 6, for example:</w:t>
      </w:r>
    </w:p>
    <w:p>
      <w:pPr>
        <w:spacing w:after="160" w:line="276" w:lineRule="auto"/>
      </w:pPr>
      <w:r>
        <w:t>What’s important to realize is that performingfind(3)andfind(6)will not only return the representative to persons 3 and 6, but it will also cause it to be returned by all the other nodes in their parent chains because this is a recursive function:</w:t>
      </w:r>
    </w:p>
    <w:p>
      <w:pPr>
        <w:spacing w:after="160" w:line="276" w:lineRule="auto"/>
      </w:pPr>
      <w:r>
        <w:t>This means every person in their parent chains also knows their representative is person 0. So, if we update the parent of each of these people to person 0 in thefindfunction, all the nodes in this chain will connect to the representative. This technique is known as path compression, and it allows us to flatten the graph:</w:t>
      </w:r>
    </w:p>
    <w:p>
      <w:pPr>
        <w:spacing w:after="160" w:line="276" w:lineRule="auto"/>
      </w:pPr>
      <w:r>
        <w:t>The code for this optimization is provided below:</w:t>
      </w:r>
    </w:p>
    <w:p>
      <w:pPr>
        <w:spacing w:before="160" w:after="160"/>
        <w:ind w:left="360"/>
      </w:pPr>
      <w:r>
        <w:rPr>
          <w:rFonts w:ascii="Consolas" w:hAnsi="Consolas"/>
          <w:color w:val="1E293B"/>
          <w:sz w:val="19"/>
        </w:rPr>
        <w:t>PythonJavaScriptJavaCopydef find(x: int) -&gt; int:</w:t>
        <w:br/>
        <w:t xml:space="preserve">    if x == parent[x]:</w:t>
        <w:br/>
        <w:t xml:space="preserve">        return x</w:t>
        <w:br/>
        <w:t xml:space="preserve">    # Path compression: updates the representative of x, flattening the structure of</w:t>
        <w:br/>
        <w:t xml:space="preserve">    # the community as we go.</w:t>
        <w:br/>
        <w:t xml:space="preserve">    parent[x] = find(parent[x])</w:t>
        <w:br/>
        <w:t xml:space="preserve">    return parent[x]function find(x) {</w:t>
        <w:br/>
        <w:t xml:space="preserve">  if (x === parent[x]) {</w:t>
        <w:br/>
        <w:t xml:space="preserve">    return x;</w:t>
        <w:br/>
        <w:t xml:space="preserve">  }</w:t>
        <w:br/>
        <w:t xml:space="preserve">  // Path compression: updates the representative of x, flattening the structure of</w:t>
        <w:br/>
        <w:t xml:space="preserve">  // the community as we go.</w:t>
        <w:br/>
        <w:t xml:space="preserve">  parent[x] = find(parent[x]);</w:t>
        <w:br/>
        <w:t xml:space="preserve">  return parent[x];</w:t>
        <w:br/>
        <w:t>}int find(int x) {</w:t>
        <w:br/>
        <w:t xml:space="preserve">    if (x == parent[x]) {</w:t>
        <w:br/>
        <w:t xml:space="preserve">        return x;</w:t>
        <w:br/>
        <w:t xml:space="preserve">    }</w:t>
        <w:br/>
        <w:t xml:space="preserve">    // Path compression: updates the representative of x, flattening the structure of</w:t>
        <w:br/>
        <w:t xml:space="preserve">    // the community as we go.</w:t>
        <w:br/>
        <w:t xml:space="preserve">    parent[x] = find(parent[x]);</w:t>
        <w:br/>
        <w:t xml:space="preserve">    return parent[x];</w:t>
        <w:br/>
        <w:t>}</w:t>
      </w:r>
    </w:p>
    <w:p>
      <w:pPr>
        <w:spacing w:after="160" w:line="276" w:lineRule="auto"/>
      </w:pPr>
      <w:r>
        <w:t>This path compression optimization allows us to restructure the graph at everyfindcall, effectively reducing the distance between people and their representative, and making futurefindcalls more efficient.</w:t>
      </w:r>
    </w:p>
    <w:p>
      <w:pPr>
        <w:pStyle w:val="Heading2"/>
        <w:spacing w:before="320" w:after="120"/>
      </w:pPr>
      <w:r>
        <w:t>Implementation</w:t>
      </w:r>
    </w:p>
    <w:p>
      <w:pPr>
        <w:spacing w:after="160" w:line="276" w:lineRule="auto"/>
      </w:pPr>
      <w:r>
        <w:t>Below is the implementation of the Union-Find data structure.</w:t>
      </w:r>
    </w:p>
    <w:p>
      <w:pPr>
        <w:spacing w:before="160" w:after="160"/>
        <w:ind w:left="360"/>
      </w:pPr>
      <w:r>
        <w:rPr>
          <w:rFonts w:ascii="Consolas" w:hAnsi="Consolas"/>
          <w:color w:val="1E293B"/>
          <w:sz w:val="19"/>
        </w:rPr>
        <w:t>PythonJavaScriptJavaCopyclass UnionFind:</w:t>
        <w:br/>
        <w:t xml:space="preserve">    def __init__(self, size: int):</w:t>
        <w:br/>
        <w:t xml:space="preserve">        self.parent = [i for i in range(size)]</w:t>
        <w:br/>
        <w:t xml:space="preserve">        self.size = [1] * size</w:t>
        <w:br/>
        <w:t xml:space="preserve">   </w:t>
        <w:br/>
        <w:t xml:space="preserve">    def union(self, x: int, y: int) -&gt; None:</w:t>
        <w:br/>
        <w:t xml:space="preserve">        rep_x, rep_y = self.find(x), self.find(y)</w:t>
        <w:br/>
        <w:t xml:space="preserve">        if rep_x != rep_y:</w:t>
        <w:br/>
        <w:t xml:space="preserve">            # If 'rep_x' represents a larger community, connect 'rep_y's community to</w:t>
        <w:br/>
        <w:t xml:space="preserve">            # it.</w:t>
        <w:br/>
        <w:t xml:space="preserve">            if self.size[rep_x] &gt; self.size[rep_y]:</w:t>
        <w:br/>
        <w:t xml:space="preserve">                self.parent[rep_y] = rep_x</w:t>
        <w:br/>
        <w:t xml:space="preserve">                self.size[rep_x] += self.size[rep_y]</w:t>
        <w:br/>
        <w:t xml:space="preserve">            # Otherwise, connect 'rep_x's community to 'rep_y'.</w:t>
        <w:br/>
        <w:t xml:space="preserve">            else:</w:t>
        <w:br/>
        <w:t xml:space="preserve">                self.parent[rep_x] = rep_y</w:t>
        <w:br/>
        <w:t xml:space="preserve">                self.size[rep_y] += self.size[rep_x]</w:t>
        <w:br/>
        <w:t xml:space="preserve">   </w:t>
        <w:br/>
        <w:t xml:space="preserve">    def find(self, x: int) -&gt; int:</w:t>
        <w:br/>
        <w:t xml:space="preserve">        if x == self.parent[x]:</w:t>
        <w:br/>
        <w:t xml:space="preserve">            return x</w:t>
        <w:br/>
        <w:t xml:space="preserve">        self.parent[x] = self.find(self.parent[x]) # Path compression.</w:t>
        <w:br/>
        <w:t xml:space="preserve">        return self.parent[x]</w:t>
        <w:br/>
        <w:t xml:space="preserve">   </w:t>
        <w:br/>
        <w:t xml:space="preserve">    def get_size(self, x: int) -&gt; int:</w:t>
        <w:br/>
        <w:t xml:space="preserve">        return self.size[self.find(x)]class UnionFind {</w:t>
        <w:br/>
        <w:t xml:space="preserve">  constructor(size) {</w:t>
        <w:br/>
        <w:t xml:space="preserve">    this.parent = Array.from({ length: size }, (_, i) =&gt; i);</w:t>
        <w:br/>
        <w:t xml:space="preserve">    this.size = new Array(size).fill(1);</w:t>
        <w:br/>
        <w:t xml:space="preserve">  }</w:t>
        <w:br/>
        <w:br/>
        <w:t xml:space="preserve">  union(x, y) {</w:t>
        <w:br/>
        <w:t xml:space="preserve">    const repX = this.find(x);</w:t>
        <w:br/>
        <w:t xml:space="preserve">    const repY = this.find(y);</w:t>
        <w:br/>
        <w:t xml:space="preserve">    if (repX !== repY) {</w:t>
        <w:br/>
        <w:t xml:space="preserve">      // If 'rep_x' represents a larger community, connect 'rep_y's community to</w:t>
        <w:br/>
        <w:t xml:space="preserve">      // it.</w:t>
        <w:br/>
        <w:t xml:space="preserve">      if (this.size[repX] &gt; this.size[repY]) {</w:t>
        <w:br/>
        <w:t xml:space="preserve">        this.parent[repY] = repX;</w:t>
        <w:br/>
        <w:t xml:space="preserve">        this.size[repX] += this.size[repY];</w:t>
        <w:br/>
        <w:t xml:space="preserve">      }</w:t>
        <w:br/>
        <w:t xml:space="preserve">      // Otherwise, connect 'rep_x's community to 'rep_y'.</w:t>
        <w:br/>
        <w:t xml:space="preserve">      else {</w:t>
        <w:br/>
        <w:t xml:space="preserve">        this.parent[repX] = repY;</w:t>
        <w:br/>
        <w:t xml:space="preserve">        this.size[repY] += this.size[repX];</w:t>
        <w:br/>
        <w:t xml:space="preserve">      }</w:t>
        <w:br/>
        <w:t xml:space="preserve">    }</w:t>
        <w:br/>
        <w:t xml:space="preserve">  }</w:t>
        <w:br/>
        <w:br/>
        <w:t xml:space="preserve">  find(x) {</w:t>
        <w:br/>
        <w:t xml:space="preserve">    if (x === this.parent[x]) {</w:t>
        <w:br/>
        <w:t xml:space="preserve">      return x;</w:t>
        <w:br/>
        <w:t xml:space="preserve">    }</w:t>
        <w:br/>
        <w:t xml:space="preserve">    this.parent[x] = this.find(this.parent[x]); // Path compression.</w:t>
        <w:br/>
        <w:t xml:space="preserve">    return this.parent[x];</w:t>
        <w:br/>
        <w:t xml:space="preserve">  }</w:t>
        <w:br/>
        <w:br/>
        <w:t xml:space="preserve">  getSize(x) {</w:t>
        <w:br/>
        <w:t xml:space="preserve">    return this.size[this.find(x)];</w:t>
        <w:br/>
        <w:t xml:space="preserve">  }</w:t>
        <w:br/>
        <w:t>}class UnionFind {</w:t>
        <w:br/>
        <w:t xml:space="preserve">    private int[] parent;</w:t>
        <w:br/>
        <w:t xml:space="preserve">    private int[] size;</w:t>
        <w:br/>
        <w:br/>
        <w:t xml:space="preserve">    public UnionFind(int size) {</w:t>
        <w:br/>
        <w:t xml:space="preserve">        this.parent = new int[size];</w:t>
        <w:br/>
        <w:t xml:space="preserve">        this.size = new int[size];</w:t>
        <w:br/>
        <w:t xml:space="preserve">        for (int i = 0; i &lt; size; i++) {</w:t>
        <w:br/>
        <w:t xml:space="preserve">            this.parent[i] = i;</w:t>
        <w:br/>
        <w:t xml:space="preserve">            this.size[i] = 1;</w:t>
        <w:br/>
        <w:t xml:space="preserve">        }</w:t>
        <w:br/>
        <w:t xml:space="preserve">    }</w:t>
        <w:br/>
        <w:br/>
        <w:t xml:space="preserve">    public void union(int x, int y) {</w:t>
        <w:br/>
        <w:t xml:space="preserve">        int repX = find(x);</w:t>
        <w:br/>
        <w:t xml:space="preserve">        int repY = find(y);</w:t>
        <w:br/>
        <w:t xml:space="preserve">        if (repX != repY) {</w:t>
        <w:br/>
        <w:t xml:space="preserve">            // If 'rep_x' represents a larger community, connect 'rep_y's community to</w:t>
        <w:br/>
        <w:t xml:space="preserve">            // it.</w:t>
        <w:br/>
        <w:t xml:space="preserve">            if (this.size[repX] &gt; this.size[repY]) {</w:t>
        <w:br/>
        <w:t xml:space="preserve">                this.parent[repY] = repX;</w:t>
        <w:br/>
        <w:t xml:space="preserve">                this.size[repX] += this.size[repY];</w:t>
        <w:br/>
        <w:t xml:space="preserve">            }</w:t>
        <w:br/>
        <w:t xml:space="preserve">            // Otherwise, connect 'rep_x's community to 'rep_y'.</w:t>
        <w:br/>
        <w:t xml:space="preserve">            else {</w:t>
        <w:br/>
        <w:t xml:space="preserve">                this.parent[repX] = repY;</w:t>
        <w:br/>
        <w:t xml:space="preserve">                this.size[repY] += this.size[repX];</w:t>
        <w:br/>
        <w:t xml:space="preserve">            }</w:t>
        <w:br/>
        <w:t xml:space="preserve">        }</w:t>
        <w:br/>
        <w:t xml:space="preserve">    }</w:t>
        <w:br/>
        <w:br/>
        <w:t xml:space="preserve">    public int find(int x) {</w:t>
        <w:br/>
        <w:t xml:space="preserve">        if (x == this.parent[x]) {</w:t>
        <w:br/>
        <w:t xml:space="preserve">            return x;</w:t>
        <w:br/>
        <w:t xml:space="preserve">        }</w:t>
        <w:br/>
        <w:t xml:space="preserve">        this.parent[x] = this.find(this.parent[x]); // Path compression.</w:t>
        <w:br/>
        <w:t xml:space="preserve">        return this.parent[x];</w:t>
        <w:br/>
        <w:t xml:space="preserve">    }</w:t>
        <w:br/>
        <w:br/>
        <w:t xml:space="preserve">    public int getSize(int x) {</w:t>
        <w:br/>
        <w:t xml:space="preserve">        return this.size[this.find(x)];</w:t>
        <w:br/>
        <w:t xml:space="preserve">    }</w:t>
        <w:br/>
        <w:t>}</w:t>
      </w:r>
    </w:p>
    <w:p>
      <w:pPr>
        <w:spacing w:after="160" w:line="276" w:lineRule="auto"/>
      </w:pPr>
      <w:r>
        <w:t>Below is the implementation of the main problem using the above Union-Find data structure:</w:t>
      </w:r>
    </w:p>
    <w:p>
      <w:pPr>
        <w:spacing w:before="160" w:after="160"/>
        <w:ind w:left="360"/>
      </w:pPr>
      <w:r>
        <w:rPr>
          <w:rFonts w:ascii="Consolas" w:hAnsi="Consolas"/>
          <w:color w:val="1E293B"/>
          <w:sz w:val="19"/>
        </w:rPr>
        <w:t>PythonJavaScriptJavaCopyclass MergingCommunities:</w:t>
        <w:br/>
        <w:t xml:space="preserve">    def __init__(self, n: int):</w:t>
        <w:br/>
        <w:t xml:space="preserve">        self.uf = UnionFind(n)</w:t>
        <w:br/>
        <w:t xml:space="preserve">   </w:t>
        <w:br/>
        <w:t xml:space="preserve">    def connect(self, x: int, y: int) -&gt; None:</w:t>
        <w:br/>
        <w:t xml:space="preserve">        self.uf.union(x, y)</w:t>
        <w:br/>
        <w:t xml:space="preserve">   </w:t>
        <w:br/>
        <w:t xml:space="preserve">    def get_community_size(self, x: int) -&gt; int:</w:t>
        <w:br/>
        <w:t xml:space="preserve">        return self.uf.get_size(x)class MergingCommunities {</w:t>
        <w:br/>
        <w:t xml:space="preserve">  constructor(n) {</w:t>
        <w:br/>
        <w:t xml:space="preserve">    this.uf = new UnionFind(n);</w:t>
        <w:br/>
        <w:t xml:space="preserve">  }</w:t>
        <w:br/>
        <w:br/>
        <w:t xml:space="preserve">  connect(x, y) {</w:t>
        <w:br/>
        <w:t xml:space="preserve">    this.uf.union(x, y);</w:t>
        <w:br/>
        <w:t xml:space="preserve">  }</w:t>
        <w:br/>
        <w:br/>
        <w:t xml:space="preserve">  getCommunitySize(x) {</w:t>
        <w:br/>
        <w:t xml:space="preserve">    return this.uf.getSize(x);</w:t>
        <w:br/>
        <w:t xml:space="preserve">  }</w:t>
        <w:br/>
        <w:t>}class MergingCommunities {</w:t>
        <w:br/>
        <w:t xml:space="preserve">    private UnionFind uf;</w:t>
        <w:br/>
        <w:br/>
        <w:t xml:space="preserve">    public MergingCommunities(int n) {</w:t>
        <w:br/>
        <w:t xml:space="preserve">        this.uf = new UnionFind(n);</w:t>
        <w:br/>
        <w:t xml:space="preserve">    }</w:t>
        <w:br/>
        <w:br/>
        <w:t xml:space="preserve">    public void connect(int x, int y) {</w:t>
        <w:br/>
        <w:t xml:space="preserve">        this.uf.union(x, y);</w:t>
        <w:br/>
        <w:t xml:space="preserve">    }</w:t>
        <w:br/>
        <w:br/>
        <w:t xml:space="preserve">    public int getCommunitySize(int x) {</w:t>
        <w:br/>
        <w:t xml:space="preserve">        return this.uf.getSize(x);</w:t>
        <w:br/>
        <w:t xml:space="preserve">    }</w:t>
        <w:br/>
        <w:t>}</w:t>
      </w:r>
    </w:p>
    <w:p>
      <w:pPr>
        <w:pStyle w:val="Heading3"/>
        <w:spacing w:before="320" w:after="120"/>
      </w:pPr>
      <w:r>
        <w:t>Complexity Analysis</w:t>
      </w:r>
    </w:p>
    <w:p>
      <w:pPr>
        <w:spacing w:after="160" w:line="276" w:lineRule="auto"/>
      </w:pPr>
      <w:r>
        <w:t>Time complexity:Let’s break down the time complexity of the Union-Find functions:</w:t>
      </w:r>
    </w:p>
    <w:p>
      <w:pPr>
        <w:pStyle w:val="ListBullet"/>
      </w:pPr>
      <w:r>
        <w:t>With the path compression and union by size optimizations,findhas a time complexity of amortizedO(1)O(1)O(1)1because the branches of the graph become very short over time, making the function effectively constant-time in most cases.</w:t>
      </w:r>
    </w:p>
    <w:p>
      <w:pPr>
        <w:pStyle w:val="ListBullet"/>
      </w:pPr>
      <w:r>
        <w:t>Sinceunionjust uses thefindfunction twice, it also has a time complexity of amortizedO(1)O(1)O(1).</w:t>
      </w:r>
    </w:p>
    <w:p>
      <w:pPr>
        <w:pStyle w:val="ListBullet"/>
      </w:pPr>
      <w:r>
        <w:t>Sinceget_sizejust uses thefindfunction once, it also has a time complexity of amortizedO(1)O(1)O(1).</w:t>
      </w:r>
    </w:p>
    <w:p>
      <w:pPr>
        <w:spacing w:after="160" w:line="276" w:lineRule="auto"/>
      </w:pPr>
      <w:r>
        <w:t>Therefore, the time complexities of connect andget_community_sizeare both amortizedO(1)O(1)O(1). The time complexity of the constructor isO(n)O(n)O(n)because we initialize two arrays of sizennnwhen creating theUnionFindobject.</w:t>
      </w:r>
    </w:p>
    <w:p>
      <w:pPr>
        <w:spacing w:after="160" w:line="276" w:lineRule="auto"/>
      </w:pPr>
      <w:r>
        <w:t>Space complexity:The space complexity isO(n)O(n)O(n)because the Union-Find data structure has two arrays of sizennn:parentandsize. The space taken up by the recursive call stack is amortizedO(1)O(1)O(1)since the branches of the graph become very short over time, resulting in fewer recursive calls made to thefindfunction.</w:t>
      </w:r>
    </w:p>
    <w:p>
      <w:r>
        <w:br w:type="page"/>
      </w:r>
    </w:p>
    <w:p>
      <w:pPr>
        <w:pStyle w:val="Heading1"/>
        <w:spacing w:before="480" w:after="280"/>
      </w:pPr>
      <w:r>
        <w:rPr>
          <w:b/>
          <w:color w:val="008A60"/>
          <w:sz w:val="28"/>
        </w:rPr>
        <w:t>Chapter 83</w:t>
        <w:br/>
      </w:r>
      <w:r>
        <w:rPr>
          <w:b/>
          <w:color w:val="0F172A"/>
          <w:sz w:val="40"/>
        </w:rPr>
        <w:t>Prerequisites</w:t>
      </w:r>
    </w:p>
    <w:p>
      <w:pPr>
        <w:spacing w:before="160" w:after="160"/>
        <w:ind w:left="360"/>
      </w:pPr>
      <w:r>
        <w:rPr>
          <w:rFonts w:ascii="Consolas" w:hAnsi="Consolas"/>
          <w:color w:val="1E293B"/>
          <w:sz w:val="19"/>
        </w:rPr>
        <w:t>Given an integer n representing the number of courses labeled from 0 to n - 1, and an array of prerequisite pairs, determine if it's possible to enroll in all courses.Each prerequisite is represented as a pair [a, b], indicating that course a must be taken before course b.Example:ExampleCopyInput: n = 3, prerequisites = [[0, 1], [1, 2], [2, 1]]</w:t>
        <w:br/>
        <w:t>Output: False</w:t>
        <w:br/>
        <w:t>Explanation: Course 1 cannot be taken without first completing course 2 and, and vice versa.Constraints:</w:t>
        <w:br/>
        <w:t>For any prerequisite [a, b], a will not equal b.</w:t>
        <w:br/>
      </w:r>
    </w:p>
    <w:p>
      <w:pPr>
        <w:pStyle w:val="Heading2"/>
        <w:spacing w:before="320" w:after="120"/>
      </w:pPr>
      <w:r>
        <w:t>Intuition</w:t>
      </w:r>
    </w:p>
    <w:p>
      <w:pPr>
        <w:spacing w:after="160" w:line="276" w:lineRule="auto"/>
      </w:pPr>
      <w:r>
        <w:t>Our goal is to check if enrollment into all courses is possible. Let’s start by identifying which situations make enrollment impossible.</w:t>
      </w:r>
    </w:p>
    <w:p>
      <w:pPr>
        <w:spacing w:after="160" w:line="276" w:lineRule="auto"/>
      </w:pPr>
      <w:r>
        <w:t>Consider a simple case where there are just two courses. A scenario where enrollment into all courses is impossible occurs when each course is a prerequisite to the other, as graphically represented below:</w:t>
      </w:r>
    </w:p>
    <w:p>
      <w:pPr>
        <w:spacing w:after="160" w:line="276" w:lineRule="auto"/>
      </w:pPr>
      <w:r>
        <w:t>Here are a couple of impossible enrollment scenarios that could occur with prerequisites for three courses:</w:t>
      </w:r>
    </w:p>
    <w:p>
      <w:pPr>
        <w:spacing w:after="160" w:line="276" w:lineRule="auto"/>
      </w:pPr>
      <w:r>
        <w:t>What do we notice about these cases and their graphical representations? They both have a circular relationship: a cycle. This highlights that it’s impossible to enroll in all courses if there exists a circular dependency between courses. In other words,there must not be a cycle in the graphical representation of the coursesfor complete enrollment to be possible.</w:t>
      </w:r>
    </w:p>
    <w:p>
      <w:pPr>
        <w:spacing w:after="160" w:line="276" w:lineRule="auto"/>
      </w:pPr>
      <w:r>
        <w:t>Another thing to note is that the first courses which can be completed are those without prerequisites. In the graphical representation, such a course would have no directed arrows pointing at them. Let’s refer to the number of directed edges incoming to a node as thein-degreeof that node.</w:t>
      </w:r>
    </w:p>
    <w:p>
      <w:pPr>
        <w:spacing w:after="160" w:line="276" w:lineRule="auto"/>
      </w:pPr>
      <w:r>
        <w:t>In the example below, each node's in-degree is displayed at the top right:</w:t>
      </w:r>
    </w:p>
    <w:p>
      <w:pPr>
        <w:spacing w:after="160" w:line="276" w:lineRule="auto"/>
      </w:pPr>
      <w:r>
        <w:t>Courses 0 and 3 have an in-degree of 0. So, let’s complete them first and remove them from the graph. By doing this, we reduce the number of prerequisites for courses 1 and 2. Course 1's indegree then decreases by 1, and course 2's indegree decreases by 2:</w:t>
      </w:r>
    </w:p>
    <w:p>
      <w:pPr>
        <w:spacing w:after="160" w:line="276" w:lineRule="auto"/>
      </w:pPr>
      <w:r>
        <w:t>Now, courses 1 and 2 have an in-degree of 0, which means we can enroll in them and remove them from the graph. Observe what happens when we continue the process of removing courses with an in-degree of 0 from the graph:</w:t>
      </w:r>
    </w:p>
    <w:p>
      <w:pPr>
        <w:spacing w:after="160" w:line="276" w:lineRule="auto"/>
      </w:pPr>
      <w:r>
        <w:t>By the end of this process, no courses remain, indicating it’s possible to enroll in all courses.</w:t>
      </w:r>
    </w:p>
    <w:p>
      <w:pPr>
        <w:spacing w:after="160" w:line="276" w:lineRule="auto"/>
      </w:pPr>
      <w:r>
        <w:t>Now, consider an example with a cyclic dependency:</w:t>
      </w:r>
    </w:p>
    <w:p>
      <w:pPr>
        <w:spacing w:after="160" w:line="276" w:lineRule="auto"/>
      </w:pPr>
      <w:r>
        <w:t>Let's follow the same steps of removing courses with an in-degree of 0:</w:t>
      </w:r>
    </w:p>
    <w:p>
      <w:pPr>
        <w:spacing w:after="160" w:line="276" w:lineRule="auto"/>
      </w:pPr>
      <w:r>
        <w:t>Here, there is no way to progress because there aren't any courses with an in-degree of 0. When this happens, and there are still unvisited courses, a cyclic dependency exists, meaning enrolment is impossible.</w:t>
      </w:r>
    </w:p>
    <w:p>
      <w:pPr>
        <w:spacing w:after="160" w:line="276" w:lineRule="auto"/>
      </w:pPr>
      <w:r>
        <w:t>Now, let’s identify a way to simulate the above process algorithmically.</w:t>
      </w:r>
    </w:p>
    <w:p>
      <w:pPr>
        <w:spacing w:after="160" w:line="276" w:lineRule="auto"/>
      </w:pPr>
      <w:r>
        <w:t>Topological sortThe process we described above is essentially topological sorting, where vertices of a graph are sorted in such a way that for every directed edge u → v, node u comes before node v in the ordering of the topological sort.</w:t>
      </w:r>
    </w:p>
    <w:p>
      <w:pPr>
        <w:spacing w:after="160" w:line="276" w:lineRule="auto"/>
      </w:pPr>
      <w:r>
        <w:t>An algorithm designed to perform topological sort isKahn’s algorithm. Let’s see how we can use it to solve this problem.</w:t>
      </w:r>
    </w:p>
    <w:p>
      <w:pPr>
        <w:spacing w:after="160" w:line="276" w:lineRule="auto"/>
      </w:pPr>
      <w:r>
        <w:t>The first step of Kahn's algorithm is to determine the in-degree of each course. This can be achieved by counting the number of times each course appears as a dependent in the prerequisite pairs: for a pair [a, b], course b depends on course a, so course b’s in-degree is incremented by one:</w:t>
      </w:r>
    </w:p>
    <w:p>
      <w:pPr>
        <w:spacing w:after="160" w:line="276" w:lineRule="auto"/>
      </w:pPr>
      <w:r>
        <w:t>Now, we want to process all the courses with an in-degree of 0 first. We can add these courses to a queue to be processed:</w:t>
      </w:r>
    </w:p>
    <w:p>
      <w:pPr>
        <w:spacing w:after="160" w:line="276" w:lineRule="auto"/>
      </w:pPr>
      <w:r>
        <w:t>To begin processing, pop the first course from the queue: course 0. Then, for each course that has course 0 as a prerequisite (i.e., courses pointed to by course 0), reduce their in-degree by one:</w:t>
      </w:r>
    </w:p>
    <w:p>
      <w:pPr>
        <w:spacing w:after="160" w:line="276" w:lineRule="auto"/>
      </w:pPr>
      <w:r>
        <w:t>If any of the courses have an in-degree of 0 after being decremented, add them to the queue. Course 1 now has an in-degree of 0, so we add it to the queue:</w:t>
      </w:r>
    </w:p>
    <w:p>
      <w:pPr>
        <w:spacing w:after="160" w:line="276" w:lineRule="auto"/>
      </w:pPr>
      <w:r>
        <w:t>We can continue the above process until the queue is empty, indicating that there aren't any more courses with an in-degree of 0.</w:t>
      </w:r>
    </w:p>
    <w:p>
      <w:pPr>
        <w:pStyle w:val="ListBullet"/>
      </w:pPr>
      <w:r>
        <w:t>If we've processed all n courses, enrollment to all courses is possible.</w:t>
      </w:r>
    </w:p>
    <w:p>
      <w:pPr>
        <w:pStyle w:val="ListBullet"/>
      </w:pPr>
      <w:r>
        <w:t>If we couldn’t process all n courses, a cycle was found, indicating enrollment to all courses is impossible.</w:t>
      </w:r>
    </w:p>
    <w:p>
      <w:pPr>
        <w:pStyle w:val="Heading2"/>
        <w:spacing w:before="320" w:after="120"/>
      </w:pPr>
      <w:r>
        <w:t>Implementation</w:t>
      </w:r>
    </w:p>
    <w:p>
      <w:pPr>
        <w:spacing w:before="160" w:after="160"/>
        <w:ind w:left="360"/>
      </w:pPr>
      <w:r>
        <w:rPr>
          <w:rFonts w:ascii="Consolas" w:hAnsi="Consolas"/>
          <w:color w:val="1E293B"/>
          <w:sz w:val="19"/>
        </w:rPr>
        <w:t>PythonJavaScriptJavaCopyfrom typing import List</w:t>
        <w:br/>
        <w:t>from collections import defaultdict, deque</w:t>
        <w:br/>
        <w:t xml:space="preserve">    </w:t>
        <w:br/>
        <w:t>def prerequisites(n: int, prerequisites: List[List[int]]) -&gt; bool:</w:t>
        <w:br/>
        <w:t xml:space="preserve">    graph = defaultdict(list)</w:t>
        <w:br/>
        <w:t xml:space="preserve">    in_degrees = [0] * n</w:t>
        <w:br/>
        <w:t xml:space="preserve">    # Represent the graph as an adjacency list and record the in-degree of each</w:t>
        <w:br/>
        <w:t xml:space="preserve">    # course.</w:t>
        <w:br/>
        <w:t xml:space="preserve">    for prerequisite, course in prerequisites:</w:t>
        <w:br/>
        <w:t xml:space="preserve">        graph[prerequisite].append(course)</w:t>
        <w:br/>
        <w:t xml:space="preserve">        in_degrees[course] += 1</w:t>
        <w:br/>
        <w:t xml:space="preserve">    queue = deque()</w:t>
        <w:br/>
        <w:t xml:space="preserve">    # Add all courses with an in-degree of 0 to the queue.</w:t>
        <w:br/>
        <w:t xml:space="preserve">    for i in range(n):</w:t>
        <w:br/>
        <w:t xml:space="preserve">        if in_degrees[i] == 0:</w:t>
        <w:br/>
        <w:t xml:space="preserve">            queue.append(i)</w:t>
        <w:br/>
        <w:t xml:space="preserve">    enrolled_courses = 0</w:t>
        <w:br/>
        <w:t xml:space="preserve">    # Perform topological sort.</w:t>
        <w:br/>
        <w:t xml:space="preserve">    while queue:</w:t>
        <w:br/>
        <w:t xml:space="preserve">        node = queue.popleft()</w:t>
        <w:br/>
        <w:t xml:space="preserve">        enrolled_courses += 1</w:t>
        <w:br/>
        <w:t xml:space="preserve">        for neighbor in graph[node]:</w:t>
        <w:br/>
        <w:t xml:space="preserve">            in_degrees[neighbor] -= 1</w:t>
        <w:br/>
        <w:t xml:space="preserve">            # If the in-degree of a neighboring course becomes 0, add it to the queue.</w:t>
        <w:br/>
        <w:t xml:space="preserve">            if in_degrees[neighbor] == 0:</w:t>
        <w:br/>
        <w:t xml:space="preserve">                queue.append(neighbor)</w:t>
        <w:br/>
        <w:t xml:space="preserve">    # Return true if we've successfully enrolled in all courses.</w:t>
        <w:br/>
        <w:t xml:space="preserve">    return enrolled_courses == nfunction prerequisites(n, prerequisites) {</w:t>
        <w:br/>
        <w:t xml:space="preserve">  const graph = Array.from({ length: n }, () =&gt; []);</w:t>
        <w:br/>
        <w:t xml:space="preserve">  const inDegrees = new Array(n).fill(0);</w:t>
        <w:br/>
        <w:t xml:space="preserve">  // Represent the graph as an adjacency list and record the in-degree of each</w:t>
        <w:br/>
        <w:t xml:space="preserve">  // course.</w:t>
        <w:br/>
        <w:t xml:space="preserve">  for (const [prerequisite, course] of prerequisites) {</w:t>
        <w:br/>
        <w:t xml:space="preserve">    graph[prerequisite].push(course);</w:t>
        <w:br/>
        <w:t xml:space="preserve">    inDegrees[course]++;</w:t>
        <w:br/>
        <w:t xml:space="preserve">  }</w:t>
        <w:br/>
        <w:t xml:space="preserve">  const queue = [];</w:t>
        <w:br/>
        <w:t xml:space="preserve">  // Add all courses with an in-degree of 0 to the queue.</w:t>
        <w:br/>
        <w:t xml:space="preserve">  for (let i = 0; i &lt; n; i++) {</w:t>
        <w:br/>
        <w:t xml:space="preserve">    if (inDegrees[i] === 0) {</w:t>
        <w:br/>
        <w:t xml:space="preserve">      queue.push(i);</w:t>
        <w:br/>
        <w:t xml:space="preserve">    }</w:t>
        <w:br/>
        <w:t xml:space="preserve">  }</w:t>
        <w:br/>
        <w:t xml:space="preserve">  let enrolledCourses = 0;</w:t>
        <w:br/>
        <w:t xml:space="preserve">  let head = 0;</w:t>
        <w:br/>
        <w:t xml:space="preserve">  // Perform topological sort.</w:t>
        <w:br/>
        <w:t xml:space="preserve">  while (head &lt; queue.length) {</w:t>
        <w:br/>
        <w:t xml:space="preserve">    const node = queue[head++];</w:t>
        <w:br/>
        <w:t xml:space="preserve">    enrolledCourses++;</w:t>
        <w:br/>
        <w:t xml:space="preserve">    for (const neighbor of graph[node]) {</w:t>
        <w:br/>
        <w:t xml:space="preserve">      inDegrees[neighbor]--;</w:t>
        <w:br/>
        <w:t xml:space="preserve">      // If the in-degree of a neighboring course becomes 0, add it to the queue.</w:t>
        <w:br/>
        <w:t xml:space="preserve">      if (inDegrees[neighbor] === 0) {</w:t>
        <w:br/>
        <w:t xml:space="preserve">        queue.push(neighbor);</w:t>
        <w:br/>
        <w:t xml:space="preserve">      }</w:t>
        <w:br/>
        <w:t xml:space="preserve">    }</w:t>
        <w:br/>
        <w:t xml:space="preserve">  }</w:t>
        <w:br/>
        <w:t xml:space="preserve">  // Return true if we've successfully enrolled in all courses.</w:t>
        <w:br/>
        <w:t xml:space="preserve">  return enrolledCourses === n;</w:t>
        <w:br/>
        <w:t>}public class Solution {</w:t>
        <w:br/>
        <w:t xml:space="preserve">    public boolean prerequisites(int n, int[][] prerequisites) {</w:t>
        <w:br/>
        <w:t xml:space="preserve">        List&lt;List&lt;Integer&gt;&gt; graph = new ArrayList&lt;&gt;();</w:t>
        <w:br/>
        <w:t xml:space="preserve">        for (int i = 0; i &lt; n; i++) {</w:t>
        <w:br/>
        <w:t xml:space="preserve">            graph.add(new ArrayList&lt;&gt;());</w:t>
        <w:br/>
        <w:t xml:space="preserve">        }</w:t>
        <w:br/>
        <w:t xml:space="preserve">        int[] inDegrees = new int[n];</w:t>
        <w:br/>
        <w:t xml:space="preserve">        // Represent the graph as an adjacency list and record the in-degree of each</w:t>
        <w:br/>
        <w:t xml:space="preserve">        // course.</w:t>
        <w:br/>
        <w:t xml:space="preserve">        for (int[] p : prerequisites) {</w:t>
        <w:br/>
        <w:t xml:space="preserve">            int prerequisite = p[0], course = p[1];</w:t>
        <w:br/>
        <w:t xml:space="preserve">            graph.get(prerequisite).add(course);</w:t>
        <w:br/>
        <w:t xml:space="preserve">            inDegrees[course]++;</w:t>
        <w:br/>
        <w:t xml:space="preserve">        }</w:t>
        <w:br/>
        <w:t xml:space="preserve">        Queue&lt;Integer&gt; queue = new LinkedList&lt;&gt;();</w:t>
        <w:br/>
        <w:t xml:space="preserve">        // Add all courses with an in-degree of 0 to the queue.</w:t>
        <w:br/>
        <w:t xml:space="preserve">        for (int i = 0; i &lt; n; i++) {</w:t>
        <w:br/>
        <w:t xml:space="preserve">            if (inDegrees[i] == 0) {</w:t>
        <w:br/>
        <w:t xml:space="preserve">                queue.offer(i);</w:t>
        <w:br/>
        <w:t xml:space="preserve">            }</w:t>
        <w:br/>
        <w:t xml:space="preserve">        }</w:t>
        <w:br/>
        <w:t xml:space="preserve">        int enrolledCourses = 0;</w:t>
        <w:br/>
        <w:t xml:space="preserve">        // Perform topological sort.</w:t>
        <w:br/>
        <w:t xml:space="preserve">        while (!queue.isEmpty()) {</w:t>
        <w:br/>
        <w:t xml:space="preserve">            int node = queue.poll();</w:t>
        <w:br/>
        <w:t xml:space="preserve">            enrolledCourses++;</w:t>
        <w:br/>
        <w:t xml:space="preserve">            for (int neighbor : graph.get(node)) {</w:t>
        <w:br/>
        <w:t xml:space="preserve">                inDegrees[neighbor]--;</w:t>
        <w:br/>
        <w:t xml:space="preserve">                // If the in-degree of a neighboring course becomes 0, add it to the queue.</w:t>
        <w:br/>
        <w:t xml:space="preserve">                if (inDegrees[neighbor] == 0) {</w:t>
        <w:br/>
        <w:t xml:space="preserve">                    queue.offer(neighbor);</w:t>
        <w:br/>
        <w:t xml:space="preserve">                }</w:t>
        <w:br/>
        <w:t xml:space="preserve">            }</w:t>
        <w:br/>
        <w:t xml:space="preserve">        }</w:t>
        <w:br/>
        <w:t xml:space="preserve">        // Return true if we've successfully enrolled in all courses.</w:t>
        <w:br/>
        <w:t xml:space="preserve">        return enrolledCourses == n;</w:t>
        <w:br/>
        <w:t xml:space="preserve">    }</w:t>
        <w:br/>
        <w:t>}</w:t>
      </w:r>
    </w:p>
    <w:p>
      <w:pPr>
        <w:pStyle w:val="Heading3"/>
        <w:spacing w:before="320" w:after="120"/>
      </w:pPr>
      <w:r>
        <w:t>Complexity Analysis</w:t>
      </w:r>
    </w:p>
    <w:p>
      <w:pPr>
        <w:spacing w:after="160" w:line="276" w:lineRule="auto"/>
      </w:pPr>
      <w:r>
        <w:t>Time complexity:The time complexity of prerequisites isO(n+e)O(n+e)O(n+e)whereeeedenotes the number of edges derived from the prerequisites array. Here’s why:</w:t>
      </w:r>
    </w:p>
    <w:p>
      <w:pPr>
        <w:pStyle w:val="ListBullet"/>
      </w:pPr>
      <w:r>
        <w:t>Creating the adjacency list and recording the in-degrees takesO(e)O(e)O(e)time because we iterate through each prerequisite once.</w:t>
      </w:r>
    </w:p>
    <w:p>
      <w:pPr>
        <w:pStyle w:val="ListBullet"/>
      </w:pPr>
      <w:r>
        <w:t>Adding all courses with in-degree 0 to the queue takesO(n)O(n)O(n)time because we check the in-degree of each course once.</w:t>
      </w:r>
    </w:p>
    <w:p>
      <w:pPr>
        <w:pStyle w:val="ListBullet"/>
      </w:pPr>
      <w:r>
        <w:t>Performing Kahn’s algorithm takesO(n+e)O(n+e)O(n+e)time because each course and prerequisite is processed at most once during the traversal.</w:t>
      </w:r>
    </w:p>
    <w:p>
      <w:pPr>
        <w:spacing w:after="160" w:line="276" w:lineRule="auto"/>
      </w:pPr>
      <w:r>
        <w:t>Space complexity:The space complexity isO(n+e)O(n+e)O(n+e), since the adjacency list takes upO(n+e)O(n+e)O(n+e)space, while thein_degreesarray and queue each take upO(n)O(n)O(n)space.</w:t>
      </w:r>
    </w:p>
    <w:p>
      <w:r>
        <w:br w:type="page"/>
      </w:r>
    </w:p>
    <w:p>
      <w:pPr>
        <w:pStyle w:val="Heading1"/>
        <w:spacing w:before="480" w:after="280"/>
      </w:pPr>
      <w:r>
        <w:rPr>
          <w:b/>
          <w:color w:val="008A60"/>
          <w:sz w:val="28"/>
        </w:rPr>
        <w:t>Chapter 84</w:t>
        <w:br/>
      </w:r>
      <w:r>
        <w:rPr>
          <w:b/>
          <w:color w:val="0F172A"/>
          <w:sz w:val="40"/>
        </w:rPr>
        <w:t>Shortest Path</w:t>
      </w:r>
    </w:p>
    <w:p>
      <w:pPr>
        <w:spacing w:before="160" w:after="160"/>
        <w:ind w:left="360"/>
      </w:pPr>
      <w:r>
        <w:rPr>
          <w:rFonts w:ascii="Consolas" w:hAnsi="Consolas"/>
          <w:color w:val="1E293B"/>
          <w:sz w:val="19"/>
        </w:rPr>
        <w:t>Given an integer n representing nodes labeled from 0 to n - 1 in an undirected graph, and an array of non-negative weighted edges, return an array where each index i contains the shortest path length from a specified start node to node i. If a node is unreachable, set its distance to -1.Each edge is represented by a triplet of positive integers: the start node, the end node, and the weight of the edge.Example:ExampleCopyInput: n = 6,</w:t>
        <w:br/>
        <w:t xml:space="preserve">       edges = [</w:t>
        <w:br/>
        <w:t xml:space="preserve">         [0, 1, 5],</w:t>
        <w:br/>
        <w:t xml:space="preserve">         [0, 2, 3],</w:t>
        <w:br/>
        <w:t xml:space="preserve">         [1, 2, 1],</w:t>
        <w:br/>
        <w:t xml:space="preserve">         [1, 3, 4],</w:t>
        <w:br/>
        <w:t xml:space="preserve">         [2, 3, 4],</w:t>
        <w:br/>
        <w:t xml:space="preserve">         [2, 4, 5],</w:t>
        <w:br/>
        <w:t xml:space="preserve">       ],</w:t>
        <w:br/>
        <w:t xml:space="preserve">       start = 0</w:t>
        <w:br/>
        <w:t>Output: [0, 4, 3, 7, 8, -1]</w:t>
        <w:br/>
      </w:r>
    </w:p>
    <w:p>
      <w:pPr>
        <w:pStyle w:val="Heading2"/>
        <w:spacing w:before="320" w:after="120"/>
      </w:pPr>
      <w:r>
        <w:t>Intuition</w:t>
      </w:r>
    </w:p>
    <w:p>
      <w:pPr>
        <w:spacing w:after="160" w:line="276" w:lineRule="auto"/>
      </w:pPr>
      <w:r>
        <w:t>There are a few algorithms that can be employed to find the shortest path in a graph. Let’s consider some of our options:</w:t>
      </w:r>
    </w:p>
    <w:p>
      <w:pPr>
        <w:pStyle w:val="ListBullet"/>
      </w:pPr>
      <w:r>
        <w:t>BFS works well for finding the shortest path when the graph has edges with no weight, or uniform weight across the edges, as BFS doesn’t take weight into account in its traversal strategy.</w:t>
      </w:r>
    </w:p>
    <w:p>
      <w:pPr>
        <w:pStyle w:val="ListBullet"/>
      </w:pPr>
      <w:r>
        <w:t>Dijkstra’s algorithm works well for graphs with non-negative weights, as it efficiently finds the shortest path from a single source to all other nodes.</w:t>
      </w:r>
    </w:p>
    <w:p>
      <w:pPr>
        <w:pStyle w:val="ListBullet"/>
      </w:pPr>
      <w:r>
        <w:t>The Bellman-Ford algorithm works well for graphs with edges that may have negative weights[1].</w:t>
      </w:r>
    </w:p>
    <w:p>
      <w:pPr>
        <w:pStyle w:val="ListBullet"/>
      </w:pPr>
      <w:r>
        <w:t>The Floyd-Warshall algorithm works well when we need to find the shortest paths between all pairs of nodes in a graph[2].</w:t>
      </w:r>
    </w:p>
    <w:p>
      <w:pPr>
        <w:spacing w:after="160" w:line="276" w:lineRule="auto"/>
      </w:pPr>
      <w:r>
        <w:t>Among these options,Dijkstra’s algorithmsuits this problem the most since we’re dealing with a graph with non-negative weighted edges, and we need to find the shortest path from a start node to all other nodes. This algorithm uses a greedy strategy, which we’ll explore during this explanation.</w:t>
      </w:r>
    </w:p>
    <w:p>
      <w:pPr>
        <w:spacing w:after="160" w:line="276" w:lineRule="auto"/>
      </w:pPr>
      <w:r>
        <w:t>Consider the undirected weighted graph below, with node 0 as the starting node.</w:t>
      </w:r>
    </w:p>
    <w:p>
      <w:pPr>
        <w:spacing w:after="160" w:line="276" w:lineRule="auto"/>
      </w:pPr>
      <w:r>
        <w:t>Initially, since we don't know any of the distances between node 0 and the other nodes, we'll set them to infinity. The only distance we do know is from the start node to itself, which is just 0:</w:t>
      </w:r>
    </w:p>
    <w:p>
      <w:pPr>
        <w:spacing w:after="160" w:line="276" w:lineRule="auto"/>
      </w:pPr>
      <w:r>
        <w:t>Let’s begin with the start node. Consider its immediate neighbors, nodes 1 and 2. The distances from node 0 to these nodes are 5 and 3, respectively. We don't know if these are the shortest distances from 0 to them, but they’re definitely shorter than infinity. So, let's update the distances to those nodes from node 0:</w:t>
      </w:r>
    </w:p>
    <w:p>
      <w:pPr>
        <w:spacing w:after="160" w:line="276" w:lineRule="auto"/>
      </w:pPr>
      <w:r>
        <w:t>Right now, the closest node to the start node is node 2, with a distance of 3. This confirms that the shortest distance to node 2 from node 0 is 3, as the alternative route through node 1 has a longer distance. Thus, we can be certain that node 2 is reached through the shortest possible path, so let’s move to it:</w:t>
      </w:r>
    </w:p>
    <w:p>
      <w:pPr>
        <w:spacing w:after="160" w:line="276" w:lineRule="auto"/>
      </w:pPr>
      <w:r>
        <w:t>The current node is now node 2. Keep in mind that, so far, we’ve traversed a distance ofdistance[2] = 3from node 0 to reach node 2.</w:t>
      </w:r>
    </w:p>
    <w:p>
      <w:pPr>
        <w:spacing w:after="160" w:line="276" w:lineRule="auto"/>
      </w:pPr>
      <w:r>
        <w:t>The immediate unvisited neighbors of the current node are nodes 1, 3, and 4. The distances to them from the start node are 1 + 3, 4 + 3, and 5 + 3 (where the +3 accounts for the distance traveled so far). Let’s update the distance array with these distances since they are smaller than the distances currently set for them:</w:t>
      </w:r>
    </w:p>
    <w:p>
      <w:pPr>
        <w:spacing w:after="160" w:line="276" w:lineRule="auto"/>
      </w:pPr>
      <w:r>
        <w:t>Right now, among the unvisited nodes, the node with the shortest distance from the start node is node 1, with a distance of 4. This means the shortest distance to node 1 from the start node is 4, since all other paths to node 1 involve traversing through distances larger than 4. So, let’s move to node 4:</w:t>
      </w:r>
    </w:p>
    <w:p>
      <w:pPr>
        <w:spacing w:after="160" w:line="276" w:lineRule="auto"/>
      </w:pPr>
      <w:r>
        <w:t>The greedy choice made is now becoming clearer:</w:t>
      </w:r>
    </w:p>
    <w:p>
      <w:pPr>
        <w:spacing w:after="160" w:line="276" w:lineRule="auto"/>
      </w:pPr>
      <w:r>
        <w:t>Applying this greedy choice for the rest of the graph completes Dijkstra’s algorithm, giving us an array populated with the shortest path lengths from the start node to each node:</w:t>
      </w:r>
    </w:p>
    <w:p>
      <w:pPr>
        <w:spacing w:after="160" w:line="276" w:lineRule="auto"/>
      </w:pPr>
      <w:r>
        <w:t>The final step is to convert all infinity values in this array to -1, indicating we weren’t able to reach that node:</w:t>
      </w:r>
    </w:p>
    <w:p>
      <w:pPr>
        <w:spacing w:after="160" w:line="276" w:lineRule="auto"/>
      </w:pPr>
      <w:r>
        <w:t>To implement the above strategy, we’d like an efficient way to access the unvisited node with the shortest known distance at any point in the process. We can use amin-heapfor this, allowing us logarithmic access to the node with the minimum distance.</w:t>
      </w:r>
    </w:p>
    <w:p>
      <w:pPr>
        <w:spacing w:after="160" w:line="276" w:lineRule="auto"/>
      </w:pPr>
      <w:r>
        <w:t>Using the min-heapTo understand how we use the min-heap in Dijkstra’s algorithm, consider the following example with the start node, node 0, initially in the min-heap with its corresponding distance of 0:</w:t>
      </w:r>
    </w:p>
    <w:p>
      <w:pPr>
        <w:spacing w:after="160" w:line="276" w:lineRule="auto"/>
      </w:pPr>
      <w:r>
        <w:t>Begin by popping the start node from the top of the heap and setting it to the current node. Then, add the current node’s neighbors to the min-heap with their corresponding distances from the start node, and update the distances of these neighbors:</w:t>
      </w:r>
    </w:p>
    <w:p>
      <w:pPr>
        <w:spacing w:after="160" w:line="276" w:lineRule="auto"/>
      </w:pPr>
      <w:r>
        <w:t>Repeat these two steps for each node at the top of the heap until the heap is empty:</w:t>
      </w:r>
    </w:p>
    <w:p>
      <w:pPr>
        <w:spacing w:after="160" w:line="276" w:lineRule="auto"/>
      </w:pPr>
      <w:r>
        <w:t>As we can see, we encounter an issue:we’re revisiting node 1. The only difference is that this time, we’re visiting it at a larger distance (curr_dist = 6) from the start than the recorded distance (4). We can avoid this situation with the following if-statement:</w:t>
      </w:r>
    </w:p>
    <w:p>
      <w:pPr>
        <w:spacing w:before="160" w:after="160"/>
        <w:ind w:left="360"/>
      </w:pPr>
      <w:r>
        <w:rPr>
          <w:rFonts w:ascii="Consolas" w:hAnsi="Consolas"/>
          <w:color w:val="1E293B"/>
          <w:sz w:val="19"/>
        </w:rPr>
        <w:br/>
        <w:t>if curr_dist &gt; distances[curr_node]: continue</w:t>
        <w:br/>
      </w:r>
    </w:p>
    <w:p>
      <w:pPr>
        <w:spacing w:after="160" w:line="276" w:lineRule="auto"/>
      </w:pPr>
      <w:r>
        <w:t>This check allows us to avoid using an additional data structure to keep track of visited nodes.</w:t>
      </w:r>
    </w:p>
    <w:p>
      <w:pPr>
        <w:spacing w:after="160" w:line="276" w:lineRule="auto"/>
      </w:pPr>
      <w:r>
        <w:t>Why does the greedy approach work?Before reading this section, it’s worth reviewing theGreedychapter if you aren’t familiar with greedy algorithms.</w:t>
      </w:r>
    </w:p>
    <w:p>
      <w:pPr>
        <w:spacing w:after="160" w:line="276" w:lineRule="auto"/>
      </w:pPr>
      <w:r>
        <w:t>Dijkstra's algorithm is considered greedy because, at each step, it selects the unvisited node with the shortest known distance from the start node, based on the assumption that this distance is the shortest possible path to that node. This choice is made as a local optimum, with the belief that it will lead to the global optima: the shortest path to all nodes. Can we always guarantee that this assumption is true? Consider the following graph, where the current node is node 0:</w:t>
      </w:r>
    </w:p>
    <w:p>
      <w:pPr>
        <w:spacing w:after="160" w:line="276" w:lineRule="auto"/>
      </w:pPr>
      <w:r>
        <w:t>The node with the shortest known distance from the start node is node 2, with a distance of 3. We assume this is the shortest distance to node 2, and choose node 2 as the local optimum. Here’s a question we could ask here regarding the validity of this choice: is it possible to find a path with a distance less than 3 to another neighboring node, making node 2 no longer the neighbor with the shortest distance from the start node?</w:t>
      </w:r>
    </w:p>
    <w:p>
      <w:pPr>
        <w:spacing w:after="160" w:line="276" w:lineRule="auto"/>
      </w:pPr>
      <w:r>
        <w:t>The answer is no. This is because we have to pass through one of these neighboring nodes to find any other paths, which would require us to add a distance of at least 3 to our total distance traversed from the start node. To reduce this traversed distance, we would need to encounter negatively weighted edges in the graph, which we know isn’t possible in this graph.</w:t>
      </w:r>
    </w:p>
    <w:p>
      <w:pPr>
        <w:spacing w:after="160" w:line="276" w:lineRule="auto"/>
      </w:pPr>
      <w:r>
        <w:t>This analysis also demonstrates thatDijkstra’s algorithm is only applicable when the graph has no edges with negative weights.</w:t>
      </w:r>
    </w:p>
    <w:p>
      <w:pPr>
        <w:pStyle w:val="Heading2"/>
        <w:spacing w:before="320" w:after="120"/>
      </w:pPr>
      <w:r>
        <w:t>Implementation</w:t>
      </w:r>
    </w:p>
    <w:p>
      <w:pPr>
        <w:spacing w:before="160" w:after="160"/>
        <w:ind w:left="360"/>
      </w:pPr>
      <w:r>
        <w:rPr>
          <w:rFonts w:ascii="Consolas" w:hAnsi="Consolas"/>
          <w:color w:val="1E293B"/>
          <w:sz w:val="19"/>
        </w:rPr>
        <w:t>PythonJavaScriptJavaCopyfrom typing import List</w:t>
        <w:br/>
        <w:t>from collections import defaultdict</w:t>
        <w:br/>
        <w:t>import heapq</w:t>
        <w:br/>
        <w:t xml:space="preserve">    </w:t>
        <w:br/>
        <w:t>def shortest_path(n: int, edges: List[int], start: int) -&gt; List[int]:</w:t>
        <w:br/>
        <w:t xml:space="preserve">    graph = defaultdict(list)</w:t>
        <w:br/>
        <w:t xml:space="preserve">    distances = [float('inf')] * n</w:t>
        <w:br/>
        <w:t xml:space="preserve">    distances[start] = 0</w:t>
        <w:br/>
        <w:t xml:space="preserve">    # Represent the graph as an adjacency list.</w:t>
        <w:br/>
        <w:t xml:space="preserve">    for u, v, w in edges:</w:t>
        <w:br/>
        <w:t xml:space="preserve">        graph[u].append((v, w))</w:t>
        <w:br/>
        <w:t xml:space="preserve">        graph[v].append((u, w))</w:t>
        <w:br/>
        <w:t xml:space="preserve">    min_heap = [(0, start)]  # (distance, node)</w:t>
        <w:br/>
        <w:t xml:space="preserve">    # Use Dijkstra's algorithm to find the shortest path between the start node</w:t>
        <w:br/>
        <w:t xml:space="preserve">    # and all other nodes.</w:t>
        <w:br/>
        <w:t xml:space="preserve">    while min_heap:</w:t>
        <w:br/>
        <w:t xml:space="preserve">        curr_dist, curr_node = heapq.heappop(min_heap)</w:t>
        <w:br/>
        <w:t xml:space="preserve">        # If the current distance to this node is greater than the recorded</w:t>
        <w:br/>
        <w:t xml:space="preserve">        # distance, we've already found the shortest distance to this node.</w:t>
        <w:br/>
        <w:t xml:space="preserve">        if curr_dist &gt; distances[curr_node]:</w:t>
        <w:br/>
        <w:t xml:space="preserve">            continue</w:t>
        <w:br/>
        <w:t xml:space="preserve">        # Update the distances of the neighboring nodes.</w:t>
        <w:br/>
        <w:t xml:space="preserve">        for neighbor, weight in graph[curr_node]:</w:t>
        <w:br/>
        <w:t xml:space="preserve">            neighbor_dist = curr_dist + weight</w:t>
        <w:br/>
        <w:t xml:space="preserve">            # Only update the distance if we find a shorter path to this</w:t>
        <w:br/>
        <w:t xml:space="preserve">            # neighbor.</w:t>
        <w:br/>
        <w:t xml:space="preserve">            if neighbor_dist &lt; distances[neighbor]:</w:t>
        <w:br/>
        <w:t xml:space="preserve">                distances[neighbor] = neighbor_dist</w:t>
        <w:br/>
        <w:t xml:space="preserve">                heapq.heappush(min_heap, (neighbor_dist, neighbor))</w:t>
        <w:br/>
        <w:t xml:space="preserve">    # Convert all infinity values to -1, representing unreachable nodes.</w:t>
        <w:br/>
        <w:t xml:space="preserve">    return [-1 if dist == float('inf') else dist for dist in distances]function shortestPath(n, edges, start) {</w:t>
        <w:br/>
        <w:t xml:space="preserve">  const graph = Array.from({ length: n }, () =&gt; []);</w:t>
        <w:br/>
        <w:t xml:space="preserve">  const distances = new Array(n).fill(Infinity);</w:t>
        <w:br/>
        <w:t xml:space="preserve">  distances[start] = 0;</w:t>
        <w:br/>
        <w:t xml:space="preserve">  // Represent the graph as an adjacency list.</w:t>
        <w:br/>
        <w:t xml:space="preserve">  for (const [u, v, w] of edges) {</w:t>
        <w:br/>
        <w:t xml:space="preserve">    graph[u].push([v, w]);</w:t>
        <w:br/>
        <w:t xml:space="preserve">    graph[v].push([u, w]);</w:t>
        <w:br/>
        <w:t xml:space="preserve">  }</w:t>
        <w:br/>
        <w:t xml:space="preserve">  // Min-priority queue: entries are [dist, node]</w:t>
        <w:br/>
        <w:t xml:space="preserve">  const minHeap = new MinPriorityQueue({ priority: (item) =&gt; item[0] });</w:t>
        <w:br/>
        <w:t xml:space="preserve">  minHeap.enqueue([0, start]);</w:t>
        <w:br/>
        <w:t xml:space="preserve">  // Use Dijkstra's algorithm to find the shortest path between the start node</w:t>
        <w:br/>
        <w:t xml:space="preserve">  // and all other nodes.</w:t>
        <w:br/>
        <w:t xml:space="preserve">  while (!minHeap.isEmpty()) {</w:t>
        <w:br/>
        <w:t xml:space="preserve">    const [currDist, currNode] = minHeap.dequeue().element;</w:t>
        <w:br/>
        <w:t xml:space="preserve">    // If the current distance to this node is greater than the recorded</w:t>
        <w:br/>
        <w:t xml:space="preserve">    // distance, we've already found the shortest distance to this node.</w:t>
        <w:br/>
        <w:t xml:space="preserve">    if (currDist &gt; distances[currNode]) {</w:t>
        <w:br/>
        <w:t xml:space="preserve">      continue;</w:t>
        <w:br/>
        <w:t xml:space="preserve">    }</w:t>
        <w:br/>
        <w:t xml:space="preserve">    // Update the distances of the neighboring nodes.</w:t>
        <w:br/>
        <w:t xml:space="preserve">    for (const [neighbor, weight] of graph[currNode]) {</w:t>
        <w:br/>
        <w:t xml:space="preserve">      const neighborDist = currDist + weight;</w:t>
        <w:br/>
        <w:t xml:space="preserve">      // Only update the distance if we find a shorter path to this</w:t>
        <w:br/>
        <w:t xml:space="preserve">      // neighbor.</w:t>
        <w:br/>
        <w:t xml:space="preserve">      if (neighborDist &lt; distances[neighbor]) {</w:t>
        <w:br/>
        <w:t xml:space="preserve">        distances[neighbor] = neighborDist;</w:t>
        <w:br/>
        <w:t xml:space="preserve">        minHeap.enqueue([neighborDist, neighbor]);</w:t>
        <w:br/>
        <w:t xml:space="preserve">      }</w:t>
        <w:br/>
        <w:t xml:space="preserve">    }</w:t>
        <w:br/>
        <w:t xml:space="preserve">  }</w:t>
        <w:br/>
        <w:t xml:space="preserve">  // Convert all infinity values to -1, representing unreachable nodes.</w:t>
        <w:br/>
        <w:t xml:space="preserve">  return distances.map((dist) =&gt; (dist === Infinity ? -1 : dist));</w:t>
        <w:br/>
        <w:t>}public class Solution {</w:t>
        <w:br/>
        <w:t xml:space="preserve">    public int[] shortestPath(int n, int[][] edges, int start) {</w:t>
        <w:br/>
        <w:t xml:space="preserve">        List&lt;List&lt;int[]&gt;&gt; graph = new ArrayList&lt;&gt;();</w:t>
        <w:br/>
        <w:t xml:space="preserve">        for (int i = 0; i &lt; n; i++) {</w:t>
        <w:br/>
        <w:t xml:space="preserve">            graph.add(new ArrayList&lt;&gt;());</w:t>
        <w:br/>
        <w:t xml:space="preserve">        }</w:t>
        <w:br/>
        <w:t xml:space="preserve">        int[] distances = new int[n];</w:t>
        <w:br/>
        <w:t xml:space="preserve">        Arrays.fill(distances, Integer.MAX_VALUE);</w:t>
        <w:br/>
        <w:t xml:space="preserve">        distances[start] = 0;</w:t>
        <w:br/>
        <w:t xml:space="preserve">        // Represent the graph as an adjacency list.</w:t>
        <w:br/>
        <w:t xml:space="preserve">        for (int[] edge : edges) {</w:t>
        <w:br/>
        <w:t xml:space="preserve">            int u = edge[0], v = edge[1], weight = edge[2];</w:t>
        <w:br/>
        <w:t xml:space="preserve">            graph.get(u).add(new int[]{v, weight});</w:t>
        <w:br/>
        <w:t xml:space="preserve">            graph.get(v).add(new int[]{u, weight});</w:t>
        <w:br/>
        <w:t xml:space="preserve">        }</w:t>
        <w:br/>
        <w:t xml:space="preserve">        PriorityQueue&lt;int[]&gt; minHeap = new PriorityQueue&lt;&gt;((a, b) -&gt; Integer.compare(a[0], b[0]));</w:t>
        <w:br/>
        <w:t xml:space="preserve">        minHeap.offer(new int[]{0, start}); // {distance, node}</w:t>
        <w:br/>
        <w:t xml:space="preserve">        // Use Dijkstra's algorithm to find the shortest path between the start node</w:t>
        <w:br/>
        <w:t xml:space="preserve">        // and all other nodes.</w:t>
        <w:br/>
        <w:t xml:space="preserve">        while (!minHeap.isEmpty()) {</w:t>
        <w:br/>
        <w:t xml:space="preserve">            int[] curr = minHeap.poll();</w:t>
        <w:br/>
        <w:t xml:space="preserve">            int currDist = curr[0], currNode = curr[1];</w:t>
        <w:br/>
        <w:t xml:space="preserve">            // If the current distance to this node is greater than the recorded</w:t>
        <w:br/>
        <w:t xml:space="preserve">            // distance, we've already found the shortest distance to this node.</w:t>
        <w:br/>
        <w:t xml:space="preserve">            if (currDist &gt; distances[currNode]) {</w:t>
        <w:br/>
        <w:t xml:space="preserve">                continue;</w:t>
        <w:br/>
        <w:t xml:space="preserve">            }</w:t>
        <w:br/>
        <w:t xml:space="preserve">            // Update the distances of the neighboring nodes.</w:t>
        <w:br/>
        <w:t xml:space="preserve">            for (int[] neighborEdge : graph.get(currNode)) {</w:t>
        <w:br/>
        <w:t xml:space="preserve">                int neighbor = neighborEdge[0], weight = neighborEdge[1];</w:t>
        <w:br/>
        <w:t xml:space="preserve">                int neighborDist = currDist + weight;</w:t>
        <w:br/>
        <w:t xml:space="preserve">                // Only update the distance if we find a shorter path to this</w:t>
        <w:br/>
        <w:t xml:space="preserve">                // neighbor.</w:t>
        <w:br/>
        <w:t xml:space="preserve">                if (neighborDist &lt; distances[neighbor]) {</w:t>
        <w:br/>
        <w:t xml:space="preserve">                    distances[neighbor] = neighborDist;</w:t>
        <w:br/>
        <w:t xml:space="preserve">                    minHeap.offer(new int[]{neighborDist, neighbor});</w:t>
        <w:br/>
        <w:t xml:space="preserve">                }</w:t>
        <w:br/>
        <w:t xml:space="preserve">            }</w:t>
        <w:br/>
        <w:t xml:space="preserve">        }</w:t>
        <w:br/>
        <w:t xml:space="preserve">        // Convert all infinity values to -1, representing unreachable nodes.</w:t>
        <w:br/>
        <w:t xml:space="preserve">        int[] result = new int[n];</w:t>
        <w:br/>
        <w:t xml:space="preserve">        for (int i = 0; i &lt; n; i++) {</w:t>
        <w:br/>
        <w:t xml:space="preserve">            result[i] = distances[i] == Integer.MAX_VALUE ? -1 : distances[i];</w:t>
        <w:br/>
        <w:t xml:space="preserve">        }</w:t>
        <w:br/>
        <w:t xml:space="preserve">        return result;</w:t>
        <w:br/>
        <w:t xml:space="preserve">    }</w:t>
        <w:br/>
        <w:t>}</w:t>
      </w:r>
    </w:p>
    <w:p>
      <w:pPr>
        <w:pStyle w:val="Heading3"/>
        <w:spacing w:before="320" w:after="120"/>
      </w:pPr>
      <w:r>
        <w:t>Complexity Analysis</w:t>
      </w:r>
    </w:p>
    <w:p>
      <w:pPr>
        <w:spacing w:after="160" w:line="276" w:lineRule="auto"/>
      </w:pPr>
      <w:r>
        <w:t>Time complexity:The time complexity of theshortest_pathisO((n+e)log⁡(n))O((n+e)\log(n))O((n+e)log(n)), whereeeerepresents the number of edges. Here’s why:</w:t>
      </w:r>
    </w:p>
    <w:p>
      <w:pPr>
        <w:pStyle w:val="ListBullet"/>
      </w:pPr>
      <w:r>
        <w:t>Creating the adjacency list takesO(e)O(e)O(e)time.</w:t>
      </w:r>
    </w:p>
    <w:p>
      <w:pPr>
        <w:pStyle w:val="ListBullet"/>
      </w:pPr>
      <w:r>
        <w:t>Dijkstra's algorithm traverses up to allnnnnodes and explores each edge of the graph. To access each node, we pop it from the heap, and for each edge, up to one node is pushed to the heap (when we process each node’s neighbors). Since eachpushandpopoperation takesO(log⁡(n))O(\log(n))O(log(n))time, the time complexity of Dijkstra’s algorithm isO((n+e)log⁡(n))O((n+e)\log(n))O((n+e)log(n)).</w:t>
      </w:r>
    </w:p>
    <w:p>
      <w:pPr>
        <w:spacing w:after="160" w:line="276" w:lineRule="auto"/>
      </w:pPr>
      <w:r>
        <w:t>Therefore, the overall time complexity isO(e)+O((n+e)log⁡(n))=O((n+e)log⁡(n))O(e)+O((n+e)\log(n))=O((n+e)\log(n))O(e)+O((n+e)log(n))=O((n+e)log(n)).</w:t>
      </w:r>
    </w:p>
    <w:p>
      <w:pPr>
        <w:spacing w:after="160" w:line="276" w:lineRule="auto"/>
      </w:pPr>
      <w:r>
        <w:t>Space complexity:The space complexity isO(n+e)O(n+e)O(n+e), since the adjacency list takes upO(n+e)O(n+e)O(n+e)space, whereas thedistancesarray andmin_heaptake upO(n)O(n)O(n)space.</w:t>
      </w:r>
    </w:p>
    <w:p>
      <w:r>
        <w:br w:type="page"/>
      </w:r>
    </w:p>
    <w:p>
      <w:pPr>
        <w:pStyle w:val="Heading1"/>
        <w:spacing w:before="480" w:after="280"/>
      </w:pPr>
      <w:r>
        <w:rPr>
          <w:b/>
          <w:color w:val="008A60"/>
          <w:sz w:val="28"/>
        </w:rPr>
        <w:t>Chapter 85</w:t>
        <w:br/>
      </w:r>
      <w:r>
        <w:rPr>
          <w:b/>
          <w:color w:val="0F172A"/>
          <w:sz w:val="40"/>
        </w:rPr>
        <w:t>Connect the Dots</w:t>
      </w:r>
    </w:p>
    <w:p>
      <w:pPr>
        <w:spacing w:before="160" w:after="160"/>
        <w:ind w:left="360"/>
      </w:pPr>
      <w:r>
        <w:rPr>
          <w:rFonts w:ascii="Consolas" w:hAnsi="Consolas"/>
          <w:color w:val="1E293B"/>
          <w:sz w:val="19"/>
        </w:rPr>
        <w:t>Given a set of points on a plane, determine the minimum cost to connect all these points.The cost of connecting two points is equal to the Manhattan distance between them, which is calculated as |x1 - x2| + |y1 - y2| for two points (x1, y1) and (x2, y2).Example:ExampleCopyInput: points = [[1, 1], [2, 6], [3, 2], [4, 3], [7, 1]]</w:t>
        <w:br/>
        <w:t>Output: 15</w:t>
        <w:br/>
        <w:t>Constraints:</w:t>
        <w:br/>
        <w:t>There will be at least 2 points on the plane.</w:t>
        <w:br/>
      </w:r>
    </w:p>
    <w:p>
      <w:pPr>
        <w:pStyle w:val="Heading2"/>
        <w:spacing w:before="320" w:after="120"/>
      </w:pPr>
      <w:r>
        <w:t>Intuition</w:t>
      </w:r>
    </w:p>
    <w:p>
      <w:pPr>
        <w:spacing w:after="160" w:line="276" w:lineRule="auto"/>
      </w:pPr>
      <w:r>
        <w:t>Let's treat this problem as a graph problem, imagining each point as a node, and the cost of connecting any two points as the weight of an edge between those nodes.</w:t>
      </w:r>
    </w:p>
    <w:p>
      <w:pPr>
        <w:spacing w:after="160" w:line="276" w:lineRule="auto"/>
      </w:pPr>
      <w:r>
        <w:t>The goal is to connect all nodes (points) in such a way that the total cost is minimized. This is essentially theminimum spanning tree(MST) problem:</w:t>
      </w:r>
    </w:p>
    <w:p>
      <w:pPr>
        <w:spacing w:after="160" w:line="276" w:lineRule="auto"/>
      </w:pPr>
      <w:r>
        <w:t>The MST of a weighted graph is a way to connect all points in the graph, ensuring each point is reachable from any other point while minimizing the total weight of the connections.</w:t>
      </w:r>
    </w:p>
    <w:p>
      <w:pPr>
        <w:spacing w:after="160" w:line="276" w:lineRule="auto"/>
      </w:pPr>
      <w:r>
        <w:t>There are two main algorithms that are used to find the MST of a graph:</w:t>
      </w:r>
    </w:p>
    <w:p>
      <w:pPr>
        <w:pStyle w:val="ListBullet"/>
      </w:pPr>
      <w:r>
        <w:t>Kruskal's algorithm</w:t>
      </w:r>
    </w:p>
    <w:p>
      <w:pPr>
        <w:pStyle w:val="ListBullet"/>
      </w:pPr>
      <w:r>
        <w:t>Prim's algorithm</w:t>
      </w:r>
    </w:p>
    <w:p>
      <w:pPr>
        <w:spacing w:after="160" w:line="276" w:lineRule="auto"/>
      </w:pPr>
      <w:r>
        <w:t>In this explanation, we'll break down Kruskal's algorithm since it uses a data structure we've already discussed in this chapter:Union-Find.</w:t>
      </w:r>
    </w:p>
    <w:p>
      <w:pPr>
        <w:spacing w:after="160" w:line="276" w:lineRule="auto"/>
      </w:pPr>
      <w:r>
        <w:t>Kruskal's algorithmKruskal's algorithm is a greedy method for finding the MST. It essentially builds the MST by connecting nodes with the lowest-weighted edges first while skipping any edges that could cause a cycle.</w:t>
      </w:r>
    </w:p>
    <w:p>
      <w:pPr>
        <w:spacing w:after="160" w:line="276" w:lineRule="auto"/>
      </w:pPr>
      <w:r>
        <w:t>To do this, we first need to identify all the possible edges and sort them by their Manhattan distance:</w:t>
      </w:r>
    </w:p>
    <w:p>
      <w:pPr>
        <w:spacing w:after="160" w:line="276" w:lineRule="auto"/>
      </w:pPr>
      <w:r>
        <w:t>Now, let's implement Kruskal's algorithm. Start by including the lowest weighted edge in the MST, which is the edge from (3, 2) to (4, 3):</w:t>
      </w:r>
    </w:p>
    <w:p>
      <w:pPr>
        <w:spacing w:after="160" w:line="276" w:lineRule="auto"/>
      </w:pPr>
      <w:r>
        <w:t>Next, add the next lowest weighted edge, which is the edge from (1, 1) to (3, 2):</w:t>
      </w:r>
    </w:p>
    <w:p>
      <w:pPr>
        <w:spacing w:after="160" w:line="276" w:lineRule="auto"/>
      </w:pPr>
      <w:r>
        <w:t>Notice that adding the next edge from (1, 1) to (4, 3) will cause a cycle. Edges that cause cycles are avoided in an MST because doing so implies we're connecting two points that are already connected. So, let's skip this edge:</w:t>
      </w:r>
    </w:p>
    <w:p>
      <w:pPr>
        <w:spacing w:after="160" w:line="276" w:lineRule="auto"/>
      </w:pPr>
      <w:r>
        <w:t>Continuing this process until all points are connected gives us the MST:</w:t>
      </w:r>
    </w:p>
    <w:p>
      <w:pPr>
        <w:spacing w:after="160" w:line="276" w:lineRule="auto"/>
      </w:pPr>
      <w:r>
        <w:t>We'll know that all points are connected once we've added a total of n - 1 edges to the MST, because this is the least number of edges needed to connect n points without any cycles. To attain the cost of this MST, we just need to keep track of the Manhattan cost of each edge we add to the MST.</w:t>
      </w:r>
    </w:p>
    <w:p>
      <w:pPr>
        <w:spacing w:after="160" w:line="276" w:lineRule="auto"/>
      </w:pPr>
      <w:r>
        <w:t>Now that we have a strategy to find the MST of a set of points, we just need a way to determine when connecting two points leads to a cycle.</w:t>
      </w:r>
    </w:p>
    <w:p>
      <w:pPr>
        <w:spacing w:after="160" w:line="276" w:lineRule="auto"/>
      </w:pPr>
      <w:r>
        <w:t>Avoiding cyclesA cycle is formed when we add an edge to nodes that are already connected in some way. Consider the following set of points, where the group of points to the left are connected, and the group of points to the right are connected:</w:t>
      </w:r>
    </w:p>
    <w:p>
      <w:pPr>
        <w:spacing w:after="160" w:line="276" w:lineRule="auto"/>
      </w:pPr>
      <w:r>
        <w:t>Connecting any two points in the same group causes a cycle, and connecting two points from two separate groups will result in both groups merging into one:</w:t>
      </w:r>
    </w:p>
    <w:p>
      <w:pPr>
        <w:spacing w:after="160" w:line="276" w:lineRule="auto"/>
      </w:pPr>
      <w:r>
        <w:t>What would be useful here is a way to determine if two points belong to the same group, and a way to merge two groups together. TheUnion-Finddata structure is perfect for this.</w:t>
      </w:r>
    </w:p>
    <w:p>
      <w:pPr>
        <w:spacing w:after="160" w:line="276" w:lineRule="auto"/>
      </w:pPr>
      <w:r>
        <w:t>We can use theunionfunction to connect two points together.</w:t>
      </w:r>
    </w:p>
    <w:p>
      <w:pPr>
        <w:pStyle w:val="ListBullet"/>
      </w:pPr>
      <w:r>
        <w:t>If the two points belong to two separate groups,unionshould merge those groups and return true.</w:t>
      </w:r>
    </w:p>
    <w:p>
      <w:pPr>
        <w:pStyle w:val="ListBullet"/>
      </w:pPr>
      <w:r>
        <w:t>Otherwise, if they belong to the same group,unionshould return false.</w:t>
      </w:r>
    </w:p>
    <w:p>
      <w:pPr>
        <w:spacing w:after="160" w:line="276" w:lineRule="auto"/>
      </w:pPr>
      <w:r>
        <w:t>This way, we can use this boolean return value as a way to determine if attempting to connect two points causes a cycle.</w:t>
      </w:r>
    </w:p>
    <w:p>
      <w:pPr>
        <w:spacing w:after="160" w:line="276" w:lineRule="auto"/>
      </w:pPr>
      <w:r>
        <w:t>If you're not familiar with Union-Find, study the solution to theMerging Communitiesproblem.</w:t>
      </w:r>
    </w:p>
    <w:p>
      <w:pPr>
        <w:pStyle w:val="Heading2"/>
        <w:spacing w:before="320" w:after="120"/>
      </w:pPr>
      <w:r>
        <w:t>Implementation</w:t>
      </w:r>
    </w:p>
    <w:p>
      <w:pPr>
        <w:spacing w:after="160" w:line="276" w:lineRule="auto"/>
      </w:pPr>
      <w:r>
        <w:t>In this implementation, we'll identify each point using their index in the points array. This means that fornpoints, each point is represented by an index from 0 ton - 1. By doing this, we can set up a Union-Find data structure with a capacity ofnso that there arengroups initially, with each group containing one of thenpoints.</w:t>
      </w:r>
    </w:p>
    <w:p>
      <w:pPr>
        <w:spacing w:before="160" w:after="160"/>
        <w:ind w:left="360"/>
      </w:pPr>
      <w:r>
        <w:rPr>
          <w:rFonts w:ascii="Consolas" w:hAnsi="Consolas"/>
          <w:color w:val="1E293B"/>
          <w:sz w:val="19"/>
        </w:rPr>
        <w:t>PythonJavaScriptJavaCopyfrom typing import List</w:t>
        <w:br/>
        <w:t xml:space="preserve">    </w:t>
        <w:br/>
        <w:t>def connect_the_dots(points: List[List[int]]) -&gt; int:</w:t>
        <w:br/>
        <w:t xml:space="preserve">    n = len(points)</w:t>
        <w:br/>
        <w:t xml:space="preserve">    # Create and populate a list of all possible edges.</w:t>
        <w:br/>
        <w:t xml:space="preserve">    edges = []</w:t>
        <w:br/>
        <w:t xml:space="preserve">    for i in range(n):</w:t>
        <w:br/>
        <w:t xml:space="preserve">        for j in range(i + 1, n):</w:t>
        <w:br/>
        <w:t xml:space="preserve">            # Manhattan distance.</w:t>
        <w:br/>
        <w:t xml:space="preserve">            cost = (abs(points[i][0] - points[j][0]) +</w:t>
        <w:br/>
        <w:t xml:space="preserve">                    abs(points[i][1] - points[j][1]))</w:t>
        <w:br/>
        <w:t xml:space="preserve">            edges.append((cost, i, j))</w:t>
        <w:br/>
        <w:t xml:space="preserve">    # Sort the edges by their cost in ascending order.</w:t>
        <w:br/>
        <w:t xml:space="preserve">    edges.sort()</w:t>
        <w:br/>
        <w:t xml:space="preserve">    uf = UnionFind(n)</w:t>
        <w:br/>
        <w:t xml:space="preserve">    total_cost = edges_added = 0</w:t>
        <w:br/>
        <w:t xml:space="preserve">    # Use Kruskal's algorithm to create the MST and identify its minimum cost.</w:t>
        <w:br/>
        <w:t xml:space="preserve">    for cost, p1, p2 in edges:</w:t>
        <w:br/>
        <w:t xml:space="preserve">        # If the points are not already connected (i.e. their representatives are</w:t>
        <w:br/>
        <w:t xml:space="preserve">        # not the same), connect them, and add the cost to the total cost.</w:t>
        <w:br/>
        <w:t xml:space="preserve">        if uf.union(p1, p2):</w:t>
        <w:br/>
        <w:t xml:space="preserve">            total_cost += cost</w:t>
        <w:br/>
        <w:t xml:space="preserve">            edges_added += 1</w:t>
        <w:br/>
        <w:t xml:space="preserve">            # If n - 1 edges have been added to the MST, the MST is complete.</w:t>
        <w:br/>
        <w:t xml:space="preserve">            if edges_added == n - 1:</w:t>
        <w:br/>
        <w:t xml:space="preserve">                return total_costfunction connectTheDots(points) {</w:t>
        <w:br/>
        <w:t xml:space="preserve">  const n = points.length;</w:t>
        <w:br/>
        <w:t xml:space="preserve">  // Create and populate a list of all possible edges.</w:t>
        <w:br/>
        <w:t xml:space="preserve">  const edges = [];</w:t>
        <w:br/>
        <w:t xml:space="preserve">  for (let i = 0; i &lt; n; i++) {</w:t>
        <w:br/>
        <w:t xml:space="preserve">    for (let j = i + 1; j &lt; n; j++) {</w:t>
        <w:br/>
        <w:t xml:space="preserve">      // Manhattan distance.</w:t>
        <w:br/>
        <w:t xml:space="preserve">      const cost = Math.abs(points[i][0] - points[j][0]) + Math.abs(points[i][1] - points[j][1]);</w:t>
        <w:br/>
        <w:t xml:space="preserve">      edges.push([cost, i, j]);</w:t>
        <w:br/>
        <w:t xml:space="preserve">    }</w:t>
        <w:br/>
        <w:t xml:space="preserve">  }</w:t>
        <w:br/>
        <w:t xml:space="preserve">  // Sort the edges by their cost in ascending order.</w:t>
        <w:br/>
        <w:t xml:space="preserve">  edges.sort((a, b) =&gt; a[0] - b[0]);</w:t>
        <w:br/>
        <w:t xml:space="preserve">  const uf = new UnionFind(n);</w:t>
        <w:br/>
        <w:t xml:space="preserve">  let totalCost = 0;</w:t>
        <w:br/>
        <w:t xml:space="preserve">  let edgesAdded = 0;</w:t>
        <w:br/>
        <w:t xml:space="preserve">  // Use Kruskal's algorithm to create the MST and identify its minimum cost.</w:t>
        <w:br/>
        <w:t xml:space="preserve">  for (const [cost, p1, p2] of edges) {</w:t>
        <w:br/>
        <w:t xml:space="preserve">    // If the points are not already connected (i.e. their representatives are</w:t>
        <w:br/>
        <w:t xml:space="preserve">    // not the same), connect them, and add the cost to the total cost.</w:t>
        <w:br/>
        <w:t xml:space="preserve">    if (uf.union(p1, p2)) {</w:t>
        <w:br/>
        <w:t xml:space="preserve">      totalCost += cost;</w:t>
        <w:br/>
        <w:t xml:space="preserve">      edgesAdded++;</w:t>
        <w:br/>
        <w:t xml:space="preserve">      // If n - 1 edges have been added to the MST, the MST is complete.</w:t>
        <w:br/>
        <w:t xml:space="preserve">      if (edgesAdded === n - 1) {</w:t>
        <w:br/>
        <w:t xml:space="preserve">        return totalCost;</w:t>
        <w:br/>
        <w:t xml:space="preserve">      }</w:t>
        <w:br/>
        <w:t xml:space="preserve">    }</w:t>
        <w:br/>
        <w:t xml:space="preserve">  }</w:t>
        <w:br/>
        <w:t>}public class Solution {</w:t>
        <w:br/>
        <w:t xml:space="preserve">    public int connectTheDots(int[][] points) {</w:t>
        <w:br/>
        <w:t xml:space="preserve">        int n = points.length;</w:t>
        <w:br/>
        <w:t xml:space="preserve">        // Create and populate a list of all possible edges.</w:t>
        <w:br/>
        <w:t xml:space="preserve">        List&lt;int[]&gt; edges = new ArrayList&lt;&gt;();</w:t>
        <w:br/>
        <w:t xml:space="preserve">        for (int i = 0; i &lt; n; i++) {</w:t>
        <w:br/>
        <w:t xml:space="preserve">            for (int j = i + 1; j &lt; n; j++) {</w:t>
        <w:br/>
        <w:t xml:space="preserve">                // Manhattan distance.</w:t>
        <w:br/>
        <w:t xml:space="preserve">                int cost = Math.abs(points[i][0] - points[j][0]) +</w:t>
        <w:br/>
        <w:t xml:space="preserve">                           Math.abs(points[i][1] - points[j][1]);</w:t>
        <w:br/>
        <w:t xml:space="preserve">                edges.add(new int[]{cost, i, j});</w:t>
        <w:br/>
        <w:t xml:space="preserve">            }</w:t>
        <w:br/>
        <w:t xml:space="preserve">        }</w:t>
        <w:br/>
        <w:t xml:space="preserve">        // Sort the edges by their cost in ascending order.</w:t>
        <w:br/>
        <w:t xml:space="preserve">        edges.sort((a, b) -&gt; Integer.compare(a[0], b[0]));</w:t>
        <w:br/>
        <w:t xml:space="preserve">        UnionFind uf = new UnionFind(n);</w:t>
        <w:br/>
        <w:t xml:space="preserve">        int totalCost = 0;</w:t>
        <w:br/>
        <w:t xml:space="preserve">        int edgesAdded = 0;</w:t>
        <w:br/>
        <w:t xml:space="preserve">        // Use Kruskal's algorithm to create the MST and identify its minimum cost.</w:t>
        <w:br/>
        <w:t xml:space="preserve">        for (int[] edge : edges) {</w:t>
        <w:br/>
        <w:t xml:space="preserve">            int cost = edge[0], p1 = edge[1], p2 = edge[2];</w:t>
        <w:br/>
        <w:t xml:space="preserve">            // If the points are not already connected (i.e. their representatives are</w:t>
        <w:br/>
        <w:t xml:space="preserve">            // not the same), connect them, and add the cost to the total cost.</w:t>
        <w:br/>
        <w:t xml:space="preserve">            if (uf.union(p1, p2)) {</w:t>
        <w:br/>
        <w:t xml:space="preserve">                totalCost += cost;</w:t>
        <w:br/>
        <w:t xml:space="preserve">                edgesAdded++;</w:t>
        <w:br/>
        <w:t xml:space="preserve">                // If n - 1 edges have been added to the MST, the MST is complete.</w:t>
        <w:br/>
        <w:t xml:space="preserve">                if (edgesAdded == n - 1) {</w:t>
        <w:br/>
        <w:t xml:space="preserve">                    return totalCost;</w:t>
        <w:br/>
        <w:t xml:space="preserve">                }</w:t>
        <w:br/>
        <w:t xml:space="preserve">            }</w:t>
        <w:br/>
        <w:t xml:space="preserve">        }</w:t>
        <w:br/>
        <w:t xml:space="preserve">        return totalCost;</w:t>
        <w:br/>
        <w:t xml:space="preserve">    }</w:t>
        <w:br/>
        <w:t>}</w:t>
      </w:r>
    </w:p>
    <w:p>
      <w:pPr>
        <w:spacing w:after="160" w:line="276" w:lineRule="auto"/>
      </w:pPr>
      <w:r>
        <w:t>The Union-Find data structure remains the same as the implementation provided inMerging Communities, with a slight modification made to theunionfunction, adding a boolean return value to it.</w:t>
      </w:r>
    </w:p>
    <w:p>
      <w:pPr>
        <w:spacing w:before="160" w:after="160"/>
        <w:ind w:left="360"/>
      </w:pPr>
      <w:r>
        <w:rPr>
          <w:rFonts w:ascii="Consolas" w:hAnsi="Consolas"/>
          <w:color w:val="1E293B"/>
          <w:sz w:val="19"/>
        </w:rPr>
        <w:t>PythonJavaScriptJavaCopyclass UnionFind:</w:t>
        <w:br/>
        <w:t xml:space="preserve">    def __init__(self, size):</w:t>
        <w:br/>
        <w:t xml:space="preserve">        self.parent = [i for i in range(size)]</w:t>
        <w:br/>
        <w:t xml:space="preserve">        self.size = [1] * size</w:t>
        <w:br/>
        <w:br/>
        <w:t xml:space="preserve">    def union(self, x, y) -&gt; bool:</w:t>
        <w:br/>
        <w:t xml:space="preserve">        rep_x, rep_y = self.find(x), self.find(y)</w:t>
        <w:br/>
        <w:t xml:space="preserve">        if rep_x != rep_y:</w:t>
        <w:br/>
        <w:t xml:space="preserve">            if self.size[rep_x] &gt; self.size[rep_y]:</w:t>
        <w:br/>
        <w:t xml:space="preserve">                self.parent[rep_y] = rep_x</w:t>
        <w:br/>
        <w:t xml:space="preserve">                self.size[rep_x] += self.size[rep_y]</w:t>
        <w:br/>
        <w:t xml:space="preserve">            else:</w:t>
        <w:br/>
        <w:t xml:space="preserve">                self.parent[rep_x] = rep_y</w:t>
        <w:br/>
        <w:t xml:space="preserve">                self.size[rep_y] += self.size[rep_x]</w:t>
        <w:br/>
        <w:t xml:space="preserve">            # Return True if both groups were merged.</w:t>
        <w:br/>
        <w:t xml:space="preserve">            return True</w:t>
        <w:br/>
        <w:t xml:space="preserve">        # Return False if the points belong to the same group.</w:t>
        <w:br/>
        <w:t xml:space="preserve">        return False</w:t>
        <w:br/>
        <w:br/>
        <w:t xml:space="preserve">    def find(self, x) -&gt; int:</w:t>
        <w:br/>
        <w:t xml:space="preserve">        if x == self.parent[x]:</w:t>
        <w:br/>
        <w:t xml:space="preserve">            return x</w:t>
        <w:br/>
        <w:t xml:space="preserve">        self.parent[x] = self.find(self.parent[x])</w:t>
        <w:br/>
        <w:t xml:space="preserve">        return self.parent[x]class UnionFind {</w:t>
        <w:br/>
        <w:t xml:space="preserve">  constructor(size) {</w:t>
        <w:br/>
        <w:t xml:space="preserve">    this.parent = Array.from({ length: size }, (_, i) =&gt; i);</w:t>
        <w:br/>
        <w:t xml:space="preserve">    this.size = new Array(size).fill(1);</w:t>
        <w:br/>
        <w:t xml:space="preserve">  }</w:t>
        <w:br/>
        <w:br/>
        <w:t xml:space="preserve">  union(x, y) {</w:t>
        <w:br/>
        <w:t xml:space="preserve">    const repX = this.find(x);</w:t>
        <w:br/>
        <w:t xml:space="preserve">    const repY = this.find(y);</w:t>
        <w:br/>
        <w:t xml:space="preserve">    if (repX !== repY) {</w:t>
        <w:br/>
        <w:t xml:space="preserve">      if (this.size[repX] &gt; this.size[repY]) {</w:t>
        <w:br/>
        <w:t xml:space="preserve">        this.parent[repY] = repX;</w:t>
        <w:br/>
        <w:t xml:space="preserve">        this.size[repX] += this.size[repY];</w:t>
        <w:br/>
        <w:t xml:space="preserve">      } else {</w:t>
        <w:br/>
        <w:t xml:space="preserve">        this.parent[repX] = repY;</w:t>
        <w:br/>
        <w:t xml:space="preserve">        this.size[repY] += this.size[repX];</w:t>
        <w:br/>
        <w:t xml:space="preserve">      }</w:t>
        <w:br/>
        <w:t xml:space="preserve">      // Return True if both groups were merged.</w:t>
        <w:br/>
        <w:t xml:space="preserve">      return true;</w:t>
        <w:br/>
        <w:t xml:space="preserve">    }</w:t>
        <w:br/>
        <w:t xml:space="preserve">    // Return False if the points belong to the same group.</w:t>
        <w:br/>
        <w:t xml:space="preserve">    return false;</w:t>
        <w:br/>
        <w:t xml:space="preserve">  }</w:t>
        <w:br/>
        <w:br/>
        <w:t xml:space="preserve">  find(x) {</w:t>
        <w:br/>
        <w:t xml:space="preserve">    if (x === this.parent[x]) {</w:t>
        <w:br/>
        <w:t xml:space="preserve">      return x;</w:t>
        <w:br/>
        <w:t xml:space="preserve">    }</w:t>
        <w:br/>
        <w:t xml:space="preserve">    this.parent[x] = this.find(this.parent[x]);</w:t>
        <w:br/>
        <w:t xml:space="preserve">    return this.parent[x];</w:t>
        <w:br/>
        <w:t xml:space="preserve">  }</w:t>
        <w:br/>
        <w:t>}class UnionFind {</w:t>
        <w:br/>
        <w:t xml:space="preserve">    private int[] parent;</w:t>
        <w:br/>
        <w:t xml:space="preserve">    private int[] size;</w:t>
        <w:br/>
        <w:br/>
        <w:t xml:space="preserve">    public UnionFind(int size) {</w:t>
        <w:br/>
        <w:t xml:space="preserve">        this.parent = new int[size];</w:t>
        <w:br/>
        <w:t xml:space="preserve">        this.size = new int[size];</w:t>
        <w:br/>
        <w:t xml:space="preserve">        for (int i = 0; i &lt; size; i++) {</w:t>
        <w:br/>
        <w:t xml:space="preserve">            this.parent[i] = i;</w:t>
        <w:br/>
        <w:t xml:space="preserve">            this.size[i] = 1;</w:t>
        <w:br/>
        <w:t xml:space="preserve">        }</w:t>
        <w:br/>
        <w:t xml:space="preserve">    }</w:t>
        <w:br/>
        <w:br/>
        <w:t xml:space="preserve">    public boolean union(int x, int y) {</w:t>
        <w:br/>
        <w:t xml:space="preserve">        int repX = find(x);</w:t>
        <w:br/>
        <w:t xml:space="preserve">        int repY = find(y);</w:t>
        <w:br/>
        <w:t xml:space="preserve">        if (repX != repY) {</w:t>
        <w:br/>
        <w:t xml:space="preserve">            if (this.size[repX] &gt; this.size[repY]) {</w:t>
        <w:br/>
        <w:t xml:space="preserve">                this.parent[repY] = repX;</w:t>
        <w:br/>
        <w:t xml:space="preserve">                this.size[repX] += this.size[repY];</w:t>
        <w:br/>
        <w:t xml:space="preserve">            } else {</w:t>
        <w:br/>
        <w:t xml:space="preserve">                this.parent[repX] = repY;</w:t>
        <w:br/>
        <w:t xml:space="preserve">                this.size[repY] += this.size[repX];</w:t>
        <w:br/>
        <w:t xml:space="preserve">            }</w:t>
        <w:br/>
        <w:t xml:space="preserve">            // Return True if both groups were merged.</w:t>
        <w:br/>
        <w:t xml:space="preserve">            return true;</w:t>
        <w:br/>
        <w:t xml:space="preserve">        }</w:t>
        <w:br/>
        <w:t xml:space="preserve">        // Return False if the points belong to the same group.</w:t>
        <w:br/>
        <w:t xml:space="preserve">        return false;</w:t>
        <w:br/>
        <w:t xml:space="preserve">    }</w:t>
        <w:br/>
        <w:br/>
        <w:t xml:space="preserve">    public int find(int x) {</w:t>
        <w:br/>
        <w:t xml:space="preserve">        if (x == this.parent[x]) {</w:t>
        <w:br/>
        <w:t xml:space="preserve">            return x;</w:t>
        <w:br/>
        <w:t xml:space="preserve">        }</w:t>
        <w:br/>
        <w:t xml:space="preserve">        this.parent[x] = this.find(this.parent[x]);</w:t>
        <w:br/>
        <w:t xml:space="preserve">        return this.parent[x];</w:t>
        <w:br/>
        <w:t xml:space="preserve">    }</w:t>
        <w:br/>
        <w:t>}</w:t>
      </w:r>
    </w:p>
    <w:p>
      <w:pPr>
        <w:pStyle w:val="Heading3"/>
        <w:spacing w:before="320" w:after="120"/>
      </w:pPr>
      <w:r>
        <w:t>Complexity Analysis</w:t>
      </w:r>
    </w:p>
    <w:p>
      <w:pPr>
        <w:spacing w:after="160" w:line="276" w:lineRule="auto"/>
      </w:pPr>
      <w:r>
        <w:t>Time complexity:The time complexity of theconnect_the_dotsisO(n2log⁡(n))O(n^2\log(n))O(n2log(n)), wherennndenotes the length of the points array, andn2n^2n2is the number of edges in theedgesarray, since we consider all possible pairs of points to form edges. Here's why:</w:t>
      </w:r>
    </w:p>
    <w:p>
      <w:pPr>
        <w:pStyle w:val="ListBullet"/>
      </w:pPr>
      <w:r>
        <w:t>Sortingn2n^2n2edges takesO(n2log⁡(n2))O(n^2\log(n^2))O(n2log(n2))time, which can be simplified toO(n2log⁡(n))O(n^2\log(n))O(n2log(n)).</w:t>
      </w:r>
    </w:p>
    <w:p>
      <w:pPr>
        <w:pStyle w:val="ListBullet"/>
      </w:pPr>
      <w:r>
        <w:t>We perform up to oneunionoperation for each edge, with eachuniontaking amortizedO(1)O(1)O(1)time, resulting in theunionoperations contributing amortizedO(n2)O(n^2)O(n2)time.</w:t>
      </w:r>
    </w:p>
    <w:p>
      <w:pPr>
        <w:spacing w:after="160" w:line="276" w:lineRule="auto"/>
      </w:pPr>
      <w:r>
        <w:t>Therefore, the overall time complexity isO(n2+n2log⁡(n))=O(n2log⁡(n))O(n^2+n^2\log(n))=O(n^2\log(n))O(n2+n2log(n))=O(n2log(n)).</w:t>
      </w:r>
    </w:p>
    <w:p>
      <w:pPr>
        <w:spacing w:after="160" w:line="276" w:lineRule="auto"/>
      </w:pPr>
      <w:r>
        <w:t>Space complexity:The space complexity isO(n2)O(n^2)O(n2)due to the space taken up by theedgeslist. In addition, theUnionFinddata structure takes upO(n)O(n)O(n)space.</w:t>
      </w:r>
    </w:p>
    <w:p>
      <w:r>
        <w:br w:type="page"/>
      </w:r>
    </w:p>
    <w:p>
      <w:pPr>
        <w:pStyle w:val="Heading1"/>
        <w:spacing w:before="480" w:after="280"/>
      </w:pPr>
      <w:r>
        <w:rPr>
          <w:b/>
          <w:color w:val="008A60"/>
          <w:sz w:val="28"/>
        </w:rPr>
        <w:t>Chapter 86</w:t>
        <w:br/>
      </w:r>
      <w:r>
        <w:rPr>
          <w:b/>
          <w:color w:val="0F172A"/>
          <w:sz w:val="40"/>
        </w:rPr>
        <w:t>Introduction to Backtracking</w:t>
      </w:r>
    </w:p>
    <w:p>
      <w:pPr>
        <w:pStyle w:val="Heading2"/>
        <w:spacing w:before="320" w:after="120"/>
      </w:pPr>
      <w:r>
        <w:t>Intuition</w:t>
      </w:r>
    </w:p>
    <w:p>
      <w:pPr>
        <w:spacing w:after="160" w:line="276" w:lineRule="auto"/>
      </w:pPr>
      <w:r>
        <w:t>Imagine you're stuck at an intersection point in a maze, and you know one of the three routes ahead leads to the exit:</w:t>
      </w:r>
    </w:p>
    <w:p>
      <w:pPr>
        <w:spacing w:after="160" w:line="276" w:lineRule="auto"/>
      </w:pPr>
      <w:r>
        <w:t>However, you're not sure which route to take. To find the exit, you decide to try each option one by one, starting with option A. As you walk through passage A, you encounter a new intersection containing two more routes, D and E:</w:t>
      </w:r>
    </w:p>
    <w:p>
      <w:pPr>
        <w:spacing w:after="160" w:line="276" w:lineRule="auto"/>
      </w:pPr>
      <w:r>
        <w:t>You try option D, but it leads to a dead end. So, you backtrack to the second intersection point:</w:t>
      </w:r>
    </w:p>
    <w:p>
      <w:pPr>
        <w:spacing w:after="160" w:line="276" w:lineRule="auto"/>
      </w:pPr>
      <w:r>
        <w:t>Next, you try option E, but it also leads to a dead end, so you backtrack to the second junction point. After concluding that neither path D nor E works, you backtrack again to the first intersection point:</w:t>
      </w:r>
    </w:p>
    <w:p>
      <w:pPr>
        <w:spacing w:after="160" w:line="276" w:lineRule="auto"/>
      </w:pPr>
      <w:r>
        <w:t>Having determined that path A doesn't lead to the exit, you move on to path B and discover that it leads to the exit:</w:t>
      </w:r>
    </w:p>
    <w:p>
      <w:pPr>
        <w:spacing w:after="160" w:line="276" w:lineRule="auto"/>
      </w:pPr>
      <w:r>
        <w:t>This brute force process of testing all possible paths and backtracking upon failure is called 'backtracking.'</w:t>
      </w:r>
    </w:p>
    <w:p>
      <w:pPr>
        <w:spacing w:after="160" w:line="276" w:lineRule="auto"/>
      </w:pPr>
      <w:r>
        <w:t>State space treeIn backtracking, the state space tree, also known as the decision tree, is a conceptual tree constructed by considering every possible decision that can be made at each point in a process.</w:t>
      </w:r>
    </w:p>
    <w:p>
      <w:pPr>
        <w:spacing w:after="160" w:line="276" w:lineRule="auto"/>
      </w:pPr>
      <w:r>
        <w:t>For example, here's how we would represent the state space tree for the maze scenario:</w:t>
      </w:r>
    </w:p>
    <w:p>
      <w:pPr>
        <w:spacing w:after="160" w:line="276" w:lineRule="auto"/>
      </w:pPr>
      <w:r>
        <w:t>Here's a simplified explanation of a state space tree:</w:t>
      </w:r>
    </w:p>
    <w:p>
      <w:pPr>
        <w:pStyle w:val="ListBullet"/>
      </w:pPr>
      <w:r>
        <w:t>Edges: Each edge represents a possible decision, move, or action.</w:t>
      </w:r>
    </w:p>
    <w:p>
      <w:pPr>
        <w:pStyle w:val="ListBullet"/>
      </w:pPr>
      <w:r>
        <w:t>Root node: The root node represents the initial state or position before any decisions are made.</w:t>
      </w:r>
    </w:p>
    <w:p>
      <w:pPr>
        <w:pStyle w:val="ListBullet"/>
      </w:pPr>
      <w:r>
        <w:t>Intermediate nodes: Nodes representing partially completed states or intermediate positions.</w:t>
      </w:r>
    </w:p>
    <w:p>
      <w:pPr>
        <w:pStyle w:val="ListBullet"/>
      </w:pPr>
      <w:r>
        <w:t>Leaf nodes: The leaf nodes represent complete or invalid solutions.</w:t>
      </w:r>
    </w:p>
    <w:p>
      <w:pPr>
        <w:pStyle w:val="ListBullet"/>
      </w:pPr>
      <w:r>
        <w:t>Path: A path from the root to any leaf node represents a sequence of decisions that lead to a complete or invalid solution.</w:t>
      </w:r>
    </w:p>
    <w:p>
      <w:pPr>
        <w:spacing w:after="160" w:line="276" w:lineRule="auto"/>
      </w:pPr>
      <w:r>
        <w:t>Drawing out the state space tree for a problem helps to visualize the entire solution space, and all possible decisions. In addition, it's a great way to understand how the algorithm works. By figuring out how to traverse this tree, we essentially create the backtracking algorithm.</w:t>
      </w:r>
    </w:p>
    <w:p>
      <w:pPr>
        <w:spacing w:after="160" w:line="276" w:lineRule="auto"/>
      </w:pPr>
      <w:r>
        <w:t>Backtracking algorithmTraversing the state space tree is typically done using recursive DFS. Let's discuss how it's implemented at a high level.</w:t>
      </w:r>
    </w:p>
    <w:p>
      <w:pPr>
        <w:spacing w:after="160" w:line="276" w:lineRule="auto"/>
      </w:pPr>
      <w:r>
        <w:t>Termination condition: Define the condition that specifies when a path should end. This condition should define when we've found a valid and/or invalid solution.</w:t>
      </w:r>
    </w:p>
    <w:p>
      <w:pPr>
        <w:spacing w:after="160" w:line="276" w:lineRule="auto"/>
      </w:pPr>
      <w:r>
        <w:t>Iterate through decisions: Iterate through every possible decision at the current node, which contains the current state of the problem. For each decision:</w:t>
      </w:r>
    </w:p>
    <w:p>
      <w:pPr>
        <w:pStyle w:val="ListNumber"/>
      </w:pPr>
      <w:r>
        <w:t>Make that decision and update the current state accordingly.</w:t>
      </w:r>
    </w:p>
    <w:p>
      <w:pPr>
        <w:pStyle w:val="ListNumber"/>
      </w:pPr>
      <w:r>
        <w:t>Recursively explore all paths that branch from this updated state by calling the DFS function on this state.</w:t>
      </w:r>
    </w:p>
    <w:p>
      <w:pPr>
        <w:pStyle w:val="ListNumber"/>
      </w:pPr>
      <w:r>
        <w:t>Backtrack by undoing the decision we made and reverting the state.</w:t>
      </w:r>
    </w:p>
    <w:p>
      <w:pPr>
        <w:spacing w:after="160" w:line="276" w:lineRule="auto"/>
      </w:pPr>
      <w:r>
        <w:t>Below is a crude template for backtracking:</w:t>
      </w:r>
    </w:p>
    <w:p>
      <w:pPr>
        <w:spacing w:before="160" w:after="160"/>
        <w:ind w:left="360"/>
      </w:pPr>
      <w:r>
        <w:rPr>
          <w:rFonts w:ascii="Consolas" w:hAnsi="Consolas"/>
          <w:color w:val="1E293B"/>
          <w:sz w:val="19"/>
        </w:rPr>
        <w:t>PythonJavaScriptJavaCopydef dfs(state):</w:t>
        <w:br/>
        <w:t xml:space="preserve">    # Termination condition.</w:t>
        <w:br/>
        <w:t xml:space="preserve">    if meets_termination_condition(state):</w:t>
        <w:br/>
        <w:t xml:space="preserve">        process_solution(state)</w:t>
        <w:br/>
        <w:t xml:space="preserve">        return</w:t>
        <w:br/>
        <w:t xml:space="preserve">    # Explore each possible decision that can be made at the current state.</w:t>
        <w:br/>
        <w:t xml:space="preserve">    for decision in possible_decisions(state):</w:t>
        <w:br/>
        <w:t xml:space="preserve">        make_decision(state, decision)</w:t>
        <w:br/>
        <w:t xml:space="preserve">        dfs(state)</w:t>
        <w:br/>
        <w:t xml:space="preserve">        undo_decision(state, decision)  # Backtrack.function dfs(state) {</w:t>
        <w:br/>
        <w:t xml:space="preserve">  // Termination condition.</w:t>
        <w:br/>
        <w:t xml:space="preserve">  if (meetsTerminationCondition(state)) {</w:t>
        <w:br/>
        <w:t xml:space="preserve">    processSolution(state);</w:t>
        <w:br/>
        <w:t xml:space="preserve">    return;</w:t>
        <w:br/>
        <w:t xml:space="preserve">  }</w:t>
        <w:br/>
        <w:t xml:space="preserve">  // Explore each possible decision that can be made at the current state.</w:t>
        <w:br/>
        <w:t xml:space="preserve">  for (const decision of possibleDecisions(state)) {</w:t>
        <w:br/>
        <w:t xml:space="preserve">    makeDecision(state, decision);</w:t>
        <w:br/>
        <w:t xml:space="preserve">    dfs(state);</w:t>
        <w:br/>
        <w:t xml:space="preserve">    undoDecision(state, decision); // Backtrack.</w:t>
        <w:br/>
        <w:t xml:space="preserve">  }</w:t>
        <w:br/>
        <w:t>}void dfs(State state) {</w:t>
        <w:br/>
        <w:t xml:space="preserve">    // Termination condition.</w:t>
        <w:br/>
        <w:t xml:space="preserve">    if (meetsTerminationCondition(state)) {</w:t>
        <w:br/>
        <w:t xml:space="preserve">        processSolution(state);</w:t>
        <w:br/>
        <w:t xml:space="preserve">        return;</w:t>
        <w:br/>
        <w:t xml:space="preserve">    }</w:t>
        <w:br/>
        <w:t xml:space="preserve">    // Explore each possible decision that can be made at the current state.</w:t>
        <w:br/>
        <w:t xml:space="preserve">    for (Decision decision : possibleDecisions(state)) {</w:t>
        <w:br/>
        <w:t xml:space="preserve">        makeDecision(state, decision);</w:t>
        <w:br/>
        <w:t xml:space="preserve">        dfs(state);</w:t>
        <w:br/>
        <w:t xml:space="preserve">        undoDecision(state, decision); // Backtrack.</w:t>
        <w:br/>
        <w:t xml:space="preserve">    }</w:t>
        <w:br/>
        <w:t>}</w:t>
      </w:r>
    </w:p>
    <w:p>
      <w:pPr>
        <w:spacing w:after="160" w:line="276" w:lineRule="auto"/>
      </w:pPr>
      <w:r>
        <w:t>Analyzing time complexity</w:t>
      </w:r>
    </w:p>
    <w:p>
      <w:pPr>
        <w:spacing w:after="160" w:line="276" w:lineRule="auto"/>
      </w:pPr>
      <w:r>
        <w:t>Analyzing the time complexity of backtracking algorithms involves understanding the branching factor and the depth of the state space tree:</w:t>
      </w:r>
    </w:p>
    <w:p>
      <w:pPr>
        <w:pStyle w:val="ListBullet"/>
      </w:pPr>
      <w:r>
        <w:t>Branching factor: The number of children each node has. It typically represents the maximum number of decisions that can be made for a given state.</w:t>
      </w:r>
    </w:p>
    <w:p>
      <w:pPr>
        <w:pStyle w:val="ListBullet"/>
      </w:pPr>
      <w:r>
        <w:t>Depth: The length of the deepest path in the state space tree. It corresponds to the number of decisions or steps required to reach a complete solution.</w:t>
      </w:r>
    </w:p>
    <w:p>
      <w:pPr>
        <w:spacing w:after="160" w:line="276" w:lineRule="auto"/>
      </w:pPr>
      <w:r>
        <w:t>The time complexity is often estimated asO(b⋅d)O(b\cdot d)O(b⋅d), wherebbbdenotes the branching factor andddddenotes the depth. This is because in the worst case, every node at each level of the tree needs to be explored during a typical backtracking algorithm.</w:t>
      </w:r>
    </w:p>
    <w:p>
      <w:pPr>
        <w:spacing w:after="160" w:line="276" w:lineRule="auto"/>
      </w:pPr>
      <w:r>
        <w:t>When to use backtrackingBacktracking is useful when we need to explore all possible solutions to a problem. For example, if we need to find all possible ways to arrange items, or generate all possible subsets, permutations, or combinations, backtracking can help to identify every possible solution.</w:t>
      </w:r>
    </w:p>
    <w:p>
      <w:pPr>
        <w:pStyle w:val="Heading2"/>
        <w:spacing w:before="320" w:after="120"/>
      </w:pPr>
      <w:r>
        <w:t>Real-world Example</w:t>
      </w:r>
    </w:p>
    <w:p>
      <w:pPr>
        <w:spacing w:after="160" w:line="276" w:lineRule="auto"/>
      </w:pPr>
      <w:r>
        <w:t>AI algorithms for games:backtracking is used in AI algorithms for games like chess and Go to explore possible moves and strategies. The programs examine each potential move, simulate the game's progression, and evaluate the outcome. If a move leads to an unfavorable position, the program will backtrack to the previous move and try alternative options, systematically exploring the game tree until it finds the optimal strategy.</w:t>
      </w:r>
    </w:p>
    <w:p>
      <w:pPr>
        <w:pStyle w:val="Heading2"/>
        <w:spacing w:before="320" w:after="120"/>
      </w:pPr>
      <w:r>
        <w:t>Chapter Outline</w:t>
      </w:r>
    </w:p>
    <w:p>
      <w:r>
        <w:br w:type="page"/>
      </w:r>
    </w:p>
    <w:p>
      <w:pPr>
        <w:pStyle w:val="Heading1"/>
        <w:spacing w:before="480" w:after="280"/>
      </w:pPr>
      <w:r>
        <w:rPr>
          <w:b/>
          <w:color w:val="008A60"/>
          <w:sz w:val="28"/>
        </w:rPr>
        <w:t>Chapter 87</w:t>
        <w:br/>
      </w:r>
      <w:r>
        <w:rPr>
          <w:b/>
          <w:color w:val="0F172A"/>
          <w:sz w:val="40"/>
        </w:rPr>
        <w:t>Find All Permutations</w:t>
      </w:r>
    </w:p>
    <w:p>
      <w:pPr>
        <w:spacing w:before="160" w:after="160"/>
        <w:ind w:left="360"/>
      </w:pPr>
      <w:r>
        <w:rPr>
          <w:rFonts w:ascii="Consolas" w:hAnsi="Consolas"/>
          <w:color w:val="1E293B"/>
          <w:sz w:val="19"/>
        </w:rPr>
        <w:t>Return all possible permutations of a given array of unique integers. They can be returned in any order.Example:ExampleCopyInput: nums = [4, 5, 6]</w:t>
        <w:br/>
        <w:t>Output: [[4, 5, 6], [4, 6, 5], [5, 4, 6], [5, 6, 4], [6, 4, 5], [6, 5, 4]]</w:t>
        <w:br/>
      </w:r>
    </w:p>
    <w:p>
      <w:pPr>
        <w:pStyle w:val="Heading2"/>
        <w:spacing w:before="320" w:after="120"/>
      </w:pPr>
      <w:r>
        <w:t>Intuition</w:t>
      </w:r>
    </w:p>
    <w:p>
      <w:pPr>
        <w:spacing w:after="160" w:line="276" w:lineRule="auto"/>
      </w:pPr>
      <w:r>
        <w:t>Our task in this problem is quite straightforward: find all permutations of a given array. The key word here is "all". To achieve this, we need an algorithm that generates each possible permutation one at a time. The technique that naturally fits this requirement isbacktracking. As with any backtracking solution, it's useful to first visualize the state space tree.</w:t>
      </w:r>
    </w:p>
    <w:p>
      <w:pPr>
        <w:spacing w:after="160" w:line="276" w:lineRule="auto"/>
      </w:pPr>
      <w:r>
        <w:t>State space treeLet's figure out how to build just one permutation. Consider the array [4, 5, 6]. We can start by picking one number from this array for the first position of this permutation. For the second position, let's pick a different number. We can keep adding numbers like this until all the numbers from the array are used. To avoid reusing numbers, let's also keep track of the used numbers using a hash set.</w:t>
      </w:r>
    </w:p>
    <w:p>
      <w:pPr>
        <w:spacing w:after="160" w:line="276" w:lineRule="auto"/>
      </w:pPr>
      <w:r>
        <w:t>Now that we've found one permutation, let'sbacktrackto find others. Start by removing the most recently added number, 6, bringing us back to [4, 5]:</w:t>
      </w:r>
    </w:p>
    <w:p>
      <w:pPr>
        <w:spacing w:after="160" w:line="276" w:lineRule="auto"/>
      </w:pPr>
      <w:r>
        <w:t>Are there any other numbers we can append to [4, 5]? Well, 6 is the only option at this point, which we already explored. So, let's backtrack again by removing 5, bringing us back to [4]:</w:t>
      </w:r>
    </w:p>
    <w:p>
      <w:pPr>
        <w:spacing w:after="160" w:line="276" w:lineRule="auto"/>
      </w:pPr>
      <w:r>
        <w:t>Are there any numbers other than 5 we can add to [4] at this point? Yes, we can use 6, so let's add it and continue searching:</w:t>
      </w:r>
    </w:p>
    <w:p>
      <w:pPr>
        <w:spacing w:after="160" w:line="276" w:lineRule="auto"/>
      </w:pPr>
      <w:r>
        <w:t>The only number we can use at this point is 5, so let’s add it to [4, 6], giving us another permutation:</w:t>
      </w:r>
    </w:p>
    <w:p>
      <w:pPr>
        <w:spacing w:after="160" w:line="276" w:lineRule="auto"/>
      </w:pPr>
      <w:r>
        <w:t>Following this backtracking process until we’ve explored all branches allows us to generate all permutations:</w:t>
      </w:r>
    </w:p>
    <w:p>
      <w:pPr>
        <w:spacing w:after="160" w:line="276" w:lineRule="auto"/>
      </w:pPr>
      <w:r>
        <w:t>Every time we reach a permutation (i.e., when the permutation we’re building reaches a size of n, where n denotes the length of the input array), add it to our output.</w:t>
      </w:r>
    </w:p>
    <w:p>
      <w:pPr>
        <w:spacing w:after="160" w:line="276" w:lineRule="auto"/>
      </w:pPr>
      <w:r>
        <w:t>Traversing the state space treeGenerating all permutations can be achieved by traversing the state space tree.</w:t>
      </w:r>
    </w:p>
    <w:p>
      <w:pPr>
        <w:spacing w:after="160" w:line="276" w:lineRule="auto"/>
      </w:pPr>
      <w:r>
        <w:t>Each node in this tree, except leaf nodes, represents a permutation candidate: a partially completed permutation that we’re building. The root node represents an empty permutation, and an element is added to each permutation candidate as we progress deeper into the tree. The leaf nodes represent completed permutations.</w:t>
      </w:r>
    </w:p>
    <w:p>
      <w:pPr>
        <w:spacing w:after="160" w:line="276" w:lineRule="auto"/>
      </w:pPr>
      <w:r>
        <w:t>Starting from the root node, we can traverse this tree using backtracking:</w:t>
      </w:r>
    </w:p>
    <w:p>
      <w:pPr>
        <w:pStyle w:val="ListNumber"/>
      </w:pPr>
      <w:r>
        <w:t>Pick an unused number and add it to the current permutation candidate. Mark this number as used by adding it to the used hash set.</w:t>
      </w:r>
    </w:p>
    <w:p>
      <w:pPr>
        <w:pStyle w:val="ListNumber"/>
      </w:pPr>
      <w:r>
        <w:t>Make a recursive call with this updated permutation candidate to explore its branches.</w:t>
      </w:r>
    </w:p>
    <w:p>
      <w:pPr>
        <w:pStyle w:val="ListNumber"/>
      </w:pPr>
      <w:r>
        <w:t>Backtrack: remove the last number we added to the current candidate array, and the used hash set.</w:t>
      </w:r>
    </w:p>
    <w:p>
      <w:pPr>
        <w:spacing w:after="160" w:line="276" w:lineRule="auto"/>
      </w:pPr>
      <w:r>
        <w:t>Whenever a permutation candidate reaches the length of n, add it to our output.</w:t>
      </w:r>
    </w:p>
    <w:p>
      <w:pPr>
        <w:pStyle w:val="Heading2"/>
        <w:spacing w:before="320" w:after="120"/>
      </w:pPr>
      <w:r>
        <w:t>Implementation</w:t>
      </w:r>
    </w:p>
    <w:p>
      <w:pPr>
        <w:spacing w:before="160" w:after="160"/>
        <w:ind w:left="360"/>
      </w:pPr>
      <w:r>
        <w:rPr>
          <w:rFonts w:ascii="Consolas" w:hAnsi="Consolas"/>
          <w:color w:val="1E293B"/>
          <w:sz w:val="19"/>
        </w:rPr>
        <w:t>PythonJavaScriptJavaCopyfrom typing import List, Set</w:t>
        <w:br/>
        <w:t xml:space="preserve">    </w:t>
        <w:br/>
        <w:t>def find_all_permutations(nums: List[int]) -&gt; List[List[int]]:</w:t>
        <w:br/>
        <w:t xml:space="preserve">    res = []</w:t>
        <w:br/>
        <w:t xml:space="preserve">    backtrack(nums, [], set(), res)</w:t>
        <w:br/>
        <w:t xml:space="preserve">    return res</w:t>
        <w:br/>
        <w:t xml:space="preserve">    </w:t>
        <w:br/>
        <w:t>def backtrack(nums: List[int], candidate: List[int], used: Set[int], res: List[List[int]]) -&gt; None:</w:t>
        <w:br/>
        <w:t xml:space="preserve">    # If the current candidate is a complete permutation, add it to the result.</w:t>
        <w:br/>
        <w:t xml:space="preserve">    if len(candidate) == len(nums):</w:t>
        <w:br/>
        <w:t xml:space="preserve">        res.append(candidate[:])</w:t>
        <w:br/>
        <w:t xml:space="preserve">        return</w:t>
        <w:br/>
        <w:t xml:space="preserve">    for num in nums:</w:t>
        <w:br/>
        <w:t xml:space="preserve">        if num not in used:</w:t>
        <w:br/>
        <w:t xml:space="preserve">            # Add 'num' to the current permutation and mark it as used.</w:t>
        <w:br/>
        <w:t xml:space="preserve">            candidate.append(num)</w:t>
        <w:br/>
        <w:t xml:space="preserve">            used.add(num)</w:t>
        <w:br/>
        <w:t xml:space="preserve">            # Recursively explore all branches using the updated permutation</w:t>
        <w:br/>
        <w:t xml:space="preserve">            # candidate.</w:t>
        <w:br/>
        <w:t xml:space="preserve">            backtrack(nums, candidate, used, res)</w:t>
        <w:br/>
        <w:t xml:space="preserve">            # Backtrack by reversing the changes made.</w:t>
        <w:br/>
        <w:t xml:space="preserve">            candidate.pop()</w:t>
        <w:br/>
        <w:t xml:space="preserve">            used.remove(num)function findAllPermutations(nums) {</w:t>
        <w:br/>
        <w:t xml:space="preserve">  const res = [];</w:t>
        <w:br/>
        <w:t xml:space="preserve">  backtrack(nums, [], new Set(), res);</w:t>
        <w:br/>
        <w:t xml:space="preserve">  return res;</w:t>
        <w:br/>
        <w:t>}</w:t>
        <w:br/>
        <w:br/>
        <w:t>function backtrack(nums, candidate, used, res) {</w:t>
        <w:br/>
        <w:t xml:space="preserve">  // If the current candidate is a complete permutation, add it to the result.</w:t>
        <w:br/>
        <w:t xml:space="preserve">  if (candidate.length === nums.length) {</w:t>
        <w:br/>
        <w:t xml:space="preserve">    res.push([...candidate]);</w:t>
        <w:br/>
        <w:t xml:space="preserve">    return;</w:t>
        <w:br/>
        <w:t xml:space="preserve">  }</w:t>
        <w:br/>
        <w:t xml:space="preserve">  for (const num of nums) {</w:t>
        <w:br/>
        <w:t xml:space="preserve">    if (!used.has(num)) {</w:t>
        <w:br/>
        <w:t xml:space="preserve">      // Add 'num' to the current permutation and mark it as used.</w:t>
        <w:br/>
        <w:t xml:space="preserve">      candidate.push(num);</w:t>
        <w:br/>
        <w:t xml:space="preserve">      used.add(num);</w:t>
        <w:br/>
        <w:t xml:space="preserve">      // Recursively explore all branches using the updated permutation</w:t>
        <w:br/>
        <w:t xml:space="preserve">      // candidate.</w:t>
        <w:br/>
        <w:t xml:space="preserve">      backtrack(nums, candidate, used, res);</w:t>
        <w:br/>
        <w:t xml:space="preserve">      // Backtrack by reversing the changes made.</w:t>
        <w:br/>
        <w:t xml:space="preserve">      candidate.pop();</w:t>
        <w:br/>
        <w:t xml:space="preserve">      used.delete(num);</w:t>
        <w:br/>
        <w:t xml:space="preserve">    }</w:t>
        <w:br/>
        <w:t xml:space="preserve">  }</w:t>
        <w:br/>
        <w:t>}public class Solution {</w:t>
        <w:br/>
        <w:t xml:space="preserve">    public List&lt;List&lt;Integer&gt;&gt; findAllPermutations(int[] nums) {</w:t>
        <w:br/>
        <w:t xml:space="preserve">        List&lt;List&lt;Integer&gt;&gt; res = new ArrayList&lt;&gt;();</w:t>
        <w:br/>
        <w:t xml:space="preserve">        backtrack(nums, new ArrayList&lt;&gt;(), new HashSet&lt;&gt;(), res);</w:t>
        <w:br/>
        <w:t xml:space="preserve">        return res;</w:t>
        <w:br/>
        <w:t xml:space="preserve">    }</w:t>
        <w:br/>
        <w:br/>
        <w:t xml:space="preserve">    private void backtrack(int[] nums, List&lt;Integer&gt; candidate, Set&lt;Integer&gt; used, List&lt;List&lt;Integer&gt;&gt; res) {</w:t>
        <w:br/>
        <w:t xml:space="preserve">        // If the current candidate is a complete permutation, add it to the result.</w:t>
        <w:br/>
        <w:t xml:space="preserve">        if (candidate.size() == nums.length) {</w:t>
        <w:br/>
        <w:t xml:space="preserve">            res.add(new ArrayList&lt;&gt;(candidate));</w:t>
        <w:br/>
        <w:t xml:space="preserve">            return;</w:t>
        <w:br/>
        <w:t xml:space="preserve">        }</w:t>
        <w:br/>
        <w:t xml:space="preserve">        for (int num : nums) {</w:t>
        <w:br/>
        <w:t xml:space="preserve">            if (!used.contains(num)) {</w:t>
        <w:br/>
        <w:t xml:space="preserve">                // Add 'num' to the current permutation and mark it as used.</w:t>
        <w:br/>
        <w:t xml:space="preserve">                candidate.add(num);</w:t>
        <w:br/>
        <w:t xml:space="preserve">                used.add(num);</w:t>
        <w:br/>
        <w:t xml:space="preserve">                // Recursively explore all branches using the updated permutation</w:t>
        <w:br/>
        <w:t xml:space="preserve">                // candidate.</w:t>
        <w:br/>
        <w:t xml:space="preserve">                backtrack(nums, candidate, used, res);</w:t>
        <w:br/>
        <w:t xml:space="preserve">                // Backtrack by reversing the changes made.</w:t>
        <w:br/>
        <w:t xml:space="preserve">                candidate.remove(candidate.size() - 1);</w:t>
        <w:br/>
        <w:t xml:space="preserve">                used.remove(num);</w:t>
        <w:br/>
        <w:t xml:space="preserve">            }</w:t>
        <w:br/>
        <w:t xml:space="preserve">        }</w:t>
        <w:br/>
        <w:t xml:space="preserve">    }</w:t>
        <w:br/>
        <w:t>}</w:t>
      </w:r>
    </w:p>
    <w:p>
      <w:pPr>
        <w:pStyle w:val="Heading3"/>
        <w:spacing w:before="320" w:after="120"/>
      </w:pPr>
      <w:r>
        <w:t>Complexity Analysis</w:t>
      </w:r>
    </w:p>
    <w:p>
      <w:pPr>
        <w:spacing w:after="160" w:line="276" w:lineRule="auto"/>
      </w:pPr>
      <w:r>
        <w:t>Time complexity:The time complexity offind_all_permutationsisO(n⋅n!)O(n\cdot n!)O(n⋅n!). Here’s why:</w:t>
      </w:r>
    </w:p>
    <w:p>
      <w:pPr>
        <w:pStyle w:val="ListBullet"/>
      </w:pPr>
      <w:r>
        <w:t>Starting from the root, we recursively explorennncandidates.</w:t>
      </w:r>
    </w:p>
    <w:p>
      <w:pPr>
        <w:pStyle w:val="ListBullet"/>
      </w:pPr>
      <w:r>
        <w:t>For each of thesennncandidates, we exploren−1n - 1n−1more candidates, thenn−2n - 2n−2more candidates, etc, until we have explored all permutations. This results in a total ofn⋅(n−1)⋅(n−2)…1=n!n\cdot (n-1)\cdot (n-2)…1=n!n⋅(n−1)⋅(n−2)…1=n!permutations.</w:t>
      </w:r>
    </w:p>
    <w:p>
      <w:pPr>
        <w:pStyle w:val="ListBullet"/>
      </w:pPr>
      <w:r>
        <w:t>For each of then!n!n!permutations, we make a copy of it and add it to the output, which takesO(n)O(n)O(n)time.</w:t>
      </w:r>
    </w:p>
    <w:p>
      <w:pPr>
        <w:spacing w:after="160" w:line="276" w:lineRule="auto"/>
      </w:pPr>
      <w:r>
        <w:t>This results in a total time complexity ofO(n!)⋅O(n)=O(n⋅n!)O(n!)\cdot O(n)=O(n\cdot n!)O(n!)⋅O(n)=O(n⋅n!).</w:t>
      </w:r>
    </w:p>
    <w:p>
      <w:pPr>
        <w:spacing w:after="160" w:line="276" w:lineRule="auto"/>
      </w:pPr>
      <w:r>
        <w:t>Space complexity:The space complexity isO(n)O(n)O(n)because the maximum depth of the recursion tree isnnn. The algorithm also maintains thecandidateanduseddata structures, both of which also contributeO(n)O(n)O(n)space. Note, theresarray does not contribute to space complexity.</w:t>
      </w:r>
    </w:p>
    <w:p>
      <w:r>
        <w:br w:type="page"/>
      </w:r>
    </w:p>
    <w:p>
      <w:pPr>
        <w:pStyle w:val="Heading1"/>
        <w:spacing w:before="480" w:after="280"/>
      </w:pPr>
      <w:r>
        <w:rPr>
          <w:b/>
          <w:color w:val="008A60"/>
          <w:sz w:val="28"/>
        </w:rPr>
        <w:t>Chapter 88</w:t>
        <w:br/>
      </w:r>
      <w:r>
        <w:rPr>
          <w:b/>
          <w:color w:val="0F172A"/>
          <w:sz w:val="40"/>
        </w:rPr>
        <w:t>Find All Subsets</w:t>
      </w:r>
    </w:p>
    <w:p>
      <w:pPr>
        <w:spacing w:before="160" w:after="160"/>
        <w:ind w:left="360"/>
      </w:pPr>
      <w:r>
        <w:rPr>
          <w:rFonts w:ascii="Consolas" w:hAnsi="Consolas"/>
          <w:color w:val="1E293B"/>
          <w:sz w:val="19"/>
        </w:rPr>
        <w:t>Return all possible subsets of a given set of unique integers. Each subset can be ordered in any way, and the subsets can be returned in any order.Example:ExampleCopyInput: nums = [4, 5, 6]</w:t>
        <w:br/>
        <w:t>Output: [[], [4], [4, 5], [4, 5, 6], [4, 6], [5], [5, 6], [6]]</w:t>
        <w:br/>
      </w:r>
    </w:p>
    <w:p>
      <w:pPr>
        <w:pStyle w:val="Heading2"/>
        <w:spacing w:before="320" w:after="120"/>
      </w:pPr>
      <w:r>
        <w:t>Intuition</w:t>
      </w:r>
    </w:p>
    <w:p>
      <w:pPr>
        <w:spacing w:after="160" w:line="276" w:lineRule="auto"/>
      </w:pPr>
      <w:r>
        <w:t>The key intuition for solving this problem lies in understanding that each subset is formed by making a specific decision for every number in the input array:to include the number, or exclude it. For example, from the array [4, 5, 6], the subset [4, 6] is created by including 4, excluding 5, and including 6.</w:t>
      </w:r>
    </w:p>
    <w:p>
      <w:pPr>
        <w:spacing w:after="160" w:line="276" w:lineRule="auto"/>
      </w:pPr>
      <w:r>
        <w:t>Let’s have a look at what the state space tree looks like when making this decision for every element.</w:t>
      </w:r>
    </w:p>
    <w:p>
      <w:pPr>
        <w:spacing w:after="160" w:line="276" w:lineRule="auto"/>
      </w:pPr>
      <w:r>
        <w:t>State space treeConsider the input array [4, 5, 6]. Let’s start with the root node of the tree, which is an empty subset:</w:t>
      </w:r>
    </w:p>
    <w:p>
      <w:pPr>
        <w:spacing w:after="160" w:line="276" w:lineRule="auto"/>
      </w:pPr>
      <w:r>
        <w:t>To figure out how we branch out from here, let’s consider our decision of whether to include or exclude an element. Let’s make this decision with the first element of the input array, 4:</w:t>
      </w:r>
    </w:p>
    <w:p>
      <w:pPr>
        <w:spacing w:after="160" w:line="276" w:lineRule="auto"/>
      </w:pPr>
      <w:r>
        <w:t>For each of these subsets, we repeat the process, branching out again based on the same choice for the second element: include or exclude it:</w:t>
      </w:r>
    </w:p>
    <w:p>
      <w:pPr>
        <w:spacing w:after="160" w:line="276" w:lineRule="auto"/>
      </w:pPr>
      <w:r>
        <w:t>Finally, for the third element, we continue branching out for each existing subset based on whether we include or exclude this element:</w:t>
      </w:r>
    </w:p>
    <w:p>
      <w:pPr>
        <w:spacing w:after="160" w:line="276" w:lineRule="auto"/>
      </w:pPr>
      <w:r>
        <w:t>One important thing missing from this state space tree is a way to tell which element of the input array we’re making a decision on at each node of the tree. We can use an index,i, for this:</w:t>
      </w:r>
    </w:p>
    <w:p>
      <w:pPr>
        <w:spacing w:after="160" w:line="276" w:lineRule="auto"/>
      </w:pPr>
      <w:r>
        <w:t>As shown, the final level of the tree (i.e., wheni == n, wherendenotes the length of the input array) contains all the subsets of the input array. We can add each of these subsets to our output. To get to these subsets, we need to traverse the tree, andbacktrackingis great for this.</w:t>
      </w:r>
    </w:p>
    <w:p>
      <w:pPr>
        <w:pStyle w:val="Heading2"/>
        <w:spacing w:before="320" w:after="120"/>
      </w:pPr>
      <w:r>
        <w:t>Implementation</w:t>
      </w:r>
    </w:p>
    <w:p>
      <w:pPr>
        <w:spacing w:before="160" w:after="160"/>
        <w:ind w:left="360"/>
      </w:pPr>
      <w:r>
        <w:rPr>
          <w:rFonts w:ascii="Consolas" w:hAnsi="Consolas"/>
          <w:color w:val="1E293B"/>
          <w:sz w:val="19"/>
        </w:rPr>
        <w:t>PythonJavaScriptJavaCopyfrom typing import List</w:t>
        <w:br/>
        <w:t xml:space="preserve">    </w:t>
        <w:br/>
        <w:t>def find_all_subsets(nums: List[int]) -&gt; List[List[int]]:</w:t>
        <w:br/>
        <w:t xml:space="preserve">    res = []</w:t>
        <w:br/>
        <w:t xml:space="preserve">    backtrack(0, [], nums, res)</w:t>
        <w:br/>
        <w:t xml:space="preserve">    return res</w:t>
        <w:br/>
        <w:t xml:space="preserve">    </w:t>
        <w:br/>
        <w:t>def backtrack(i: int, curr_subset: List[int], nums: List[int], res: List[List[int]]) -&gt; None:</w:t>
        <w:br/>
        <w:t xml:space="preserve">    # Base case: if all elements have been considered, add the current subset to the</w:t>
        <w:br/>
        <w:t xml:space="preserve">    # output.</w:t>
        <w:br/>
        <w:t xml:space="preserve">    if i == len(nums):</w:t>
        <w:br/>
        <w:t xml:space="preserve">        res.append(curr_subset[:])</w:t>
        <w:br/>
        <w:t xml:space="preserve">        return</w:t>
        <w:br/>
        <w:t xml:space="preserve">    # Include the current element and recursively explore all paths that branch from</w:t>
        <w:br/>
        <w:t xml:space="preserve">    # this subset.</w:t>
        <w:br/>
        <w:t xml:space="preserve">    curr_subset.append(nums[i])</w:t>
        <w:br/>
        <w:t xml:space="preserve">    backtrack(i + 1, curr_subset, nums, res)</w:t>
        <w:br/>
        <w:t xml:space="preserve">    # Exclude the current element and recursively explore all paths that branch from</w:t>
        <w:br/>
        <w:t xml:space="preserve">    # this subset.</w:t>
        <w:br/>
        <w:t xml:space="preserve">    curr_subset.pop()</w:t>
        <w:br/>
        <w:t xml:space="preserve">    backtrack(i + 1, curr_subset, nums, res)function findAllSubsets(nums) {</w:t>
        <w:br/>
        <w:t xml:space="preserve">  const res = [];</w:t>
        <w:br/>
        <w:t xml:space="preserve">  backtrack(0, [], nums, res);</w:t>
        <w:br/>
        <w:t xml:space="preserve">  return res;</w:t>
        <w:br/>
        <w:t>}</w:t>
        <w:br/>
        <w:br/>
        <w:t>function backtrack(i, currSubset, nums, res) {</w:t>
        <w:br/>
        <w:t xml:space="preserve">  // Base case: if all elements have been considered, add the current subset to the</w:t>
        <w:br/>
        <w:t xml:space="preserve">  // output.</w:t>
        <w:br/>
        <w:t xml:space="preserve">  if (i === nums.length) {</w:t>
        <w:br/>
        <w:t xml:space="preserve">    res.push([...currSubset]);</w:t>
        <w:br/>
        <w:t xml:space="preserve">    return;</w:t>
        <w:br/>
        <w:t xml:space="preserve">  }</w:t>
        <w:br/>
        <w:t xml:space="preserve">  // Include the current element and recursively explore all paths that branch from</w:t>
        <w:br/>
        <w:t xml:space="preserve">  // this subset.</w:t>
        <w:br/>
        <w:t xml:space="preserve">  currSubset.push(nums[i]);</w:t>
        <w:br/>
        <w:t xml:space="preserve">  backtrack(i + 1, currSubset, nums, res);</w:t>
        <w:br/>
        <w:t xml:space="preserve">  // Exclude the current element and recursively explore all paths that branch from</w:t>
        <w:br/>
        <w:t xml:space="preserve">  // this subset.</w:t>
        <w:br/>
        <w:t xml:space="preserve">  currSubset.pop();</w:t>
        <w:br/>
        <w:t xml:space="preserve">  backtrack(i + 1, currSubset, nums, res);</w:t>
        <w:br/>
        <w:t>}public class Solution {</w:t>
        <w:br/>
        <w:t xml:space="preserve">    public List&lt;List&lt;Integer&gt;&gt; findAllSubsets(int[] nums) {</w:t>
        <w:br/>
        <w:t xml:space="preserve">        List&lt;List&lt;Integer&gt;&gt; res = new ArrayList&lt;&gt;();</w:t>
        <w:br/>
        <w:t xml:space="preserve">        backtrack(0, new ArrayList&lt;&gt;(), nums, res);</w:t>
        <w:br/>
        <w:t xml:space="preserve">        return res;</w:t>
        <w:br/>
        <w:t xml:space="preserve">    }</w:t>
        <w:br/>
        <w:br/>
        <w:t xml:space="preserve">    private void backtrack(int i, List&lt;Integer&gt; currSubset, int[] nums, List&lt;List&lt;Integer&gt;&gt; res) {</w:t>
        <w:br/>
        <w:t xml:space="preserve">        // Base case: if all elements have been considered, add the current subset to the</w:t>
        <w:br/>
        <w:t xml:space="preserve">        // output.</w:t>
        <w:br/>
        <w:t xml:space="preserve">        if (i == nums.length) {</w:t>
        <w:br/>
        <w:t xml:space="preserve">            res.add(new ArrayList&lt;&gt;(currSubset));</w:t>
        <w:br/>
        <w:t xml:space="preserve">            return;</w:t>
        <w:br/>
        <w:t xml:space="preserve">        }</w:t>
        <w:br/>
        <w:t xml:space="preserve">        // Include the current element and recursively explore all paths that branch from</w:t>
        <w:br/>
        <w:t xml:space="preserve">        // this subset.</w:t>
        <w:br/>
        <w:t xml:space="preserve">        currSubset.add(nums[i]);</w:t>
        <w:br/>
        <w:t xml:space="preserve">        backtrack(i + 1, currSubset, nums, res);</w:t>
        <w:br/>
        <w:t xml:space="preserve">        // Exclude the current element and recursively explore all paths that branch from</w:t>
        <w:br/>
        <w:t xml:space="preserve">        // this subset.</w:t>
        <w:br/>
        <w:t xml:space="preserve">        currSubset.remove(currSubset.size() - 1);</w:t>
        <w:br/>
        <w:t xml:space="preserve">        backtrack(i + 1, currSubset, nums, res);</w:t>
        <w:br/>
        <w:t xml:space="preserve">    }</w:t>
        <w:br/>
        <w:t>}</w:t>
      </w:r>
    </w:p>
    <w:p>
      <w:pPr>
        <w:pStyle w:val="Heading3"/>
        <w:spacing w:before="320" w:after="120"/>
      </w:pPr>
      <w:r>
        <w:t>Complexity Analysis</w:t>
      </w:r>
    </w:p>
    <w:p>
      <w:pPr>
        <w:spacing w:after="160" w:line="276" w:lineRule="auto"/>
      </w:pPr>
      <w:r>
        <w:t>Time complexity:The time complexity offind_all_subsetsisO(n2⋅n)O(n^2\cdot n)O(n2⋅n). This is because the state space tree has a depth ofnnnand a branching factor of 2 since there are two decisions we make at each state. For each of the2n2n2nsubsets created, we make a copy of them and add the copy to the output, which takesO(n)O(n)O(n)time. This results in a total time complexity ofO(n2⋅n)O(n^2\cdot n)O(n2⋅n).</w:t>
      </w:r>
    </w:p>
    <w:p>
      <w:pPr>
        <w:spacing w:after="160" w:line="276" w:lineRule="auto"/>
      </w:pPr>
      <w:r>
        <w:t>Space complexity:The space complexity isO(n)O(n)O(n)because the maximum depth of the recursion tree isnnn. The algorithm also maintains thecurr_subsetdata structure, which also contributesO(n)O(n)O(n)space. Note, theresarray does not contribute to space complexity.</w:t>
      </w:r>
    </w:p>
    <w:p>
      <w:r>
        <w:br w:type="page"/>
      </w:r>
    </w:p>
    <w:p>
      <w:pPr>
        <w:pStyle w:val="Heading1"/>
        <w:spacing w:before="480" w:after="280"/>
      </w:pPr>
      <w:r>
        <w:rPr>
          <w:b/>
          <w:color w:val="008A60"/>
          <w:sz w:val="28"/>
        </w:rPr>
        <w:t>Chapter 89</w:t>
        <w:br/>
      </w:r>
      <w:r>
        <w:rPr>
          <w:b/>
          <w:color w:val="0F172A"/>
          <w:sz w:val="40"/>
        </w:rPr>
        <w:t>N Queens</w:t>
      </w:r>
    </w:p>
    <w:p>
      <w:pPr>
        <w:spacing w:before="160" w:after="160"/>
        <w:ind w:left="360"/>
      </w:pPr>
      <w:r>
        <w:rPr>
          <w:rFonts w:ascii="Consolas" w:hAnsi="Consolas"/>
          <w:color w:val="1E293B"/>
          <w:sz w:val="19"/>
        </w:rPr>
        <w:t>There is a chessboard of size n x n. Your goal is to place n queens on the board such that no two queens attack each other. Return the number of distinct configurations where this is possible.Example:ExampleCopyInput: n = 4</w:t>
        <w:br/>
        <w:t>Output: 2</w:t>
        <w:br/>
      </w:r>
    </w:p>
    <w:p>
      <w:pPr>
        <w:pStyle w:val="Heading2"/>
        <w:spacing w:before="320" w:after="120"/>
      </w:pPr>
      <w:r>
        <w:t>Intuition</w:t>
      </w:r>
    </w:p>
    <w:p>
      <w:pPr>
        <w:spacing w:after="160" w:line="276" w:lineRule="auto"/>
      </w:pPr>
      <w:r>
        <w:t>Queens can move vertically, horizontally, and diagonally:</w:t>
      </w:r>
    </w:p>
    <w:p>
      <w:pPr>
        <w:spacing w:after="160" w:line="276" w:lineRule="auto"/>
      </w:pPr>
      <w:r>
        <w:t>So, it's only possible to place a queen on a square of the board when:</w:t>
      </w:r>
    </w:p>
    <w:p>
      <w:pPr>
        <w:pStyle w:val="ListBullet"/>
      </w:pPr>
      <w:r>
        <w:t>No other queen occupies the same row of that square.</w:t>
      </w:r>
    </w:p>
    <w:p>
      <w:pPr>
        <w:pStyle w:val="ListBullet"/>
      </w:pPr>
      <w:r>
        <w:t>No other queen occupies the same column of that square.</w:t>
      </w:r>
    </w:p>
    <w:p>
      <w:pPr>
        <w:pStyle w:val="ListBullet"/>
      </w:pPr>
      <w:r>
        <w:t>No other queen occupies either diagonal of that square.</w:t>
      </w:r>
    </w:p>
    <w:p>
      <w:pPr>
        <w:spacing w:after="160" w:line="276" w:lineRule="auto"/>
      </w:pPr>
      <w:r>
        <w:t>Based on this, let’s identify a method for placing the queens.</w:t>
      </w:r>
    </w:p>
    <w:p>
      <w:pPr>
        <w:spacing w:after="160" w:line="276" w:lineRule="auto"/>
      </w:pPr>
      <w:r>
        <w:t>Placing the queens - backtrackingA straightforward strategy is to place one queen on the board at a time, making sure each new queen is placed on a safe square where it can’t be attacked. If we can no longer safely place a queen, it means one or more of the previously placed queens need to be repositioned. In this case, we backtrack by changing the position of the previous queen and trying again.</w:t>
      </w:r>
    </w:p>
    <w:p>
      <w:pPr>
        <w:spacing w:after="160" w:line="276" w:lineRule="auto"/>
      </w:pPr>
      <w:r>
        <w:t>To make backtracking more efficient, we can place each queen on a new row. This way, we don’t have to worry about conflicts between queens on the same row, and only need to check for an opposing queen on the same column and along the diagonals of the square where the new queen is placed. If a queen cannot be placed anywhere on this new row, we backtrack, reposition the previous row’s queen, and then try again:</w:t>
      </w:r>
    </w:p>
    <w:p>
      <w:pPr>
        <w:spacing w:after="160" w:line="276" w:lineRule="auto"/>
      </w:pPr>
      <w:r>
        <w:t>A partial state space tree for this backtracking process is visualized below for n = 4:</w:t>
      </w:r>
    </w:p>
    <w:p>
      <w:pPr>
        <w:spacing w:after="160" w:line="276" w:lineRule="auto"/>
      </w:pPr>
      <w:r>
        <w:t>We’re still left with some questions. In particular, how can we tell if a square is being attacked, and how exactly do we “place” or “remove” a queen?</w:t>
      </w:r>
    </w:p>
    <w:p>
      <w:pPr>
        <w:spacing w:after="160" w:line="276" w:lineRule="auto"/>
      </w:pPr>
      <w:r>
        <w:t>Detecting opposing queensOne challenge in this problem is determining if a square is attacked by another queen. We could do a linear search across the row, column, and diagonals every time we want to place a new queen, but this is quite inefficient. A key observation is that we don't necessarily need to know the exact positions of all the queens. We only need to know if there exists a queen in any given square's row, column, or diagonals. We can usehash setsto efficiently check for this.</w:t>
      </w:r>
    </w:p>
    <w:p>
      <w:pPr>
        <w:spacing w:after="160" w:line="276" w:lineRule="auto"/>
      </w:pPr>
      <w:r>
        <w:t>Note that we don’t need a hash set for rows because we always place each queen on a different row. For columns, whenever we place a new queen on a square (r, c), we can add that square’s column id (c) to a column hash set.</w:t>
      </w:r>
    </w:p>
    <w:p>
      <w:pPr>
        <w:spacing w:after="160" w:line="276" w:lineRule="auto"/>
      </w:pPr>
      <w:r>
        <w:t>What about diagonals? How can we determine which diagonal we're on? Since there are two types of diagonals, let’s refer to the diagonal that goes from top-left to bottom-right as the "diagonal", and the one that goes from top-right to bottom-left as the "anti-diagonal". Consider the following diagrams:</w:t>
      </w:r>
    </w:p>
    <w:p>
      <w:pPr>
        <w:spacing w:after="160" w:line="276" w:lineRule="auto"/>
      </w:pPr>
      <w:r>
        <w:t>The key observation here is that, for any square (r, c), its diagonal can be identified using the id r - c, and its anti-diagonal is identified using the id r + c. Similarly to how we keep track of column ids, we can use a diagonal and an anti-diagonal hash set to keep track of diagonal and anti-diagonal ids, respectively.</w:t>
      </w:r>
    </w:p>
    <w:p>
      <w:pPr>
        <w:spacing w:after="160" w:line="276" w:lineRule="auto"/>
      </w:pPr>
      <w:r>
        <w:t>Placing and removing a queenNow that we have a way to identify opposing queens, we know the action of "placing" a queen means adding its column, diagonal, and anti-diagonal ids to their respective hash sets. Inversely, to remove a queen, we just remove those exact ids from the hash sets.</w:t>
      </w:r>
    </w:p>
    <w:p>
      <w:pPr>
        <w:pStyle w:val="Heading2"/>
        <w:spacing w:before="320" w:after="120"/>
      </w:pPr>
      <w:r>
        <w:t>Implementation</w:t>
      </w:r>
    </w:p>
    <w:p>
      <w:pPr>
        <w:spacing w:after="160" w:line="276" w:lineRule="auto"/>
      </w:pPr>
      <w:r>
        <w:t>Note, this implementation uses a global variable as it leads to a more readable solution. However, it's important to confirm with your interviewer whether global variables are acceptable.</w:t>
      </w:r>
    </w:p>
    <w:p>
      <w:pPr>
        <w:spacing w:before="160" w:after="160"/>
        <w:ind w:left="360"/>
      </w:pPr>
      <w:r>
        <w:rPr>
          <w:rFonts w:ascii="Consolas" w:hAnsi="Consolas"/>
          <w:color w:val="1E293B"/>
          <w:sz w:val="19"/>
        </w:rPr>
        <w:t>PythonJavaScriptJavaCopyfrom typing import Set</w:t>
        <w:br/>
        <w:t xml:space="preserve">    </w:t>
        <w:br/>
        <w:t>res = 0</w:t>
        <w:br/>
        <w:t xml:space="preserve">    </w:t>
        <w:br/>
        <w:t>def n_queens(n: int) -&gt; int:</w:t>
        <w:br/>
        <w:t xml:space="preserve">   dfs(0, set(), set(), set(), n)</w:t>
        <w:br/>
        <w:t xml:space="preserve">   return res</w:t>
        <w:br/>
        <w:t xml:space="preserve">    </w:t>
        <w:br/>
        <w:t>def dfs(r: int, diagonals_set: Set[int], anti_diagonals_set: Set[int], cols_set: Set[int], n: int) -&gt; None:</w:t>
        <w:br/>
        <w:t xml:space="preserve">    global res</w:t>
        <w:br/>
        <w:t xml:space="preserve">    # Termination condition: If we have reached the end of the rows, we've placed all</w:t>
        <w:br/>
        <w:t xml:space="preserve">    # 'n' queens.</w:t>
        <w:br/>
        <w:t xml:space="preserve">    if r == n:</w:t>
        <w:br/>
        <w:t xml:space="preserve">        res += 1</w:t>
        <w:br/>
        <w:t xml:space="preserve">        return</w:t>
        <w:br/>
        <w:t xml:space="preserve">    for c in range(n):</w:t>
        <w:br/>
        <w:t xml:space="preserve">        curr_diagonal = r - c</w:t>
        <w:br/>
        <w:t xml:space="preserve">        curr_anti_diagonal = r + c</w:t>
        <w:br/>
        <w:t xml:space="preserve">        # If there are queens on the current column, diagonal or anti-diagonal, skip</w:t>
        <w:br/>
        <w:t xml:space="preserve">        # this square.</w:t>
        <w:br/>
        <w:t xml:space="preserve">        if (c in cols_set or curr_diagonal in diagonals_set or curr_anti_diagonal in anti_diagonals_set):</w:t>
        <w:br/>
        <w:t xml:space="preserve">            continue</w:t>
        <w:br/>
        <w:t xml:space="preserve">        # Place the queen by marking the current column, diagonal, and anti-diagonal</w:t>
        <w:br/>
        <w:t xml:space="preserve">        # as occupied.</w:t>
        <w:br/>
        <w:t xml:space="preserve">        cols_set.add(c)</w:t>
        <w:br/>
        <w:t xml:space="preserve">        diagonals_set.add(curr_diagonal)</w:t>
        <w:br/>
        <w:t xml:space="preserve">        anti_diagonals_set.add(curr_anti_diagonal)</w:t>
        <w:br/>
        <w:t xml:space="preserve">        # Recursively move to the next row to continue placing queens.</w:t>
        <w:br/>
        <w:t xml:space="preserve">        dfs(r + 1, diagonals_set, anti_diagonals_set, cols_set, n)</w:t>
        <w:br/>
        <w:t xml:space="preserve">        # Backtrack by removing the current column, diagonal, and anti-diagonal from</w:t>
        <w:br/>
        <w:t xml:space="preserve">        # the hash sets.</w:t>
        <w:br/>
        <w:t xml:space="preserve">        cols_set.remove(c)</w:t>
        <w:br/>
        <w:t xml:space="preserve">        diagonals_set.remove(curr_diagonal)</w:t>
        <w:br/>
        <w:t xml:space="preserve">        anti_diagonals_set.remove(curr_anti_diagonal)let res = 0;</w:t>
        <w:br/>
        <w:br/>
        <w:t>function nQueens(n) {</w:t>
        <w:br/>
        <w:t xml:space="preserve">  res = 0;</w:t>
        <w:br/>
        <w:t xml:space="preserve">  dfs(0, new Set(), new Set(), new Set(), n);</w:t>
        <w:br/>
        <w:t xml:space="preserve">  return res;</w:t>
        <w:br/>
        <w:t>}</w:t>
        <w:br/>
        <w:br/>
        <w:t>function dfs(r, diagonalsSet, antiDiagonalsSet, colsSet, n) {</w:t>
        <w:br/>
        <w:t xml:space="preserve">  // Termination condition: If we have reached the end of the rows, we've placed all</w:t>
        <w:br/>
        <w:t xml:space="preserve">  // 'n' queens.</w:t>
        <w:br/>
        <w:t xml:space="preserve">  if (r === n) {</w:t>
        <w:br/>
        <w:t xml:space="preserve">    res++;</w:t>
        <w:br/>
        <w:t xml:space="preserve">    return;</w:t>
        <w:br/>
        <w:t xml:space="preserve">  }</w:t>
        <w:br/>
        <w:t xml:space="preserve">  for (let c = 0; c &lt; n; c++) {</w:t>
        <w:br/>
        <w:t xml:space="preserve">    const currDiagonal = r - c;</w:t>
        <w:br/>
        <w:t xml:space="preserve">    const currAntiDiagonal = r + c;</w:t>
        <w:br/>
        <w:t xml:space="preserve">    // If there are queens on the current column, diagonal or anti-diagonal, skip</w:t>
        <w:br/>
        <w:t xml:space="preserve">    // this square.</w:t>
        <w:br/>
        <w:t xml:space="preserve">    if (</w:t>
        <w:br/>
        <w:t xml:space="preserve">      colsSet.has(c) ||</w:t>
        <w:br/>
        <w:t xml:space="preserve">      diagonalsSet.has(currDiagonal) ||</w:t>
        <w:br/>
        <w:t xml:space="preserve">      antiDiagonalsSet.has(currAntiDiagonal)</w:t>
        <w:br/>
        <w:t xml:space="preserve">    ) {</w:t>
        <w:br/>
        <w:t xml:space="preserve">      continue;</w:t>
        <w:br/>
        <w:t xml:space="preserve">    }</w:t>
        <w:br/>
        <w:t xml:space="preserve">    // Place the queen by marking the current column, diagonal, and anti-diagonal</w:t>
        <w:br/>
        <w:t xml:space="preserve">    // as occupied.</w:t>
        <w:br/>
        <w:t xml:space="preserve">    colsSet.add(c);</w:t>
        <w:br/>
        <w:t xml:space="preserve">    diagonalsSet.add(currDiagonal);</w:t>
        <w:br/>
        <w:t xml:space="preserve">    antiDiagonalsSet.add(currAntiDiagonal);</w:t>
        <w:br/>
        <w:t xml:space="preserve">    // Recursively move to the next row to continue placing queens.</w:t>
        <w:br/>
        <w:t xml:space="preserve">    dfs(r + 1, diagonalsSet, antiDiagonalsSet, colsSet, n);</w:t>
        <w:br/>
        <w:t xml:space="preserve">    // Backtrack by removing the current column, diagonal, and anti-diagonal from</w:t>
        <w:br/>
        <w:t xml:space="preserve">    // the hash sets.</w:t>
        <w:br/>
        <w:t xml:space="preserve">    colsSet.delete(c);</w:t>
        <w:br/>
        <w:t xml:space="preserve">    diagonalsSet.delete(currDiagonal);</w:t>
        <w:br/>
        <w:t xml:space="preserve">    antiDiagonalsSet.delete(currAntiDiagonal);</w:t>
        <w:br/>
        <w:t xml:space="preserve">  }</w:t>
        <w:br/>
        <w:t>}public class Solution {</w:t>
        <w:br/>
        <w:t xml:space="preserve">    private int res = 0;</w:t>
        <w:br/>
        <w:br/>
        <w:t xml:space="preserve">    public int nQueens(int n) {</w:t>
        <w:br/>
        <w:t xml:space="preserve">        res = 0;</w:t>
        <w:br/>
        <w:t xml:space="preserve">        dfs(0, new HashSet&lt;&gt;(), new HashSet&lt;&gt;(), new HashSet&lt;&gt;(), n);</w:t>
        <w:br/>
        <w:t xml:space="preserve">        return res;</w:t>
        <w:br/>
        <w:t xml:space="preserve">    }</w:t>
        <w:br/>
        <w:br/>
        <w:t xml:space="preserve">    private void dfs(int r, Set&lt;Integer&gt; diagonalsSet, Set&lt;Integer&gt; antiDiagonalsSet, Set&lt;Integer&gt; colsSet, int n) {</w:t>
        <w:br/>
        <w:t xml:space="preserve">        // Termination condition: If we have reached the end of the rows, we've placed all</w:t>
        <w:br/>
        <w:t xml:space="preserve">        // 'n' queens.</w:t>
        <w:br/>
        <w:t xml:space="preserve">        if (r == n) {</w:t>
        <w:br/>
        <w:t xml:space="preserve">            res++;</w:t>
        <w:br/>
        <w:t xml:space="preserve">            return;</w:t>
        <w:br/>
        <w:t xml:space="preserve">        }</w:t>
        <w:br/>
        <w:t xml:space="preserve">        for (int c = 0; c &lt; n; c++) {</w:t>
        <w:br/>
        <w:t xml:space="preserve">            int currDiagonal = r - c;</w:t>
        <w:br/>
        <w:t xml:space="preserve">            int currAntiDiagonal = r + c;</w:t>
        <w:br/>
        <w:t xml:space="preserve">            // If there are queens on the current column, diagonal or anti-diagonal, skip</w:t>
        <w:br/>
        <w:t xml:space="preserve">            // this square.</w:t>
        <w:br/>
        <w:t xml:space="preserve">            if (colsSet.contains(c) || diagonalsSet.contains(currDiagonal) || antiDiagonalsSet.contains(currAntiDiagonal)) {</w:t>
        <w:br/>
        <w:t xml:space="preserve">                continue;</w:t>
        <w:br/>
        <w:t xml:space="preserve">            }</w:t>
        <w:br/>
        <w:t xml:space="preserve">            // Place the queen by marking the current column, diagonal, and anti-diagonal</w:t>
        <w:br/>
        <w:t xml:space="preserve">            // as occupied.</w:t>
        <w:br/>
        <w:t xml:space="preserve">            colsSet.add(c);</w:t>
        <w:br/>
        <w:t xml:space="preserve">            diagonalsSet.add(currDiagonal);</w:t>
        <w:br/>
        <w:t xml:space="preserve">            antiDiagonalsSet.add(currAntiDiagonal);</w:t>
        <w:br/>
        <w:t xml:space="preserve">            // Recursively move to the next row to continue placing queens.</w:t>
        <w:br/>
        <w:t xml:space="preserve">            dfs(r + 1, diagonalsSet, antiDiagonalsSet, colsSet, n);</w:t>
        <w:br/>
        <w:t xml:space="preserve">            // Backtrack by removing the current column, diagonal, and anti-diagonal from</w:t>
        <w:br/>
        <w:t xml:space="preserve">            // the hash sets.</w:t>
        <w:br/>
        <w:t xml:space="preserve">            colsSet.remove(c);</w:t>
        <w:br/>
        <w:t xml:space="preserve">            diagonalsSet.remove(currDiagonal);</w:t>
        <w:br/>
        <w:t xml:space="preserve">            antiDiagonalsSet.remove(currAntiDiagonal);</w:t>
        <w:br/>
        <w:t xml:space="preserve">        }</w:t>
        <w:br/>
        <w:t xml:space="preserve">    }</w:t>
        <w:br/>
        <w:t>}</w:t>
      </w:r>
    </w:p>
    <w:p>
      <w:pPr>
        <w:pStyle w:val="Heading3"/>
        <w:spacing w:before="320" w:after="120"/>
      </w:pPr>
      <w:r>
        <w:t>Complexity Analysis</w:t>
      </w:r>
    </w:p>
    <w:p>
      <w:pPr>
        <w:spacing w:after="160" w:line="276" w:lineRule="auto"/>
      </w:pPr>
      <w:r>
        <w:t>Time complexity:The time complexity of n_queens isO(n!)O(n!)O(n!). Here’s why:</w:t>
      </w:r>
    </w:p>
    <w:p>
      <w:pPr>
        <w:pStyle w:val="ListBullet"/>
      </w:pPr>
      <w:r>
        <w:t>For the first queen, there arennnchoices for its position.</w:t>
      </w:r>
    </w:p>
    <w:p>
      <w:pPr>
        <w:pStyle w:val="ListBullet"/>
      </w:pPr>
      <w:r>
        <w:t>For the second queen, there aren−an-an−achoices for its position, whereaaadenotes the number of squares on the second row attacked by the first queen.</w:t>
      </w:r>
    </w:p>
    <w:p>
      <w:pPr>
        <w:pStyle w:val="ListBullet"/>
      </w:pPr>
      <w:r>
        <w:t>The third queen hasn−bn-bn−bchoices, wherebbbdenotes the number of squares on the third row attacked by the previous two queens, andb&lt;ab&lt;ab&lt;a.</w:t>
      </w:r>
    </w:p>
    <w:p>
      <w:pPr>
        <w:pStyle w:val="ListBullet"/>
      </w:pPr>
      <w:r>
        <w:t>This process continues for subsequent queens, resulting in a total ofn⋅(n−a)⋅(n−b)…1n\cdot (n-a)\cdot (n-b)…1n⋅(n−a)⋅(n−b)…1choices. Even though this doesn’t exactly equate ton!n!n!(n⋅(n−1)⋅(n−2)…1n\cdot (n-1)\cdot (n-2)…1n⋅(n−1)⋅(n−2)…1), this trend approximately results in a factorial growth of the search space.</w:t>
      </w:r>
    </w:p>
    <w:p>
      <w:pPr>
        <w:spacing w:after="160" w:line="276" w:lineRule="auto"/>
      </w:pPr>
      <w:r>
        <w:t>Space complexity:The space complexity isO(n)O(n)O(n)because the maximum depth of the recursion tree isnnn. The hash sets also contribute to this space complexity because they each store up tonnnvalues.</w:t>
      </w:r>
    </w:p>
    <w:p>
      <w:r>
        <w:br w:type="page"/>
      </w:r>
    </w:p>
    <w:p>
      <w:pPr>
        <w:pStyle w:val="Heading1"/>
        <w:spacing w:before="480" w:after="280"/>
      </w:pPr>
      <w:r>
        <w:rPr>
          <w:b/>
          <w:color w:val="008A60"/>
          <w:sz w:val="28"/>
        </w:rPr>
        <w:t>Chapter 90</w:t>
        <w:br/>
      </w:r>
      <w:r>
        <w:rPr>
          <w:b/>
          <w:color w:val="0F172A"/>
          <w:sz w:val="40"/>
        </w:rPr>
        <w:t>Combinations of a Sum</w:t>
      </w:r>
    </w:p>
    <w:p>
      <w:pPr>
        <w:spacing w:before="160" w:after="160"/>
        <w:ind w:left="360"/>
      </w:pPr>
      <w:r>
        <w:rPr>
          <w:rFonts w:ascii="Consolas" w:hAnsi="Consolas"/>
          <w:color w:val="1E293B"/>
          <w:sz w:val="19"/>
        </w:rPr>
        <w:t>Given an integer array and a target value, find all unique combinations in the array where the numbers in each combination sum to the target. Each number in the array may be used an unlimited number of times in the combination.Example:ExampleCopyInput: nums = [1, 2, 3], target = 4</w:t>
        <w:br/>
        <w:t>Output: [[1, 1, 1, 1], [1, 1, 2], [1, 3], [2, 2]]</w:t>
        <w:br/>
        <w:t>Constraints:</w:t>
        <w:br/>
        <w:t>All integers in nums are positive and unique.</w:t>
        <w:br/>
        <w:t>The target value is positive.</w:t>
        <w:br/>
        <w:t>The output must not contain duplicate combinations. For example, [1, 1, 2] and [1, 2, 1] are considered the same combination.</w:t>
        <w:br/>
      </w:r>
    </w:p>
    <w:p>
      <w:pPr>
        <w:pStyle w:val="Heading2"/>
        <w:spacing w:before="320" w:after="120"/>
      </w:pPr>
      <w:r>
        <w:t>Intuition</w:t>
      </w:r>
    </w:p>
    <w:p>
      <w:pPr>
        <w:spacing w:after="160" w:line="276" w:lineRule="auto"/>
      </w:pPr>
      <w:r>
        <w:t>Since we can use each integer in the input array as many times as we like, we can create an infinite number of combinations. We certainly cannot explore combinations infinitely. So, to manage this, we need to narrow our search.</w:t>
      </w:r>
    </w:p>
    <w:p>
      <w:pPr>
        <w:spacing w:after="160" w:line="276" w:lineRule="auto"/>
      </w:pPr>
      <w:r>
        <w:t>An important point that will help us with this is that all values in the integer array are positive integers. This means that as we add more values to a combination, its sum will increase. Therefore, we shouldstop building a combination once its sum is equal to or exceeds the target value.</w:t>
      </w:r>
    </w:p>
    <w:p>
      <w:pPr>
        <w:spacing w:after="160" w:line="276" w:lineRule="auto"/>
      </w:pPr>
      <w:r>
        <w:t>Another thing we should be mindful of is duplicate combinations. Consider the input array [1, 2, 3]. The combinations [1, 3, 2, 1] and [2, 1, 3, 1] represent the same combination. To ensure auniversal representation, we can represent this combination as [1, 1, 2, 3], where the integers appear in the same order as in the original array. To ensure every combination has only one version, we need to build the combinations so that they are all ordered this way.</w:t>
      </w:r>
    </w:p>
    <w:p>
      <w:pPr>
        <w:spacing w:after="160" w:line="276" w:lineRule="auto"/>
      </w:pPr>
      <w:r>
        <w:t>With those two things in mind, let's think about how we find all combinations that sum to the target value.Backtrackingis ideal for exploring all possible combinations, so let's start by considering the state space tree for this problem.</w:t>
      </w:r>
    </w:p>
    <w:p>
      <w:pPr>
        <w:spacing w:after="160" w:line="276" w:lineRule="auto"/>
      </w:pPr>
      <w:r>
        <w:t>State space treeThe purpose of a state space tree is to show combinations getting built one number at a time. Consider the input array [1, 2, 3] and a target of 4. Let's start with the root node of the tree, which is an empty combination:</w:t>
      </w:r>
    </w:p>
    <w:p>
      <w:pPr>
        <w:spacing w:after="160" w:line="276" w:lineRule="auto"/>
      </w:pPr>
      <w:r>
        <w:t>To figure out how to branch out from here, let's identify what decisions we can make. Each element can be included in a combination an unlimited number of times. So, this means we can make three decisions for an array of length 3: include each element from the array (remember that a branch in the state space tree represents a decision):</w:t>
      </w:r>
    </w:p>
    <w:p>
      <w:pPr>
        <w:spacing w:after="160" w:line="276" w:lineRule="auto"/>
      </w:pPr>
      <w:r>
        <w:t>Let's make the same decisions for each of these combinations as well to continue extending the state space tree. Remember that if any combination has a sum equal to 4 or exceeding 4, we stop extending those combinations. These two conditions are effectively our termination conditions:</w:t>
      </w:r>
    </w:p>
    <w:p>
      <w:pPr>
        <w:spacing w:after="160" w:line="276" w:lineRule="auto"/>
      </w:pPr>
      <w:r>
        <w:t>One issue with this approach is that it resulted in duplicate combinations in our tree:</w:t>
      </w:r>
    </w:p>
    <w:p>
      <w:pPr>
        <w:spacing w:after="160" w:line="276" w:lineRule="auto"/>
      </w:pPr>
      <w:r>
        <w:t>To avoid these duplicates, we should keep in mind our universal representation: each combination should be constructed such that its elements are listed in the same order as in the input array. We can enforce this by specifying an index 'start_index' for each combination we create. Thisstart_indexpoints to a value in the input array and ensures that we can only add elements from this value onward. This way, we maintain the correct order and avoid duplicates in our combinations:</w:t>
      </w:r>
    </w:p>
    <w:p>
      <w:pPr>
        <w:spacing w:after="160" w:line="276" w:lineRule="auto"/>
      </w:pPr>
      <w:r>
        <w:t>Initially, for the root combination,start_indexis set to 0. As we recursively build each combination,start_indexis updated to the index of the current element being added. By doing this, we ensure that in the next recursive call, we only consider elements from the updated index onward in the input array.</w:t>
      </w:r>
    </w:p>
    <w:p>
      <w:pPr>
        <w:spacing w:after="160" w:line="276" w:lineRule="auto"/>
      </w:pPr>
      <w:r>
        <w:t>This maintains the required order and prevents duplicates because we never revisit previous elements. Since each combination is built by only adding elements that come after the current element in the input array, we avoid generating the same combination in a different order.</w:t>
      </w:r>
    </w:p>
    <w:p>
      <w:pPr>
        <w:pStyle w:val="Heading2"/>
        <w:spacing w:before="320" w:after="120"/>
      </w:pPr>
      <w:r>
        <w:t>Implementation</w:t>
      </w:r>
    </w:p>
    <w:p>
      <w:pPr>
        <w:spacing w:after="160" w:line="276" w:lineRule="auto"/>
      </w:pPr>
      <w:r>
        <w:t>In our algorithm, the termination condition requires us to know the sum of the current combination. While we could use a separate variable to track the sum of each combination, this isn't necessary. Instead, we can repurpose our target value.When we choose a number to a combination, we reduce the target value by that number. This way, the target value dynamically tracks the remaining sum needed to reach the original target. We see how this works below, where the target gets reduced by the value we add to the combination:</w:t>
      </w:r>
    </w:p>
    <w:p>
      <w:pPr>
        <w:spacing w:after="160" w:line="276" w:lineRule="auto"/>
      </w:pPr>
      <w:r>
        <w:t>This means that when we reach a target of 0, we've found a valid combination. If the target becomes negative, we can terminate the current branch of the search:</w:t>
      </w:r>
    </w:p>
    <w:p>
      <w:pPr>
        <w:spacing w:before="160" w:after="160"/>
        <w:ind w:left="360"/>
      </w:pPr>
      <w:r>
        <w:rPr>
          <w:rFonts w:ascii="Consolas" w:hAnsi="Consolas"/>
          <w:color w:val="1E293B"/>
          <w:sz w:val="19"/>
        </w:rPr>
        <w:t>PythonJavaScriptJavaCopyfrom typing import List</w:t>
        <w:br/>
        <w:t xml:space="preserve">    </w:t>
        <w:br/>
        <w:t>def combinations_of_sum_k(nums: List[int], target: int) -&gt; List[List[int]]:</w:t>
        <w:br/>
        <w:t xml:space="preserve">    res = []</w:t>
        <w:br/>
        <w:t xml:space="preserve">    dfs([], 0, nums, target, res)</w:t>
        <w:br/>
        <w:t xml:space="preserve">    return res</w:t>
        <w:br/>
        <w:t xml:space="preserve">    </w:t>
        <w:br/>
        <w:t>def dfs(combination: List[int], start_index: int, nums: List[int], target: int,</w:t>
        <w:br/>
        <w:t xml:space="preserve">        res: List[List[int]]) -&gt; None:</w:t>
        <w:br/>
        <w:t xml:space="preserve">    # Termination condition: If the target is equal to 0, we found a combination</w:t>
        <w:br/>
        <w:t xml:space="preserve">    # that sums to 'k'.</w:t>
        <w:br/>
        <w:t xml:space="preserve">    if target == 0:</w:t>
        <w:br/>
        <w:t xml:space="preserve">        res.append(combination[:])</w:t>
        <w:br/>
        <w:t xml:space="preserve">        return</w:t>
        <w:br/>
        <w:t xml:space="preserve">    # Termination condition: If the target is less than 0, no more valid</w:t>
        <w:br/>
        <w:t xml:space="preserve">    # combinations can be created by adding it to the current combination.</w:t>
        <w:br/>
        <w:t xml:space="preserve">    if target &lt; 0:</w:t>
        <w:br/>
        <w:t xml:space="preserve">        return</w:t>
        <w:br/>
        <w:t xml:space="preserve">    # Starting from start_index, explore all combinations after adding nums[i].</w:t>
        <w:br/>
        <w:t xml:space="preserve">    for i in range(start_index, len(nums)):</w:t>
        <w:br/>
        <w:t xml:space="preserve">        # Add the current number to create a new combination.</w:t>
        <w:br/>
        <w:t xml:space="preserve">        combination.append(nums[i])</w:t>
        <w:br/>
        <w:t xml:space="preserve">        # Recursively explore all paths that branch from this new combination.</w:t>
        <w:br/>
        <w:t xml:space="preserve">        dfs(combination, i, nums, target - nums[i], res)</w:t>
        <w:br/>
        <w:t xml:space="preserve">        # Backtrack by removing the number we just added.</w:t>
        <w:br/>
        <w:t xml:space="preserve">        combination.pop()function combinationsOfSumK(nums, target) {</w:t>
        <w:br/>
        <w:t xml:space="preserve">  const res = [];</w:t>
        <w:br/>
        <w:t xml:space="preserve">  dfs([], 0, nums, target, res);</w:t>
        <w:br/>
        <w:t xml:space="preserve">  return res;</w:t>
        <w:br/>
        <w:t>}</w:t>
        <w:br/>
        <w:br/>
        <w:t>function dfs(combination, startIndex, nums, target, res) {</w:t>
        <w:br/>
        <w:t xml:space="preserve">  // Termination condition: If the target is equal to 0, we found a combination</w:t>
        <w:br/>
        <w:t xml:space="preserve">  // that sums to 'k'.</w:t>
        <w:br/>
        <w:t xml:space="preserve">  if (target === 0) {</w:t>
        <w:br/>
        <w:t xml:space="preserve">    res.push([...combination]);</w:t>
        <w:br/>
        <w:t xml:space="preserve">    return;</w:t>
        <w:br/>
        <w:t xml:space="preserve">  }</w:t>
        <w:br/>
        <w:t xml:space="preserve">  // Termination condition: If the target is less than 0, no more valid</w:t>
        <w:br/>
        <w:t xml:space="preserve">  // combinations can be created by adding it to the current combination.</w:t>
        <w:br/>
        <w:t xml:space="preserve">  if (target &lt; 0) {</w:t>
        <w:br/>
        <w:t xml:space="preserve">    return;</w:t>
        <w:br/>
        <w:t xml:space="preserve">  }</w:t>
        <w:br/>
        <w:t xml:space="preserve">  // Starting from start_index, explore all combinations after adding nums[i].</w:t>
        <w:br/>
        <w:t xml:space="preserve">  for (let i = startIndex; i &lt; nums.length; i++) {</w:t>
        <w:br/>
        <w:t xml:space="preserve">    // Add the current number to create a new combination.</w:t>
        <w:br/>
        <w:t xml:space="preserve">    combination.push(nums[i]);</w:t>
        <w:br/>
        <w:t xml:space="preserve">    // Recursively explore all paths that branch from this new combination.</w:t>
        <w:br/>
        <w:t xml:space="preserve">    dfs(combination, i, nums, target - nums[i], res);</w:t>
        <w:br/>
        <w:t xml:space="preserve">    // Backtrack by removing the number we just added.</w:t>
        <w:br/>
        <w:t xml:space="preserve">    combination.pop();</w:t>
        <w:br/>
        <w:t xml:space="preserve">  }</w:t>
        <w:br/>
        <w:t>}public class Solution {</w:t>
        <w:br/>
        <w:t xml:space="preserve">    public List&lt;List&lt;Integer&gt;&gt; combinationsOfSumK(int[] nums, int target) {</w:t>
        <w:br/>
        <w:t xml:space="preserve">        List&lt;List&lt;Integer&gt;&gt; res = new ArrayList&lt;&gt;();</w:t>
        <w:br/>
        <w:t xml:space="preserve">        dfs(new ArrayList&lt;&gt;(), 0, nums, target, res);</w:t>
        <w:br/>
        <w:t xml:space="preserve">        return res;</w:t>
        <w:br/>
        <w:t xml:space="preserve">    }</w:t>
        <w:br/>
        <w:br/>
        <w:t xml:space="preserve">    private void dfs(List&lt;Integer&gt; combination, int startIndex, int[] nums, int target,</w:t>
        <w:br/>
        <w:t xml:space="preserve">                     List&lt;List&lt;Integer&gt;&gt; res) {</w:t>
        <w:br/>
        <w:t xml:space="preserve">        // Termination condition: If the target is equal to 0, we found a combination</w:t>
        <w:br/>
        <w:t xml:space="preserve">        // that sums to 'k'.</w:t>
        <w:br/>
        <w:t xml:space="preserve">        if (target == 0) {</w:t>
        <w:br/>
        <w:t xml:space="preserve">            res.add(new ArrayList&lt;&gt;(combination));</w:t>
        <w:br/>
        <w:t xml:space="preserve">            return;</w:t>
        <w:br/>
        <w:t xml:space="preserve">        }</w:t>
        <w:br/>
        <w:t xml:space="preserve">        // Termination condition: If the target is less than 0, no more valid</w:t>
        <w:br/>
        <w:t xml:space="preserve">        // combinations can be created by adding it to the current combination.</w:t>
        <w:br/>
        <w:t xml:space="preserve">        if (target &lt; 0) {</w:t>
        <w:br/>
        <w:t xml:space="preserve">            return;</w:t>
        <w:br/>
        <w:t xml:space="preserve">        }</w:t>
        <w:br/>
        <w:t xml:space="preserve">        // Starting from start_index, explore all combinations after adding nums[i].</w:t>
        <w:br/>
        <w:t xml:space="preserve">        for (int i = startIndex; i &lt; nums.length; i++) {</w:t>
        <w:br/>
        <w:t xml:space="preserve">            // Add the current number to create a new combination.</w:t>
        <w:br/>
        <w:t xml:space="preserve">            combination.add(nums[i]);</w:t>
        <w:br/>
        <w:t xml:space="preserve">            // Recursively explore all paths that branch from this new combination.</w:t>
        <w:br/>
        <w:t xml:space="preserve">            dfs(combination, i, nums, target - nums[i], res);</w:t>
        <w:br/>
        <w:t xml:space="preserve">            // Backtrack by removing the number we just added.</w:t>
        <w:br/>
        <w:t xml:space="preserve">            combination.remove(combination.size() - 1);</w:t>
        <w:br/>
        <w:t xml:space="preserve">        }</w:t>
        <w:br/>
        <w:t xml:space="preserve">    }</w:t>
        <w:br/>
        <w:t>}</w:t>
      </w:r>
    </w:p>
    <w:p>
      <w:pPr>
        <w:pStyle w:val="Heading3"/>
        <w:spacing w:before="320" w:after="120"/>
      </w:pPr>
      <w:r>
        <w:t>Complexity Analysis</w:t>
      </w:r>
    </w:p>
    <w:p>
      <w:pPr>
        <w:spacing w:after="160" w:line="276" w:lineRule="auto"/>
      </w:pPr>
      <w:r>
        <w:t>Time complexity:The time complexity ofcombinations_of_sum_kisO(ntarget/m)O(n^{target/m})O(ntarget/m), wherennndenotes the length of the array, andmmmdenotes the smallest candidate. This is because, in the worst case, we always add the smallest candidatemmmto our combination. The recursion tree will branch down until the sum of the smallest candidates reaches or exceeds the target. This results in a tree depth oftarget/mtarget/mtarget/m. Since the function makes a recursive call for up tonnncandidates at each level of the recursion, the branching factor isnnn, giving us the time complexity ofO(ntarget/m)O(n^{target/m})O(ntarget/m).</w:t>
      </w:r>
    </w:p>
    <w:p>
      <w:pPr>
        <w:spacing w:after="160" w:line="276" w:lineRule="auto"/>
      </w:pPr>
      <w:r>
        <w:t>Space complexity:The space complexity isO(target/m)O(target/m)O(target/m), which includes:</w:t>
      </w:r>
    </w:p>
    <w:p>
      <w:pPr>
        <w:pStyle w:val="ListBullet"/>
      </w:pPr>
      <w:r>
        <w:t>The recursive call stack depth, which is at mosttarget/mtarget/mtarget/min depth.</w:t>
      </w:r>
    </w:p>
    <w:p>
      <w:pPr>
        <w:pStyle w:val="ListBullet"/>
      </w:pPr>
      <w:r>
        <w:t>The combination list can also require at mostO(target/m)O(target/m)O(target/m)space since the longest combination would consist of the smallest elementmmmrepeatedtarget/mtarget/mtarget/mtimes.</w:t>
      </w:r>
    </w:p>
    <w:p>
      <w:r>
        <w:br w:type="page"/>
      </w:r>
    </w:p>
    <w:p>
      <w:pPr>
        <w:pStyle w:val="Heading1"/>
        <w:spacing w:before="480" w:after="280"/>
      </w:pPr>
      <w:r>
        <w:rPr>
          <w:b/>
          <w:color w:val="008A60"/>
          <w:sz w:val="28"/>
        </w:rPr>
        <w:t>Chapter 91</w:t>
        <w:br/>
      </w:r>
      <w:r>
        <w:rPr>
          <w:b/>
          <w:color w:val="0F172A"/>
          <w:sz w:val="40"/>
        </w:rPr>
        <w:t>Phone Keypad Combinations</w:t>
      </w:r>
    </w:p>
    <w:p>
      <w:pPr>
        <w:spacing w:before="160" w:after="160"/>
        <w:ind w:left="360"/>
      </w:pPr>
      <w:r>
        <w:rPr>
          <w:rFonts w:ascii="Consolas" w:hAnsi="Consolas"/>
          <w:color w:val="1E293B"/>
          <w:sz w:val="19"/>
        </w:rPr>
        <w:t>You are given a string containing digits from 2 to 9 inclusive. Each digit maps to a set of letters as on a traditional phone keypad:12 abc3 def4 ghi5 jkl6 mno7 pqrs8 tuv9 wxyzReturn all possible letter combinations the input digits could represent.Example:ExampleCopyInput: digits = '69'</w:t>
        <w:br/>
        <w:t>Output: ['mw', 'mx', 'my', 'mz', 'nw', 'nx', 'ny', 'nz', 'ow', 'ox', 'oy', 'oz']</w:t>
        <w:br/>
      </w:r>
    </w:p>
    <w:p>
      <w:pPr>
        <w:pStyle w:val="Heading2"/>
        <w:spacing w:before="320" w:after="120"/>
      </w:pPr>
      <w:r>
        <w:t>Intuition</w:t>
      </w:r>
    </w:p>
    <w:p>
      <w:pPr>
        <w:spacing w:after="160" w:line="276" w:lineRule="auto"/>
      </w:pPr>
      <w:r>
        <w:t>At each digit in the string, we have a decision to make: which letter will this digit represent? Based on this decision, let's illustrate the state space tree that represents the choices at each digit of the input string.</w:t>
      </w:r>
    </w:p>
    <w:p>
      <w:pPr>
        <w:spacing w:after="160" w:line="276" w:lineRule="auto"/>
      </w:pPr>
      <w:r>
        <w:t>State space treeConsider the input string "69". Let's start with the root node of the tree, which is an empty string:</w:t>
      </w:r>
    </w:p>
    <w:p>
      <w:pPr>
        <w:spacing w:after="160" w:line="276" w:lineRule="auto"/>
      </w:pPr>
      <w:r>
        <w:t>At the first digit, 6, we have the choice of starting our combination with 'm', 'n', or 'o':</w:t>
      </w:r>
    </w:p>
    <w:p>
      <w:pPr>
        <w:spacing w:after="160" w:line="276" w:lineRule="auto"/>
      </w:pPr>
      <w:r>
        <w:t>For each of these combinations we've created, we now have a new decision to make: which letter of digit 9 ('w', 'x', 'y', 'z') should we choose? These choices are illustrated below:</w:t>
      </w:r>
    </w:p>
    <w:p>
      <w:pPr>
        <w:spacing w:after="160" w:line="276" w:lineRule="auto"/>
      </w:pPr>
      <w:r>
        <w:t>One important thing missing from this state space tree is information on which digit we're making a decision on at each node. We can use an indexito determine which digit we're considering at each node:</w:t>
      </w:r>
    </w:p>
    <w:p>
      <w:pPr>
        <w:spacing w:after="160" w:line="276" w:lineRule="auto"/>
      </w:pPr>
      <w:r>
        <w:t>The final level of this decision tree (i.e., wheni == n, wherendenotes the length of the input string) represents all possible combinations that can be created from the provided string. Similar to our approach inFind All Subsets, let's usebacktrackingto obtain these keypad combinations.</w:t>
      </w:r>
    </w:p>
    <w:p>
      <w:pPr>
        <w:spacing w:after="160" w:line="276" w:lineRule="auto"/>
      </w:pPr>
      <w:r>
        <w:t>Mapping digits to lettersThe final thing we need to figure out is a way to determine which letters correspond to which digits. A hash map is great for this purpose. In the hash map, digits are the keys, and the associated sets of letters are their values. This allows us to access the letters in constant time:</w:t>
      </w:r>
    </w:p>
    <w:p>
      <w:pPr>
        <w:pStyle w:val="Heading2"/>
        <w:spacing w:before="320" w:after="120"/>
      </w:pPr>
      <w:r>
        <w:t>Implementation</w:t>
      </w:r>
    </w:p>
    <w:p>
      <w:pPr>
        <w:spacing w:before="160" w:after="160"/>
        <w:ind w:left="360"/>
      </w:pPr>
      <w:r>
        <w:rPr>
          <w:rFonts w:ascii="Consolas" w:hAnsi="Consolas"/>
          <w:color w:val="1E293B"/>
          <w:sz w:val="19"/>
        </w:rPr>
        <w:t>PythonJavaScriptJavaCopydef phone_keypad_combinations(digits: str) -&gt; List[str]:</w:t>
        <w:br/>
        <w:t xml:space="preserve">    keypad_map = {</w:t>
        <w:br/>
        <w:t xml:space="preserve">        '2': 'abc', '3': 'def', '4': 'ghi', '5': 'jkl',</w:t>
        <w:br/>
        <w:t xml:space="preserve">        '6': 'mno', '7': 'pqrs', '8': 'tuv', '9': 'wxyz'</w:t>
        <w:br/>
        <w:t xml:space="preserve">    }</w:t>
        <w:br/>
        <w:t xml:space="preserve">    res = []</w:t>
        <w:br/>
        <w:t xml:space="preserve">    backtrack(0, [], digits, keypad_map, res)</w:t>
        <w:br/>
        <w:t xml:space="preserve">    return res</w:t>
        <w:br/>
        <w:br/>
        <w:t>def backtrack(i: int, curr_combination: List[str], digits: str,</w:t>
        <w:br/>
        <w:t xml:space="preserve">             keypad_map: Dict[str, str], res: List[str]) -&gt; None:</w:t>
        <w:br/>
        <w:t xml:space="preserve">    # Termination condition: if all digits have been considered, add the</w:t>
        <w:br/>
        <w:t xml:space="preserve">    # current combination to the output list.</w:t>
        <w:br/>
        <w:t xml:space="preserve">    if len(curr_combination) == len(digits):</w:t>
        <w:br/>
        <w:t xml:space="preserve">        res.append("".join(curr_combination))</w:t>
        <w:br/>
        <w:t xml:space="preserve">        return</w:t>
        <w:br/>
        <w:t xml:space="preserve">    for letter in keypad_map[digits[i]]:</w:t>
        <w:br/>
        <w:t xml:space="preserve">       # Add the current letter.</w:t>
        <w:br/>
        <w:t xml:space="preserve">        curr_combination.append(letter)</w:t>
        <w:br/>
        <w:t xml:space="preserve">        # Recursively explore all paths that branch from this combination.</w:t>
        <w:br/>
        <w:t xml:space="preserve">        backtrack(i + 1, curr_combination, digits, keypad_map, res)</w:t>
        <w:br/>
        <w:t xml:space="preserve">        # Backtrack by removing the letter we just added.</w:t>
        <w:br/>
        <w:t xml:space="preserve">        curr_combination.pop()function phoneKeypadCombinations(digits) {</w:t>
        <w:br/>
        <w:t xml:space="preserve">  if (!digits || digits.length === 0) {</w:t>
        <w:br/>
        <w:t xml:space="preserve">    return [];</w:t>
        <w:br/>
        <w:t xml:space="preserve">  }</w:t>
        <w:br/>
        <w:t xml:space="preserve">  const keypadMap = {</w:t>
        <w:br/>
        <w:t xml:space="preserve">    '2': 'abc', '3': 'def', '4': 'ghi', '5': 'jkl',</w:t>
        <w:br/>
        <w:t xml:space="preserve">    '6': 'mno', '7': 'pqrs', '8': 'tuv', '9': 'wxyz'</w:t>
        <w:br/>
        <w:t xml:space="preserve">  };</w:t>
        <w:br/>
        <w:t xml:space="preserve">  const res = [];</w:t>
        <w:br/>
        <w:t xml:space="preserve">  backtrack(0, [], digits, keypadMap, res);</w:t>
        <w:br/>
        <w:t xml:space="preserve">  return res;</w:t>
        <w:br/>
        <w:t>}</w:t>
        <w:br/>
        <w:br/>
        <w:t>function backtrack(i, currCombination, digits, keypadMap, res) {</w:t>
        <w:br/>
        <w:t xml:space="preserve">  // Termination condition: if all digits have been considered, add the</w:t>
        <w:br/>
        <w:t xml:space="preserve">  // current combination to the output list.</w:t>
        <w:br/>
        <w:t xml:space="preserve">  if (currCombination.length === digits.length) {</w:t>
        <w:br/>
        <w:t xml:space="preserve">    res.push(currCombination.join(''));</w:t>
        <w:br/>
        <w:t xml:space="preserve">    return;</w:t>
        <w:br/>
        <w:t xml:space="preserve">  }</w:t>
        <w:br/>
        <w:t xml:space="preserve">  for (const letter of keypadMap[digits[i]]) {</w:t>
        <w:br/>
        <w:t xml:space="preserve">    // Add the current letter.</w:t>
        <w:br/>
        <w:t xml:space="preserve">    currCombination.push(letter);</w:t>
        <w:br/>
        <w:t xml:space="preserve">    // Recursively explore all paths that branch from this combination.</w:t>
        <w:br/>
        <w:t xml:space="preserve">    backtrack(i + 1, currCombination, digits, keypadMap, res);</w:t>
        <w:br/>
        <w:t xml:space="preserve">    // Backtrack by removing the letter we just added.</w:t>
        <w:br/>
        <w:t xml:space="preserve">    currCombination.pop();</w:t>
        <w:br/>
        <w:t xml:space="preserve">  }</w:t>
        <w:br/>
        <w:t>}public class Solution {</w:t>
        <w:br/>
        <w:t xml:space="preserve">    public List&lt;String&gt; phoneKeypadCombinations(String digits) {</w:t>
        <w:br/>
        <w:t xml:space="preserve">        if (digits == null || digits.isEmpty()) {</w:t>
        <w:br/>
        <w:t xml:space="preserve">            return new ArrayList&lt;&gt;();</w:t>
        <w:br/>
        <w:t xml:space="preserve">        }</w:t>
        <w:br/>
        <w:t xml:space="preserve">        Map&lt;Character, String&gt; keypadMap = Map.of(</w:t>
        <w:br/>
        <w:t xml:space="preserve">            '2', "abc", '3', "def", '4', "ghi", '5', "jkl",</w:t>
        <w:br/>
        <w:t xml:space="preserve">            '6', "mno", '7', "pqrs", '8', "tuv", '9', "wxyz"</w:t>
        <w:br/>
        <w:t xml:space="preserve">        );</w:t>
        <w:br/>
        <w:t xml:space="preserve">        List&lt;String&gt; res = new ArrayList&lt;&gt;();</w:t>
        <w:br/>
        <w:t xml:space="preserve">        backtrack(0, new StringBuilder(), digits, keypadMap, res);</w:t>
        <w:br/>
        <w:t xml:space="preserve">        return res;</w:t>
        <w:br/>
        <w:t xml:space="preserve">    }</w:t>
        <w:br/>
        <w:br/>
        <w:t xml:space="preserve">    private void backtrack(int i, StringBuilder currCombination, String digits,</w:t>
        <w:br/>
        <w:t xml:space="preserve">                          Map&lt;Character, String&gt; keypadMap, List&lt;String&gt; res) {</w:t>
        <w:br/>
        <w:t xml:space="preserve">        // Termination condition: if all digits have been considered, add the</w:t>
        <w:br/>
        <w:t xml:space="preserve">        // current combination to the output list.</w:t>
        <w:br/>
        <w:t xml:space="preserve">        if (currCombination.length() == digits.length()) {</w:t>
        <w:br/>
        <w:t xml:space="preserve">            res.add(currCombination.toString());</w:t>
        <w:br/>
        <w:t xml:space="preserve">            return;</w:t>
        <w:br/>
        <w:t xml:space="preserve">        }</w:t>
        <w:br/>
        <w:t xml:space="preserve">        String letters = keypadMap.get(digits.charAt(i));</w:t>
        <w:br/>
        <w:t xml:space="preserve">        for (char letter : letters.toCharArray()) {</w:t>
        <w:br/>
        <w:t xml:space="preserve">            // Add the current letter.</w:t>
        <w:br/>
        <w:t xml:space="preserve">            currCombination.append(letter);</w:t>
        <w:br/>
        <w:t xml:space="preserve">            // Recursively explore all paths that branch from this combination.</w:t>
        <w:br/>
        <w:t xml:space="preserve">            backtrack(i + 1, currCombination, digits, keypadMap, res);</w:t>
        <w:br/>
        <w:t xml:space="preserve">            // Backtrack by removing the letter we just added.</w:t>
        <w:br/>
        <w:t xml:space="preserve">            currCombination.deleteCharAt(currCombination.length() - 1);</w:t>
        <w:br/>
        <w:t xml:space="preserve">        }</w:t>
        <w:br/>
        <w:t xml:space="preserve">    }</w:t>
        <w:br/>
        <w:t>}</w:t>
      </w:r>
    </w:p>
    <w:p>
      <w:pPr>
        <w:pStyle w:val="Heading3"/>
        <w:spacing w:before="320" w:after="120"/>
      </w:pPr>
      <w:r>
        <w:t>Complexity Analysis</w:t>
      </w:r>
    </w:p>
    <w:p>
      <w:pPr>
        <w:spacing w:after="160" w:line="276" w:lineRule="auto"/>
      </w:pPr>
      <w:r>
        <w:t>Time complexity:The time complexity ofphone_keypad_combinationsisO(n⋅4n)O(n\cdot 4^n)O(n⋅4n). This is because the state space tree will branch down until a decision is made for allnnnelements. This results in a tree of heightnnnwith a branching factor of 4 since there are up to 4 decisions we can make at each digit. For each of the4n4^n4ncombinations created, we convert it into a string and add it to the output list, which takesO(n)O(n)O(n)time per combination. This results in a total time complexity ofO(n⋅4n)O(n\cdot 4^n)O(n⋅4n).</w:t>
      </w:r>
    </w:p>
    <w:p>
      <w:pPr>
        <w:spacing w:after="160" w:line="276" w:lineRule="auto"/>
      </w:pPr>
      <w:r>
        <w:t>Space complexity:The space complexity isO(n)O(n)O(n)due to the recursive call stack, which can grow up to a maximum depth ofnnn. Thekeypad_maponly takes constant space since there are only 8 key-value pairs.</w:t>
      </w:r>
    </w:p>
    <w:p>
      <w:pPr>
        <w:pStyle w:val="Heading2"/>
        <w:spacing w:before="320" w:after="120"/>
      </w:pPr>
      <w:r>
        <w:t>Interview Tip</w:t>
      </w:r>
    </w:p>
    <w:p>
      <w:pPr>
        <w:spacing w:after="160" w:line="276" w:lineRule="auto"/>
      </w:pPr>
      <w:r>
        <w:t>Tip: Check if you can skip trivial implementations.</w:t>
      </w:r>
    </w:p>
    <w:p>
      <w:pPr>
        <w:spacing w:after="160" w:line="276" w:lineRule="auto"/>
      </w:pPr>
      <w:r>
        <w:t>During an interview, it's crucial to manage your time effectively. If you encounter a trivial and time-consuming task, such as creating the keypad_map in this problem, it's possible the interviewer may allow you to skip it or implement it later if there's time left in the interview. Ensure you at least briefly mention how the implementation you're skipping would work before requesting to move on to the core logic of the problem.</w:t>
      </w:r>
    </w:p>
    <w:p>
      <w:r>
        <w:br w:type="page"/>
      </w:r>
    </w:p>
    <w:p>
      <w:pPr>
        <w:pStyle w:val="Heading1"/>
        <w:spacing w:before="480" w:after="280"/>
      </w:pPr>
      <w:r>
        <w:rPr>
          <w:b/>
          <w:color w:val="008A60"/>
          <w:sz w:val="28"/>
        </w:rPr>
        <w:t>Chapter 92</w:t>
        <w:br/>
      </w:r>
      <w:r>
        <w:rPr>
          <w:b/>
          <w:color w:val="0F172A"/>
          <w:sz w:val="40"/>
        </w:rPr>
        <w:t>Introduction to Dynamic Programming</w:t>
      </w:r>
    </w:p>
    <w:p>
      <w:pPr>
        <w:spacing w:after="160" w:line="276" w:lineRule="auto"/>
      </w:pPr>
      <w:r>
        <w:t>Dynamic programming (DP) may seem daunting at first, but we’ll break it down into manageable concepts and techniques. First, let’s get an idea of what DP aims to do by considering the bigger picture.</w:t>
      </w:r>
    </w:p>
    <w:p>
      <w:pPr>
        <w:spacing w:after="160" w:line="276" w:lineRule="auto"/>
      </w:pPr>
      <w:r>
        <w:t>Some problems can be broken down intosubproblems, where each subproblem is a smaller version of the main problem. These subproblems may themselves be broken down into more subproblems as well. This isn’t a foreign concept to us. Recursion is often used to solve problems like these, where we make recursive calls to solve each subproblem.</w:t>
      </w:r>
    </w:p>
    <w:p>
      <w:pPr>
        <w:spacing w:after="160" w:line="276" w:lineRule="auto"/>
      </w:pPr>
      <w:r>
        <w:t>However, in the recursive process, it’s possible to generate and solve the same subproblem multiple times, which can be unnecessarily expensive.</w:t>
      </w:r>
    </w:p>
    <w:p>
      <w:pPr>
        <w:spacing w:after="160" w:line="276" w:lineRule="auto"/>
      </w:pPr>
      <w:r>
        <w:t>DP is the antidote to this. It’s a technique that stores solutions to each subproblem, so they can be reused when they’re needed again. In other words, it’s an efficient tool thatensures each subproblem is solved at most one time. This can greatly increase the performance of an algorithm.</w:t>
      </w:r>
    </w:p>
    <w:p>
      <w:pPr>
        <w:spacing w:after="160" w:line="276" w:lineRule="auto"/>
      </w:pPr>
      <w:r>
        <w:t>The DP processDP is often perceived as challenging, but it follows a pretty consistent problem-solving process, best demonstrated with an example. First, we'll briefly explain some key DP terms, and then dive into theClimbing Stairsproblem to learn how to identify a DP problem and develop a DP solution.</w:t>
      </w:r>
    </w:p>
    <w:p>
      <w:pPr>
        <w:pStyle w:val="ListBullet"/>
      </w:pPr>
      <w:r>
        <w:t>Optimal substructure:the optimal solution to a problem can be constructed from the optimal solutions to its subproblems.</w:t>
      </w:r>
    </w:p>
    <w:p>
      <w:pPr>
        <w:pStyle w:val="ListBullet"/>
      </w:pPr>
      <w:r>
        <w:t>Overlapping subproblems:if the same subproblems are solved repeatedly during the problem-solving process.</w:t>
      </w:r>
    </w:p>
    <w:p>
      <w:pPr>
        <w:pStyle w:val="ListBullet"/>
      </w:pPr>
      <w:r>
        <w:t>Recurrence relation:a formula that expresses the solution to the problem in terms of the solutions to its subproblems.</w:t>
      </w:r>
    </w:p>
    <w:p>
      <w:pPr>
        <w:pStyle w:val="ListBullet"/>
      </w:pPr>
      <w:r>
        <w:t>Base cases:the simplest instances of the problem where the solution is already known, without needing to be decomposed into more subproblems.</w:t>
      </w:r>
    </w:p>
    <w:p>
      <w:pPr>
        <w:spacing w:after="160" w:line="276" w:lineRule="auto"/>
      </w:pPr>
      <w:r>
        <w:t>The first two terms are essential attributes that a problem must have to be solvable using DP. The last two terms are essential components in every DP solution. These definitions may seem abstract now, but keep them in mind as they will become clearer in the context of a problem.</w:t>
      </w:r>
    </w:p>
    <w:p>
      <w:pPr>
        <w:pStyle w:val="Heading2"/>
        <w:spacing w:before="320" w:after="120"/>
      </w:pPr>
      <w:r>
        <w:t>Real-world Example</w:t>
      </w:r>
    </w:p>
    <w:p>
      <w:pPr>
        <w:spacing w:after="160" w:line="276" w:lineRule="auto"/>
      </w:pPr>
      <w:r>
        <w:t>Word segmentation:Search engines use DP in a process called “word segmentation.” When users enter a search query without spaces, DP is employed to determine if white spaces can be added to form valid words. For example, given a query without spaces (like “bestrestaurants”), DP checks all possible ways to insert spaces (“best restaurants,” “best rest aunts”) by solving each segment (subproblem) separately, and storing their solutions to avoid recalculation.</w:t>
      </w:r>
    </w:p>
    <w:p>
      <w:pPr>
        <w:pStyle w:val="Heading2"/>
        <w:spacing w:before="320" w:after="120"/>
      </w:pPr>
      <w:r>
        <w:t>Chapter Outline</w:t>
      </w:r>
    </w:p>
    <w:p>
      <w:pPr>
        <w:spacing w:after="160" w:line="276" w:lineRule="auto"/>
      </w:pPr>
      <w:r>
        <w:t>The nature of each DP problem in this chapter is quite unique, but for simplicity, we’ve grouped them into two categories: one-dimensional DP (1D-DP), and two-dimensional DP (2D-DP).</w:t>
      </w:r>
    </w:p>
    <w:p>
      <w:r>
        <w:br w:type="page"/>
      </w:r>
    </w:p>
    <w:p>
      <w:pPr>
        <w:pStyle w:val="Heading1"/>
        <w:spacing w:before="480" w:after="280"/>
      </w:pPr>
      <w:r>
        <w:rPr>
          <w:b/>
          <w:color w:val="008A60"/>
          <w:sz w:val="28"/>
        </w:rPr>
        <w:t>Chapter 93</w:t>
        <w:br/>
      </w:r>
      <w:r>
        <w:rPr>
          <w:b/>
          <w:color w:val="0F172A"/>
          <w:sz w:val="40"/>
        </w:rPr>
        <w:t>Climbing Stairs</w:t>
      </w:r>
    </w:p>
    <w:p>
      <w:pPr>
        <w:spacing w:before="160" w:after="160"/>
        <w:ind w:left="360"/>
      </w:pPr>
      <w:r>
        <w:rPr>
          <w:rFonts w:ascii="Consolas" w:hAnsi="Consolas"/>
          <w:color w:val="1E293B"/>
          <w:sz w:val="19"/>
        </w:rPr>
        <w:t>Determine the number of distinct ways to climb a staircase of n steps by taking either 1 or 2 steps at a time.Example:ExampleCopyInput: n = 4</w:t>
        <w:br/>
        <w:t>Output: 5</w:t>
        <w:br/>
      </w:r>
    </w:p>
    <w:p>
      <w:pPr>
        <w:pStyle w:val="Heading2"/>
        <w:spacing w:before="320" w:after="120"/>
      </w:pPr>
      <w:r>
        <w:t>Intuition - Top-Down</w:t>
      </w:r>
    </w:p>
    <w:p>
      <w:pPr>
        <w:spacing w:after="160" w:line="276" w:lineRule="auto"/>
      </w:pPr>
      <w:r>
        <w:t>A brute force solution to this problem is to go through all possible combinations of moving 1 or 2 steps up the stairs until reaching the top. How would we do this? Think about how to get to stairi:</w:t>
      </w:r>
    </w:p>
    <w:p>
      <w:pPr>
        <w:spacing w:after="160" w:line="276" w:lineRule="auto"/>
      </w:pPr>
      <w:r>
        <w:t>One thing we know for sure is that to reach stepi, we need to reach it from either stepi - 1, or stepi - 2since we can only climb 1 or 2 steps at a time:</w:t>
      </w:r>
    </w:p>
    <w:p>
      <w:pPr>
        <w:spacing w:after="160" w:line="276" w:lineRule="auto"/>
      </w:pPr>
      <w:r>
        <w:t>This is all the information we need. If we want to know all the different ways we can get to stepi, we just need to know:</w:t>
      </w:r>
    </w:p>
    <w:p>
      <w:pPr>
        <w:pStyle w:val="ListNumber"/>
      </w:pPr>
      <w:r>
        <w:t>The number of ways to get to stepi - 1(climbing_stairs(i - 1)).</w:t>
      </w:r>
    </w:p>
    <w:p>
      <w:pPr>
        <w:pStyle w:val="ListNumber"/>
      </w:pPr>
      <w:r>
        <w:t>The number of ways to get to stepi - 2(climbing_stairs(i - 2)).</w:t>
      </w:r>
    </w:p>
    <w:p>
      <w:pPr>
        <w:spacing w:after="160" w:line="276" w:lineRule="auto"/>
      </w:pPr>
      <w:r>
        <w:t>This highlights that this problem has anoptimal substructurewhere, in order to solveclimbing_stairs(n), we need the answers to two of its subproblems. We can translate this to arecurrence relation:</w:t>
      </w:r>
    </w:p>
    <w:p>
      <w:pPr>
        <w:spacing w:before="160" w:after="160"/>
        <w:ind w:left="360"/>
      </w:pPr>
      <w:r>
        <w:rPr>
          <w:rFonts w:ascii="Consolas" w:hAnsi="Consolas"/>
          <w:color w:val="1E293B"/>
          <w:sz w:val="19"/>
        </w:rPr>
        <w:br/>
        <w:t>climbing_stairs(n) = climbing_stairs(n - 1) + climbing_stairs(n - 2)</w:t>
        <w:br/>
      </w:r>
    </w:p>
    <w:p>
      <w:pPr>
        <w:spacing w:after="160" w:line="276" w:lineRule="auto"/>
      </w:pPr>
      <w:r>
        <w:t>Let’s first implement this using recursion.</w:t>
      </w:r>
    </w:p>
    <w:p>
      <w:pPr>
        <w:spacing w:after="160" w:line="276" w:lineRule="auto"/>
      </w:pPr>
      <w:r>
        <w:t>To do this, we’ll need to identify thebase cases, which handle the simplest subproblems. The simplest versions of this problem occur when the number of steps is 1 or 2. If n equals 1, we return 1 since the only way to reach step 1 is to climb 1 step. If n equals 2, return 2 since there are two ways to reach step 2.</w:t>
      </w:r>
    </w:p>
    <w:p>
      <w:pPr>
        <w:spacing w:after="160" w:line="276" w:lineRule="auto"/>
      </w:pPr>
      <w:r>
        <w:t>If we apply this recursive logic to a staircase of 6 steps, this is what the recursion tree would look like:</w:t>
      </w:r>
    </w:p>
    <w:p>
      <w:pPr>
        <w:spacing w:after="160" w:line="276" w:lineRule="auto"/>
      </w:pPr>
      <w:r>
        <w:t>This solution is considered atop-down solutionas it starts from the main problem, and recursively breaks it down into smaller subproblems as it progresses down the recursive tree.</w:t>
      </w:r>
    </w:p>
    <w:p>
      <w:pPr>
        <w:spacing w:after="160" w:line="276" w:lineRule="auto"/>
      </w:pPr>
      <w:r>
        <w:t>You may have noticed in the recursion tree that we do some repeated work by calling the same subproblem multiple times (e.g.,climbing_stairs(4)is called twice). This highlights the existence ofoverlapping subproblems. This isn't a big issue for short staircases, but for a taller one with more steps, it can result in a lot of repeated calculations of subproblems we’ve already solved. This is where memoization comes into play.</w:t>
      </w:r>
    </w:p>
    <w:p>
      <w:pPr>
        <w:spacing w:after="160" w:line="276" w:lineRule="auto"/>
      </w:pPr>
      <w:r>
        <w:t>MemoizationStoring the result of each subproblem the first time we solve it, then reusing these stored results when needed, is a technique known as memoization. For example, after we calculate the subproblem ofn = 3(climbing_stairs(3)) for the first time, we don’t need to calculate it again; we can just fetch the already-calculated result forn = 3. The same applies ton = 4. This greatly reduces the size of the recursion tree:</w:t>
      </w:r>
    </w:p>
    <w:p>
      <w:pPr>
        <w:spacing w:after="160" w:line="276" w:lineRule="auto"/>
      </w:pPr>
      <w:r>
        <w:t>We use ahash mapfor memoization to store the results of subproblems for constant-time access. For example, after calculating the result for the subproblemn = 3, we store the result in the hash map as a value, where the key is 3.</w:t>
      </w:r>
    </w:p>
    <w:p>
      <w:pPr>
        <w:spacing w:after="160" w:line="276" w:lineRule="auto"/>
      </w:pPr>
      <w:r>
        <w:t>As we can see, we’ve successfully implemented a DP solution using top-down memoization. We identified the subproblems, used them to create the recurrence relation, specified our base cases, and applied memoization to ensure each subproblem is solved only once.</w:t>
      </w:r>
    </w:p>
    <w:p>
      <w:pPr>
        <w:pStyle w:val="Heading2"/>
        <w:spacing w:before="320" w:after="120"/>
      </w:pPr>
      <w:r>
        <w:t>Implementation - Top-Down</w:t>
      </w:r>
    </w:p>
    <w:p>
      <w:pPr>
        <w:spacing w:before="160" w:after="160"/>
        <w:ind w:left="360"/>
      </w:pPr>
      <w:r>
        <w:rPr>
          <w:rFonts w:ascii="Consolas" w:hAnsi="Consolas"/>
          <w:color w:val="1E293B"/>
          <w:sz w:val="19"/>
        </w:rPr>
        <w:t>PythonJavaScriptJavaCopymemo = {}</w:t>
        <w:br/>
        <w:t xml:space="preserve">        </w:t>
        <w:br/>
        <w:t>def climbing_stairs_top_down(n: int) -&gt; int:</w:t>
        <w:br/>
        <w:t xml:space="preserve">    # Base cases: With a 1-step staircase, there’s only one way to climb it.</w:t>
        <w:br/>
        <w:t xml:space="preserve">    # With a 2-step staircase, there are two ways to climb it.</w:t>
        <w:br/>
        <w:t xml:space="preserve">    if n &lt;= 2:</w:t>
        <w:br/>
        <w:t xml:space="preserve">        return n</w:t>
        <w:br/>
        <w:t xml:space="preserve">    if n in memo:</w:t>
        <w:br/>
        <w:t xml:space="preserve">        return memo[n]</w:t>
        <w:br/>
        <w:t xml:space="preserve">    # The number of ways to climb to the n-th step is equal to the sum of the number</w:t>
        <w:br/>
        <w:t xml:space="preserve">    # of ways to climb to step n - 1 and to n - 2.</w:t>
        <w:br/>
        <w:t xml:space="preserve">    memo[n] = climbing_stairs_top_down(n - 1) + climbing_stairs_top_down(n - 2)</w:t>
        <w:br/>
        <w:t xml:space="preserve">    return memo[n]const memo = {};</w:t>
        <w:br/>
        <w:br/>
        <w:t>function climbingStairsTopDown(n) {</w:t>
        <w:br/>
        <w:t xml:space="preserve">  // Base cases: With a 1-step staircase, there’s only one way to climb it.</w:t>
        <w:br/>
        <w:t xml:space="preserve">  // With a 2-step staircase, there are two ways to climb it.</w:t>
        <w:br/>
        <w:t xml:space="preserve">  if (n &lt;= 2) {</w:t>
        <w:br/>
        <w:t xml:space="preserve">    return n;</w:t>
        <w:br/>
        <w:t xml:space="preserve">  }</w:t>
        <w:br/>
        <w:t xml:space="preserve">  if (n in memo) {</w:t>
        <w:br/>
        <w:t xml:space="preserve">    return memo[n];</w:t>
        <w:br/>
        <w:t xml:space="preserve">  }</w:t>
        <w:br/>
        <w:t xml:space="preserve">  // The number of ways to climb to the n-th step is equal to the sum of the number</w:t>
        <w:br/>
        <w:t xml:space="preserve">  // of ways to climb to step n - 1 and to n - 2.</w:t>
        <w:br/>
        <w:t xml:space="preserve">  memo[n] = climbingStairsTopDown(n - 1) + climbingStairsTopDown(n - 2);</w:t>
        <w:br/>
        <w:t xml:space="preserve">  return memo[n];</w:t>
        <w:br/>
        <w:t>}public class Solution {</w:t>
        <w:br/>
        <w:t xml:space="preserve">    private Map&lt;Integer, Integer&gt; memo = new HashMap&lt;&gt;();</w:t>
        <w:br/>
        <w:br/>
        <w:t xml:space="preserve">    public int climbingStairsTopDown(int n) {</w:t>
        <w:br/>
        <w:t xml:space="preserve">        // Base cases: With a 1-step staircase, there’s only one way to climb it.</w:t>
        <w:br/>
        <w:t xml:space="preserve">        // With a 2-step staircase, there are two ways to climb it.</w:t>
        <w:br/>
        <w:t xml:space="preserve">        if (n &lt;= 2) {</w:t>
        <w:br/>
        <w:t xml:space="preserve">            return n;</w:t>
        <w:br/>
        <w:t xml:space="preserve">        }</w:t>
        <w:br/>
        <w:t xml:space="preserve">        if (memo.containsKey(n)) {</w:t>
        <w:br/>
        <w:t xml:space="preserve">            return memo.get(n);</w:t>
        <w:br/>
        <w:t xml:space="preserve">        }</w:t>
        <w:br/>
        <w:t xml:space="preserve">        // The number of ways to climb to the n-th step is equal to the sum of the number</w:t>
        <w:br/>
        <w:t xml:space="preserve">        // of ways to climb to step n - 1 and to n - 2.</w:t>
        <w:br/>
        <w:t xml:space="preserve">        memo.put(n, climbingStairsTopDown(n - 1) + climbingStairsTopDown(n - 2));</w:t>
        <w:br/>
        <w:t xml:space="preserve">        return memo.get(n);</w:t>
        <w:br/>
        <w:t xml:space="preserve">    }</w:t>
        <w:br/>
        <w:t>}</w:t>
      </w:r>
    </w:p>
    <w:p>
      <w:pPr>
        <w:pStyle w:val="Heading3"/>
        <w:spacing w:before="320" w:after="120"/>
      </w:pPr>
      <w:r>
        <w:t>Complexity Analysis</w:t>
      </w:r>
    </w:p>
    <w:p>
      <w:pPr>
        <w:spacing w:after="160" w:line="276" w:lineRule="auto"/>
      </w:pPr>
      <w:r>
        <w:t>Time complexity:</w:t>
      </w:r>
    </w:p>
    <w:p>
      <w:pPr>
        <w:pStyle w:val="ListBullet"/>
      </w:pPr>
      <w:r>
        <w:t>Without memoization, the time complexity ofclimbing_stairs_top_downisO(2n)O(2^n)O(2n)because the depth of the recursion tree is n, and its branching factor is 2 since we make 2 recursive calls at each point in the tree.</w:t>
      </w:r>
    </w:p>
    <w:p>
      <w:pPr>
        <w:pStyle w:val="ListBullet"/>
      </w:pPr>
      <w:r>
        <w:t>With memoization, we ensure each subproblem is solved only once. Since there arennnpossible subproblems (one for each step from step 1 to stepnnn), the time complexity isO(n)O(n)O(n).</w:t>
      </w:r>
    </w:p>
    <w:p>
      <w:pPr>
        <w:spacing w:after="160" w:line="276" w:lineRule="auto"/>
      </w:pPr>
      <w:r>
        <w:t>Space complexity:The space complexity isO(n)O(n)O(n)due to the recursive call stack, which grows to a height ofnnn. The memoization array also contributes to the space occupied by storingnnnkey-value pairs.</w:t>
      </w:r>
    </w:p>
    <w:p>
      <w:pPr>
        <w:pStyle w:val="Heading2"/>
        <w:spacing w:before="320" w:after="120"/>
      </w:pPr>
      <w:r>
        <w:t>Intuition - Bottom-Up</w:t>
      </w:r>
    </w:p>
    <w:p>
      <w:pPr>
        <w:spacing w:after="160" w:line="276" w:lineRule="auto"/>
      </w:pPr>
      <w:r>
        <w:t>Generally, any problem that can be solved using top-down memoization can also be solved using a bottom-up DP approach, where we translate the memoization array to a DP array. Let's explore how this works.</w:t>
      </w:r>
    </w:p>
    <w:p>
      <w:pPr>
        <w:spacing w:after="160" w:line="276" w:lineRule="auto"/>
      </w:pPr>
      <w:r>
        <w:t>Translating the memoization array to a DP arrayThink about what each value in the DP array represents. We want this array to store the answers to our subproblems (i.e.,dp[i]should store the number of ways we can reach stepi). Now, remember that our memoization array stores the same thing. In other words,dp[i]andmemo[i]store the same result.</w:t>
      </w:r>
    </w:p>
    <w:p>
      <w:pPr>
        <w:spacing w:after="160" w:line="276" w:lineRule="auto"/>
      </w:pPr>
      <w:r>
        <w:t>In our top-down implementation, the memoization stores results like so:memo[n] = climbing_stairs(n - 1) + climbing_stairs(n - 2)</w:t>
      </w:r>
    </w:p>
    <w:p>
      <w:pPr>
        <w:spacing w:after="160" w:line="276" w:lineRule="auto"/>
      </w:pPr>
      <w:r>
        <w:t>However, if the results ofclimbing_stairs(n - 1)andclimbing_stairs(n - 2)were already calculated and memoized, this is what would actually be going on:memo[n] = memo[n - 1] + memo[n - 2]</w:t>
      </w:r>
    </w:p>
    <w:p>
      <w:pPr>
        <w:spacing w:after="160" w:line="276" w:lineRule="auto"/>
      </w:pPr>
      <w:r>
        <w:t>Now that we have this tabular relationship for the memoization array, simply change “memo” to “dp” to get the DP relationship:dp[n] = dp[n - 1] + dp[n - 2]</w:t>
      </w:r>
    </w:p>
    <w:p>
      <w:pPr>
        <w:spacing w:after="160" w:line="276" w:lineRule="auto"/>
      </w:pPr>
      <w:r>
        <w:t>We call this abottom-up solutionbecause we need to calculate the solutions to smaller subproblems before we can solve the larger ones. In other words, we "build up" to the main solution as opposed to the top-down solution, where we start with the main problem, n, and work our way down.</w:t>
      </w:r>
    </w:p>
    <w:p>
      <w:pPr>
        <w:spacing w:after="160" w:line="276" w:lineRule="auto"/>
      </w:pPr>
      <w:r>
        <w:t>Base casesOur base cases stay the same: the answers todp[1]anddp[2]are 1 and 2, respectively.</w:t>
      </w:r>
    </w:p>
    <w:p>
      <w:pPr>
        <w:spacing w:after="160" w:line="276" w:lineRule="auto"/>
      </w:pPr>
      <w:r>
        <w:t>Return statementIn our top-down solution, we returnmemo[n]. Since there’s a one-to-one relationship between the memoization array and the DP array, we can just returndp[n]in our bottom-up solution.</w:t>
      </w:r>
    </w:p>
    <w:p>
      <w:pPr>
        <w:pStyle w:val="Heading2"/>
        <w:spacing w:before="320" w:after="120"/>
      </w:pPr>
      <w:r>
        <w:t>Implementation - Bottom-Up</w:t>
      </w:r>
    </w:p>
    <w:p>
      <w:pPr>
        <w:spacing w:before="160" w:after="160"/>
        <w:ind w:left="360"/>
      </w:pPr>
      <w:r>
        <w:rPr>
          <w:rFonts w:ascii="Consolas" w:hAnsi="Consolas"/>
          <w:color w:val="1E293B"/>
          <w:sz w:val="19"/>
        </w:rPr>
        <w:t>PythonJavaScriptJavaCopydef climbing_stairs_bottom_up(n: int) -&gt; int:</w:t>
        <w:br/>
        <w:t xml:space="preserve">    if n &lt;= 2:</w:t>
        <w:br/>
        <w:t xml:space="preserve">        return n</w:t>
        <w:br/>
        <w:t xml:space="preserve">    dp = [0] * (n + 1)</w:t>
        <w:br/>
        <w:t xml:space="preserve">    # Base cases.</w:t>
        <w:br/>
        <w:t xml:space="preserve">    dp[1], dp[2] = 1, 2</w:t>
        <w:br/>
        <w:t xml:space="preserve">    # Starting from step 3, calculate the number of ways to reach each step until the</w:t>
        <w:br/>
        <w:t xml:space="preserve">    # n-th step.</w:t>
        <w:br/>
        <w:t xml:space="preserve">    for i in range(3, n + 1):</w:t>
        <w:br/>
        <w:t xml:space="preserve">        dp[i] = dp[i - 1] + dp[i - 2]</w:t>
        <w:br/>
        <w:t xml:space="preserve">    return dp[n]function climbingStairsBottomUp(n) {</w:t>
        <w:br/>
        <w:t xml:space="preserve">  if (n &lt;= 2) {</w:t>
        <w:br/>
        <w:t xml:space="preserve">    return n;</w:t>
        <w:br/>
        <w:t xml:space="preserve">  }</w:t>
        <w:br/>
        <w:t xml:space="preserve">  const dp = new Array(n + 1).fill(0);</w:t>
        <w:br/>
        <w:t xml:space="preserve">  // Base cases.</w:t>
        <w:br/>
        <w:t xml:space="preserve">  dp[1] = 1;</w:t>
        <w:br/>
        <w:t xml:space="preserve">  dp[2] = 2;</w:t>
        <w:br/>
        <w:t xml:space="preserve">  // Starting from step 3, calculate the number of ways to reach each step until the</w:t>
        <w:br/>
        <w:t xml:space="preserve">  // n-th step.</w:t>
        <w:br/>
        <w:t xml:space="preserve">  for (let i = 3; i &lt;= n; i++) {</w:t>
        <w:br/>
        <w:t xml:space="preserve">    dp[i] = dp[i - 1] + dp[i - 2];</w:t>
        <w:br/>
        <w:t xml:space="preserve">  }</w:t>
        <w:br/>
        <w:t xml:space="preserve">  return dp[n];</w:t>
        <w:br/>
        <w:t>}public class Solution {</w:t>
        <w:br/>
        <w:t xml:space="preserve">    public int climbingStairsBottomUp(int n) {</w:t>
        <w:br/>
        <w:t xml:space="preserve">        if (n &lt;= 2) {</w:t>
        <w:br/>
        <w:t xml:space="preserve">            return n;</w:t>
        <w:br/>
        <w:t xml:space="preserve">        }</w:t>
        <w:br/>
        <w:t xml:space="preserve">        int[] dp = new int[n + 1];</w:t>
        <w:br/>
        <w:t xml:space="preserve">        // Base cases.</w:t>
        <w:br/>
        <w:t xml:space="preserve">        dp[1] = 1;</w:t>
        <w:br/>
        <w:t xml:space="preserve">        dp[2] = 2;</w:t>
        <w:br/>
        <w:t xml:space="preserve">        // Starting from step 3, calculate the number of ways to reach each step until the</w:t>
        <w:br/>
        <w:t xml:space="preserve">        // n-th step.</w:t>
        <w:br/>
        <w:t xml:space="preserve">        for (int i = 3; i &lt;= n; i++) {</w:t>
        <w:br/>
        <w:t xml:space="preserve">            dp[i] = dp[i - 1] + dp[i - 2];</w:t>
        <w:br/>
        <w:t xml:space="preserve">        }</w:t>
        <w:br/>
        <w:t xml:space="preserve">        return dp[n];</w:t>
        <w:br/>
        <w:t xml:space="preserve">    }</w:t>
        <w:br/>
        <w:t>}</w:t>
      </w:r>
    </w:p>
    <w:p>
      <w:pPr>
        <w:pStyle w:val="Heading3"/>
        <w:spacing w:before="320" w:after="120"/>
      </w:pPr>
      <w:r>
        <w:t>Complexity Analysis</w:t>
      </w:r>
    </w:p>
    <w:p>
      <w:pPr>
        <w:spacing w:after="160" w:line="276" w:lineRule="auto"/>
      </w:pPr>
      <w:r>
        <w:t>Time complexity:The time complexity ofclimbing_stairs_bottom_upisO(n)O(n)O(n)as we iterate throughnnnelements of the DP array.</w:t>
      </w:r>
    </w:p>
    <w:p>
      <w:pPr>
        <w:spacing w:after="160" w:line="276" w:lineRule="auto"/>
      </w:pPr>
      <w:r>
        <w:t>Space complexity:The space complexity isO(n)O(n)O(n)due to the space taken up by the DP array, which containsn+1n+1n+1elements.</w:t>
      </w:r>
    </w:p>
    <w:p>
      <w:pPr>
        <w:pStyle w:val="Heading2"/>
        <w:spacing w:before="320" w:after="120"/>
      </w:pPr>
      <w:r>
        <w:t>Optimization - Bottom Up</w:t>
      </w:r>
    </w:p>
    <w:p>
      <w:pPr>
        <w:spacing w:after="160" w:line="276" w:lineRule="auto"/>
      </w:pPr>
      <w:r>
        <w:t>An important thing to notice is that in the DP solution, we only ever need to access the previous two values of the DP array (ati - 1andi - 2) to calculate the current value (ati). This means we don’t need to store the entire DP array.</w:t>
      </w:r>
    </w:p>
    <w:p>
      <w:pPr>
        <w:spacing w:after="160" w:line="276" w:lineRule="auto"/>
      </w:pPr>
      <w:r>
        <w:t>Instead, we can use two variables to keep track of the previous two values:</w:t>
      </w:r>
    </w:p>
    <w:p>
      <w:pPr>
        <w:pStyle w:val="ListBullet"/>
      </w:pPr>
      <w:r>
        <w:t>one_step_before: to store the value ofdp[i - 1].</w:t>
      </w:r>
    </w:p>
    <w:p>
      <w:pPr>
        <w:pStyle w:val="ListBullet"/>
      </w:pPr>
      <w:r>
        <w:t>two_steps_before: to store the value ofdp[i - 2].</w:t>
      </w:r>
    </w:p>
    <w:p>
      <w:pPr>
        <w:spacing w:after="160" w:line="276" w:lineRule="auto"/>
      </w:pPr>
      <w:r>
        <w:t>As we iterate through the steps, we update these two variables to always hold the values for the previous two steps. This approach retains the time complexity ofO(n)O(n)O(n), while reducing space complexity toO(1)O(1)O(1). The adjusted implementation is below:</w:t>
      </w:r>
    </w:p>
    <w:p>
      <w:pPr>
        <w:spacing w:before="160" w:after="160"/>
        <w:ind w:left="360"/>
      </w:pPr>
      <w:r>
        <w:rPr>
          <w:rFonts w:ascii="Consolas" w:hAnsi="Consolas"/>
          <w:color w:val="1E293B"/>
          <w:sz w:val="19"/>
        </w:rPr>
        <w:t>PythonJavaScriptJavaCopydef climbing_stairs_bottom_up_optimized(n: int) -&gt; int:</w:t>
        <w:br/>
        <w:t xml:space="preserve">    if n &lt;= 2:</w:t>
        <w:br/>
        <w:t xml:space="preserve">        return n</w:t>
        <w:br/>
        <w:t xml:space="preserve">    # Initialize 'one_step_before' and 'two_steps_before' with the base cases.</w:t>
        <w:br/>
        <w:t xml:space="preserve">    one_step_before, two_steps_before = 2, 1</w:t>
        <w:br/>
        <w:t xml:space="preserve">    for i in range(3, n + 1):</w:t>
        <w:br/>
        <w:t xml:space="preserve">        # Calculate the number of ways to reach the current step.</w:t>
        <w:br/>
        <w:t xml:space="preserve">        current = one_step_before + two_steps_before</w:t>
        <w:br/>
        <w:t xml:space="preserve">        # Update the values for the next iteration.</w:t>
        <w:br/>
        <w:t xml:space="preserve">        two_steps_before = one_step_before</w:t>
        <w:br/>
        <w:t xml:space="preserve">        one_step_before = current</w:t>
        <w:br/>
        <w:t xml:space="preserve">    return one_step_beforefunction climbingStairsBottomUpOptimized(n) {</w:t>
        <w:br/>
        <w:t xml:space="preserve">  if (n &lt;= 2) {</w:t>
        <w:br/>
        <w:t xml:space="preserve">    return n;</w:t>
        <w:br/>
        <w:t xml:space="preserve">  }</w:t>
        <w:br/>
        <w:t xml:space="preserve">  // Initialize 'one_step_before' and 'two_steps_before' with the base cases.</w:t>
        <w:br/>
        <w:t xml:space="preserve">  let oneStepBefore = 2;</w:t>
        <w:br/>
        <w:t xml:space="preserve">  let twoStepsBefore = 1;</w:t>
        <w:br/>
        <w:t xml:space="preserve">  for (let i = 3; i &lt;= n; i++) {</w:t>
        <w:br/>
        <w:t xml:space="preserve">    // Calculate the number of ways to reach the current step.</w:t>
        <w:br/>
        <w:t xml:space="preserve">    const current = oneStepBefore + twoStepsBefore;</w:t>
        <w:br/>
        <w:t xml:space="preserve">    // Update the values for the next iteration.</w:t>
        <w:br/>
        <w:t xml:space="preserve">    twoStepsBefore = oneStepBefore;</w:t>
        <w:br/>
        <w:t xml:space="preserve">    oneStepBefore = current;</w:t>
        <w:br/>
        <w:t xml:space="preserve">  }</w:t>
        <w:br/>
        <w:t xml:space="preserve">  return oneStepBefore;</w:t>
        <w:br/>
        <w:t>}public class Solution {</w:t>
        <w:br/>
        <w:t xml:space="preserve">    public int climbingStairsBottomUpOptimized(int n) {</w:t>
        <w:br/>
        <w:t xml:space="preserve">        if (n &lt;= 2) {</w:t>
        <w:br/>
        <w:t xml:space="preserve">            return n;</w:t>
        <w:br/>
        <w:t xml:space="preserve">        }</w:t>
        <w:br/>
        <w:t xml:space="preserve">        // Initialize 'one_step_before' and 'two_steps_before' with the base cases.</w:t>
        <w:br/>
        <w:t xml:space="preserve">        int oneStepBefore = 2;</w:t>
        <w:br/>
        <w:t xml:space="preserve">        int twoStepsBefore = 1;</w:t>
        <w:br/>
        <w:t xml:space="preserve">        for (int i = 3; i &lt;= n; i++) {</w:t>
        <w:br/>
        <w:t xml:space="preserve">            // Calculate the number of ways to reach the current step.</w:t>
        <w:br/>
        <w:t xml:space="preserve">            int current = oneStepBefore + twoStepsBefore;</w:t>
        <w:br/>
        <w:t xml:space="preserve">            // Update the values for the next iteration.</w:t>
        <w:br/>
        <w:t xml:space="preserve">            twoStepsBefore = oneStepBefore;</w:t>
        <w:br/>
        <w:t xml:space="preserve">            oneStepBefore = current;</w:t>
        <w:br/>
        <w:t xml:space="preserve">        }</w:t>
        <w:br/>
        <w:t xml:space="preserve">        return oneStepBefore;</w:t>
        <w:br/>
        <w:t xml:space="preserve">    }</w:t>
        <w:br/>
        <w:t>}</w:t>
      </w:r>
    </w:p>
    <w:p>
      <w:pPr>
        <w:pStyle w:val="Heading2"/>
        <w:spacing w:before="320" w:after="120"/>
      </w:pPr>
      <w:r>
        <w:t>Interview Tip</w:t>
      </w:r>
    </w:p>
    <w:p>
      <w:pPr>
        <w:spacing w:after="160" w:line="276" w:lineRule="auto"/>
      </w:pPr>
      <w:r>
        <w:t>Tip: If you're having trouble coming up with the bottom-up solution, try starting with the top-down solution.Designing a top-down solution first is often easier because we can first identify the recurrence relation, and then apply memoization to optimize it. The bottom-up solution, on the other hand, requires considering both steps at the same time. In addition, a bottom-up solution starts by solving subproblems first, which can be less intuitive, whereas a top-down solution starts with the main problem before working downward.</w:t>
      </w:r>
    </w:p>
    <w:p>
      <w:pPr>
        <w:spacing w:after="160" w:line="276" w:lineRule="auto"/>
      </w:pPr>
      <w:r>
        <w:t>Once you have a working top-down solution, you can translate it into a bottom-up solution as described in the intuition above. Over time, you'll get better at mapping a recurrence relation directly to a bottom-up tabular relation, allowing you to skip the top-down approach.</w:t>
      </w:r>
    </w:p>
    <w:p>
      <w:r>
        <w:br w:type="page"/>
      </w:r>
    </w:p>
    <w:p>
      <w:pPr>
        <w:pStyle w:val="Heading1"/>
        <w:spacing w:before="480" w:after="280"/>
      </w:pPr>
      <w:r>
        <w:rPr>
          <w:b/>
          <w:color w:val="008A60"/>
          <w:sz w:val="28"/>
        </w:rPr>
        <w:t>Chapter 94</w:t>
        <w:br/>
      </w:r>
      <w:r>
        <w:rPr>
          <w:b/>
          <w:color w:val="0F172A"/>
          <w:sz w:val="40"/>
        </w:rPr>
        <w:t>Minimum Coin Combination</w:t>
      </w:r>
    </w:p>
    <w:p>
      <w:pPr>
        <w:spacing w:before="160" w:after="160"/>
        <w:ind w:left="360"/>
      </w:pPr>
      <w:r>
        <w:rPr>
          <w:rFonts w:ascii="Consolas" w:hAnsi="Consolas"/>
          <w:color w:val="1E293B"/>
          <w:sz w:val="19"/>
        </w:rPr>
        <w:t>You are given an array of coin values and a target amount of money. Return the minimum number of coins needed to total the target amount. If this isn't possible, return ‐1. You may assume there's an unlimited supply of each coin.Example 1:ExampleCopyInput: coins = [1, 2, 3], target = 5</w:t>
        <w:br/>
        <w:t>Output: 2</w:t>
        <w:br/>
        <w:t>Explanation: Use one 2-dollar coin and one 3-dollar coin to make 5 dollars.Example 2:ExampleCopyInput: coins = [2, 4], target = 5</w:t>
        <w:br/>
        <w:t>Output: -1</w:t>
        <w:br/>
      </w:r>
    </w:p>
    <w:p>
      <w:pPr>
        <w:pStyle w:val="Heading2"/>
        <w:spacing w:before="320" w:after="120"/>
      </w:pPr>
      <w:r>
        <w:t>Intuition - Top-Down</w:t>
      </w:r>
    </w:p>
    <w:p>
      <w:pPr>
        <w:spacing w:after="160" w:line="276" w:lineRule="auto"/>
      </w:pPr>
      <w:r>
        <w:t>In this problem, there’s no restriction on the number of coins we can use, which makes a brute force approach that tries every possible coin combination impossible, due to the infinite number of possible combinations. This indicates the need for a more efficient method.</w:t>
      </w:r>
    </w:p>
    <w:p>
      <w:pPr>
        <w:spacing w:after="160" w:line="276" w:lineRule="auto"/>
      </w:pPr>
      <w:r>
        <w:t>Consider the example below:</w:t>
      </w:r>
    </w:p>
    <w:p>
      <w:pPr>
        <w:spacing w:after="160" w:line="276" w:lineRule="auto"/>
      </w:pPr>
      <w:r>
        <w:t>If we use a 3-dollar coin from the array, then we’ll only need 2 dollars more to make 5. This gives us a new target: find the fewest number of coins needed to make 2 dollars:</w:t>
      </w:r>
    </w:p>
    <w:p>
      <w:pPr>
        <w:spacing w:after="160" w:line="276" w:lineRule="auto"/>
      </w:pPr>
      <w:r>
        <w:t>This indicates we’ve identified subproblems within the main problem, whereeach subproblem requires finding the fewest number of coins needed to make a smaller target.</w:t>
      </w:r>
    </w:p>
    <w:p>
      <w:pPr>
        <w:spacing w:after="160" w:line="276" w:lineRule="auto"/>
      </w:pPr>
      <w:r>
        <w:t>Each coin we use creates a new subproblem. For example, using a 1-dollar coin changes our target from 5 to 4 dollars. Let's visualize how these smaller targets, representing new subproblems, are created after using each coin:</w:t>
      </w:r>
    </w:p>
    <w:p>
      <w:pPr>
        <w:spacing w:after="160" w:line="276" w:lineRule="auto"/>
      </w:pPr>
      <w:r>
        <w:t>In extension, each of these subproblems can be solved by breaking them down into further subproblems:</w:t>
      </w:r>
    </w:p>
    <w:p>
      <w:pPr>
        <w:spacing w:after="160" w:line="276" w:lineRule="auto"/>
      </w:pPr>
      <w:r>
        <w:t>A path that ends with a target of 0 means the coins used in that path add up to 5. If the target becomes negative, it means the path is invalid, so we should stop extending the path.</w:t>
      </w:r>
    </w:p>
    <w:p>
      <w:pPr>
        <w:spacing w:after="160" w:line="276" w:lineRule="auto"/>
      </w:pPr>
      <w:r>
        <w:t>We’ve observed how new subproblems are created, but haven’t yet addressed how to attain the solutions to them. Remember, each subproblem needs to return the minimum number of coins needed to reach its target.</w:t>
      </w:r>
    </w:p>
    <w:p>
      <w:pPr>
        <w:spacing w:after="160" w:line="276" w:lineRule="auto"/>
      </w:pPr>
      <w:r>
        <w:t>Consider the main problem with a target of 5. To solve this, we first need to find the minimum number of coins needed to reach each of its three subproblems. The solution to the main problem is the smallest result among these subproblems, plus 1, to account for the coin used to create the subproblem. This highlights anoptimal substructurein the problem, allowing us to define the followingrecurrence relation:</w:t>
      </w:r>
    </w:p>
    <w:p>
      <w:pPr>
        <w:spacing w:before="160" w:after="160"/>
        <w:ind w:left="360"/>
      </w:pPr>
      <w:r>
        <w:rPr>
          <w:rFonts w:ascii="Consolas" w:hAnsi="Consolas"/>
          <w:color w:val="1E293B"/>
          <w:sz w:val="19"/>
        </w:rPr>
        <w:br/>
        <w:t>min_coin_combination(target) = 1 + min(min_coin_combination(target - coin_i) | coin_i ∈ coins)</w:t>
        <w:br/>
      </w:r>
    </w:p>
    <w:p>
      <w:pPr>
        <w:spacing w:after="160" w:line="276" w:lineRule="auto"/>
      </w:pPr>
      <w:r>
        <w:t>Base caseNaturally, we need a base case for this formula. The base case occurs when the target equals 0, which is the simplest version of this problem, as no coins are needed to meet the target. In this case, we return 0.</w:t>
      </w:r>
    </w:p>
    <w:p>
      <w:pPr>
        <w:spacing w:after="160" w:line="276" w:lineRule="auto"/>
      </w:pPr>
      <w:r>
        <w:t>MemoizationAn important thing to notice is that we might end up solving the same subproblem multiple times. For instance, we calculate the subproblemtarget = 3two times in the previous example:</w:t>
      </w:r>
    </w:p>
    <w:p>
      <w:pPr>
        <w:spacing w:after="160" w:line="276" w:lineRule="auto"/>
      </w:pPr>
      <w:r>
        <w:t>This highlights the existence ofoverlapping subproblems. Memoization improves our solution by storing the solutions to subproblems as they are computed, ensuring each subproblem is solved only once. This eliminates redundant calculations, and can significantly reduce the size of the recursion tree:</w:t>
      </w:r>
    </w:p>
    <w:p>
      <w:pPr>
        <w:pStyle w:val="Heading2"/>
        <w:spacing w:before="320" w:after="120"/>
      </w:pPr>
      <w:r>
        <w:t>Implementation - Top-Down**</w:t>
      </w:r>
    </w:p>
    <w:p>
      <w:pPr>
        <w:spacing w:before="160" w:after="160"/>
        <w:ind w:left="360"/>
      </w:pPr>
      <w:r>
        <w:rPr>
          <w:rFonts w:ascii="Consolas" w:hAnsi="Consolas"/>
          <w:color w:val="1E293B"/>
          <w:sz w:val="19"/>
        </w:rPr>
        <w:t>PythonJavaScriptJavaCopydef min_coin_combination_top_down(coins: List[int], target: int) -&gt; int:</w:t>
        <w:br/>
        <w:t xml:space="preserve">    res = top_down_dp(coins, target, {})</w:t>
        <w:br/>
        <w:t xml:space="preserve">    return -1 if res == float('inf') else res</w:t>
        <w:br/>
        <w:t xml:space="preserve">    </w:t>
        <w:br/>
        <w:t>def top_down_dp(coins: List[int], target: int, memo: Dict[int, int]) -&gt; int:</w:t>
        <w:br/>
        <w:t xml:space="preserve">    # Base case: if the target is 0, then 0 coins are needed to reach it.</w:t>
        <w:br/>
        <w:t xml:space="preserve">    if target == 0:</w:t>
        <w:br/>
        <w:t xml:space="preserve">        return 0</w:t>
        <w:br/>
        <w:t xml:space="preserve">    if target in memo:</w:t>
        <w:br/>
        <w:t xml:space="preserve">        return memo[target]</w:t>
        <w:br/>
        <w:t xml:space="preserve">    # Initialize 'min_coins' to a large number.</w:t>
        <w:br/>
        <w:t xml:space="preserve">    min_coins = float('inf')</w:t>
        <w:br/>
        <w:t xml:space="preserve">    for coin in coins:</w:t>
        <w:br/>
        <w:t xml:space="preserve">        # Avoid negative targets.</w:t>
        <w:br/>
        <w:t xml:space="preserve">        if coin &lt;= target:</w:t>
        <w:br/>
        <w:t xml:space="preserve">            # Calculate the minimum number of coins needed if we use the current coin.</w:t>
        <w:br/>
        <w:t xml:space="preserve">            min_coins = min(min_coins, 1 + top_down_dp(coins, target - coin, memo))</w:t>
        <w:br/>
        <w:t xml:space="preserve">    memo[target] = min_coins</w:t>
        <w:br/>
        <w:t xml:space="preserve">    return memo[target]function minCoinCombinationTopDown(coins, target) {</w:t>
        <w:br/>
        <w:t xml:space="preserve">  const res = topDownDp(coins, target, {});</w:t>
        <w:br/>
        <w:t xml:space="preserve">  return res === Infinity ? -1 : res;</w:t>
        <w:br/>
        <w:t>}</w:t>
        <w:br/>
        <w:br/>
        <w:t>function topDownDp(coins, target, memo) {</w:t>
        <w:br/>
        <w:t xml:space="preserve">  // Base case: if the target is 0, then 0 coins are needed to reach it.</w:t>
        <w:br/>
        <w:t xml:space="preserve">  if (target === 0) {</w:t>
        <w:br/>
        <w:t xml:space="preserve">    return 0;</w:t>
        <w:br/>
        <w:t xml:space="preserve">  }</w:t>
        <w:br/>
        <w:t xml:space="preserve">  if (target in memo) {</w:t>
        <w:br/>
        <w:t xml:space="preserve">    return memo[target];</w:t>
        <w:br/>
        <w:t xml:space="preserve">  }</w:t>
        <w:br/>
        <w:t xml:space="preserve">  // Initialize 'min_coins' to a large number.</w:t>
        <w:br/>
        <w:t xml:space="preserve">  let minCoins = Infinity;</w:t>
        <w:br/>
        <w:t xml:space="preserve">  for (const coin of coins) {</w:t>
        <w:br/>
        <w:t xml:space="preserve">    // Avoid negative targets.</w:t>
        <w:br/>
        <w:t xml:space="preserve">    if (coin &lt;= target) {</w:t>
        <w:br/>
        <w:t xml:space="preserve">      // Calculate the minimum number of coins needed if we use the current coin.</w:t>
        <w:br/>
        <w:t xml:space="preserve">      minCoins = Math.min(minCoins, 1 + topDownDp(coins, target - coin, memo));</w:t>
        <w:br/>
        <w:t xml:space="preserve">    }</w:t>
        <w:br/>
        <w:t xml:space="preserve">  }</w:t>
        <w:br/>
        <w:t xml:space="preserve">  memo[target] = minCoins;</w:t>
        <w:br/>
        <w:t xml:space="preserve">  return memo[target];</w:t>
        <w:br/>
        <w:t>}public class Solution {</w:t>
        <w:br/>
        <w:t xml:space="preserve">    public int minCoinCombinationTopDown(int[] coins, int target) {</w:t>
        <w:br/>
        <w:t xml:space="preserve">        int res = topDownDp(coins, target, new HashMap&lt;&gt;());</w:t>
        <w:br/>
        <w:t xml:space="preserve">        return res == Integer.MAX_VALUE ? -1 : res;</w:t>
        <w:br/>
        <w:t xml:space="preserve">    }</w:t>
        <w:br/>
        <w:br/>
        <w:t xml:space="preserve">    private int topDownDp(int[] coins, int target, Map&lt;Integer, Integer&gt; memo) {</w:t>
        <w:br/>
        <w:t xml:space="preserve">        // Base case: if the target is 0, then 0 coins are needed to reach it.</w:t>
        <w:br/>
        <w:t xml:space="preserve">        if (target == 0) {</w:t>
        <w:br/>
        <w:t xml:space="preserve">            return 0;</w:t>
        <w:br/>
        <w:t xml:space="preserve">        }</w:t>
        <w:br/>
        <w:t xml:space="preserve">        if (memo.containsKey(target)) {</w:t>
        <w:br/>
        <w:t xml:space="preserve">            return memo.get(target);</w:t>
        <w:br/>
        <w:t xml:space="preserve">        }</w:t>
        <w:br/>
        <w:t xml:space="preserve">        // Initialize 'min_coins' to a large number.</w:t>
        <w:br/>
        <w:t xml:space="preserve">        int minCoins = Integer.MAX_VALUE;</w:t>
        <w:br/>
        <w:t xml:space="preserve">        for (int coin : coins) {</w:t>
        <w:br/>
        <w:t xml:space="preserve">            // Avoid negative targets.</w:t>
        <w:br/>
        <w:t xml:space="preserve">            if (coin &lt;= target) {</w:t>
        <w:br/>
        <w:t xml:space="preserve">                int subResult = topDownDp(coins, target - coin, memo);</w:t>
        <w:br/>
        <w:t xml:space="preserve">                if (subResult != Integer.MAX_VALUE) {</w:t>
        <w:br/>
        <w:t xml:space="preserve">                    // Calculate the minimum number of coins needed if we use the current coin.</w:t>
        <w:br/>
        <w:t xml:space="preserve">                    minCoins = Math.min(minCoins, 1 + subResult);</w:t>
        <w:br/>
        <w:t xml:space="preserve">                }</w:t>
        <w:br/>
        <w:t xml:space="preserve">            }</w:t>
        <w:br/>
        <w:t xml:space="preserve">        }</w:t>
        <w:br/>
        <w:t xml:space="preserve">        memo.put(target, minCoins);</w:t>
        <w:br/>
        <w:t xml:space="preserve">        return memo.get(target);</w:t>
        <w:br/>
        <w:t xml:space="preserve">    }</w:t>
        <w:br/>
        <w:t>}</w:t>
      </w:r>
    </w:p>
    <w:p>
      <w:pPr>
        <w:pStyle w:val="Heading3"/>
        <w:spacing w:before="320" w:after="120"/>
      </w:pPr>
      <w:r>
        <w:t>Complexity Analysis</w:t>
      </w:r>
    </w:p>
    <w:p>
      <w:pPr>
        <w:spacing w:after="160" w:line="276" w:lineRule="auto"/>
      </w:pPr>
      <w:r>
        <w:t>Time complexity:</w:t>
      </w:r>
    </w:p>
    <w:p>
      <w:pPr>
        <w:pStyle w:val="ListBullet"/>
      </w:pPr>
      <w:r>
        <w:t>Without memoization, the time complexity ofmin_coin_combination_top_downwould beO(ntarget/m)O(n^{target/m})O(ntarget/m), wherennndenotes the number of coins, andmmmdenotes the smallest coin value. The recursion tree has a branch factor ofnnnbecause we make a recursive call for up tonnncoins. The depth of the tree istarget/mtarget/mtarget/mbecause in the worst case, we continually reduce the target value by the smallest coin.</w:t>
      </w:r>
    </w:p>
    <w:p>
      <w:pPr>
        <w:pStyle w:val="ListBullet"/>
      </w:pPr>
      <w:r>
        <w:t>With memoization, each subproblem is solved only once. Since there are at mosttargettargettargetsubproblems, and we iterate through allnnncoins for each subproblem, the time complexity isO(target⋅n)O(target\cdot n)O(target⋅n).</w:t>
      </w:r>
    </w:p>
    <w:p>
      <w:pPr>
        <w:spacing w:after="160" w:line="276" w:lineRule="auto"/>
      </w:pPr>
      <w:r>
        <w:t>Space complexity:The space complexity isO(target)O(target)O(target)because, while the maximum depth of the recursive call stack is onlytarget/mtarget/mtarget/m, the memoization array stores up totargettargettargetkey-value pairs.</w:t>
      </w:r>
    </w:p>
    <w:p>
      <w:pPr>
        <w:pStyle w:val="Heading2"/>
        <w:spacing w:before="320" w:after="120"/>
      </w:pPr>
      <w:r>
        <w:t>Intuition - Bottom-Up</w:t>
      </w:r>
    </w:p>
    <w:p>
      <w:pPr>
        <w:spacing w:after="160" w:line="276" w:lineRule="auto"/>
      </w:pPr>
      <w:r>
        <w:t>Using the same technique discussed in theClimbing Stairsproblem, we can convert our top-down solution to a bottom-up one by translating the memoization array to a DP array.</w:t>
      </w:r>
    </w:p>
    <w:p>
      <w:pPr>
        <w:spacing w:after="160" w:line="276" w:lineRule="auto"/>
      </w:pPr>
      <w:r>
        <w:t>First, let’s look at the value our memoization array stores, as shown in the following code snippet of the top-down implementation:</w:t>
      </w:r>
    </w:p>
    <w:p>
      <w:pPr>
        <w:spacing w:before="160" w:after="160"/>
        <w:ind w:left="360"/>
      </w:pPr>
      <w:r>
        <w:rPr>
          <w:rFonts w:ascii="Consolas" w:hAnsi="Consolas"/>
          <w:color w:val="1E293B"/>
          <w:sz w:val="19"/>
        </w:rPr>
        <w:t>PythonJavaScriptJavaCopyfor coin in coins:</w:t>
        <w:br/>
        <w:t xml:space="preserve">    if coin &lt;= target:</w:t>
        <w:br/>
        <w:t xml:space="preserve">        min_coins = min(min_coins, 1 + top_down_dp(coins, target - coin, memo))</w:t>
        <w:br/>
        <w:t>memo[target] = min_coinsfor (const coin of coins) {</w:t>
        <w:br/>
        <w:t xml:space="preserve">  if (coin &lt;= target) {</w:t>
        <w:br/>
        <w:t xml:space="preserve">    minCoins = Math.min(minCoins, 1 + topDownDp(coins, target - coin, memo));</w:t>
        <w:br/>
        <w:t xml:space="preserve">  }</w:t>
        <w:br/>
        <w:t>}</w:t>
        <w:br/>
        <w:t>memo[target] = minCoins;for (int coin : coins) {</w:t>
        <w:br/>
        <w:t xml:space="preserve">    if (coin &lt;= target) {</w:t>
        <w:br/>
        <w:t xml:space="preserve">        int subResult = topDownDp(coins, target - coin, memo);</w:t>
        <w:br/>
        <w:t xml:space="preserve">        if (subResult != Integer.MAX_VALUE) {</w:t>
        <w:br/>
        <w:t xml:space="preserve">            minCoins = Math.min(minCoins, 1 + subResult);</w:t>
        <w:br/>
        <w:t xml:space="preserve">        }</w:t>
        <w:br/>
        <w:t xml:space="preserve">    }</w:t>
        <w:br/>
        <w:t>}</w:t>
        <w:br/>
        <w:t>memo.put(target, minCoins);</w:t>
      </w:r>
    </w:p>
    <w:p>
      <w:pPr>
        <w:spacing w:after="160" w:line="276" w:lineRule="auto"/>
      </w:pPr>
      <w:r>
        <w:t>Translating this to a DP array provides the following code:</w:t>
      </w:r>
    </w:p>
    <w:p>
      <w:pPr>
        <w:spacing w:before="160" w:after="160"/>
        <w:ind w:left="360"/>
      </w:pPr>
      <w:r>
        <w:rPr>
          <w:rFonts w:ascii="Consolas" w:hAnsi="Consolas"/>
          <w:color w:val="1E293B"/>
          <w:sz w:val="19"/>
        </w:rPr>
        <w:t>PythonJavaScriptJavaCopyfor coin in coins:</w:t>
        <w:br/>
        <w:t xml:space="preserve">    if coin &lt;= target:</w:t>
        <w:br/>
        <w:t xml:space="preserve">        dp[target] = min(dp[target], 1 + dp[target - coin])for (const coin of coins) {</w:t>
        <w:br/>
        <w:t xml:space="preserve">  if (coin &lt;= target) {</w:t>
        <w:br/>
        <w:t xml:space="preserve">    dp[target] = Math.min(dp[target], 1 + dp[target - coin]);</w:t>
        <w:br/>
        <w:t xml:space="preserve">  }</w:t>
        <w:br/>
        <w:t>}for (int coin : coins) {</w:t>
        <w:br/>
        <w:t xml:space="preserve">    if (coin &lt;= target) {</w:t>
        <w:br/>
        <w:t xml:space="preserve">        dp[target] = Math.min(dp[target], 1 + dp[target - coin]);</w:t>
        <w:br/>
        <w:t xml:space="preserve">    }</w:t>
        <w:br/>
        <w:t>}</w:t>
      </w:r>
    </w:p>
    <w:p>
      <w:pPr>
        <w:spacing w:after="160" w:line="276" w:lineRule="auto"/>
      </w:pPr>
      <w:r>
        <w:t>This code snippet only includes the calculation for one target value. In our top-down solution, this calculation is repeated for every target value from the initial target, down to the base case (target == 0).</w:t>
      </w:r>
    </w:p>
    <w:p>
      <w:pPr>
        <w:spacing w:after="160" w:line="276" w:lineRule="auto"/>
      </w:pPr>
      <w:r>
        <w:t>In the bottom-up solution, we need to reverse this order by starting with the base case and working our way up to the initial target value (hence the name “bottom-up”). This is necessary because our DP array calculation depends on the DP values of smaller targets. So, we need to calculate the answers for smaller targets first. This can be done using a for-loop from 1 to the target (starting at 1 since the base case of 0 is already set):</w:t>
      </w:r>
    </w:p>
    <w:p>
      <w:pPr>
        <w:spacing w:before="160" w:after="160"/>
        <w:ind w:left="360"/>
      </w:pPr>
      <w:r>
        <w:rPr>
          <w:rFonts w:ascii="Consolas" w:hAnsi="Consolas"/>
          <w:color w:val="1E293B"/>
          <w:sz w:val="19"/>
        </w:rPr>
        <w:t>PythonJavaScriptJavaCopyfor t in range(1, target + 1):</w:t>
        <w:br/>
        <w:t xml:space="preserve">    for coin in coins:</w:t>
        <w:br/>
        <w:t xml:space="preserve">        if coin &lt;= t:</w:t>
        <w:br/>
        <w:t xml:space="preserve">            dp[t] = min(dp[t], 1 + dp[t - coin])for (let t = 1; t &lt;= target; t++) {</w:t>
        <w:br/>
        <w:t xml:space="preserve">  for (const coin of coins) {</w:t>
        <w:br/>
        <w:t xml:space="preserve">    if (coin &lt;= t) {</w:t>
        <w:br/>
        <w:t xml:space="preserve">      dp[t] = Math.min(dp[t], 1 + dp[t - coin]);</w:t>
        <w:br/>
        <w:t xml:space="preserve">    }</w:t>
        <w:br/>
        <w:t xml:space="preserve">  }</w:t>
        <w:br/>
        <w:t>}for (int t = 1; t &lt;= target; t++) {</w:t>
        <w:br/>
        <w:t xml:space="preserve">    for (int coin : coins) {</w:t>
        <w:br/>
        <w:t xml:space="preserve">        if (coin &lt;= t) {</w:t>
        <w:br/>
        <w:t xml:space="preserve">            dp[t] = Math.min(dp[t], 1 + dp[t - coin]);</w:t>
        <w:br/>
        <w:t xml:space="preserve">        }</w:t>
        <w:br/>
        <w:t xml:space="preserve">    }</w:t>
        <w:br/>
        <w:t>}</w:t>
      </w:r>
    </w:p>
    <w:p>
      <w:pPr>
        <w:spacing w:after="160" w:line="276" w:lineRule="auto"/>
      </w:pPr>
      <w:r>
        <w:t>Once this is done, the answer to the problem will be stored indp[target].</w:t>
      </w:r>
    </w:p>
    <w:p>
      <w:pPr>
        <w:pStyle w:val="Heading2"/>
        <w:spacing w:before="320" w:after="120"/>
      </w:pPr>
      <w:r>
        <w:t>Implementation - Bottom-Up**</w:t>
      </w:r>
    </w:p>
    <w:p>
      <w:pPr>
        <w:spacing w:before="160" w:after="160"/>
        <w:ind w:left="360"/>
      </w:pPr>
      <w:r>
        <w:rPr>
          <w:rFonts w:ascii="Consolas" w:hAnsi="Consolas"/>
          <w:color w:val="1E293B"/>
          <w:sz w:val="19"/>
        </w:rPr>
        <w:t>PythonJavaScriptJavaCopydef min_coin_combination_bottom_up(coins: List[int], target: int) -&gt; int:</w:t>
        <w:br/>
        <w:t xml:space="preserve">    # The DP array will store the minimum number of coins needed for each amount. Set</w:t>
        <w:br/>
        <w:t xml:space="preserve">    # each element to a large number initially.</w:t>
        <w:br/>
        <w:t xml:space="preserve">    dp = [float('inf')] * (target + 1)</w:t>
        <w:br/>
        <w:t xml:space="preserve">    # Base case: if the target is 0, then 0 coins are needed.</w:t>
        <w:br/>
        <w:t xml:space="preserve">    dp[0] = 0</w:t>
        <w:br/>
        <w:t xml:space="preserve">    # Update the DP array for all target amounts greater than 0.</w:t>
        <w:br/>
        <w:t xml:space="preserve">    for t in range(1, target + 1):</w:t>
        <w:br/>
        <w:t xml:space="preserve">        for coin in coins:</w:t>
        <w:br/>
        <w:t xml:space="preserve">            if coin &lt;= t:</w:t>
        <w:br/>
        <w:t xml:space="preserve">                dp[t] = min(dp[t], 1 + dp[t - coin])</w:t>
        <w:br/>
        <w:t xml:space="preserve">    return dp[target] if dp[target] != float('inf') else -1function minCoinCombinationBottomUp(coins, target) {</w:t>
        <w:br/>
        <w:t xml:space="preserve">  // The DP array will store the minimum number of coins needed for each amount. Set</w:t>
        <w:br/>
        <w:t xml:space="preserve">  // each element to Infinity initially.</w:t>
        <w:br/>
        <w:t xml:space="preserve">  const dp = new Array(target + 1).fill(Infinity);</w:t>
        <w:br/>
        <w:t xml:space="preserve">  // Base case: if the target is 0, then 0 coins are needed.</w:t>
        <w:br/>
        <w:t xml:space="preserve">  dp[0] = 0;</w:t>
        <w:br/>
        <w:t xml:space="preserve">  // Update the DP array for all target amounts greater than 0.</w:t>
        <w:br/>
        <w:t xml:space="preserve">  for (let t = 1; t &lt;= target; t++) {</w:t>
        <w:br/>
        <w:t xml:space="preserve">    for (const coin of coins) {</w:t>
        <w:br/>
        <w:t xml:space="preserve">      if (coin &lt;= t) {</w:t>
        <w:br/>
        <w:t xml:space="preserve">        dp[t] = Math.min(dp[t], 1 + dp[t - coin]);</w:t>
        <w:br/>
        <w:t xml:space="preserve">      }</w:t>
        <w:br/>
        <w:t xml:space="preserve">    }</w:t>
        <w:br/>
        <w:t xml:space="preserve">  }</w:t>
        <w:br/>
        <w:t xml:space="preserve">  return dp[target] !== Infinity ? dp[target] : -1;</w:t>
        <w:br/>
        <w:t>}public int minCoinCombinationBottomUp(int[] coins, int target) {</w:t>
        <w:br/>
        <w:t xml:space="preserve">    // The DP array will store the minimum number of coins needed for each amount. Set</w:t>
        <w:br/>
        <w:t xml:space="preserve">    // each element to a large number initially.</w:t>
        <w:br/>
        <w:t xml:space="preserve">    int[] dp = new int[target + 1];</w:t>
        <w:br/>
        <w:t xml:space="preserve">    Arrays.fill(dp, target + 1);</w:t>
        <w:br/>
        <w:t xml:space="preserve">    // Base case: if the target is 0, then 0 coins are needed.</w:t>
        <w:br/>
        <w:t xml:space="preserve">    dp[0] = 0;</w:t>
        <w:br/>
        <w:t xml:space="preserve">    // Update the DP array for all target amounts greater than 0.</w:t>
        <w:br/>
        <w:t xml:space="preserve">    for (int t = 1; t &lt;= target; t++) {</w:t>
        <w:br/>
        <w:t xml:space="preserve">        for (int coin : coins) {</w:t>
        <w:br/>
        <w:t xml:space="preserve">            if (coin &lt;= t) {</w:t>
        <w:br/>
        <w:t xml:space="preserve">                dp[t] = Math.min(dp[t], 1 + dp[t - coin]);</w:t>
        <w:br/>
        <w:t xml:space="preserve">            }</w:t>
        <w:br/>
        <w:t xml:space="preserve">        }</w:t>
        <w:br/>
        <w:t xml:space="preserve">    }</w:t>
        <w:br/>
        <w:t xml:space="preserve">    return dp[target] &gt; target ? -1 : dp[target];</w:t>
        <w:br/>
        <w:t>}</w:t>
      </w:r>
    </w:p>
    <w:p>
      <w:pPr>
        <w:pStyle w:val="Heading3"/>
        <w:spacing w:before="320" w:after="120"/>
      </w:pPr>
      <w:r>
        <w:t>Complexity Analysis</w:t>
      </w:r>
    </w:p>
    <w:p>
      <w:pPr>
        <w:spacing w:after="160" w:line="276" w:lineRule="auto"/>
      </w:pPr>
      <w:r>
        <w:t>Time complexity:The time complexity ofmin_coin_combination_bottom_upisO(targetn)O(targetn)O(targetn)because we loop through allnnncoins for each value between 1 andtargettargettarget.</w:t>
      </w:r>
    </w:p>
    <w:p>
      <w:pPr>
        <w:spacing w:after="160" w:line="276" w:lineRule="auto"/>
      </w:pPr>
      <w:r>
        <w:t>Space complexity:The space complexity isO(target)O(target)O(target)due to the space occupied by the DP array, which is of sizetarget+1target+1target+1.</w:t>
      </w:r>
    </w:p>
    <w:p>
      <w:pPr>
        <w:pStyle w:val="Heading2"/>
        <w:spacing w:before="320" w:after="120"/>
      </w:pPr>
      <w:r>
        <w:t>Interview Tip</w:t>
      </w:r>
    </w:p>
    <w:p>
      <w:pPr>
        <w:spacing w:after="160" w:line="276" w:lineRule="auto"/>
      </w:pPr>
      <w:r>
        <w:t>Tip: When a problem asks for the minimum or maximum of something, it might be a DP problem.If you spot keywords like "minimum", "maximum", "longest", or "shortest", in the problem description, consider whether a DP approach might be appropriate, as many DP problems involve optimizing a certain value, such as finding theminimumcost, orlongestsequence.</w:t>
      </w:r>
    </w:p>
    <w:p>
      <w:r>
        <w:br w:type="page"/>
      </w:r>
    </w:p>
    <w:p>
      <w:pPr>
        <w:pStyle w:val="Heading1"/>
        <w:spacing w:before="480" w:after="280"/>
      </w:pPr>
      <w:r>
        <w:rPr>
          <w:b/>
          <w:color w:val="008A60"/>
          <w:sz w:val="28"/>
        </w:rPr>
        <w:t>Chapter 95</w:t>
        <w:br/>
      </w:r>
      <w:r>
        <w:rPr>
          <w:b/>
          <w:color w:val="0F172A"/>
          <w:sz w:val="40"/>
        </w:rPr>
        <w:t>Matrix Pathways</w:t>
      </w:r>
    </w:p>
    <w:p>
      <w:pPr>
        <w:spacing w:before="160" w:after="160"/>
        <w:ind w:left="360"/>
      </w:pPr>
      <w:r>
        <w:rPr>
          <w:rFonts w:ascii="Consolas" w:hAnsi="Consolas"/>
          <w:color w:val="1E293B"/>
          <w:sz w:val="19"/>
        </w:rPr>
        <w:t>You are positioned at the top-left corner of a m × n matrix, and can only move downward or rightward through the matrix. Determine the number of unique pathways you can take to reach the bottom-right corner of the matrix.Example:ExampleCopyInput: m = 3, n = 3</w:t>
        <w:br/>
        <w:t>Output: 6</w:t>
        <w:br/>
        <w:t>Constraints:</w:t>
        <w:br/>
        <w:t>m, n ≥ 1</w:t>
        <w:br/>
      </w:r>
    </w:p>
    <w:p>
      <w:pPr>
        <w:pStyle w:val="Heading2"/>
        <w:spacing w:before="320" w:after="120"/>
      </w:pPr>
      <w:r>
        <w:t>Intuition</w:t>
      </w:r>
    </w:p>
    <w:p>
      <w:pPr>
        <w:spacing w:after="160" w:line="276" w:lineRule="auto"/>
      </w:pPr>
      <w:r>
        <w:t>At each cell, we can either move right or move down. No matter which direction we choose at any point, it will always move us closer to the destination. This means we just need to keep moving either right or down until we can no longer do so, at which point we’ve reached the bottom-right corner.</w:t>
      </w:r>
    </w:p>
    <w:p>
      <w:pPr>
        <w:spacing w:after="160" w:line="276" w:lineRule="auto"/>
      </w:pPr>
      <w:r>
        <w:t>Let's think about this problem backward. Assume we have already reached the bottom-right corner. How did we get here? We know for certain we came from either the cell directly above, or the cell directly to the left of the current position.</w:t>
      </w:r>
    </w:p>
    <w:p>
      <w:pPr>
        <w:spacing w:after="160" w:line="276" w:lineRule="auto"/>
      </w:pPr>
      <w:r>
        <w:t>This is equally true for any cell on the matrix, which means a generalization can be made: the number of paths to any cell is equal to the sum of the number of paths to the cell above it and the cell to its left.</w:t>
      </w:r>
    </w:p>
    <w:p>
      <w:pPr>
        <w:spacing w:after="160" w:line="276" w:lineRule="auto"/>
      </w:pPr>
      <w:r>
        <w:t>This demonstrates the existence of subproblems, and that this problem has anoptimal substructure, where we need to solve two subproblems in order to solve the main problem. This makes this problem well-suited for DP. So, let’s translate the aboverecurrence relationto a DP formula:</w:t>
      </w:r>
    </w:p>
    <w:p>
      <w:pPr>
        <w:spacing w:before="160" w:after="160"/>
        <w:ind w:left="360"/>
      </w:pPr>
      <w:r>
        <w:rPr>
          <w:rFonts w:ascii="Consolas" w:hAnsi="Consolas"/>
          <w:color w:val="1E293B"/>
          <w:sz w:val="19"/>
        </w:rPr>
        <w:br/>
        <w:t>dp[r][c] = dp[r - 1][c] + dp[r][c - 1], where dp[r][c] represents the total number of paths that lead to cell (r, c).</w:t>
        <w:br/>
      </w:r>
    </w:p>
    <w:p>
      <w:pPr>
        <w:spacing w:after="160" w:line="276" w:lineRule="auto"/>
      </w:pPr>
      <w:r>
        <w:t>Before populating the DP table, we need to know our base cases.</w:t>
      </w:r>
    </w:p>
    <w:p>
      <w:pPr>
        <w:spacing w:after="160" w:line="276" w:lineRule="auto"/>
      </w:pPr>
      <w:r>
        <w:t>Base casesWe knowdp[0][0]should be 1 because there’s only one path leading to cell (0, 0).</w:t>
      </w:r>
    </w:p>
    <w:p>
      <w:pPr>
        <w:spacing w:after="160" w:line="276" w:lineRule="auto"/>
      </w:pPr>
      <w:r>
        <w:t>What else do we know for certain? Since we can only move right or down, once we leave a row or column, we can never return to it because we can't move left or up. This means, for any cell in row 0 or column 0, there’s only one path to those cells:</w:t>
      </w:r>
    </w:p>
    <w:p>
      <w:pPr>
        <w:spacing w:after="160" w:line="276" w:lineRule="auto"/>
      </w:pPr>
      <w:r>
        <w:t>Therefore, we can set all cells in row 0 and column 0 to 1 as the base cases.</w:t>
      </w:r>
    </w:p>
    <w:p>
      <w:pPr>
        <w:spacing w:after="160" w:line="276" w:lineRule="auto"/>
      </w:pPr>
      <w:r>
        <w:t>Problem-solving tip: another way to identify row 0 and column 0 as base cases is by examining the DP formula. Since we need the values from rowr - 1and columnc - 1to populatedp[r][c], all values atr = 0andc = 0must be pre-populated before using the formula to avoid index out-of-bound errors.</w:t>
      </w:r>
    </w:p>
    <w:p>
      <w:pPr>
        <w:spacing w:after="160" w:line="276" w:lineRule="auto"/>
      </w:pPr>
      <w:r>
        <w:t>Populating the DP tableOnce the base cases are set, we can populate the remaining DP table, starting from cell (1, 1), using our DP formula (dp[r][c] = dp[r-1][c] + dp[r][c-1]):</w:t>
      </w:r>
    </w:p>
    <w:p>
      <w:pPr>
        <w:spacing w:after="160" w:line="276" w:lineRule="auto"/>
      </w:pPr>
      <w:r>
        <w:t>After we fill in the DP table, we can returndp[m - 1][n - 1], which contains the number of paths to the bottom-right corner.</w:t>
      </w:r>
    </w:p>
    <w:p>
      <w:pPr>
        <w:pStyle w:val="Heading2"/>
        <w:spacing w:before="320" w:after="120"/>
      </w:pPr>
      <w:r>
        <w:t>Implementation</w:t>
      </w:r>
    </w:p>
    <w:p>
      <w:pPr>
        <w:spacing w:before="160" w:after="160"/>
        <w:ind w:left="360"/>
      </w:pPr>
      <w:r>
        <w:rPr>
          <w:rFonts w:ascii="Consolas" w:hAnsi="Consolas"/>
          <w:color w:val="1E293B"/>
          <w:sz w:val="19"/>
        </w:rPr>
        <w:t>PythonJavaScriptJavaCopydef matrix_pathways(m: int, n: int) -&gt; int:</w:t>
        <w:br/>
        <w:t xml:space="preserve">    # Base cases: Set all cells in row 0 and column 0 to 1. We can do this by</w:t>
        <w:br/>
        <w:t xml:space="preserve">    # initializing all cells in the DP table to 1.</w:t>
        <w:br/>
        <w:t xml:space="preserve">    dp = [[1] * n for _ in range(m)]</w:t>
        <w:br/>
        <w:t xml:space="preserve">    # Fill in the rest of the DP table.</w:t>
        <w:br/>
        <w:t xml:space="preserve">    for r in range(1, m):</w:t>
        <w:br/>
        <w:t xml:space="preserve">        for c in range(1, n):</w:t>
        <w:br/>
        <w:t xml:space="preserve">            # Paths to current cell = paths from above + paths from left.</w:t>
        <w:br/>
        <w:t xml:space="preserve">            dp[r][c] = dp[r - 1][c] + dp[r][c - 1]</w:t>
        <w:br/>
        <w:t xml:space="preserve">    return dp[m - 1][n - 1]function matrixPathways(m, n) {</w:t>
        <w:br/>
        <w:t xml:space="preserve">  // Base cases: Set all cells in row 0 and column 0 to 1. We can do this by</w:t>
        <w:br/>
        <w:t xml:space="preserve">  // initializing all cells in the DP table to 1.</w:t>
        <w:br/>
        <w:t xml:space="preserve">  const dp = Array.from({ length: m }, () =&gt; new Array(n).fill(1));</w:t>
        <w:br/>
        <w:t xml:space="preserve">  // Fill in the rest of the DP table.</w:t>
        <w:br/>
        <w:t xml:space="preserve">  for (let r = 1; r &lt; m; r++) {</w:t>
        <w:br/>
        <w:t xml:space="preserve">    for (let c = 1; c &lt; n; c++) {</w:t>
        <w:br/>
        <w:t xml:space="preserve">      // Paths to current cell = paths from above + paths from left.</w:t>
        <w:br/>
        <w:t xml:space="preserve">      dp[r][c] = dp[r - 1][c] + dp[r][c - 1];</w:t>
        <w:br/>
        <w:t xml:space="preserve">    }</w:t>
        <w:br/>
        <w:t xml:space="preserve">  }</w:t>
        <w:br/>
        <w:t xml:space="preserve">  return dp[m - 1][n - 1];</w:t>
        <w:br/>
        <w:t>}public int matrixPathways(int m, int n) {</w:t>
        <w:br/>
        <w:t xml:space="preserve">    // Base cases: Set all cells in row 0 and column 0 to 1. We can do this by</w:t>
        <w:br/>
        <w:t xml:space="preserve">    // initializing all cells in the DP table to 1.</w:t>
        <w:br/>
        <w:t xml:space="preserve">    int[][] dp = new int[m][n];</w:t>
        <w:br/>
        <w:t xml:space="preserve">    for (int r = 0; r &lt; m; r++) Arrays.fill(dp[r], 1);</w:t>
        <w:br/>
        <w:t xml:space="preserve">    // Fill in the rest of the DP table.</w:t>
        <w:br/>
        <w:t xml:space="preserve">    for (int r = 1; r &lt; m; r++) {</w:t>
        <w:br/>
        <w:t xml:space="preserve">        for (int c = 1; c &lt; n; c++) {</w:t>
        <w:br/>
        <w:t xml:space="preserve">            // Paths to current cell = paths from above + paths from left.</w:t>
        <w:br/>
        <w:t xml:space="preserve">            dp[r][c] = dp[r - 1][c] + dp[r][c - 1];</w:t>
        <w:br/>
        <w:t xml:space="preserve">        }</w:t>
        <w:br/>
        <w:t xml:space="preserve">    }</w:t>
        <w:br/>
        <w:t xml:space="preserve">    return dp[m - 1][n - 1];</w:t>
        <w:br/>
        <w:t>}</w:t>
      </w:r>
    </w:p>
    <w:p>
      <w:pPr>
        <w:pStyle w:val="Heading3"/>
        <w:spacing w:before="320" w:after="120"/>
      </w:pPr>
      <w:r>
        <w:t>Complexity Analysis</w:t>
      </w:r>
    </w:p>
    <w:p>
      <w:pPr>
        <w:spacing w:after="160" w:line="276" w:lineRule="auto"/>
      </w:pPr>
      <w:r>
        <w:t>Time complexity:The time complexity ofmatrix_pathwaysisO(m⋅n)O(m\cdot n)O(m⋅n)because each cell in the DP table is populated once.</w:t>
      </w:r>
    </w:p>
    <w:p>
      <w:pPr>
        <w:spacing w:after="160" w:line="276" w:lineRule="auto"/>
      </w:pPr>
      <w:r>
        <w:t>Space complexity:The space complexity isO(m⋅n)O(m\cdot n)O(m⋅n)due to the DP table, which containsm⋅nm\cdot nm⋅nelements.</w:t>
      </w:r>
    </w:p>
    <w:p>
      <w:pPr>
        <w:pStyle w:val="Heading2"/>
        <w:spacing w:before="320" w:after="120"/>
      </w:pPr>
      <w:r>
        <w:t>Optimization</w:t>
      </w:r>
    </w:p>
    <w:p>
      <w:pPr>
        <w:spacing w:after="160" w:line="276" w:lineRule="auto"/>
      </w:pPr>
      <w:r>
        <w:t>We can optimize our solution by understanding that, for each cell in the DP table, we only need to access the cells directly above it and to its left.</w:t>
      </w:r>
    </w:p>
    <w:p>
      <w:pPr>
        <w:pStyle w:val="ListBullet"/>
      </w:pPr>
      <w:r>
        <w:t>To get the cell above it (dp[r-1][c]), we only need access to the previous row.</w:t>
      </w:r>
    </w:p>
    <w:p>
      <w:pPr>
        <w:pStyle w:val="ListBullet"/>
      </w:pPr>
      <w:r>
        <w:t>To get the cell to its left (dp[r][c-1]), we just need to look at the cell to the left of the current cell, which is in the same row we're currently populating.</w:t>
      </w:r>
    </w:p>
    <w:p>
      <w:pPr>
        <w:spacing w:after="160" w:line="276" w:lineRule="auto"/>
      </w:pPr>
      <w:r>
        <w:t>Therefore, we only need to maintain two rows:</w:t>
      </w:r>
    </w:p>
    <w:p>
      <w:pPr>
        <w:pStyle w:val="ListBullet"/>
      </w:pPr>
      <w:r>
        <w:t>prev_row: the previous row.</w:t>
      </w:r>
    </w:p>
    <w:p>
      <w:pPr>
        <w:pStyle w:val="ListBullet"/>
      </w:pPr>
      <w:r>
        <w:t>curr_row: the current row being populated.</w:t>
      </w:r>
    </w:p>
    <w:p>
      <w:pPr>
        <w:spacing w:after="160" w:line="276" w:lineRule="auto"/>
      </w:pPr>
      <w:r>
        <w:t>This effectively reduces the space complexity toO(n)O(n)O(n)because we now only need to maintain two arrays of sizennn. After populating the DP values for the current row, we’ll need to make sure to updateprev_rowwith the values fromcurr_rowto prepare for the next iteration since the next row’s previous row is the current row. Below is the optimized code:</w:t>
      </w:r>
    </w:p>
    <w:p>
      <w:pPr>
        <w:spacing w:before="160" w:after="160"/>
        <w:ind w:left="360"/>
      </w:pPr>
      <w:r>
        <w:rPr>
          <w:rFonts w:ascii="Consolas" w:hAnsi="Consolas"/>
          <w:color w:val="1E293B"/>
          <w:sz w:val="19"/>
        </w:rPr>
        <w:t>PythonJavaScriptJavaCopydef matrix_pathways_optimized(m: int, n: int) -&gt; int:</w:t>
        <w:br/>
        <w:t xml:space="preserve">    # Initialize 'prev_row' as the DP values of row 0, which are all 1s.</w:t>
        <w:br/>
        <w:t xml:space="preserve">    prev_row = [1] * n</w:t>
        <w:br/>
        <w:t xml:space="preserve">    # Iterate through the matrix starting from row 1.</w:t>
        <w:br/>
        <w:t xml:space="preserve">    for r in range(1, m):</w:t>
        <w:br/>
        <w:t xml:space="preserve">        # Set the first cell of 'curr_row' to 1. This is done by</w:t>
        <w:br/>
        <w:t xml:space="preserve">        # setting the entire row to 1.</w:t>
        <w:br/>
        <w:t xml:space="preserve">        curr_row = [1] * n</w:t>
        <w:br/>
        <w:t xml:space="preserve">        for c in range(1, n):</w:t>
        <w:br/>
        <w:t xml:space="preserve">            # The number of unique paths to the current cell is the sum</w:t>
        <w:br/>
        <w:t xml:space="preserve">            # of the paths from the cell above it ('prev_row[c]') and</w:t>
        <w:br/>
        <w:t xml:space="preserve">            # the cell to the left ('curr_row[c - 1]').</w:t>
        <w:br/>
        <w:t xml:space="preserve">            curr_row[c] = prev_row[c] + curr_row[c - 1]</w:t>
        <w:br/>
        <w:t xml:space="preserve">        # Update 'prev_row' with 'curr_row' values for the next</w:t>
        <w:br/>
        <w:t xml:space="preserve">        # iteration.</w:t>
        <w:br/>
        <w:t xml:space="preserve">        prev_row = curr_row</w:t>
        <w:br/>
        <w:t xml:space="preserve">    # The last element in 'prev_row' stores the result for the</w:t>
        <w:br/>
        <w:t xml:space="preserve">    # bottom-right cell.</w:t>
        <w:br/>
        <w:t xml:space="preserve">    return prev_row[n - 1]function matrixPathwaysOptimized(m, n) {</w:t>
        <w:br/>
        <w:t xml:space="preserve">  // Initialize 'prevRow' as the DP values of row 0, which are all 1s.</w:t>
        <w:br/>
        <w:t xml:space="preserve">  let prevRow = new Array(n).fill(1);</w:t>
        <w:br/>
        <w:t xml:space="preserve">  // Iterate through the matrix starting from row 1.</w:t>
        <w:br/>
        <w:t xml:space="preserve">  for (let r = 1; r &lt; m; r++) {</w:t>
        <w:br/>
        <w:t xml:space="preserve">    // Set the first cell of 'currRow' to 1. This is done by</w:t>
        <w:br/>
        <w:t xml:space="preserve">    // setting the entire row to 1.</w:t>
        <w:br/>
        <w:t xml:space="preserve">    const currRow = new Array(n).fill(1);</w:t>
        <w:br/>
        <w:t xml:space="preserve">    for (let c = 1; c &lt; n; c++) {</w:t>
        <w:br/>
        <w:t xml:space="preserve">      // The number of unique paths to the current cell is the sum</w:t>
        <w:br/>
        <w:t xml:space="preserve">      // of the paths from the cell above it ('prevRow[c]') and</w:t>
        <w:br/>
        <w:t xml:space="preserve">      // the cell to the left ('currRow[c - 1]').</w:t>
        <w:br/>
        <w:t xml:space="preserve">      currRow[c] = prevRow[c] + currRow[c - 1];</w:t>
        <w:br/>
        <w:t xml:space="preserve">    }</w:t>
        <w:br/>
        <w:t xml:space="preserve">    // Update 'prevRow' with 'currRow' values for the next iteration.</w:t>
        <w:br/>
        <w:t xml:space="preserve">    prevRow = currRow;</w:t>
        <w:br/>
        <w:t xml:space="preserve">  }</w:t>
        <w:br/>
        <w:t xml:space="preserve">  // The last element in 'prevRow' stores the result for the bottom-right cell.</w:t>
        <w:br/>
        <w:t xml:space="preserve">  return prevRow[n - 1];</w:t>
        <w:br/>
        <w:t>}public int matrixPathwaysOptimized(int m, int n) {</w:t>
        <w:br/>
        <w:t xml:space="preserve">    // Initialize 'prevRow' as the DP values of row 0, which are all 1s.</w:t>
        <w:br/>
        <w:t xml:space="preserve">    int[] prevRow = new int[n];</w:t>
        <w:br/>
        <w:t xml:space="preserve">    Arrays.fill(prevRow, 1);</w:t>
        <w:br/>
        <w:t xml:space="preserve">    // Iterate through the matrix starting from row 1.</w:t>
        <w:br/>
        <w:t xml:space="preserve">    for (int r = 1; r &lt; m; r++) {</w:t>
        <w:br/>
        <w:t xml:space="preserve">        // Set the first cell of 'currRow' to 1. This is done by</w:t>
        <w:br/>
        <w:t xml:space="preserve">        // setting the entire row to 1.</w:t>
        <w:br/>
        <w:t xml:space="preserve">        int[] currRow = new int[n];</w:t>
        <w:br/>
        <w:t xml:space="preserve">        Arrays.fill(currRow, 1);</w:t>
        <w:br/>
        <w:t xml:space="preserve">        for (int c = 1; c &lt; n; c++) {</w:t>
        <w:br/>
        <w:t xml:space="preserve">            // The number of unique paths to the current cell is the sum</w:t>
        <w:br/>
        <w:t xml:space="preserve">            // of the paths from the cell above it ('prevRow[c]') and</w:t>
        <w:br/>
        <w:t xml:space="preserve">            // the cell to the left ('currRow[c - 1]').</w:t>
        <w:br/>
        <w:t xml:space="preserve">            currRow[c] = prevRow[c] + currRow[c - 1];</w:t>
        <w:br/>
        <w:t xml:space="preserve">        }</w:t>
        <w:br/>
        <w:t xml:space="preserve">        // Update 'prevRow' with 'currRow' values for the next iteration.</w:t>
        <w:br/>
        <w:t xml:space="preserve">        prevRow = currRow;</w:t>
        <w:br/>
        <w:t xml:space="preserve">    }</w:t>
        <w:br/>
        <w:t xml:space="preserve">    // The last element in 'prevRow' stores the result for the bottom-right cell.</w:t>
        <w:br/>
        <w:t xml:space="preserve">    return prevRow[n - 1];</w:t>
        <w:br/>
        <w:t>}</w:t>
      </w:r>
    </w:p>
    <w:p>
      <w:r>
        <w:br w:type="page"/>
      </w:r>
    </w:p>
    <w:p>
      <w:pPr>
        <w:pStyle w:val="Heading1"/>
        <w:spacing w:before="480" w:after="280"/>
      </w:pPr>
      <w:r>
        <w:rPr>
          <w:b/>
          <w:color w:val="008A60"/>
          <w:sz w:val="28"/>
        </w:rPr>
        <w:t>Chapter 96</w:t>
        <w:br/>
      </w:r>
      <w:r>
        <w:rPr>
          <w:b/>
          <w:color w:val="0F172A"/>
          <w:sz w:val="40"/>
        </w:rPr>
        <w:t>Neighborhood Burglary</w:t>
      </w:r>
    </w:p>
    <w:p>
      <w:pPr>
        <w:spacing w:before="160" w:after="160"/>
        <w:ind w:left="360"/>
      </w:pPr>
      <w:r>
        <w:rPr>
          <w:rFonts w:ascii="Consolas" w:hAnsi="Consolas"/>
          <w:color w:val="1E293B"/>
          <w:sz w:val="19"/>
        </w:rPr>
        <w:t>You plan to rob houses in a street where each house stores a certain amount of money. The neighborhood has a security system that sets off an alarm when two adjacent houses are robbed. Return the maximum amount of cash that can be stolen without triggering the alarms.Example:ExampleCopyInput: houses = [200, 300, 200, 50]</w:t>
        <w:br/>
        <w:t>Output: 400</w:t>
        <w:br/>
        <w:t>Explanation: Stealing from the houses at indexes 0 and 2 yields 200 + 200 = 400 dollars.</w:t>
      </w:r>
    </w:p>
    <w:p>
      <w:pPr>
        <w:pStyle w:val="Heading2"/>
        <w:spacing w:before="320" w:after="120"/>
      </w:pPr>
      <w:r>
        <w:t>Intuition</w:t>
      </w:r>
    </w:p>
    <w:p>
      <w:pPr>
        <w:spacing w:after="160" w:line="276" w:lineRule="auto"/>
      </w:pPr>
      <w:r>
        <w:t>Ideally, we would want to rob every house, and collect the total sum of all cash contained therein. However, with the alarm system in place, we need to be more strategic about which houses to rob and which to skip.</w:t>
      </w:r>
    </w:p>
    <w:p>
      <w:pPr>
        <w:spacing w:after="160" w:line="276" w:lineRule="auto"/>
      </w:pPr>
      <w:r>
        <w:t>A simple, greedy approach of always robbing the house with the most money fails because it overlooks the long-term consequences of its choices, and doesn’t always yield the highest total profit. This is visualized in the example below.</w:t>
      </w:r>
    </w:p>
    <w:p>
      <w:pPr>
        <w:spacing w:after="160" w:line="276" w:lineRule="auto"/>
      </w:pPr>
      <w:r>
        <w:t>Let’s approach this problem from a different angle. Imagine breaking into houses all along a street, and eventually reaching the last house, denoted as i below. How much money has been stolen up to this point?</w:t>
      </w:r>
    </w:p>
    <w:p>
      <w:pPr>
        <w:spacing w:after="160" w:line="276" w:lineRule="auto"/>
      </w:pPr>
      <w:r>
        <w:t>To answer this question, we need to consider the two choices that can be made at this last house: do we skip it or rob it?</w:t>
      </w:r>
    </w:p>
    <w:p>
      <w:pPr>
        <w:pStyle w:val="ListBullet"/>
      </w:pPr>
      <w:r>
        <w:t>If weskipit, we end our burglary with the total amount stolen up to the house ati - 1:</w:t>
      </w:r>
    </w:p>
    <w:p>
      <w:pPr>
        <w:pStyle w:val="ListBullet"/>
      </w:pPr>
      <w:r>
        <w:t>If werobit, we couldn't have robbed the previous house ati - 1, so we end the burglary with the money stolen from this final house, plus the total amount stolen up to the house ati - 2, which is two houses back:</w:t>
      </w:r>
    </w:p>
    <w:p>
      <w:pPr>
        <w:spacing w:after="160" w:line="276" w:lineRule="auto"/>
      </w:pPr>
      <w:r>
        <w:t>The optimal choice is whichever of these two options yields the largest amount of money.</w:t>
      </w:r>
    </w:p>
    <w:p>
      <w:pPr>
        <w:spacing w:after="160" w:line="276" w:lineRule="auto"/>
      </w:pPr>
      <w:r>
        <w:t>Notice this discussion highlights the existence of subproblems, and anoptimal substructurewhere we need to know the total amount stolen up to the two previous houses, before determining the total amount we can steal up to the current house.</w:t>
      </w:r>
    </w:p>
    <w:p>
      <w:pPr>
        <w:spacing w:after="160" w:line="276" w:lineRule="auto"/>
      </w:pPr>
      <w:r>
        <w:t>This means we should try usingDPto solve this problem. Let’s saydp[i]represents the maximum amount we’re able to steal by the time we reach housei. Based on our previous discussion, we know that:</w:t>
      </w:r>
    </w:p>
    <w:p>
      <w:pPr>
        <w:spacing w:before="160" w:after="160"/>
        <w:ind w:left="360"/>
      </w:pPr>
      <w:r>
        <w:rPr>
          <w:rFonts w:ascii="Consolas" w:hAnsi="Consolas"/>
          <w:color w:val="1E293B"/>
          <w:sz w:val="19"/>
        </w:rPr>
        <w:br/>
        <w:t>dp[i] = max(profit if we skip house i, profit if we rob house i) = max(dp[i - 1], houses[i] + dp[i - 2])</w:t>
        <w:br/>
      </w:r>
    </w:p>
    <w:p>
      <w:pPr>
        <w:spacing w:after="160" w:line="276" w:lineRule="auto"/>
      </w:pPr>
      <w:r>
        <w:t>Once the DP array is populated using the above formula, we can just returndp[n - 1], which represents the maximum amount that can be stolen once we reach the end of the street. Now, let’s think about what our base cases should be.</w:t>
      </w:r>
    </w:p>
    <w:p>
      <w:pPr>
        <w:spacing w:after="160" w:line="276" w:lineRule="auto"/>
      </w:pPr>
      <w:r>
        <w:t>Base casesFor starters, let’s consider what to do if there’s just one house. This is the simplest possible subproblem, where the total amount stolen is just the money in that house. So, one of our base cases isdp[0] = houses[0].</w:t>
      </w:r>
    </w:p>
    <w:p>
      <w:pPr>
        <w:spacing w:after="160" w:line="276" w:lineRule="auto"/>
      </w:pPr>
      <w:r>
        <w:t>Keep in mind that to use our DP formula (dp[i] = max(dp[i - 1], houses[i] + dp[i - 2])), we need to access values at indexesi - 1andi - 2. This means we must set initial values for index 0 and index 1. With these base cases, we can safely start using the formula from index 2 onward without causing any index out-of-bound errors. So, what’s the most money that can be stolen ati = 1(i.e., when there are just two adjacent houses)? We can only steal from one of these houses, sodp[1] = max(houses[0], houses[1]).</w:t>
      </w:r>
    </w:p>
    <w:p>
      <w:pPr>
        <w:pStyle w:val="Heading2"/>
        <w:spacing w:before="320" w:after="120"/>
      </w:pPr>
      <w:r>
        <w:t>Implementation</w:t>
      </w:r>
    </w:p>
    <w:p>
      <w:pPr>
        <w:spacing w:before="160" w:after="160"/>
        <w:ind w:left="360"/>
      </w:pPr>
      <w:r>
        <w:rPr>
          <w:rFonts w:ascii="Consolas" w:hAnsi="Consolas"/>
          <w:color w:val="1E293B"/>
          <w:sz w:val="19"/>
        </w:rPr>
        <w:t>PythonJavaScriptJavaCopyfrom typing import List</w:t>
        <w:br/>
        <w:t xml:space="preserve">   </w:t>
        <w:br/>
        <w:t>def neighborhood_burglary(houses: List[int]) -&gt; int:</w:t>
        <w:br/>
        <w:t xml:space="preserve">    # Handle the cases when the array is less than the size of 2 to avoid out-of-</w:t>
        <w:br/>
        <w:t xml:space="preserve">    # bounds errors when assigning the base case values.</w:t>
        <w:br/>
        <w:t xml:space="preserve">    if not houses:</w:t>
        <w:br/>
        <w:t xml:space="preserve">        return 0</w:t>
        <w:br/>
        <w:t xml:space="preserve">    if len(houses) == 1:</w:t>
        <w:br/>
        <w:t xml:space="preserve">        return houses[0]</w:t>
        <w:br/>
        <w:t xml:space="preserve">    dp = [0] * len(houses)</w:t>
        <w:br/>
        <w:t xml:space="preserve">    # Base case: when there's only one house, rob that house.</w:t>
        <w:br/>
        <w:t xml:space="preserve">    dp[0] = houses[0]</w:t>
        <w:br/>
        <w:t xml:space="preserve">    # Base case: when there are two houses, rob the one with the most money.</w:t>
        <w:br/>
        <w:t xml:space="preserve">    dp[1] = max(houses[0], houses[1])</w:t>
        <w:br/>
        <w:t xml:space="preserve">    # Fill in the rest of the DP array.</w:t>
        <w:br/>
        <w:t xml:space="preserve">    for i in range(2, len(houses)):</w:t>
        <w:br/>
        <w:t xml:space="preserve">        # 'dp[i]' = max(profit if we skip house 'i', profit if we rob house 'i').</w:t>
        <w:br/>
        <w:t xml:space="preserve">        dp[i] = max(dp[i - 1], houses[i] + dp[i - 2])</w:t>
        <w:br/>
        <w:t xml:space="preserve">    return dp[len(houses) - 1]function neighborhoodBurglary(houses) {</w:t>
        <w:br/>
        <w:t xml:space="preserve">  // Handle the cases when the array is less than the size of 2 to avoid out-of-</w:t>
        <w:br/>
        <w:t xml:space="preserve">  // bounds errors when assigning the base case values.</w:t>
        <w:br/>
        <w:t xml:space="preserve">  if (!houses || houses.length === 0) return 0;</w:t>
        <w:br/>
        <w:t xml:space="preserve">  if (houses.length === 1) return houses[0];</w:t>
        <w:br/>
        <w:t xml:space="preserve">  const dp = new Array(houses.length).fill(0);</w:t>
        <w:br/>
        <w:t xml:space="preserve">  // Base case: when there's only one house, rob that house.</w:t>
        <w:br/>
        <w:t xml:space="preserve">  dp[0] = houses[0];</w:t>
        <w:br/>
        <w:t xml:space="preserve">  // Base case: when there are two houses, rob the one with the most money.</w:t>
        <w:br/>
        <w:t xml:space="preserve">  dp[1] = Math.max(houses[0], houses[1]);</w:t>
        <w:br/>
        <w:t xml:space="preserve">  // Fill in the rest of the DP array.</w:t>
        <w:br/>
        <w:t xml:space="preserve">  for (let i = 2; i &lt; houses.length; i++) {</w:t>
        <w:br/>
        <w:t xml:space="preserve">    // 'dp[i]' = max(profit if we skip house 'i', profit if we rob house 'i').</w:t>
        <w:br/>
        <w:t xml:space="preserve">    dp[i] = Math.max(dp[i - 1], houses[i] + dp[i - 2]);</w:t>
        <w:br/>
        <w:t xml:space="preserve">  }</w:t>
        <w:br/>
        <w:t xml:space="preserve">  return dp[houses.length - 1];</w:t>
        <w:br/>
        <w:t>}public int neighborhoodBurglary(int[] houses) {</w:t>
        <w:br/>
        <w:t xml:space="preserve">    // Handle the cases when the array is less than the size of 2 to avoid out-of-</w:t>
        <w:br/>
        <w:t xml:space="preserve">    // bounds errors when assigning the base case values.</w:t>
        <w:br/>
        <w:t xml:space="preserve">    if (houses == null || houses.length == 0) return 0;</w:t>
        <w:br/>
        <w:t xml:space="preserve">    if (houses.length == 1) return houses[0];</w:t>
        <w:br/>
        <w:t xml:space="preserve">    int[] dp = new int[houses.length];</w:t>
        <w:br/>
        <w:t xml:space="preserve">    // Base case: when there's only one house, rob that house.</w:t>
        <w:br/>
        <w:t xml:space="preserve">    dp[0] = houses[0];</w:t>
        <w:br/>
        <w:t xml:space="preserve">    // Base case: when there are two houses, rob the one with the most money.</w:t>
        <w:br/>
        <w:t xml:space="preserve">    dp[1] = Math.max(houses[0], houses[1]);</w:t>
        <w:br/>
        <w:t xml:space="preserve">    // Fill in the rest of the DP array.</w:t>
        <w:br/>
        <w:t xml:space="preserve">    for (int i = 2; i &lt; houses.length; i++) {</w:t>
        <w:br/>
        <w:t xml:space="preserve">        // 'dp[i]' = max(profit if we skip house 'i', profit if we rob house 'i').</w:t>
        <w:br/>
        <w:t xml:space="preserve">        dp[i] = Math.max(dp[i - 1], houses[i] + dp[i - 2]);</w:t>
        <w:br/>
        <w:t xml:space="preserve">    }</w:t>
        <w:br/>
        <w:t xml:space="preserve">    return dp[houses.length - 1];</w:t>
        <w:br/>
        <w:t>}</w:t>
      </w:r>
    </w:p>
    <w:p>
      <w:pPr>
        <w:pStyle w:val="Heading3"/>
        <w:spacing w:before="320" w:after="120"/>
      </w:pPr>
      <w:r>
        <w:t>Complexity Analysis</w:t>
      </w:r>
    </w:p>
    <w:p>
      <w:pPr>
        <w:spacing w:after="160" w:line="276" w:lineRule="auto"/>
      </w:pPr>
      <w:r>
        <w:t>Time complexity:The time complexity ofneighborhood_burglaryisO(n)O(n)O(n), wherennndenotes the number of houses. This is because each index of the DP array is populated at most once.</w:t>
      </w:r>
    </w:p>
    <w:p>
      <w:pPr>
        <w:spacing w:after="160" w:line="276" w:lineRule="auto"/>
      </w:pPr>
      <w:r>
        <w:t>Space complexity:The space complexity isO(n)O(n)O(n)since we're maintaining a DP array that hasnnnelements.</w:t>
      </w:r>
    </w:p>
    <w:p>
      <w:pPr>
        <w:pStyle w:val="Heading2"/>
        <w:spacing w:before="320" w:after="120"/>
      </w:pPr>
      <w:r>
        <w:t>Optimization</w:t>
      </w:r>
    </w:p>
    <w:p>
      <w:pPr>
        <w:spacing w:after="160" w:line="276" w:lineRule="auto"/>
      </w:pPr>
      <w:r>
        <w:t>From the DP array formuladp[i] = max(dp[i - 1], houses[i] + dp[i - 2]), an important observation is that we only need to access the previous two values of the DP array, indexi - 1and indexi - 2, to calculate the current value at indexi. This means we don’t need to store the entire DP array.</w:t>
      </w:r>
    </w:p>
    <w:p>
      <w:pPr>
        <w:spacing w:after="160" w:line="276" w:lineRule="auto"/>
      </w:pPr>
      <w:r>
        <w:t>Instead, we can use two variables to keep track of the previous two values:</w:t>
      </w:r>
    </w:p>
    <w:p>
      <w:pPr>
        <w:pStyle w:val="ListBullet"/>
      </w:pPr>
      <w:r>
        <w:t>prev_max_profit: stores the value ofdp[i - 1]</w:t>
      </w:r>
    </w:p>
    <w:p>
      <w:pPr>
        <w:pStyle w:val="ListBullet"/>
      </w:pPr>
      <w:r>
        <w:t>prev_prev_max_profit: stores the value ofdp[i - 2]</w:t>
      </w:r>
    </w:p>
    <w:p>
      <w:pPr>
        <w:spacing w:after="160" w:line="276" w:lineRule="auto"/>
      </w:pPr>
      <w:r>
        <w:t>This optimization reduces the space complexity toO(1)O(1)O(1)since we’re no longer maintaining any auxiliary data structures. The adjusted implementation can be seen below:</w:t>
      </w:r>
    </w:p>
    <w:p>
      <w:pPr>
        <w:spacing w:before="160" w:after="160"/>
        <w:ind w:left="360"/>
      </w:pPr>
      <w:r>
        <w:rPr>
          <w:rFonts w:ascii="Consolas" w:hAnsi="Consolas"/>
          <w:color w:val="1E293B"/>
          <w:sz w:val="19"/>
        </w:rPr>
        <w:t>PythonJavaScriptJavaCopyfrom typing import List</w:t>
        <w:br/>
        <w:br/>
        <w:t>def neighborhood_burglary_optimized(houses: List[int]) -&gt; int:</w:t>
        <w:br/>
        <w:t xml:space="preserve">    if not houses:</w:t>
        <w:br/>
        <w:t xml:space="preserve">        return 0</w:t>
        <w:br/>
        <w:t xml:space="preserve">    if len(houses) == 1:</w:t>
        <w:br/>
        <w:t xml:space="preserve">        return houses[0]</w:t>
        <w:br/>
        <w:t xml:space="preserve">    # Initialize the variables with the base cases.</w:t>
        <w:br/>
        <w:t xml:space="preserve">    prev_max_profit = max(houses[0], houses[1])</w:t>
        <w:br/>
        <w:t xml:space="preserve">    prev_prev_max_profit = houses[0]</w:t>
        <w:br/>
        <w:t xml:space="preserve">    for i in range(2, len(houses)):</w:t>
        <w:br/>
        <w:t xml:space="preserve">        curr_max_profit = max(prev_max_profit, houses[i] + prev_prev_max_profit)</w:t>
        <w:br/>
        <w:t xml:space="preserve">        # Update the values for the next iteration.</w:t>
        <w:br/>
        <w:t xml:space="preserve">        prev_prev_max_profit = prev_max_profit</w:t>
        <w:br/>
        <w:t xml:space="preserve">        prev_max_profit = curr_max_profit</w:t>
        <w:br/>
        <w:t xml:space="preserve">    return prev_max_profitfunction neighborhoodBurglaryOptimized(houses) {</w:t>
        <w:br/>
        <w:t xml:space="preserve">  if (!houses || houses.length === 0) return 0;</w:t>
        <w:br/>
        <w:t xml:space="preserve">  if (houses.length === 1) return houses[0];</w:t>
        <w:br/>
        <w:t xml:space="preserve">  // Initialize the variables with the base cases.</w:t>
        <w:br/>
        <w:t xml:space="preserve">  let prevMaxProfit = Math.max(houses[0], houses[1]);</w:t>
        <w:br/>
        <w:t xml:space="preserve">  let prevPrevMaxProfit = houses[0];</w:t>
        <w:br/>
        <w:t xml:space="preserve">  for (let i = 2; i &lt; houses.length; i++) {</w:t>
        <w:br/>
        <w:t xml:space="preserve">    const currMaxProfit = Math.max(prevMaxProfit, houses[i] + prevPrevMaxProfit);</w:t>
        <w:br/>
        <w:t xml:space="preserve">    // Update the values for the next iteration.</w:t>
        <w:br/>
        <w:t xml:space="preserve">    prevPrevMaxProfit = prevMaxProfit;</w:t>
        <w:br/>
        <w:t xml:space="preserve">    prevMaxProfit = currMaxProfit;</w:t>
        <w:br/>
        <w:t xml:space="preserve">  }</w:t>
        <w:br/>
        <w:t xml:space="preserve">  return prevMaxProfit;</w:t>
        <w:br/>
        <w:t>}public int neighborhoodBurglaryOptimized(int[] houses) {</w:t>
        <w:br/>
        <w:t xml:space="preserve">    if (houses == null || houses.length == 0) return 0;</w:t>
        <w:br/>
        <w:t xml:space="preserve">    if (houses.length == 1) return houses[0];</w:t>
        <w:br/>
        <w:t xml:space="preserve">    // Initialize the variables with the base cases.</w:t>
        <w:br/>
        <w:t xml:space="preserve">    int prevMaxProfit = Math.max(houses[0], houses[1]);</w:t>
        <w:br/>
        <w:t xml:space="preserve">    int prevPrevMaxProfit = houses[0];</w:t>
        <w:br/>
        <w:t xml:space="preserve">    for (int i = 2; i &lt; houses.length; i++) {</w:t>
        <w:br/>
        <w:t xml:space="preserve">        int currMaxProfit = Math.max(prevMaxProfit, houses[i] + prevPrevMaxProfit);</w:t>
        <w:br/>
        <w:t xml:space="preserve">        // Update the values for the next iteration.</w:t>
        <w:br/>
        <w:t xml:space="preserve">        prevPrevMaxProfit = prevMaxProfit;</w:t>
        <w:br/>
        <w:t xml:space="preserve">        prevMaxProfit = currMaxProfit;</w:t>
        <w:br/>
        <w:t xml:space="preserve">    }</w:t>
        <w:br/>
        <w:t xml:space="preserve">    return prevMaxProfit;</w:t>
        <w:br/>
        <w:t>}</w:t>
      </w:r>
    </w:p>
    <w:p>
      <w:r>
        <w:br w:type="page"/>
      </w:r>
    </w:p>
    <w:p>
      <w:pPr>
        <w:pStyle w:val="Heading1"/>
        <w:spacing w:before="480" w:after="280"/>
      </w:pPr>
      <w:r>
        <w:rPr>
          <w:b/>
          <w:color w:val="008A60"/>
          <w:sz w:val="28"/>
        </w:rPr>
        <w:t>Chapter 97</w:t>
        <w:br/>
      </w:r>
      <w:r>
        <w:rPr>
          <w:b/>
          <w:color w:val="0F172A"/>
          <w:sz w:val="40"/>
        </w:rPr>
        <w:t>Longest Common Subsequence</w:t>
      </w:r>
    </w:p>
    <w:p>
      <w:pPr>
        <w:spacing w:before="160" w:after="160"/>
        <w:ind w:left="360"/>
      </w:pPr>
      <w:r>
        <w:rPr>
          <w:rFonts w:ascii="Consolas" w:hAnsi="Consolas"/>
          <w:color w:val="1E293B"/>
          <w:sz w:val="19"/>
        </w:rPr>
        <w:t>Given two strings, find the length of their longest common subsequence (LCS). A subsequence is a sequence of characters that can be derived from a string by deleting zero or more elements, without changing the order of the remaining elements.Example:ExampleCopyInput: s1 = 'acabac', s2 = 'aebab'</w:t>
        <w:br/>
        <w:t>Output: 3</w:t>
        <w:br/>
      </w:r>
    </w:p>
    <w:p>
      <w:pPr>
        <w:pStyle w:val="Heading2"/>
        <w:spacing w:before="320" w:after="120"/>
      </w:pPr>
      <w:r>
        <w:t>Intuition</w:t>
      </w:r>
    </w:p>
    <w:p>
      <w:pPr>
        <w:spacing w:after="160" w:line="276" w:lineRule="auto"/>
      </w:pPr>
      <w:r>
        <w:t>A naive approach to this problem is to generate every possible subsequence for both strings and identify the LCS among them. This is extremely inefficient, so we need to think of something better.</w:t>
      </w:r>
    </w:p>
    <w:p>
      <w:pPr>
        <w:spacing w:after="160" w:line="276" w:lineRule="auto"/>
      </w:pPr>
      <w:r>
        <w:t>One way to think about this problem is to realize that for any character from either string, we have a choice to either include it in the LCS, or exclude it. This will help us figure out the next steps in finding the length of the LCS.</w:t>
      </w:r>
    </w:p>
    <w:p>
      <w:pPr>
        <w:spacing w:after="160" w:line="276" w:lineRule="auto"/>
      </w:pPr>
      <w:r>
        <w:t>Let’s start by considering the first character of each string and whether we should include or exclude them. There are two primary cases to discuss:</w:t>
      </w:r>
    </w:p>
    <w:p>
      <w:pPr>
        <w:pStyle w:val="ListBullet"/>
      </w:pPr>
      <w:r>
        <w:t>Case 1: the characters are the same.</w:t>
      </w:r>
    </w:p>
    <w:p>
      <w:pPr>
        <w:pStyle w:val="ListBullet"/>
      </w:pPr>
      <w:r>
        <w:t>Case 2: the characters are different.</w:t>
      </w:r>
    </w:p>
    <w:p>
      <w:pPr>
        <w:spacing w:after="160" w:line="276" w:lineRule="auto"/>
      </w:pPr>
      <w:r>
        <w:t>Case 1: equal charactersConsider the following two strings, where we’re trying to find the length of their LCS, starting from index 0 of each string (LCS(0, 0)):</w:t>
      </w:r>
    </w:p>
    <w:p>
      <w:pPr>
        <w:spacing w:after="160" w:line="276" w:lineRule="auto"/>
      </w:pPr>
      <w:r>
        <w:t>The first characters of these two strings are equal. What should we do about them? We should include these characters in the LCS as they form the beginning of a common subsequence. Including them also means our LCS will have a length of at least 1. But how do we find the length of the rest of the LCS? We can do this by computing the LCS of the remainder of both strings. That is, the LCS of their substrings starting at index 1 (LCS(1, 1)):</w:t>
      </w:r>
    </w:p>
    <w:p>
      <w:pPr>
        <w:spacing w:after="160" w:line="276" w:lineRule="auto"/>
      </w:pPr>
      <w:r>
        <w:t>We’ve just identified that this case can be solved by solving a subproblem that also computes the LCS of two strings, indicating this problem has anoptimal substructure.</w:t>
      </w:r>
    </w:p>
    <w:p>
      <w:pPr>
        <w:spacing w:after="160" w:line="276" w:lineRule="auto"/>
      </w:pPr>
      <w:r>
        <w:t>Therefore, we can generalize a recurrence relation for this case. Below, indexiandjrepresent the start of the substring ofs1ands2, respectively.</w:t>
      </w:r>
    </w:p>
    <w:p>
      <w:pPr>
        <w:spacing w:before="160" w:after="160"/>
        <w:ind w:left="360"/>
      </w:pPr>
      <w:r>
        <w:rPr>
          <w:rFonts w:ascii="Consolas" w:hAnsi="Consolas"/>
          <w:color w:val="1E293B"/>
          <w:sz w:val="19"/>
        </w:rPr>
        <w:br/>
        <w:t>if s1[i] == s2[j]: LCS(i, j) = 1 + LCS(i + 1, j + 1)</w:t>
        <w:br/>
      </w:r>
    </w:p>
    <w:p>
      <w:pPr>
        <w:spacing w:after="160" w:line="276" w:lineRule="auto"/>
      </w:pPr>
      <w:r>
        <w:t>Case 2: different charactersNow, let’s say the first characters of the two strings are different:</w:t>
      </w:r>
    </w:p>
    <w:p>
      <w:pPr>
        <w:spacing w:after="160" w:line="276" w:lineRule="auto"/>
      </w:pPr>
      <w:r>
        <w:t>This means the LCS cannot include both of these characters. It could include one of them, but certainly not both. Therefore, we have two choices to find the LCS:</w:t>
      </w:r>
    </w:p>
    <w:p>
      <w:pPr>
        <w:pStyle w:val="ListNumber"/>
      </w:pPr>
      <w:r>
        <w:t>Exclude ‘a’ from the first string to find the LCS between the two strings after this exclusion:</w:t>
      </w:r>
    </w:p>
    <w:p>
      <w:pPr>
        <w:pStyle w:val="ListNumber"/>
      </w:pPr>
      <w:r>
        <w:t>Exclude ‘k’ from the second string to find the LCS between the two strings after this exclusion:</w:t>
      </w:r>
    </w:p>
    <w:p>
      <w:pPr>
        <w:spacing w:after="160" w:line="276" w:lineRule="auto"/>
      </w:pPr>
      <w:r>
        <w:t>The length of the LCS will be the larger length between these two options. Again, here we see that we’re dealing with a problem of optimal substructure. The recurrence relation for this case is:</w:t>
      </w:r>
    </w:p>
    <w:p>
      <w:pPr>
        <w:spacing w:before="160" w:after="160"/>
        <w:ind w:left="360"/>
      </w:pPr>
      <w:r>
        <w:rPr>
          <w:rFonts w:ascii="Consolas" w:hAnsi="Consolas"/>
          <w:color w:val="1E293B"/>
          <w:sz w:val="19"/>
        </w:rPr>
        <w:br/>
        <w:t>if s1[i] != s2[j]: LCS(i, j) = max(LCS(i + 1, j), LCS(i, j + 1)) (i.e. max(LCS excluding s1[i], LCS excluding s2[j]))</w:t>
        <w:br/>
      </w:r>
    </w:p>
    <w:p>
      <w:pPr>
        <w:spacing w:after="160" w:line="276" w:lineRule="auto"/>
      </w:pPr>
      <w:r>
        <w:t>Dynamic programmingSince we’re dealing with overlapping subproblems, where the solutions to a subproblem can be used multiple times, we can convert our recurrence relation to a DP formula. Let’s saydp[i][j]representsLCS(i, j). Based on our previous discussion, we know that:</w:t>
      </w:r>
    </w:p>
    <w:p>
      <w:pPr>
        <w:spacing w:before="160" w:after="160"/>
        <w:ind w:left="360"/>
      </w:pPr>
      <w:r>
        <w:rPr>
          <w:rFonts w:ascii="Consolas" w:hAnsi="Consolas"/>
          <w:color w:val="1E293B"/>
          <w:sz w:val="19"/>
        </w:rPr>
        <w:br/>
        <w:t>if s1[i] == s2[j]: dp[i][j] = 1 + dp[i + 1][j + 1] else: dp[i][j] = max(dp[i + 1][j], dp[i][j + 1])</w:t>
        <w:br/>
      </w:r>
    </w:p>
    <w:p>
      <w:pPr>
        <w:spacing w:after="160" w:line="276" w:lineRule="auto"/>
      </w:pPr>
      <w:r>
        <w:t>Now, we need to think about what the base cases should be.</w:t>
      </w:r>
    </w:p>
    <w:p>
      <w:pPr>
        <w:spacing w:after="160" w:line="276" w:lineRule="auto"/>
      </w:pPr>
      <w:r>
        <w:t>Base casesThe simplest version of our problem is when one or both strings are empty. In this case, their LCS has a length of 0. But which values of the DP table should we populate for these base cases?</w:t>
      </w:r>
    </w:p>
    <w:p>
      <w:pPr>
        <w:spacing w:after="160" w:line="276" w:lineRule="auto"/>
      </w:pPr>
      <w:r>
        <w:t>We know that wheni = len(s1) - 1, only one character ofs1is being considered:</w:t>
      </w:r>
    </w:p>
    <w:p>
      <w:pPr>
        <w:spacing w:after="160" w:line="276" w:lineRule="auto"/>
      </w:pPr>
      <w:r>
        <w:t>This implies that wheni = len(s1), the substring ofs1contains no characters. The equivalent is true fors2whenj = len(s2). Therefore, we can populate the DP table with the base case values like so:</w:t>
      </w:r>
    </w:p>
    <w:p>
      <w:pPr>
        <w:pStyle w:val="ListBullet"/>
      </w:pPr>
      <w:r>
        <w:t>dp[len(s1)][j] = 0for allj</w:t>
      </w:r>
    </w:p>
    <w:p>
      <w:pPr>
        <w:pStyle w:val="ListBullet"/>
      </w:pPr>
      <w:r>
        <w:t>dp[i][len(s2)] = 0for alli</w:t>
      </w:r>
    </w:p>
    <w:p>
      <w:pPr>
        <w:spacing w:after="160" w:line="276" w:lineRule="auto"/>
      </w:pPr>
      <w:r>
        <w:t>Let’s draw the DP table with just these base cases to get a better idea of what this looks like:</w:t>
      </w:r>
    </w:p>
    <w:p>
      <w:pPr>
        <w:spacing w:after="160" w:line="276" w:lineRule="auto"/>
      </w:pPr>
      <w:r>
        <w:t>As we can see, the last row and last column are set to 0 for our base cases.</w:t>
      </w:r>
    </w:p>
    <w:p>
      <w:pPr>
        <w:spacing w:after="160" w:line="276" w:lineRule="auto"/>
      </w:pPr>
      <w:r>
        <w:t>Populating the DP tableWe populate the DP table starting from the smallest subproblems (excluding the base cases). Specifically, we begin by populatingdp[len(s1) - 1][len(s2) - 1], which considers the LCS of only the last character of each string. From there, we iteratively populate the DP table in reverse order, moving backward through the table until we reach cell (0, 0).</w:t>
      </w:r>
    </w:p>
    <w:p>
      <w:pPr>
        <w:spacing w:after="160" w:line="276" w:lineRule="auto"/>
      </w:pPr>
      <w:r>
        <w:t>Once the DP table is populated, we returndp[0][0], which stores the length of the LCS between the entire first string and the entire second string.</w:t>
      </w:r>
    </w:p>
    <w:p>
      <w:pPr>
        <w:pStyle w:val="Heading2"/>
        <w:spacing w:before="320" w:after="120"/>
      </w:pPr>
      <w:r>
        <w:t>Implementation</w:t>
      </w:r>
    </w:p>
    <w:p>
      <w:pPr>
        <w:spacing w:before="160" w:after="160"/>
        <w:ind w:left="360"/>
      </w:pPr>
      <w:r>
        <w:rPr>
          <w:rFonts w:ascii="Consolas" w:hAnsi="Consolas"/>
          <w:color w:val="1E293B"/>
          <w:sz w:val="19"/>
        </w:rPr>
        <w:t>PythonJavaScriptJavaCopydef longest_common_subsequence(s1: str, s2: str) -&gt; int:</w:t>
        <w:br/>
        <w:t xml:space="preserve">    # Base case: Set the last row and last column to 0 by initializing the entire DP</w:t>
        <w:br/>
        <w:t xml:space="preserve">    # table with 0s.</w:t>
        <w:br/>
        <w:t xml:space="preserve">    dp = [[0] * (len(s2) + 1) for _ in range(len(s1) + 1)]</w:t>
        <w:br/>
        <w:t xml:space="preserve">    # Populate the DP table.</w:t>
        <w:br/>
        <w:t xml:space="preserve">    for i in range(len(s1) - 1, -1, -1):</w:t>
        <w:br/>
        <w:t xml:space="preserve">        for j in range(len(s2) - 1, -1, -1):</w:t>
        <w:br/>
        <w:t xml:space="preserve">            # If the characters match, the length of the LCS at 'dp[i][j]' is</w:t>
        <w:br/>
        <w:t xml:space="preserve">            # 1 + the LCS length of the remaining substrings.</w:t>
        <w:br/>
        <w:t xml:space="preserve">            if s1[i] == s2[j]:</w:t>
        <w:br/>
        <w:t xml:space="preserve">                dp[i][j] = 1 + dp[i + 1][j + 1]</w:t>
        <w:br/>
        <w:t xml:space="preserve">            # If the characters don't match, the LCS length at 'dp[i][j]' can be found</w:t>
        <w:br/>
        <w:t xml:space="preserve">            # by either:</w:t>
        <w:br/>
        <w:t xml:space="preserve">            # 1. Excluding the current character of s1.</w:t>
        <w:br/>
        <w:t xml:space="preserve">            # 2. Excluding the current character of s2.</w:t>
        <w:br/>
        <w:t xml:space="preserve">            else:</w:t>
        <w:br/>
        <w:t xml:space="preserve">                dp[i][j] = max(dp[i + 1][j], dp[i][j + 1])</w:t>
        <w:br/>
        <w:t xml:space="preserve">    return dp[0][0]function longestCommonSubsequence(s1, s2) {</w:t>
        <w:br/>
        <w:t xml:space="preserve">  // Base case: Set the last row and last column to 0 by initializing the entire DP</w:t>
        <w:br/>
        <w:t xml:space="preserve">  // table with 0s.</w:t>
        <w:br/>
        <w:t xml:space="preserve">  const dp = Array.from({ length: s1.length + 1 }, () =&gt; new Array(s2.length + 1).fill(0));</w:t>
        <w:br/>
        <w:t xml:space="preserve">  // Populate the DP table.</w:t>
        <w:br/>
        <w:t xml:space="preserve">  for (let i = s1.length - 1; i &gt;= 0; i--) {</w:t>
        <w:br/>
        <w:t xml:space="preserve">    for (let j = s2.length - 1; j &gt;= 0; j--) {</w:t>
        <w:br/>
        <w:t xml:space="preserve">      // If the characters match, the length of the LCS at 'dp[i][j]' is</w:t>
        <w:br/>
        <w:t xml:space="preserve">      // 1 + the LCS length of the remaining substrings.</w:t>
        <w:br/>
        <w:t xml:space="preserve">      if (s1[i] === s2[j]) {</w:t>
        <w:br/>
        <w:t xml:space="preserve">        dp[i][j] = 1 + dp[i + 1][j + 1];</w:t>
        <w:br/>
        <w:t xml:space="preserve">      } else {</w:t>
        <w:br/>
        <w:t xml:space="preserve">        // If the characters don't match, the LCS length at 'dp[i][j]' can be found</w:t>
        <w:br/>
        <w:t xml:space="preserve">        // by either excluding the current character of s1 or s2.</w:t>
        <w:br/>
        <w:t xml:space="preserve">        dp[i][j] = Math.max(dp[i + 1][j], dp[i][j + 1]);</w:t>
        <w:br/>
        <w:t xml:space="preserve">      }</w:t>
        <w:br/>
        <w:t xml:space="preserve">    }</w:t>
        <w:br/>
        <w:t xml:space="preserve">  }</w:t>
        <w:br/>
        <w:t xml:space="preserve">  return dp[0][0];</w:t>
        <w:br/>
        <w:t>}public int longestCommonSubsequence(String s1, String s2) {</w:t>
        <w:br/>
        <w:t xml:space="preserve">    // Base case: Set the last row and last column to 0 by initializing the entire DP</w:t>
        <w:br/>
        <w:t xml:space="preserve">    // table with 0s.</w:t>
        <w:br/>
        <w:t xml:space="preserve">    int[][] dp = new int[s1.length() + 1][s2.length() + 1];</w:t>
        <w:br/>
        <w:t xml:space="preserve">    // Populate the DP table.</w:t>
        <w:br/>
        <w:t xml:space="preserve">    for (int i = s1.length() - 1; i &gt;= 0; i--) {</w:t>
        <w:br/>
        <w:t xml:space="preserve">        for (int j = s2.length() - 1; j &gt;= 0; j--) {</w:t>
        <w:br/>
        <w:t xml:space="preserve">            // If the characters match, the length of the LCS at 'dp[i][j]' is</w:t>
        <w:br/>
        <w:t xml:space="preserve">            // 1 + the LCS length of the remaining substrings.</w:t>
        <w:br/>
        <w:t xml:space="preserve">            if (s1.charAt(i) == s2.charAt(j)) {</w:t>
        <w:br/>
        <w:t xml:space="preserve">                dp[i][j] = 1 + dp[i + 1][j + 1];</w:t>
        <w:br/>
        <w:t xml:space="preserve">            } else {</w:t>
        <w:br/>
        <w:t xml:space="preserve">                // If the characters don't match, the LCS length at 'dp[i][j]' can be found</w:t>
        <w:br/>
        <w:t xml:space="preserve">                // by either excluding the current character of s1 or s2.</w:t>
        <w:br/>
        <w:t xml:space="preserve">                dp[i][j] = Math.max(dp[i + 1][j], dp[i][j + 1]);</w:t>
        <w:br/>
        <w:t xml:space="preserve">            }</w:t>
        <w:br/>
        <w:t xml:space="preserve">        }</w:t>
        <w:br/>
        <w:t xml:space="preserve">    }</w:t>
        <w:br/>
        <w:t xml:space="preserve">    return dp[0][0];</w:t>
        <w:br/>
        <w:t>}</w:t>
      </w:r>
    </w:p>
    <w:p>
      <w:pPr>
        <w:pStyle w:val="Heading3"/>
        <w:spacing w:before="320" w:after="120"/>
      </w:pPr>
      <w:r>
        <w:t>Complexity Analysis</w:t>
      </w:r>
    </w:p>
    <w:p>
      <w:pPr>
        <w:spacing w:after="160" w:line="276" w:lineRule="auto"/>
      </w:pPr>
      <w:r>
        <w:t>Time complexity:The time complexity oflongest_common_subsequenceisO(m⋅n)O(m\cdot n)O(m⋅n), wheremmmandnnndenote the lengths ofs1ands2, respectively. This is because each cell in the DP table is populated once.</w:t>
      </w:r>
    </w:p>
    <w:p>
      <w:pPr>
        <w:spacing w:after="160" w:line="276" w:lineRule="auto"/>
      </w:pPr>
      <w:r>
        <w:t>Space complexity:The space complexity isO(m⋅n)O(m\cdot n)O(m⋅n)since we're maintaining a 2D DP table that has(m+1)(n+1)(m+1)(n+1)(m+1)(n+1)elements.</w:t>
      </w:r>
    </w:p>
    <w:p>
      <w:pPr>
        <w:pStyle w:val="Heading2"/>
        <w:spacing w:before="320" w:after="120"/>
      </w:pPr>
      <w:r>
        <w:t>Optimization</w:t>
      </w:r>
    </w:p>
    <w:p>
      <w:pPr>
        <w:spacing w:after="160" w:line="276" w:lineRule="auto"/>
      </w:pPr>
      <w:r>
        <w:t>We can optimize our solution by noticing that for each cell in the DP table, we only need to access the cell below it, the cell to its right, and the bottom-right diagonal cell.</w:t>
      </w:r>
    </w:p>
    <w:p>
      <w:pPr>
        <w:pStyle w:val="ListBullet"/>
      </w:pPr>
      <w:r>
        <w:t>To get the cell below it, we only need access to the row below.</w:t>
      </w:r>
    </w:p>
    <w:p>
      <w:pPr>
        <w:pStyle w:val="ListBullet"/>
      </w:pPr>
      <w:r>
        <w:t>To get the cell to its right, we just need to look at the cell to the right of the current cell.</w:t>
      </w:r>
    </w:p>
    <w:p>
      <w:pPr>
        <w:pStyle w:val="ListBullet"/>
      </w:pPr>
      <w:r>
        <w:t>To get the bottom-right diagonal cell, we also only need access to the row below.</w:t>
      </w:r>
    </w:p>
    <w:p>
      <w:pPr>
        <w:spacing w:after="160" w:line="276" w:lineRule="auto"/>
      </w:pPr>
      <w:r>
        <w:t>Therefore, we only need to maintain two rows:</w:t>
      </w:r>
    </w:p>
    <w:p>
      <w:pPr>
        <w:pStyle w:val="ListBullet"/>
      </w:pPr>
      <w:r>
        <w:t>curr_row: the current row being populated.</w:t>
      </w:r>
    </w:p>
    <w:p>
      <w:pPr>
        <w:pStyle w:val="ListBullet"/>
      </w:pPr>
      <w:r>
        <w:t>prev_row: the row below the current row.</w:t>
      </w:r>
    </w:p>
    <w:p>
      <w:pPr>
        <w:spacing w:after="160" w:line="276" w:lineRule="auto"/>
      </w:pPr>
      <w:r>
        <w:t>This effectively reduces the space complexity toO(n)O(n)O(n). Below is the optimized code:</w:t>
      </w:r>
    </w:p>
    <w:p>
      <w:pPr>
        <w:spacing w:before="160" w:after="160"/>
        <w:ind w:left="360"/>
      </w:pPr>
      <w:r>
        <w:rPr>
          <w:rFonts w:ascii="Consolas" w:hAnsi="Consolas"/>
          <w:color w:val="1E293B"/>
          <w:sz w:val="19"/>
        </w:rPr>
        <w:t>PythonJavaScriptJavaCopydef longest_common_subsequence_optimized(s1: str, s2: str) -&gt; int:</w:t>
        <w:br/>
        <w:t xml:space="preserve">    # Initialize 'prev_row' as the DP values of the last row.</w:t>
        <w:br/>
        <w:t xml:space="preserve">    prev_row = [0] * (len(s2) + 1)</w:t>
        <w:br/>
        <w:t xml:space="preserve">    for i in range(len(s1) - 1, -1, -1):</w:t>
        <w:br/>
        <w:t xml:space="preserve">        # Set the last cell of 'curr_row' to 0 to set the base case for</w:t>
        <w:br/>
        <w:t xml:space="preserve">        # this row. This is done by initializing the entire row to 0.</w:t>
        <w:br/>
        <w:t xml:space="preserve">        curr_row = [0] * (len(s2) + 1)</w:t>
        <w:br/>
        <w:t xml:space="preserve">        for j in range(len(s2) - 1, -1, -1):</w:t>
        <w:br/>
        <w:t xml:space="preserve">            # If the characters match, the length of the LCS at</w:t>
        <w:br/>
        <w:t xml:space="preserve">            # 'curr_row[j]' is 1 + the LCS length of the remaining</w:t>
        <w:br/>
        <w:t xml:space="preserve">            # substrings ('prev_row[j + 1]').</w:t>
        <w:br/>
        <w:t xml:space="preserve">            if s1[i] == s2[j]:</w:t>
        <w:br/>
        <w:t xml:space="preserve">                curr_row[j] = 1 + prev_row[j + 1]</w:t>
        <w:br/>
        <w:t xml:space="preserve">            # If the characters don't match, the LCS length at</w:t>
        <w:br/>
        <w:t xml:space="preserve">            # 'curr_row[j]' can be found by either:</w:t>
        <w:br/>
        <w:t xml:space="preserve">            # 1. Excluding the current character of s1 ('prev_row[j]').</w:t>
        <w:br/>
        <w:t xml:space="preserve">            # 2. Excluding the current character of s2</w:t>
        <w:br/>
        <w:t xml:space="preserve">            # ('curr_row[j + 1]').</w:t>
        <w:br/>
        <w:t xml:space="preserve">            else:</w:t>
        <w:br/>
        <w:t xml:space="preserve">                curr_row[j] = max(prev_row[j], curr_row[j + 1])</w:t>
        <w:br/>
        <w:t xml:space="preserve">            # Update 'prev_row' with 'curr_row' values for the next</w:t>
        <w:br/>
        <w:t xml:space="preserve">            # iteration.</w:t>
        <w:br/>
        <w:t xml:space="preserve">        prev_row = curr_row</w:t>
        <w:br/>
        <w:t xml:space="preserve">    return prev_row[0]function longestCommonSubsequenceOptimized(s1, s2) {</w:t>
        <w:br/>
        <w:t xml:space="preserve">  // Initialize 'prevRow' as the DP values of the last row.</w:t>
        <w:br/>
        <w:t xml:space="preserve">  let prevRow = new Array(s2.length + 1).fill(0);</w:t>
        <w:br/>
        <w:t xml:space="preserve">  for (let i = s1.length - 1; i &gt;= 0; i--) {</w:t>
        <w:br/>
        <w:t xml:space="preserve">    // Set the last cell of 'currRow' to 0 to set the base case for this row.</w:t>
        <w:br/>
        <w:t xml:space="preserve">    const currRow = new Array(s2.length + 1).fill(0);</w:t>
        <w:br/>
        <w:t xml:space="preserve">    for (let j = s2.length - 1; j &gt;= 0; j--) {</w:t>
        <w:br/>
        <w:t xml:space="preserve">      if (s1[i] === s2[j]) {</w:t>
        <w:br/>
        <w:t xml:space="preserve">        currRow[j] = 1 + prevRow[j + 1];</w:t>
        <w:br/>
        <w:t xml:space="preserve">      } else {</w:t>
        <w:br/>
        <w:t xml:space="preserve">        currRow[j] = Math.max(prevRow[j], currRow[j + 1]);</w:t>
        <w:br/>
        <w:t xml:space="preserve">      }</w:t>
        <w:br/>
        <w:t xml:space="preserve">    }</w:t>
        <w:br/>
        <w:t xml:space="preserve">    prevRow = currRow;</w:t>
        <w:br/>
        <w:t xml:space="preserve">  }</w:t>
        <w:br/>
        <w:t xml:space="preserve">  return prevRow[0];</w:t>
        <w:br/>
        <w:t>}public int longestCommonSubsequenceOptimized(String s1, String s2) {</w:t>
        <w:br/>
        <w:t xml:space="preserve">    // Initialize 'prevRow' as the DP values of the last row.</w:t>
        <w:br/>
        <w:t xml:space="preserve">    int[] prevRow = new int[s2.length() + 1];</w:t>
        <w:br/>
        <w:t xml:space="preserve">    for (int i = s1.length() - 1; i &gt;= 0; i--) {</w:t>
        <w:br/>
        <w:t xml:space="preserve">        int[] currRow = new int[s2.length() + 1];</w:t>
        <w:br/>
        <w:t xml:space="preserve">        for (int j = s2.length() - 1; j &gt;= 0; j--) {</w:t>
        <w:br/>
        <w:t xml:space="preserve">            if (s1.charAt(i) == s2.charAt(j)) {</w:t>
        <w:br/>
        <w:t xml:space="preserve">                currRow[j] = 1 + prevRow[j + 1];</w:t>
        <w:br/>
        <w:t xml:space="preserve">            } else {</w:t>
        <w:br/>
        <w:t xml:space="preserve">                currRow[j] = Math.max(prevRow[j], currRow[j + 1]);</w:t>
        <w:br/>
        <w:t xml:space="preserve">            }</w:t>
        <w:br/>
        <w:t xml:space="preserve">        }</w:t>
        <w:br/>
        <w:t xml:space="preserve">        prevRow = currRow;</w:t>
        <w:br/>
        <w:t xml:space="preserve">    }</w:t>
        <w:br/>
        <w:t xml:space="preserve">    return prevRow[0];</w:t>
        <w:br/>
        <w:t>}</w:t>
      </w:r>
    </w:p>
    <w:p>
      <w:r>
        <w:br w:type="page"/>
      </w:r>
    </w:p>
    <w:p>
      <w:pPr>
        <w:pStyle w:val="Heading1"/>
        <w:spacing w:before="480" w:after="280"/>
      </w:pPr>
      <w:r>
        <w:rPr>
          <w:b/>
          <w:color w:val="008A60"/>
          <w:sz w:val="28"/>
        </w:rPr>
        <w:t>Chapter 98</w:t>
        <w:br/>
      </w:r>
      <w:r>
        <w:rPr>
          <w:b/>
          <w:color w:val="0F172A"/>
          <w:sz w:val="40"/>
        </w:rPr>
        <w:t>Longest Palindrome in a String</w:t>
      </w:r>
    </w:p>
    <w:p>
      <w:pPr>
        <w:spacing w:before="160" w:after="160"/>
        <w:ind w:left="360"/>
      </w:pPr>
      <w:r>
        <w:rPr>
          <w:rFonts w:ascii="Consolas" w:hAnsi="Consolas"/>
          <w:color w:val="1E293B"/>
          <w:sz w:val="19"/>
        </w:rPr>
        <w:t>Return the longest palindromic substring within a given string.Example:ExampleCopyInput: s = 'abccbaba'</w:t>
        <w:br/>
        <w:t>Output: 'abccba'</w:t>
        <w:br/>
      </w:r>
    </w:p>
    <w:p>
      <w:pPr>
        <w:pStyle w:val="Heading2"/>
        <w:spacing w:before="320" w:after="120"/>
      </w:pPr>
      <w:r>
        <w:t>Intuition</w:t>
      </w:r>
    </w:p>
    <w:p>
      <w:pPr>
        <w:spacing w:after="160" w:line="276" w:lineRule="auto"/>
      </w:pPr>
      <w:r>
        <w:t>A naive solution to this problem is to check every possible substring and save the longest palindrome found. It takes approximatelyO(n2)O(n^2)O(n2)time to generate all substrings for a string of lengthnnn, and for each of these substrings, it takesO(n)O(n)O(n)time to check if it’s a palindrome. This results in an overall time complexity ofO(n3)O(n^3)O(n3), which is expensive. So, we should consider a more efficient approach.</w:t>
      </w:r>
    </w:p>
    <w:p>
      <w:pPr>
        <w:spacing w:after="160" w:line="276" w:lineRule="auto"/>
      </w:pPr>
      <w:r>
        <w:t>Determining if a substring is a palindromeAn important observation is that palindromes contain shorter palindromes within them. We can observe this in the string “rotator”, for example:</w:t>
      </w:r>
    </w:p>
    <w:p>
      <w:pPr>
        <w:spacing w:after="160" w:line="276" w:lineRule="auto"/>
      </w:pPr>
      <w:r>
        <w:t>This highlights a subproblem: to identify if a string is a palindrome, we can check if its inner substring is also a palindrome.</w:t>
      </w:r>
    </w:p>
    <w:p>
      <w:pPr>
        <w:spacing w:after="160" w:line="276" w:lineRule="auto"/>
      </w:pPr>
      <w:r>
        <w:t>More specifically, a substring from indexitojis a palindrome given two conditions:</w:t>
      </w:r>
    </w:p>
    <w:p>
      <w:pPr>
        <w:pStyle w:val="ListNumber"/>
      </w:pPr>
      <w:r>
        <w:t>Its first and last characters are the same (s[i] == s[j]).</w:t>
      </w:r>
    </w:p>
    <w:p>
      <w:pPr>
        <w:pStyle w:val="ListNumber"/>
      </w:pPr>
      <w:r>
        <w:t>The substring from indexi + 1toj - 1(s[i + 1 : j - 1]) is also a palindrome.</w:t>
      </w:r>
    </w:p>
    <w:p>
      <w:pPr>
        <w:spacing w:after="160" w:line="276" w:lineRule="auto"/>
      </w:pPr>
      <w:r>
        <w:t>The only situation where this isn’t true is when the substring is of length 0, 1, or 2, in which case there is no inner substring. We’ll discuss these cases later.</w:t>
      </w:r>
    </w:p>
    <w:p>
      <w:pPr>
        <w:spacing w:after="160" w:line="276" w:lineRule="auto"/>
      </w:pPr>
      <w:r>
        <w:t>This problem has anoptimal substructuresince we solve a subproblem to obtain the solution to the main problem. This indicates that DP is well-suited for solving this problem. Let’s say thatdp[i][j]tells us if the substrings[i : j]is a palindrome. Based on our earlier observations, we can say that:</w:t>
      </w:r>
    </w:p>
    <w:p>
      <w:pPr>
        <w:spacing w:before="160" w:after="160"/>
        <w:ind w:left="360"/>
      </w:pPr>
      <w:r>
        <w:rPr>
          <w:rFonts w:ascii="Consolas" w:hAnsi="Consolas"/>
          <w:color w:val="1E293B"/>
          <w:sz w:val="19"/>
        </w:rPr>
        <w:br/>
        <w:t>dp[i][j] = True if s[i] == s[j] and dp[i + 1][j - 1]</w:t>
        <w:br/>
      </w:r>
    </w:p>
    <w:p>
      <w:pPr>
        <w:spacing w:after="160" w:line="276" w:lineRule="auto"/>
      </w:pPr>
      <w:r>
        <w:t>Naturally, we need to specify the base cases for this formula.</w:t>
      </w:r>
    </w:p>
    <w:p>
      <w:pPr>
        <w:spacing w:after="160" w:line="276" w:lineRule="auto"/>
      </w:pPr>
      <w:r>
        <w:t>Base casesWe mentioned earlier that substrings of length 1 and 2 have no inner substrings. In other words, there are no further subproblems to solve when determining if they are palindromes. As such, these substrings define our base cases:</w:t>
      </w:r>
    </w:p>
    <w:p>
      <w:pPr>
        <w:pStyle w:val="ListBullet"/>
      </w:pPr>
      <w:r>
        <w:t>Base case: All substrings of length 1 are palindromes. So, setdp[i][i]to true for all values ofi.</w:t>
      </w:r>
    </w:p>
    <w:p>
      <w:pPr>
        <w:pStyle w:val="ListBullet"/>
      </w:pPr>
      <w:r>
        <w:t>Base case: Substrings of length 2 are palindromes if both its characters are the same. So, setdp[i][i + 1]to true ifs[i] == s[i + 1].</w:t>
      </w:r>
    </w:p>
    <w:p>
      <w:pPr>
        <w:spacing w:after="160" w:line="276" w:lineRule="auto"/>
      </w:pPr>
      <w:r>
        <w:t>With the base cases set up, let’s discuss how to populate the rest of the DP table.</w:t>
      </w:r>
    </w:p>
    <w:p>
      <w:pPr>
        <w:spacing w:after="160" w:line="276" w:lineRule="auto"/>
      </w:pPr>
      <w:r>
        <w:t>Populating the DP tableDetermining if longer substrings are palindromes depends on the DP values of shorter substrings. Therefore, we should populate the DP table for the shortest substrings first, starting with checking all substrings of length 3 and working our way up to length n, where n denotes the length of the input string.</w:t>
      </w:r>
    </w:p>
    <w:p>
      <w:pPr>
        <w:spacing w:after="160" w:line="276" w:lineRule="auto"/>
      </w:pPr>
      <w:r>
        <w:t>Keeping track of the longest palindromic substringAs we populate the DP table, we also need to keep track of the longest palindromic substring encountered. We use two variables for this:start_indexandmax_len.</w:t>
      </w:r>
    </w:p>
    <w:p>
      <w:pPr>
        <w:pStyle w:val="ListBullet"/>
      </w:pPr>
      <w:r>
        <w:t>start_index: stores the starting index of the longest palindromic substring found so far</w:t>
      </w:r>
    </w:p>
    <w:p>
      <w:pPr>
        <w:pStyle w:val="ListBullet"/>
      </w:pPr>
      <w:r>
        <w:t>max_len: stores the length of the longest palindromic substring found so far</w:t>
      </w:r>
    </w:p>
    <w:p>
      <w:pPr>
        <w:spacing w:after="160" w:line="276" w:lineRule="auto"/>
      </w:pPr>
      <w:r>
        <w:t>When we find a new, longer palindromic substring, we update these two variables. By the end,start_indexandmax_lenwill indicate the position and length of the longest palindrome.</w:t>
      </w:r>
    </w:p>
    <w:p>
      <w:pPr>
        <w:spacing w:after="160" w:line="276" w:lineRule="auto"/>
      </w:pPr>
      <w:r>
        <w:t>Finally, return the substring usings[start_index : start_index + max_len].</w:t>
      </w:r>
    </w:p>
    <w:p>
      <w:pPr>
        <w:spacing w:after="160" w:line="276" w:lineRule="auto"/>
      </w:pPr>
      <w:r>
        <w:t>This solution is a classic example of “interval DP,” which is used to solve optimization problems involving subproblems over intervals of data. In this case, the “intervals” are effectively the substrings between indexesiandj.</w:t>
      </w:r>
    </w:p>
    <w:p>
      <w:pPr>
        <w:pStyle w:val="Heading2"/>
        <w:spacing w:before="320" w:after="120"/>
      </w:pPr>
      <w:r>
        <w:t>Implementation</w:t>
      </w:r>
    </w:p>
    <w:p>
      <w:pPr>
        <w:spacing w:before="160" w:after="160"/>
        <w:ind w:left="360"/>
      </w:pPr>
      <w:r>
        <w:rPr>
          <w:rFonts w:ascii="Consolas" w:hAnsi="Consolas"/>
          <w:color w:val="1E293B"/>
          <w:sz w:val="19"/>
        </w:rPr>
        <w:t>PythonJavaScriptJavaCopydef longest_palindrome_in_a_string(s: str) -&gt; str:</w:t>
        <w:br/>
        <w:t xml:space="preserve">    n = len(s)</w:t>
        <w:br/>
        <w:t xml:space="preserve">    if n == 0:</w:t>
        <w:br/>
        <w:t xml:space="preserve">        return ""</w:t>
        <w:br/>
        <w:t xml:space="preserve">    dp = [[False] * n for _ in range(n)]</w:t>
        <w:br/>
        <w:t xml:space="preserve">    max_len = 1</w:t>
        <w:br/>
        <w:t xml:space="preserve">    start_index = 0</w:t>
        <w:br/>
        <w:t xml:space="preserve">    # Base case: a single character is always a palindrome.</w:t>
        <w:br/>
        <w:t xml:space="preserve">    for i in range(n):</w:t>
        <w:br/>
        <w:t xml:space="preserve">        dp[i][i] = True</w:t>
        <w:br/>
        <w:t xml:space="preserve">    # Base case: a substring of length two is a palindrome if both characters are the</w:t>
        <w:br/>
        <w:t xml:space="preserve">    # same.</w:t>
        <w:br/>
        <w:t xml:space="preserve">    for i in range(n - 1):</w:t>
        <w:br/>
        <w:t xml:space="preserve">        if s[i] == s[i + 1]:</w:t>
        <w:br/>
        <w:t xml:space="preserve">            dp[i][i + 1] = True</w:t>
        <w:br/>
        <w:t xml:space="preserve">            max_len = 2</w:t>
        <w:br/>
        <w:t xml:space="preserve">            start_index = i</w:t>
        <w:br/>
        <w:t xml:space="preserve">    # Find palindromic substrings of length 3 or greater.</w:t>
        <w:br/>
        <w:t xml:space="preserve">    for substring_len in range(3, n + 1):</w:t>
        <w:br/>
        <w:t xml:space="preserve">        # Iterate through each substring of length 'substring_len'.</w:t>
        <w:br/>
        <w:t xml:space="preserve">        for i in range(n - substring_len + 1):</w:t>
        <w:br/>
        <w:t xml:space="preserve">            j = i + substring_len - 1</w:t>
        <w:br/>
        <w:t xml:space="preserve">            # If the first and last characters are the same, and the inner substring</w:t>
        <w:br/>
        <w:t xml:space="preserve">            # is a palindrome, then the current substring is a palindrome.</w:t>
        <w:br/>
        <w:t xml:space="preserve">            if s[i] == s[j] and dp[i + 1][j - 1]:</w:t>
        <w:br/>
        <w:t xml:space="preserve">                dp[i][j] = True</w:t>
        <w:br/>
        <w:t xml:space="preserve">                max_len = substring_len</w:t>
        <w:br/>
        <w:t xml:space="preserve">                start_index = i</w:t>
        <w:br/>
        <w:t xml:space="preserve">    return s[start_index : start_index + max_len]function longestPalindromeInAString(s) {</w:t>
        <w:br/>
        <w:t xml:space="preserve">  const n = s.length;</w:t>
        <w:br/>
        <w:t xml:space="preserve">  if (n === 0) return "";</w:t>
        <w:br/>
        <w:t xml:space="preserve">  const dp = Array.from({ length: n }, () =&gt; new Array(n).fill(false));</w:t>
        <w:br/>
        <w:t xml:space="preserve">  let maxLen = 1;</w:t>
        <w:br/>
        <w:t xml:space="preserve">  let startIndex = 0;</w:t>
        <w:br/>
        <w:t xml:space="preserve">  // Base case: a single character is always a palindrome.</w:t>
        <w:br/>
        <w:t xml:space="preserve">  for (let i = 0; i &lt; n; i++) {</w:t>
        <w:br/>
        <w:t xml:space="preserve">    dp[i][i] = true;</w:t>
        <w:br/>
        <w:t xml:space="preserve">  }</w:t>
        <w:br/>
        <w:t xml:space="preserve">  // Base case: a substring of length two is a palindrome if both characters are the same.</w:t>
        <w:br/>
        <w:t xml:space="preserve">  for (let i = 0; i &lt; n - 1; i++) {</w:t>
        <w:br/>
        <w:t xml:space="preserve">    if (s[i] === s[i + 1]) {</w:t>
        <w:br/>
        <w:t xml:space="preserve">      dp[i][i + 1] = true;</w:t>
        <w:br/>
        <w:t xml:space="preserve">      maxLen = 2;</w:t>
        <w:br/>
        <w:t xml:space="preserve">      startIndex = i;</w:t>
        <w:br/>
        <w:t xml:space="preserve">    }</w:t>
        <w:br/>
        <w:t xml:space="preserve">  }</w:t>
        <w:br/>
        <w:t xml:space="preserve">  // Find palindromic substrings of length 3 or greater.</w:t>
        <w:br/>
        <w:t xml:space="preserve">  for (let substringLen = 3; substringLen &lt;= n; substringLen++) {</w:t>
        <w:br/>
        <w:t xml:space="preserve">    for (let i = 0; i &lt;= n - substringLen; i++) {</w:t>
        <w:br/>
        <w:t xml:space="preserve">      const j = i + substringLen - 1;</w:t>
        <w:br/>
        <w:t xml:space="preserve">      if (s[i] === s[j] &amp;&amp; dp[i + 1][j - 1]) {</w:t>
        <w:br/>
        <w:t xml:space="preserve">        dp[i][j] = true;</w:t>
        <w:br/>
        <w:t xml:space="preserve">        maxLen = substringLen;</w:t>
        <w:br/>
        <w:t xml:space="preserve">        startIndex = i;</w:t>
        <w:br/>
        <w:t xml:space="preserve">      }</w:t>
        <w:br/>
        <w:t xml:space="preserve">    }</w:t>
        <w:br/>
        <w:t xml:space="preserve">  }</w:t>
        <w:br/>
        <w:t xml:space="preserve">  return s.substring(startIndex, startIndex + maxLen);</w:t>
        <w:br/>
        <w:t>}public String longestPalindromeInAString(String s) {</w:t>
        <w:br/>
        <w:t xml:space="preserve">    int n = s.length();</w:t>
        <w:br/>
        <w:t xml:space="preserve">    if (n == 0) return "";</w:t>
        <w:br/>
        <w:t xml:space="preserve">    boolean[][] dp = new boolean[n][n];</w:t>
        <w:br/>
        <w:t xml:space="preserve">    int maxLen = 1;</w:t>
        <w:br/>
        <w:t xml:space="preserve">    int startIndex = 0;</w:t>
        <w:br/>
        <w:t xml:space="preserve">    // Base case: a single character is always a palindrome.</w:t>
        <w:br/>
        <w:t xml:space="preserve">    for (int i = 0; i &lt; n; i++) {</w:t>
        <w:br/>
        <w:t xml:space="preserve">        dp[i][i] = true;</w:t>
        <w:br/>
        <w:t xml:space="preserve">    }</w:t>
        <w:br/>
        <w:t xml:space="preserve">    // Base case: a substring of length two is a palindrome if both characters are the same.</w:t>
        <w:br/>
        <w:t xml:space="preserve">    for (int i = 0; i &lt; n - 1; i++) {</w:t>
        <w:br/>
        <w:t xml:space="preserve">        if (s.charAt(i) == s.charAt(i + 1)) {</w:t>
        <w:br/>
        <w:t xml:space="preserve">            dp[i][i + 1] = true;</w:t>
        <w:br/>
        <w:t xml:space="preserve">            maxLen = 2;</w:t>
        <w:br/>
        <w:t xml:space="preserve">            startIndex = i;</w:t>
        <w:br/>
        <w:t xml:space="preserve">        }</w:t>
        <w:br/>
        <w:t xml:space="preserve">    }</w:t>
        <w:br/>
        <w:t xml:space="preserve">    // Find palindromic substrings of length 3 or greater.</w:t>
        <w:br/>
        <w:t xml:space="preserve">    for (int substringLen = 3; substringLen &lt;= n; substringLen++) {</w:t>
        <w:br/>
        <w:t xml:space="preserve">        for (int i = 0; i &lt;= n - substringLen; i++) {</w:t>
        <w:br/>
        <w:t xml:space="preserve">            int j = i + substringLen - 1;</w:t>
        <w:br/>
        <w:t xml:space="preserve">            if (s.charAt(i) == s.charAt(j) &amp;&amp; dp[i + 1][j - 1]) {</w:t>
        <w:br/>
        <w:t xml:space="preserve">                dp[i][j] = true;</w:t>
        <w:br/>
        <w:t xml:space="preserve">                maxLen = substringLen;</w:t>
        <w:br/>
        <w:t xml:space="preserve">                startIndex = i;</w:t>
        <w:br/>
        <w:t xml:space="preserve">            }</w:t>
        <w:br/>
        <w:t xml:space="preserve">        }</w:t>
        <w:br/>
        <w:t xml:space="preserve">    }</w:t>
        <w:br/>
        <w:t xml:space="preserve">    return s.substring(startIndex, startIndex + maxLen);</w:t>
        <w:br/>
        <w:t>}</w:t>
      </w:r>
    </w:p>
    <w:p>
      <w:pPr>
        <w:pStyle w:val="Heading3"/>
        <w:spacing w:before="320" w:after="120"/>
      </w:pPr>
      <w:r>
        <w:t>Complexity Analysis</w:t>
      </w:r>
    </w:p>
    <w:p>
      <w:pPr>
        <w:spacing w:after="160" w:line="276" w:lineRule="auto"/>
      </w:pPr>
      <w:r>
        <w:t>Time complexity:The time complexity oflongest_palindrome_in_a_stringisO(n2)O(n^2)O(n2)because each cell of then⋅nn\cdot nn⋅nDP table is populated once.</w:t>
      </w:r>
    </w:p>
    <w:p>
      <w:pPr>
        <w:spacing w:after="160" w:line="276" w:lineRule="auto"/>
      </w:pPr>
      <w:r>
        <w:t>Space complexity:The space complexity isO(n2)O(n^2)O(n2)because we're maintaining a DP table that hasn2n^2n2elements. Note, the output string is not considered in the space complexity.</w:t>
      </w:r>
    </w:p>
    <w:p>
      <w:pPr>
        <w:pStyle w:val="Heading2"/>
        <w:spacing w:before="320" w:after="120"/>
      </w:pPr>
      <w:r>
        <w:t>Optimized Approach</w:t>
      </w:r>
    </w:p>
    <w:p>
      <w:pPr>
        <w:spacing w:after="160" w:line="276" w:lineRule="auto"/>
      </w:pPr>
      <w:r>
        <w:t>An important observation of the previous approach is that the base cases represent the centers of palindromes. Understanding this, another possible strategy is to expand outward from each base case to find the longest palindrome.</w:t>
      </w:r>
    </w:p>
    <w:p>
      <w:pPr>
        <w:spacing w:after="160" w:line="276" w:lineRule="auto"/>
      </w:pPr>
      <w:r>
        <w:t>There are two types of base cases: single-character substrings and two-character substrings. We can treat each as the center of potential palindromes, and expand outward from each of them to find these palindromes.</w:t>
      </w:r>
    </w:p>
    <w:p>
      <w:pPr>
        <w:spacing w:after="160" w:line="276" w:lineRule="auto"/>
      </w:pPr>
      <w:r>
        <w:t>We can do this by setting left and right pointers at the center, expanding them outward – as long as the characters at both pointers match – and stopping once they can no longer form a larger palindrome. Here are two examples of this:</w:t>
      </w:r>
    </w:p>
    <w:p>
      <w:pPr>
        <w:spacing w:after="160" w:line="276" w:lineRule="auto"/>
      </w:pPr>
      <w:r>
        <w:t>All we need to do is keep track of the start index and length of the longest palindromic we find, just as in the previous approach.</w:t>
      </w:r>
    </w:p>
    <w:p>
      <w:pPr>
        <w:spacing w:after="160" w:line="276" w:lineRule="auto"/>
      </w:pPr>
      <w:r>
        <w:t>This approach makes use of some of the information from the previous DP approach, while solving the problem using constant space.</w:t>
      </w:r>
    </w:p>
    <w:p>
      <w:pPr>
        <w:pStyle w:val="Heading2"/>
        <w:spacing w:before="320" w:after="120"/>
      </w:pPr>
      <w:r>
        <w:t>Implementation - Optimized Approach</w:t>
      </w:r>
    </w:p>
    <w:p>
      <w:pPr>
        <w:spacing w:before="160" w:after="160"/>
        <w:ind w:left="360"/>
      </w:pPr>
      <w:r>
        <w:rPr>
          <w:rFonts w:ascii="Consolas" w:hAnsi="Consolas"/>
          <w:color w:val="1E293B"/>
          <w:sz w:val="19"/>
        </w:rPr>
        <w:t>PythonJavaScriptJavaCopyfrom typing import Tuple</w:t>
        <w:br/>
        <w:t xml:space="preserve">    </w:t>
        <w:br/>
        <w:t>def longest_palindrome_in_a_string_expanding(s: str) -&gt; str:</w:t>
        <w:br/>
        <w:t xml:space="preserve">    n = len(s)</w:t>
        <w:br/>
        <w:t xml:space="preserve">    start, max_len = 0, 0</w:t>
        <w:br/>
        <w:t xml:space="preserve">    for center in range(n):</w:t>
        <w:br/>
        <w:t xml:space="preserve">        # Check for odd-length palindromes.</w:t>
        <w:br/>
        <w:t xml:space="preserve">        odd_start, odd_length = expand_palindrome(center, center, s)</w:t>
        <w:br/>
        <w:t xml:space="preserve">        if odd_length &gt; max_len:</w:t>
        <w:br/>
        <w:t xml:space="preserve">            start = odd_start</w:t>
        <w:br/>
        <w:t xml:space="preserve">            max_len = odd_length</w:t>
        <w:br/>
        <w:t xml:space="preserve">        # Check for even-length palindromes.</w:t>
        <w:br/>
        <w:t xml:space="preserve">        if center &lt; n - 1 and s[center] == s[center + 1]:</w:t>
        <w:br/>
        <w:t xml:space="preserve">            even_start, even_length = expand_palindrome(center, center + 1, s)</w:t>
        <w:br/>
        <w:t xml:space="preserve">            if even_length &gt; max_len:</w:t>
        <w:br/>
        <w:t xml:space="preserve">                start = even_start</w:t>
        <w:br/>
        <w:t xml:space="preserve">                max_len = even_length</w:t>
        <w:br/>
        <w:t xml:space="preserve">    return s[start : start + max_len]</w:t>
        <w:br/>
        <w:t xml:space="preserve">    </w:t>
        <w:br/>
        <w:t># Expands outward from the center of a base case to identify the start index and</w:t>
        <w:br/>
        <w:t># length of the longest palindrome that extends from this base case.</w:t>
        <w:br/>
        <w:t>def expand_palindrome(left: int, right: int, s: str) -&gt; Tuple[int, int]:</w:t>
        <w:br/>
        <w:t xml:space="preserve">    while left &gt; 0 and right &lt; len(s) - 1 and s[left - 1] == s[right + 1]:</w:t>
        <w:br/>
        <w:t xml:space="preserve">        left -= 1</w:t>
        <w:br/>
        <w:t xml:space="preserve">        right += 1</w:t>
        <w:br/>
        <w:t xml:space="preserve">    return left, right - left + 1function longestPalindromeInAStringExpanding(s) {</w:t>
        <w:br/>
        <w:t xml:space="preserve">  const n = s.length;</w:t>
        <w:br/>
        <w:t xml:space="preserve">  let start = 0, maxLen = 0;</w:t>
        <w:br/>
        <w:t xml:space="preserve">  for (let center = 0; center &lt; n; center++) {</w:t>
        <w:br/>
        <w:t xml:space="preserve">    // Check for odd-length palindromes.</w:t>
        <w:br/>
        <w:t xml:space="preserve">    const [oddStart, oddLength] = expandPalindrome(center, center, s);</w:t>
        <w:br/>
        <w:t xml:space="preserve">    if (oddLength &gt; maxLen) {</w:t>
        <w:br/>
        <w:t xml:space="preserve">      start = oddStart;</w:t>
        <w:br/>
        <w:t xml:space="preserve">      maxLen = oddLength;</w:t>
        <w:br/>
        <w:t xml:space="preserve">    }</w:t>
        <w:br/>
        <w:t xml:space="preserve">    // Check for even-length palindromes.</w:t>
        <w:br/>
        <w:t xml:space="preserve">    if (center &lt; n - 1 &amp;&amp; s[center] === s[center + 1]) {</w:t>
        <w:br/>
        <w:t xml:space="preserve">      const [evenStart, evenLength] = expandPalindrome(center, center + 1, s);</w:t>
        <w:br/>
        <w:t xml:space="preserve">      if (evenLength &gt; maxLen) {</w:t>
        <w:br/>
        <w:t xml:space="preserve">        start = evenStart;</w:t>
        <w:br/>
        <w:t xml:space="preserve">        maxLen = evenLength;</w:t>
        <w:br/>
        <w:t xml:space="preserve">      }</w:t>
        <w:br/>
        <w:t xml:space="preserve">    }</w:t>
        <w:br/>
        <w:t xml:space="preserve">  }</w:t>
        <w:br/>
        <w:t xml:space="preserve">  return s.substring(start, start + maxLen);</w:t>
        <w:br/>
        <w:t>}</w:t>
        <w:br/>
        <w:br/>
        <w:t>// Expands outward from the center of a base case to identify the start index and</w:t>
        <w:br/>
        <w:t>// length of the longest palindrome that extends from this base case.</w:t>
        <w:br/>
        <w:t>function expandPalindrome(left, right, s) {</w:t>
        <w:br/>
        <w:t xml:space="preserve">  while (left &gt; 0 &amp;&amp; right &lt; s.length - 1 &amp;&amp; s[left - 1] === s[right + 1]) {</w:t>
        <w:br/>
        <w:t xml:space="preserve">    left--;</w:t>
        <w:br/>
        <w:t xml:space="preserve">    right++;</w:t>
        <w:br/>
        <w:t xml:space="preserve">  }</w:t>
        <w:br/>
        <w:t xml:space="preserve">  return [left, right - left + 1];</w:t>
        <w:br/>
        <w:t>}public String longestPalindromeInAStringExpanding(String s) {</w:t>
        <w:br/>
        <w:t xml:space="preserve">    int n = s.length();</w:t>
        <w:br/>
        <w:t xml:space="preserve">    int start = 0, maxLen = 0;</w:t>
        <w:br/>
        <w:t xml:space="preserve">    for (int center = 0; center &lt; n; center++) {</w:t>
        <w:br/>
        <w:t xml:space="preserve">        // Check for odd-length palindromes.</w:t>
        <w:br/>
        <w:t xml:space="preserve">        int[] odd = expandPalindrome(center, center, s);</w:t>
        <w:br/>
        <w:t xml:space="preserve">        if (odd[1] &gt; maxLen) {</w:t>
        <w:br/>
        <w:t xml:space="preserve">            start = odd[0];</w:t>
        <w:br/>
        <w:t xml:space="preserve">            maxLen = odd[1];</w:t>
        <w:br/>
        <w:t xml:space="preserve">        }</w:t>
        <w:br/>
        <w:t xml:space="preserve">        // Check for even-length palindromes.</w:t>
        <w:br/>
        <w:t xml:space="preserve">        if (center &lt; n - 1 &amp;&amp; s.charAt(center) == s.charAt(center + 1)) {</w:t>
        <w:br/>
        <w:t xml:space="preserve">            int[] even = expandPalindrome(center, center + 1, s);</w:t>
        <w:br/>
        <w:t xml:space="preserve">            if (even[1] &gt; maxLen) {</w:t>
        <w:br/>
        <w:t xml:space="preserve">                start = even[0];</w:t>
        <w:br/>
        <w:t xml:space="preserve">                maxLen = even[1];</w:t>
        <w:br/>
        <w:t xml:space="preserve">            }</w:t>
        <w:br/>
        <w:t xml:space="preserve">        }</w:t>
        <w:br/>
        <w:t xml:space="preserve">    }</w:t>
        <w:br/>
        <w:t xml:space="preserve">    return s.substring(start, start + maxLen);</w:t>
        <w:br/>
        <w:t>}</w:t>
        <w:br/>
        <w:br/>
        <w:t>// Expands outward from the center of a base case to identify the start index and</w:t>
        <w:br/>
        <w:t>// length of the longest palindrome that extends from this base case.</w:t>
        <w:br/>
        <w:t>private int[] expandPalindrome(int left, int right, String s) {</w:t>
        <w:br/>
        <w:t xml:space="preserve">    while (left &gt; 0 &amp;&amp; right &lt; s.length() - 1 &amp;&amp; s.charAt(left - 1) == s.charAt(right + 1)) {</w:t>
        <w:br/>
        <w:t xml:space="preserve">        left--;</w:t>
        <w:br/>
        <w:t xml:space="preserve">        right++;</w:t>
        <w:br/>
        <w:t xml:space="preserve">    }</w:t>
        <w:br/>
        <w:t xml:space="preserve">    return new int[]{left, right - left + 1};</w:t>
        <w:br/>
        <w:t>}</w:t>
      </w:r>
    </w:p>
    <w:p>
      <w:pPr>
        <w:pStyle w:val="Heading3"/>
        <w:spacing w:before="320" w:after="120"/>
      </w:pPr>
      <w:r>
        <w:t>Complexity Analysis</w:t>
      </w:r>
    </w:p>
    <w:p>
      <w:pPr>
        <w:spacing w:after="160" w:line="276" w:lineRule="auto"/>
      </w:pPr>
      <w:r>
        <w:t>Time complexity:The time complexity oflongest_palindrome_in_a_string_expandingisO(n2)O(n^2)O(n2)because expanding from the center of a base case takes up toO(n)O(n)O(n)time. Doing this for each base case takesO(n2)O(n^2)O(n2)time.</w:t>
      </w:r>
    </w:p>
    <w:p>
      <w:pPr>
        <w:spacing w:after="160" w:line="276" w:lineRule="auto"/>
      </w:pPr>
      <w:r>
        <w:t>Space complexity:The space complexity isO(1)O(1)O(1)since we aren’t maintaining any auxiliary data structures. The output string is not considered in the space complexity.</w:t>
      </w:r>
    </w:p>
    <w:p>
      <w:pPr>
        <w:pStyle w:val="Heading2"/>
        <w:spacing w:before="320" w:after="120"/>
      </w:pPr>
      <w:r>
        <w:t>Manacher’s Algorithm</w:t>
      </w:r>
    </w:p>
    <w:p>
      <w:pPr>
        <w:spacing w:after="160" w:line="276" w:lineRule="auto"/>
      </w:pPr>
      <w:r>
        <w:t>Aside from the above quadratic-time solutions, there's a more efficient algorithm for finding the longest palindromic substring: Manacher's Algorithm. This algorithm runs inO(n)O(n)O(n)time.</w:t>
      </w:r>
    </w:p>
    <w:p>
      <w:pPr>
        <w:spacing w:after="160" w:line="276" w:lineRule="auto"/>
      </w:pPr>
      <w:r>
        <w:t>However, Manacher's Algorithm's specialized nature makes it less common in coding interviews. Most interviewers want to see solutions that show you deeply understand basic concepts and have strong problem-solving skills. They are less interested in tricky solutions that would be unlikely for candidates to come up with during interviews.</w:t>
      </w:r>
    </w:p>
    <w:p>
      <w:pPr>
        <w:spacing w:after="160" w:line="276" w:lineRule="auto"/>
      </w:pPr>
      <w:r>
        <w:t>For those interested in learning more about Manacher's Algorithm, check out[1]and[2].</w:t>
      </w:r>
    </w:p>
    <w:p>
      <w:r>
        <w:br w:type="page"/>
      </w:r>
    </w:p>
    <w:p>
      <w:pPr>
        <w:pStyle w:val="Heading1"/>
        <w:spacing w:before="480" w:after="280"/>
      </w:pPr>
      <w:r>
        <w:rPr>
          <w:b/>
          <w:color w:val="008A60"/>
          <w:sz w:val="28"/>
        </w:rPr>
        <w:t>Chapter 99</w:t>
        <w:br/>
      </w:r>
      <w:r>
        <w:rPr>
          <w:b/>
          <w:color w:val="0F172A"/>
          <w:sz w:val="40"/>
        </w:rPr>
        <w:t>Maximum Subarray Sum</w:t>
      </w:r>
    </w:p>
    <w:p>
      <w:pPr>
        <w:spacing w:before="160" w:after="160"/>
        <w:ind w:left="360"/>
      </w:pPr>
      <w:r>
        <w:rPr>
          <w:rFonts w:ascii="Consolas" w:hAnsi="Consolas"/>
          <w:color w:val="1E293B"/>
          <w:sz w:val="19"/>
        </w:rPr>
        <w:t>Given an array of integers, return the sum of the subarray with the largest sum.Example:ExampleCopyInput: nums = [3, 1, -6, 2, -1, 4, -9]</w:t>
        <w:br/>
        <w:t>Output: 5</w:t>
        <w:br/>
        <w:t>Explanation: subarray [2, -1, 4] has the largest sum of 5.Constraints:</w:t>
        <w:br/>
        <w:t>The input array contains at least one element.</w:t>
        <w:br/>
      </w:r>
    </w:p>
    <w:p>
      <w:pPr>
        <w:pStyle w:val="Heading2"/>
        <w:spacing w:before="320" w:after="120"/>
      </w:pPr>
      <w:r>
        <w:t>Intuition</w:t>
      </w:r>
    </w:p>
    <w:p>
      <w:pPr>
        <w:spacing w:after="160" w:line="276" w:lineRule="auto"/>
      </w:pPr>
      <w:r>
        <w:t>Brute force approaches to this problem involve calculating the sum of every possible subarray. This would take at leastO(n2)O(n^2)O(n2)time, wherennndenotes the length of the array. So, let’s consider alternative methods.</w:t>
      </w:r>
    </w:p>
    <w:p>
      <w:pPr>
        <w:spacing w:after="160" w:line="276" w:lineRule="auto"/>
      </w:pPr>
      <w:r>
        <w:t>The challenge with this problem lies in the presence of negative numbers. If the array consisted entirely of non-negative numbers, the answer would simply be the sum of the entire array.</w:t>
      </w:r>
    </w:p>
    <w:p>
      <w:pPr>
        <w:spacing w:after="160" w:line="276" w:lineRule="auto"/>
      </w:pPr>
      <w:r>
        <w:t>To find the maximum sum given the presence of negative numbers, let’s try keeping track of the sum of a contiguous subarray, starting at index 0.</w:t>
      </w:r>
    </w:p>
    <w:p>
      <w:pPr>
        <w:spacing w:after="160" w:line="276" w:lineRule="auto"/>
      </w:pPr>
      <w:r>
        <w:t>As this subarray expands and we add each number to the running sum, we’ll need to decide whether to continue with the current subarray’s sum, or start a new subarray beginning with the current element. To understand how we might make such a decision, let’s dive into an example.</w:t>
      </w:r>
    </w:p>
    <w:p>
      <w:pPr>
        <w:spacing w:after="160" w:line="276" w:lineRule="auto"/>
      </w:pPr>
      <w:r>
        <w:t>Consider the following input array:</w:t>
      </w:r>
    </w:p>
    <w:p>
      <w:pPr>
        <w:spacing w:after="160" w:line="276" w:lineRule="auto"/>
      </w:pPr>
      <w:r>
        <w:t>The first two values of the array are positive, so we can continue expanding the current subarray by adding these to our sum (curr_sum), initialized at 0:</w:t>
      </w:r>
    </w:p>
    <w:p>
      <w:pPr>
        <w:spacing w:after="160" w:line="276" w:lineRule="auto"/>
      </w:pPr>
      <w:r>
        <w:t>When we reach index 2, we land on the first negative number (-6). Adding it to the current sum gives us a negative sum of -2.</w:t>
      </w:r>
    </w:p>
    <w:p>
      <w:pPr>
        <w:spacing w:after="160" w:line="276" w:lineRule="auto"/>
      </w:pPr>
      <w:r>
        <w:t>What should we do now? If we restart the subarray at this point, the new subarray will start with a sum of -6, which is less than the current sum of -2.</w:t>
      </w:r>
    </w:p>
    <w:p>
      <w:pPr>
        <w:spacing w:after="160" w:line="276" w:lineRule="auto"/>
      </w:pPr>
      <w:r>
        <w:t>Therefore, it is better to continue with the current subarray for now.</w:t>
      </w:r>
    </w:p>
    <w:p>
      <w:pPr>
        <w:spacing w:after="160" w:line="276" w:lineRule="auto"/>
      </w:pPr>
      <w:r>
        <w:t>At index 3, we reach another important decision point:</w:t>
      </w:r>
    </w:p>
    <w:p>
      <w:pPr>
        <w:pStyle w:val="ListBullet"/>
      </w:pPr>
      <w:r>
        <w:t>If we include 2 in the current subarray, its sum increases to 0:</w:t>
      </w:r>
    </w:p>
    <w:p>
      <w:pPr>
        <w:pStyle w:val="ListBullet"/>
      </w:pPr>
      <w:r>
        <w:t>If we restart the subarray at this index, we begin a new subarray of sum 2:</w:t>
      </w:r>
    </w:p>
    <w:p>
      <w:pPr>
        <w:spacing w:after="160" w:line="276" w:lineRule="auto"/>
      </w:pPr>
      <w:r>
        <w:t>It’s evident here that the better choice is to start tracking the sum of a new subarray, beginning at index 3.</w:t>
      </w:r>
    </w:p>
    <w:p>
      <w:pPr>
        <w:spacing w:after="160" w:line="276" w:lineRule="auto"/>
      </w:pPr>
      <w:r>
        <w:t>As observed, for each number in the array during this process, there are two choices:</w:t>
      </w:r>
    </w:p>
    <w:p>
      <w:pPr>
        <w:pStyle w:val="ListNumber"/>
      </w:pPr>
      <w:r>
        <w:t>Continue:Add the current number to the ongoing subarray sum (curr_sum + num).</w:t>
      </w:r>
    </w:p>
    <w:p>
      <w:pPr>
        <w:pStyle w:val="ListNumber"/>
      </w:pPr>
      <w:r>
        <w:t>Restart:Begin keeping track of a new subarray starting with the current number, with an initial sum ofnum.</w:t>
      </w:r>
    </w:p>
    <w:p>
      <w:pPr>
        <w:spacing w:after="160" w:line="276" w:lineRule="auto"/>
      </w:pPr>
      <w:r>
        <w:t>The best choice is the larger of the two:max(curr_sum + num, num).</w:t>
      </w:r>
    </w:p>
    <w:p>
      <w:pPr>
        <w:spacing w:after="160" w:line="276" w:lineRule="auto"/>
      </w:pPr>
      <w:r>
        <w:t>Let’s apply this logic to the rest of the array:</w:t>
      </w:r>
    </w:p>
    <w:p>
      <w:pPr>
        <w:spacing w:after="160" w:line="276" w:lineRule="auto"/>
      </w:pPr>
      <w:r>
        <w:t>Now that we have a strategy to linearly track subarray sums, the only other thing to do is keep track of the largest value of curr_sum encountered. To do this, we can update a variablemax_sumwhenever we encounter a largercurr_sumvalue. Then,max_sumwill be the answer to the problem.</w:t>
      </w:r>
    </w:p>
    <w:p>
      <w:pPr>
        <w:spacing w:after="160" w:line="276" w:lineRule="auto"/>
      </w:pPr>
      <w:r>
        <w:t>Kadane’s algorithmThe algorithm described above is formally known as "Kadane's algorithm". Although it may not seem like it, Kadane's algorithm is actually aDPalgorithm. What’s interesting is that we didn’t explicitly detect and solve subproblems to come up with this algorithm, like we typically do in DP. Instead, we solved it by linearly keeping track of a subarray sum and making decisions along the way.</w:t>
      </w:r>
    </w:p>
    <w:p>
      <w:pPr>
        <w:spacing w:after="160" w:line="276" w:lineRule="auto"/>
      </w:pPr>
      <w:r>
        <w:t>So, to fully understand why this is a DP problem, let's explore how we would solve it using the traditional DP approach of breaking the problem into smaller subproblems, and solving them step-by-step. This is demonstrated in the next section of this explanation.</w:t>
      </w:r>
    </w:p>
    <w:p>
      <w:pPr>
        <w:pStyle w:val="Heading2"/>
        <w:spacing w:before="320" w:after="120"/>
      </w:pPr>
      <w:r>
        <w:t>Implementation</w:t>
      </w:r>
    </w:p>
    <w:p>
      <w:pPr>
        <w:spacing w:before="160" w:after="160"/>
        <w:ind w:left="360"/>
      </w:pPr>
      <w:r>
        <w:rPr>
          <w:rFonts w:ascii="Consolas" w:hAnsi="Consolas"/>
          <w:color w:val="1E293B"/>
          <w:sz w:val="19"/>
        </w:rPr>
        <w:t>PythonJavaScriptJavaCopyfrom typing import List</w:t>
        <w:br/>
        <w:t xml:space="preserve">    </w:t>
        <w:br/>
        <w:t>def maximum_subarray_sum(nums: List[int]) -&gt; int:</w:t>
        <w:br/>
        <w:t xml:space="preserve">    if not nums:</w:t>
        <w:br/>
        <w:t xml:space="preserve">        return 0</w:t>
        <w:br/>
        <w:t xml:space="preserve">    # Set the sum variables to negative infinity to ensure negative sums can be</w:t>
        <w:br/>
        <w:t xml:space="preserve">    # considered.</w:t>
        <w:br/>
        <w:t xml:space="preserve">    max_sum = current_sum = float('-inf')</w:t>
        <w:br/>
        <w:t xml:space="preserve">    # Iterate through the array to find the maximum subarray sum.</w:t>
        <w:br/>
        <w:t xml:space="preserve">    for num in nums:</w:t>
        <w:br/>
        <w:t xml:space="preserve">        # Either add the current number to the existing running sum, or start a new</w:t>
        <w:br/>
        <w:t xml:space="preserve">        # subarray at the current number.</w:t>
        <w:br/>
        <w:t xml:space="preserve">        current_sum = max(current_sum + num, num)</w:t>
        <w:br/>
        <w:t xml:space="preserve">        max_sum = max(max_sum, current_sum)</w:t>
        <w:br/>
        <w:t xml:space="preserve">    return max_sumfunction maximumSubarraySum(nums) {</w:t>
        <w:br/>
        <w:t xml:space="preserve">  if (!nums || nums.length === 0) return 0;</w:t>
        <w:br/>
        <w:t xml:space="preserve">  // Set the sum variables to negative infinity to ensure negative sums can be considered.</w:t>
        <w:br/>
        <w:t xml:space="preserve">  let maxSum = -Infinity;</w:t>
        <w:br/>
        <w:t xml:space="preserve">  let currentSum = -Infinity;</w:t>
        <w:br/>
        <w:t xml:space="preserve">  // Iterate through the array to find the maximum subarray sum.</w:t>
        <w:br/>
        <w:t xml:space="preserve">  for (const num of nums) {</w:t>
        <w:br/>
        <w:t xml:space="preserve">    // Either add the current number to the existing running sum, or start a new</w:t>
        <w:br/>
        <w:t xml:space="preserve">    // subarray at the current number.</w:t>
        <w:br/>
        <w:t xml:space="preserve">    currentSum = Math.max(currentSum + num, num);</w:t>
        <w:br/>
        <w:t xml:space="preserve">    maxSum = Math.max(maxSum, currentSum);</w:t>
        <w:br/>
        <w:t xml:space="preserve">  }</w:t>
        <w:br/>
        <w:t xml:space="preserve">  return maxSum;</w:t>
        <w:br/>
        <w:t>}public int maximumSubarraySum(int[] nums) {</w:t>
        <w:br/>
        <w:t xml:space="preserve">    if (nums == null || nums.length == 0) return 0;</w:t>
        <w:br/>
        <w:t xml:space="preserve">    int maxSum = nums[0];</w:t>
        <w:br/>
        <w:t xml:space="preserve">    int currentSum = nums[0];</w:t>
        <w:br/>
        <w:t xml:space="preserve">    // Iterate through the array to find the maximum subarray sum.</w:t>
        <w:br/>
        <w:t xml:space="preserve">    for (int i = 1; i &lt; nums.length; i++) {</w:t>
        <w:br/>
        <w:t xml:space="preserve">        currentSum = Math.max(currentSum + nums[i], nums[i]);</w:t>
        <w:br/>
        <w:t xml:space="preserve">        maxSum = Math.max(maxSum, currentSum);</w:t>
        <w:br/>
        <w:t xml:space="preserve">    }</w:t>
        <w:br/>
        <w:t xml:space="preserve">    return maxSum;</w:t>
        <w:br/>
        <w:t>}</w:t>
      </w:r>
    </w:p>
    <w:p>
      <w:pPr>
        <w:pStyle w:val="Heading3"/>
        <w:spacing w:before="320" w:after="120"/>
      </w:pPr>
      <w:r>
        <w:t>Complexity Analysis</w:t>
      </w:r>
    </w:p>
    <w:p>
      <w:pPr>
        <w:spacing w:after="160" w:line="276" w:lineRule="auto"/>
      </w:pPr>
      <w:r>
        <w:t>Time complexity:The time complexity ofmaximum_subarray_sumisO(n)O(n)O(n)because we iterate through each element of the input array once.</w:t>
      </w:r>
    </w:p>
    <w:p>
      <w:pPr>
        <w:spacing w:after="160" w:line="276" w:lineRule="auto"/>
      </w:pPr>
      <w:r>
        <w:t>Space complexity:The space complexity isO(1)O(1)O(1).</w:t>
      </w:r>
    </w:p>
    <w:p>
      <w:pPr>
        <w:pStyle w:val="Heading2"/>
        <w:spacing w:before="320" w:after="120"/>
      </w:pPr>
      <w:r>
        <w:t>Intuition - DP</w:t>
      </w:r>
    </w:p>
    <w:p>
      <w:pPr>
        <w:spacing w:after="160" w:line="276" w:lineRule="auto"/>
      </w:pPr>
      <w:r>
        <w:t>Let’s discuss how we would approach this problem as we did with other DP problems in this chapter.</w:t>
      </w:r>
    </w:p>
    <w:p>
      <w:pPr>
        <w:spacing w:after="160" w:line="276" w:lineRule="auto"/>
      </w:pPr>
      <w:r>
        <w:t>An important observation is that every possible subarray ends at a certain index. This inversely means each index signifies the end of several subarrays, one of which will have the maximum subarray sum (shortened to “max subarray” moving forward) ending at that index.</w:t>
      </w:r>
    </w:p>
    <w:p>
      <w:pPr>
        <w:spacing w:after="160" w:line="276" w:lineRule="auto"/>
      </w:pPr>
      <w:r>
        <w:t>For example, we can see the max subarray that ends at index 3 below by considering all subarrays ending at index 3:</w:t>
      </w:r>
    </w:p>
    <w:p>
      <w:pPr>
        <w:spacing w:after="160" w:line="276" w:lineRule="auto"/>
      </w:pPr>
      <w:r>
        <w:t>So, how can we find the max subarray that ends at each index? Consider the last index of the array:</w:t>
      </w:r>
    </w:p>
    <w:p>
      <w:pPr>
        <w:spacing w:after="160" w:line="276" w:lineRule="auto"/>
      </w:pPr>
      <w:r>
        <w:t>One thing we know for sure is the max subarray ending at this index will definitely include the value at this index. We just need to determine if there are any elements to the left that also contribute to this max subarray. In other words, we need to find the max subarray that ends right before the last index:</w:t>
      </w:r>
    </w:p>
    <w:p>
      <w:pPr>
        <w:spacing w:after="160" w:line="276" w:lineRule="auto"/>
      </w:pPr>
      <w:r>
        <w:t>Another thing to consider is the possibility thatmax_subarray(i - 1)is negative. This would mean the max subarray should only consist of -9, as a further negative contribution will only decrease the sum. Therefore, the formula becomes:</w:t>
      </w:r>
    </w:p>
    <w:p>
      <w:pPr>
        <w:spacing w:before="160" w:after="160"/>
        <w:ind w:left="360"/>
      </w:pPr>
      <w:r>
        <w:rPr>
          <w:rFonts w:ascii="Consolas" w:hAnsi="Consolas"/>
          <w:color w:val="1E293B"/>
          <w:sz w:val="19"/>
        </w:rPr>
        <w:br/>
        <w:t>max_subarray(i) = max(max_subarray(i - 1) + nums[i], nums[i])</w:t>
        <w:br/>
      </w:r>
    </w:p>
    <w:p>
      <w:pPr>
        <w:spacing w:after="160" w:line="276" w:lineRule="auto"/>
      </w:pPr>
      <w:r>
        <w:t>As we see, this is arecurrence relationthat takes advantage of anoptimal substructure, where the max subarray at the current index depends on the max subarray at the previous index.</w:t>
      </w:r>
    </w:p>
    <w:p>
      <w:pPr>
        <w:spacing w:after="160" w:line="276" w:lineRule="auto"/>
      </w:pPr>
      <w:r>
        <w:t>This indicates we can solve this problem using DP. Translating the above recurrence relation to a DP formula gives us:</w:t>
      </w:r>
    </w:p>
    <w:p>
      <w:pPr>
        <w:spacing w:before="160" w:after="160"/>
        <w:ind w:left="360"/>
      </w:pPr>
      <w:r>
        <w:rPr>
          <w:rFonts w:ascii="Consolas" w:hAnsi="Consolas"/>
          <w:color w:val="1E293B"/>
          <w:sz w:val="19"/>
        </w:rPr>
        <w:br/>
        <w:t>dp[i] = max(dp[i - 1] + nums[i], nums[i])</w:t>
        <w:br/>
      </w:r>
    </w:p>
    <w:p>
      <w:pPr>
        <w:spacing w:after="160" w:line="276" w:lineRule="auto"/>
      </w:pPr>
      <w:r>
        <w:t>Now, let’s consider what the base case for this problem is.</w:t>
      </w:r>
    </w:p>
    <w:p>
      <w:pPr>
        <w:spacing w:after="160" w:line="276" w:lineRule="auto"/>
      </w:pPr>
      <w:r>
        <w:t>Base caseThe simplest subproblem occurs when we consider only the first element of the array (i.e., wheni = 0). When there’s only one element, there’s only one subarray. Therefore, we can setdp[0]tonums[0]as our base case.</w:t>
      </w:r>
    </w:p>
    <w:p>
      <w:pPr>
        <w:spacing w:after="160" w:line="276" w:lineRule="auto"/>
      </w:pPr>
      <w:r>
        <w:t>Populating the DP arrayWith the base case established, we can populate the rest of the DP array. Starting from index 1 and going up to indexn - 1, we calculate the maximum subarray sum ending at each index using the aforementioned recurrence relation.</w:t>
      </w:r>
    </w:p>
    <w:p>
      <w:pPr>
        <w:spacing w:after="160" w:line="276" w:lineRule="auto"/>
      </w:pPr>
      <w:r>
        <w:t>As we populate the DP array, we need to keep track of the maximum value in the DP array,max_sum, representing the largest sum of any subarray within the entire array. By the time we finish populating the DP array, we can just returnmax_sum.</w:t>
      </w:r>
    </w:p>
    <w:p>
      <w:pPr>
        <w:pStyle w:val="Heading2"/>
        <w:spacing w:before="320" w:after="120"/>
      </w:pPr>
      <w:r>
        <w:t>Implementation - DP</w:t>
      </w:r>
    </w:p>
    <w:p>
      <w:pPr>
        <w:spacing w:before="160" w:after="160"/>
        <w:ind w:left="360"/>
      </w:pPr>
      <w:r>
        <w:rPr>
          <w:rFonts w:ascii="Consolas" w:hAnsi="Consolas"/>
          <w:color w:val="1E293B"/>
          <w:sz w:val="19"/>
        </w:rPr>
        <w:t>PythonJavaScriptJavaCopyfrom typing import List</w:t>
        <w:br/>
        <w:t xml:space="preserve">    </w:t>
        <w:br/>
        <w:t>def maximum_subarray_sum_dp(nums: List[int]) -&gt; int:</w:t>
        <w:br/>
        <w:t xml:space="preserve">    n = len(nums)</w:t>
        <w:br/>
        <w:t xml:space="preserve">    if n == 0:</w:t>
        <w:br/>
        <w:t xml:space="preserve">        return 0</w:t>
        <w:br/>
        <w:t xml:space="preserve">    dp = [0] * n</w:t>
        <w:br/>
        <w:t xml:space="preserve">    # Base case: the maximum subarray sum of an array with just one element is that</w:t>
        <w:br/>
        <w:t xml:space="preserve">    # element.</w:t>
        <w:br/>
        <w:t xml:space="preserve">    dp[0] = nums[0]</w:t>
        <w:br/>
        <w:t xml:space="preserve">    max_sum = dp[0]</w:t>
        <w:br/>
        <w:t xml:space="preserve">    # Populate the rest of the DP array.</w:t>
        <w:br/>
        <w:t xml:space="preserve">    for i in range(1, n):</w:t>
        <w:br/>
        <w:t xml:space="preserve">        # Determine the maximum subarray sum ending at the current index.</w:t>
        <w:br/>
        <w:t xml:space="preserve">        dp[i] = max(dp[i - 1] + nums[i], nums[i])</w:t>
        <w:br/>
        <w:t xml:space="preserve">        max_sum = max(max_sum, dp[i])</w:t>
        <w:br/>
        <w:t xml:space="preserve">    return max_sumfunction maximumSubarraySumDp(nums) {</w:t>
        <w:br/>
        <w:t xml:space="preserve">  const n = nums.length;</w:t>
        <w:br/>
        <w:t xml:space="preserve">  if (n === 0) return 0;</w:t>
        <w:br/>
        <w:t xml:space="preserve">  const dp = new Array(n).fill(0);</w:t>
        <w:br/>
        <w:t xml:space="preserve">  // Base case: the maximum subarray sum of an array with just one element is that element.</w:t>
        <w:br/>
        <w:t xml:space="preserve">  dp[0] = nums[0];</w:t>
        <w:br/>
        <w:t xml:space="preserve">  let maxSum = dp[0];</w:t>
        <w:br/>
        <w:t xml:space="preserve">  // Populate the rest of the DP array.</w:t>
        <w:br/>
        <w:t xml:space="preserve">  for (let i = 1; i &lt; n; i++) {</w:t>
        <w:br/>
        <w:t xml:space="preserve">    // Determine the maximum subarray sum ending at the current index.</w:t>
        <w:br/>
        <w:t xml:space="preserve">    dp[i] = Math.max(dp[i - 1] + nums[i], nums[i]);</w:t>
        <w:br/>
        <w:t xml:space="preserve">    maxSum = Math.max(maxSum, dp[i]);</w:t>
        <w:br/>
        <w:t xml:space="preserve">  }</w:t>
        <w:br/>
        <w:t xml:space="preserve">  return maxSum;</w:t>
        <w:br/>
        <w:t>}public int maximumSubarraySumDp(int[] nums) {</w:t>
        <w:br/>
        <w:t xml:space="preserve">    int n = nums.length;</w:t>
        <w:br/>
        <w:t xml:space="preserve">    if (n == 0) return 0;</w:t>
        <w:br/>
        <w:t xml:space="preserve">    int[] dp = new int[n];</w:t>
        <w:br/>
        <w:t xml:space="preserve">    // Base case: the maximum subarray sum of an array with just one element is that element.</w:t>
        <w:br/>
        <w:t xml:space="preserve">    dp[0] = nums[0];</w:t>
        <w:br/>
        <w:t xml:space="preserve">    int maxSum = dp[0];</w:t>
        <w:br/>
        <w:t xml:space="preserve">    // Populate the rest of the DP array.</w:t>
        <w:br/>
        <w:t xml:space="preserve">    for (int i = 1; i &lt; n; i++) {</w:t>
        <w:br/>
        <w:t xml:space="preserve">        // Determine the maximum subarray sum ending at the current index.</w:t>
        <w:br/>
        <w:t xml:space="preserve">        dp[i] = Math.max(dp[i - 1] + nums[i], nums[i]);</w:t>
        <w:br/>
        <w:t xml:space="preserve">        maxSum = Math.max(maxSum, dp[i]);</w:t>
        <w:br/>
        <w:t xml:space="preserve">    }</w:t>
        <w:br/>
        <w:t xml:space="preserve">    return maxSum;</w:t>
        <w:br/>
        <w:t>}</w:t>
      </w:r>
    </w:p>
    <w:p>
      <w:pPr>
        <w:pStyle w:val="Heading3"/>
        <w:spacing w:before="320" w:after="120"/>
      </w:pPr>
      <w:r>
        <w:t>Complexity Analysis</w:t>
      </w:r>
    </w:p>
    <w:p>
      <w:pPr>
        <w:spacing w:after="160" w:line="276" w:lineRule="auto"/>
      </w:pPr>
      <w:r>
        <w:t>Time complexity:The time complexity ofmaximum_subarray_sum_dpisO(n)O(n)O(n)since we iterate throughnnnelements of the DP array.</w:t>
      </w:r>
    </w:p>
    <w:p>
      <w:pPr>
        <w:spacing w:after="160" w:line="276" w:lineRule="auto"/>
      </w:pPr>
      <w:r>
        <w:t>Space complexity:The space complexity isO(n)O(n)O(n)because we’re maintaining a DP array that containsnnnelements.</w:t>
      </w:r>
    </w:p>
    <w:p>
      <w:pPr>
        <w:pStyle w:val="Heading2"/>
        <w:spacing w:before="320" w:after="120"/>
      </w:pPr>
      <w:r>
        <w:t>Optimization</w:t>
      </w:r>
    </w:p>
    <w:p>
      <w:pPr>
        <w:spacing w:after="160" w:line="276" w:lineRule="auto"/>
      </w:pPr>
      <w:r>
        <w:t>An important thing to note is that in the DP solution, we only ever need to access the previous value of the DP array (ati - 1) to calculate the current value (ati). This means we don’t need to store the entire DP array.</w:t>
      </w:r>
    </w:p>
    <w:p>
      <w:pPr>
        <w:spacing w:after="160" w:line="276" w:lineRule="auto"/>
      </w:pPr>
      <w:r>
        <w:t>Instead, we can use a single variable to keep track of the current subarray sum and update this value to calculate the next subarray sum.</w:t>
      </w:r>
    </w:p>
    <w:p>
      <w:pPr>
        <w:spacing w:after="160" w:line="276" w:lineRule="auto"/>
      </w:pPr>
      <w:r>
        <w:t>This approach reduces the space complexity toO(1)O(1)O(1). The adjusted implementation of this can be seen below:</w:t>
      </w:r>
    </w:p>
    <w:p>
      <w:pPr>
        <w:spacing w:before="160" w:after="160"/>
        <w:ind w:left="360"/>
      </w:pPr>
      <w:r>
        <w:rPr>
          <w:rFonts w:ascii="Consolas" w:hAnsi="Consolas"/>
          <w:color w:val="1E293B"/>
          <w:sz w:val="19"/>
        </w:rPr>
        <w:t>PythonJavaScriptJavaCopyfrom typing import List</w:t>
        <w:br/>
        <w:t xml:space="preserve">    </w:t>
        <w:br/>
        <w:t>def maximum_subarray_sum_dp_optimized(nums: List[int]) -&gt; int:</w:t>
        <w:br/>
        <w:t xml:space="preserve">    n = len(nums)</w:t>
        <w:br/>
        <w:t xml:space="preserve">    if n == 0:</w:t>
        <w:br/>
        <w:t xml:space="preserve">        return 0</w:t>
        <w:br/>
        <w:t xml:space="preserve">    current_sum = nums[0]</w:t>
        <w:br/>
        <w:t xml:space="preserve">    max_sum = nums[0]</w:t>
        <w:br/>
        <w:t xml:space="preserve">    for i in range(1, n):</w:t>
        <w:br/>
        <w:t xml:space="preserve">        current_sum = max(nums[i], current_sum + nums[i])</w:t>
        <w:br/>
        <w:t xml:space="preserve">        max_sum = max(max_sum, current_sum)</w:t>
        <w:br/>
        <w:t xml:space="preserve">    return max_sumfunction maximumSubarraySumDpOptimized(nums) {</w:t>
        <w:br/>
        <w:t xml:space="preserve">  const n = nums.length;</w:t>
        <w:br/>
        <w:t xml:space="preserve">  if (n === 0) return 0;</w:t>
        <w:br/>
        <w:t xml:space="preserve">  let currentSum = nums[0];</w:t>
        <w:br/>
        <w:t xml:space="preserve">  let maxSum = nums[0];</w:t>
        <w:br/>
        <w:t xml:space="preserve">  for (let i = 1; i &lt; n; i++) {</w:t>
        <w:br/>
        <w:t xml:space="preserve">    currentSum = Math.max(nums[i], currentSum + nums[i]);</w:t>
        <w:br/>
        <w:t xml:space="preserve">    maxSum = Math.max(maxSum, currentSum);</w:t>
        <w:br/>
        <w:t xml:space="preserve">  }</w:t>
        <w:br/>
        <w:t xml:space="preserve">  return maxSum;</w:t>
        <w:br/>
        <w:t>}public int maximumSubarraySumDpOptimized(int[] nums) {</w:t>
        <w:br/>
        <w:t xml:space="preserve">    int n = nums.length;</w:t>
        <w:br/>
        <w:t xml:space="preserve">    if (n == 0) return 0;</w:t>
        <w:br/>
        <w:t xml:space="preserve">    int currentSum = nums[0];</w:t>
        <w:br/>
        <w:t xml:space="preserve">    int maxSum = nums[0];</w:t>
        <w:br/>
        <w:t xml:space="preserve">    for (int i = 1; i &lt; n; i++) {</w:t>
        <w:br/>
        <w:t xml:space="preserve">        currentSum = Math.max(nums[i], currentSum + nums[i]);</w:t>
        <w:br/>
        <w:t xml:space="preserve">        maxSum = Math.max(maxSum, currentSum);</w:t>
        <w:br/>
        <w:t xml:space="preserve">    }</w:t>
        <w:br/>
        <w:t xml:space="preserve">    return maxSum;</w:t>
        <w:br/>
        <w:t>}</w:t>
      </w:r>
    </w:p>
    <w:p>
      <w:pPr>
        <w:spacing w:after="160" w:line="276" w:lineRule="auto"/>
      </w:pPr>
      <w:r>
        <w:t>As we can see, we’ve ended up with an optimized DP solution that’s nearly identical to the solution we came up with in the first approach: Kadane’s algorithm.</w:t>
      </w:r>
    </w:p>
    <w:p>
      <w:r>
        <w:br w:type="page"/>
      </w:r>
    </w:p>
    <w:p>
      <w:pPr>
        <w:pStyle w:val="Heading1"/>
        <w:spacing w:before="480" w:after="280"/>
      </w:pPr>
      <w:r>
        <w:rPr>
          <w:b/>
          <w:color w:val="008A60"/>
          <w:sz w:val="28"/>
        </w:rPr>
        <w:t>Chapter 100</w:t>
        <w:br/>
      </w:r>
      <w:r>
        <w:rPr>
          <w:b/>
          <w:color w:val="0F172A"/>
          <w:sz w:val="40"/>
        </w:rPr>
        <w:t>0/1 Knapsack</w:t>
      </w:r>
    </w:p>
    <w:p>
      <w:pPr>
        <w:spacing w:before="160" w:after="160"/>
        <w:ind w:left="360"/>
      </w:pPr>
      <w:r>
        <w:rPr>
          <w:rFonts w:ascii="Consolas" w:hAnsi="Consolas"/>
          <w:color w:val="1E293B"/>
          <w:sz w:val="19"/>
        </w:rPr>
        <w:t>You are a thief planning to rob a store. However, you can only carry a knapsack with a maximum capacity of cap units. Each item (i) in the store has a weight (weights[i]) and a value (values[i]).Find the maximum total value of items you can carry in your knapsack.Example:ExampleCopyInput: cap = 7, weights = [5, 3, 4, 1], values = [70, 50, 40, 10]</w:t>
        <w:br/>
        <w:t>Output: 90</w:t>
        <w:br/>
        <w:t>Explanation: The most valuable combination of items that can fit in the knapsack together are items 1 and 2 . These items have a combined value of 50 + 40 = 90 and a total weight of 3 + 4 = 7 , which fits within the knapsack's capacity.</w:t>
      </w:r>
    </w:p>
    <w:p>
      <w:pPr>
        <w:pStyle w:val="Heading2"/>
        <w:spacing w:before="320" w:after="120"/>
      </w:pPr>
      <w:r>
        <w:t>Intuition</w:t>
      </w:r>
    </w:p>
    <w:p>
      <w:pPr>
        <w:spacing w:after="160" w:line="276" w:lineRule="auto"/>
      </w:pPr>
      <w:r>
        <w:t>For each item, we have two choices: include it in the knapsack, or exclude it. This binary decision is why this classic problem is called “0/1 Knapsack.”</w:t>
      </w:r>
    </w:p>
    <w:p>
      <w:pPr>
        <w:spacing w:after="160" w:line="276" w:lineRule="auto"/>
      </w:pPr>
      <w:r>
        <w:t>The brute force approach involves making this decision for every item. Since two choices can be made for each item, this results in2⋅2⋅2…2=2n2\cdot 2\cdot 2…2=2n2⋅2⋅2…2=2npossible combinations of choices. As we can see, generating all possible combinations is inefficient.</w:t>
      </w:r>
    </w:p>
    <w:p>
      <w:pPr>
        <w:spacing w:after="160" w:line="276" w:lineRule="auto"/>
      </w:pPr>
      <w:r>
        <w:t>A greedy solution that involves picking the most valuable items first isn’t a good choice either, as it doesn’t always lead to the optimal outcome, which we can see in the example below:</w:t>
      </w:r>
    </w:p>
    <w:p>
      <w:pPr>
        <w:spacing w:after="160" w:line="276" w:lineRule="auto"/>
      </w:pPr>
      <w:r>
        <w:t>So, let's approach this problem from a different angle. Consider the first item from the above item list (i = 0). What’s the most value we can attain with a knapsack of capacity 7, if we include this item? What about if we exclude this item? Let’s define the functionknapsack(i, cap)to represent the maximum value achievable with items starting from indexiand a knapsack capacity ofcap:</w:t>
      </w:r>
    </w:p>
    <w:p>
      <w:pPr>
        <w:spacing w:after="160" w:line="276" w:lineRule="auto"/>
      </w:pPr>
      <w:r>
        <w:t>We explore the implications of including or excluding this item, separately.</w:t>
      </w:r>
    </w:p>
    <w:p>
      <w:pPr>
        <w:spacing w:after="160" w:line="276" w:lineRule="auto"/>
      </w:pPr>
      <w:r>
        <w:t>Including item iPicking the first item gives a value of 70. This item weighs 5, so our knapsack now has a remaining capacity of 7 - 5 = 2. With an updated capacity of 2, what’s the optimal combination possible with the remaining items in our selection?</w:t>
      </w:r>
    </w:p>
    <w:p>
      <w:pPr>
        <w:spacing w:after="160" w:line="276" w:lineRule="auto"/>
      </w:pPr>
      <w:r>
        <w:t>This question leads us to realize that if we determine the maximum value that can be obtained from the remaining items (starting from index 1) with a knapsack capacity of 2, we can find the solution:</w:t>
      </w:r>
    </w:p>
    <w:p>
      <w:pPr>
        <w:spacing w:after="160" w:line="276" w:lineRule="auto"/>
      </w:pPr>
      <w:r>
        <w:t>We’ve identified that this case can be solved by solving a subproblem, which means we’re dealing with a problem that has anoptimal substructure.</w:t>
      </w:r>
    </w:p>
    <w:p>
      <w:pPr>
        <w:spacing w:after="160" w:line="276" w:lineRule="auto"/>
      </w:pPr>
      <w:r>
        <w:t>Therefore, we can generalize a recurrence relation for this case. Below, c denotes the remaining knapsack capacity we want to solve for (we give it a different name because it can be different to the initial value ofcap):</w:t>
      </w:r>
    </w:p>
    <w:p>
      <w:pPr>
        <w:spacing w:after="160" w:line="276" w:lineRule="auto"/>
      </w:pPr>
      <w:r>
        <w:t>If we include itemi, the most value we can get isvalues[i] + knapsack(i + 1, c - weights[i])</w:t>
      </w:r>
    </w:p>
    <w:p>
      <w:pPr>
        <w:spacing w:after="160" w:line="276" w:lineRule="auto"/>
      </w:pPr>
      <w:r>
        <w:t>Excluding itemiNow, let’s say we exclude item 0. This means our knapsack will maintain a capacity of 7. Here, the most value we can get is just from the maximum value from the rest of the items, with a knapsack of capacity 7:</w:t>
      </w:r>
    </w:p>
    <w:p>
      <w:pPr>
        <w:spacing w:after="160" w:line="276" w:lineRule="auto"/>
      </w:pPr>
      <w:r>
        <w:t>Again, this case can be solved by solving a subproblem:</w:t>
      </w:r>
    </w:p>
    <w:p>
      <w:pPr>
        <w:spacing w:after="160" w:line="276" w:lineRule="auto"/>
      </w:pPr>
      <w:r>
        <w:t>If we exclude itemi, the most value we can get isknapsack(i + 1, c).</w:t>
      </w:r>
    </w:p>
    <w:p>
      <w:pPr>
        <w:spacing w:after="160" w:line="276" w:lineRule="auto"/>
      </w:pPr>
      <w:r>
        <w:t>Now that we’ve established the recurrence relations for both cases (including and excluding itemi), we can combine them: the maximum value we can get from any selection of items is the larger value obtained from these two cases:</w:t>
      </w:r>
    </w:p>
    <w:p>
      <w:pPr>
        <w:spacing w:after="160" w:line="276" w:lineRule="auto"/>
      </w:pPr>
      <w:r>
        <w:t>knapsack(i, c)= max(include itemi, exclude itemi) =max(values[i] + knapsack(i + 1, c - weights[i]), knapsack(i + 1, c))</w:t>
      </w:r>
    </w:p>
    <w:p>
      <w:pPr>
        <w:spacing w:after="160" w:line="276" w:lineRule="auto"/>
      </w:pPr>
      <w:r>
        <w:t>One case we haven’t covered yet is the possibility the item does not fit in the knapsack. In this case, we have no choice but to exclude the item, resulting in a maximum value ofknapsack(i + 1, c), as discussed earlier.</w:t>
      </w:r>
    </w:p>
    <w:p>
      <w:pPr>
        <w:spacing w:after="160" w:line="276" w:lineRule="auto"/>
      </w:pPr>
      <w:r>
        <w:t>Dynamic programmingGiven this problem has anoptimal substructure, we can translate our recurrence relations directly into DP formulas:</w:t>
      </w:r>
    </w:p>
    <w:p>
      <w:pPr>
        <w:spacing w:before="160" w:after="160"/>
        <w:ind w:left="360"/>
      </w:pPr>
      <w:r>
        <w:rPr>
          <w:rFonts w:ascii="Consolas" w:hAnsi="Consolas"/>
          <w:color w:val="1E293B"/>
          <w:sz w:val="19"/>
        </w:rPr>
        <w:t>PythonJavaScriptJavaCopyif weights[i] &lt;= c: \# If item i fits in a knapsack of capacity c.</w:t>
        <w:br/>
        <w:t xml:space="preserve">    dp[i][c] = max(values[i] + dp[i + 1][c - weights[i]], dp[i + 1][c])</w:t>
        <w:br/>
        <w:t>else: \# If item i doesn't fit.</w:t>
        <w:br/>
        <w:t xml:space="preserve">    dp[i][c] = dp[i + 1][c]if (weights[i] &lt;= c) { // If item i fits in a knapsack of capacity c.</w:t>
        <w:br/>
        <w:t xml:space="preserve">  dp[i][c] = Math.max(values[i] + dp[i + 1][c - weights[i]], dp[i + 1][c]);</w:t>
        <w:br/>
        <w:t>} else { // If item i doesn't fit.</w:t>
        <w:br/>
        <w:t xml:space="preserve">  dp[i][c] = dp[i + 1][c];</w:t>
        <w:br/>
        <w:t>}if (weights[i] &lt;= c) { // If item i fits in a knapsack of capacity c.</w:t>
        <w:br/>
        <w:t xml:space="preserve">    dp[i][c] = Math.max(values[i] + dp[i + 1][c - weights[i]], dp[i + 1][c]);</w:t>
        <w:br/>
        <w:t>} else { // If item i doesn't fit.</w:t>
        <w:br/>
        <w:t xml:space="preserve">    dp[i][c] = dp[i + 1][c];</w:t>
        <w:br/>
        <w:t>}</w:t>
      </w:r>
    </w:p>
    <w:p>
      <w:pPr>
        <w:spacing w:after="160" w:line="276" w:lineRule="auto"/>
      </w:pPr>
      <w:r>
        <w:t>For clarity, there are two dimensions in our DP table:</w:t>
      </w:r>
    </w:p>
    <w:p>
      <w:pPr>
        <w:pStyle w:val="ListBullet"/>
      </w:pPr>
      <w:r>
        <w:t>One for the current item,i, represented by the rows of the DP table.</w:t>
      </w:r>
    </w:p>
    <w:p>
      <w:pPr>
        <w:pStyle w:val="ListBullet"/>
      </w:pPr>
      <w:r>
        <w:t>One for the current knapsack capacity,c, represented by the columns on the DP table.</w:t>
      </w:r>
    </w:p>
    <w:p>
      <w:pPr>
        <w:spacing w:after="160" w:line="276" w:lineRule="auto"/>
      </w:pPr>
      <w:r>
        <w:t>With this in mind, let’s think about what the base cases should be.</w:t>
      </w:r>
    </w:p>
    <w:p>
      <w:pPr>
        <w:spacing w:after="160" w:line="276" w:lineRule="auto"/>
      </w:pPr>
      <w:r>
        <w:t>Base casesThe simplest version of this problem is when there are no items in our selection, meaning the maximum value we can attain is 0. But which cells of the DP table represent this base case?</w:t>
      </w:r>
    </w:p>
    <w:p>
      <w:pPr>
        <w:spacing w:after="160" w:line="276" w:lineRule="auto"/>
      </w:pPr>
      <w:r>
        <w:t>We know that wheni = n - 1, only one item from the selection is being considered (wherendenotes the total number of items):</w:t>
      </w:r>
    </w:p>
    <w:p>
      <w:pPr>
        <w:spacing w:after="160" w:line="276" w:lineRule="auto"/>
      </w:pPr>
      <w:r>
        <w:t>This implies that wheni = n, no items are being considered. Therefore, we can populate the DP table usingdp[n][c] = 0for all c. The reasoni = 0isn’t the base case is becausei = 0encapsulates all items starting from index 0.</w:t>
      </w:r>
    </w:p>
    <w:p>
      <w:pPr>
        <w:spacing w:after="160" w:line="276" w:lineRule="auto"/>
      </w:pPr>
      <w:r>
        <w:t>Another subproblem we know the answer to isc = 0, since no items can fit in a knapsack of capacity 0. For this, we can populate the DP table usingdp[i][0] = 0for alli.</w:t>
      </w:r>
    </w:p>
    <w:p>
      <w:pPr>
        <w:spacing w:after="160" w:line="276" w:lineRule="auto"/>
      </w:pPr>
      <w:r>
        <w:t>Let’s draw the DP table with just the base case values, to get a better idea of what this looks like:</w:t>
      </w:r>
    </w:p>
    <w:p>
      <w:pPr>
        <w:spacing w:after="160" w:line="276" w:lineRule="auto"/>
      </w:pPr>
      <w:r>
        <w:t>As shown, the first column and last row are set to 0 for the base cases.</w:t>
      </w:r>
    </w:p>
    <w:p>
      <w:pPr>
        <w:spacing w:after="160" w:line="276" w:lineRule="auto"/>
      </w:pPr>
      <w:r>
        <w:t>Populating the DP tableWe populate the DP table starting from the smallest subproblems (excluding base cases). Specifically, this means starting from rowi = n - 1, where only the last item is considered, and ending ati = 0, where we consider all items. For each of these rows, we iterate through each possible knapsack capacity fromc = 1toc = cap.</w:t>
      </w:r>
    </w:p>
    <w:p>
      <w:pPr>
        <w:spacing w:after="160" w:line="276" w:lineRule="auto"/>
      </w:pPr>
      <w:r>
        <w:t>Once the DP table is populated, we returndp[0][cap], which stores the maximum value after all items and knapsack capacities are considered.</w:t>
      </w:r>
    </w:p>
    <w:p>
      <w:pPr>
        <w:pStyle w:val="Heading2"/>
        <w:spacing w:before="320" w:after="120"/>
      </w:pPr>
      <w:r>
        <w:t>Implementation</w:t>
      </w:r>
    </w:p>
    <w:p>
      <w:pPr>
        <w:spacing w:before="160" w:after="160"/>
        <w:ind w:left="360"/>
      </w:pPr>
      <w:r>
        <w:rPr>
          <w:rFonts w:ascii="Consolas" w:hAnsi="Consolas"/>
          <w:color w:val="1E293B"/>
          <w:sz w:val="19"/>
        </w:rPr>
        <w:t>PythonJavaScriptJavaCopyfrom typing import List</w:t>
        <w:br/>
        <w:t xml:space="preserve">    </w:t>
        <w:br/>
        <w:t>def knapsack(cap: int, weights: List[int], values: List[int]) -&gt; int:</w:t>
        <w:br/>
        <w:t xml:space="preserve">    n = len(values)</w:t>
        <w:br/>
        <w:t xml:space="preserve">    # Base case: Set the first column and last row to 0 by initializing the entire DP</w:t>
        <w:br/>
        <w:t xml:space="preserve">    # table to 0.</w:t>
        <w:br/>
        <w:t xml:space="preserve">    dp = [[0 for x in range(cap + 1)] for x in range(n + 1)]</w:t>
        <w:br/>
        <w:t xml:space="preserve">    # Populate the DP table.</w:t>
        <w:br/>
        <w:t xml:space="preserve">    for i in range(n - 1, -1, -1):</w:t>
        <w:br/>
        <w:t xml:space="preserve">        for c in range(1, cap + 1):</w:t>
        <w:br/>
        <w:t xml:space="preserve">           # If the item 'i' fits in the current knapsack capacity, the maximum</w:t>
        <w:br/>
        <w:t xml:space="preserve">           # value at 'dp[i][c]' is the largest of either:</w:t>
        <w:br/>
        <w:t xml:space="preserve">            # 1. The maximum value if we include item 'i'.</w:t>
        <w:br/>
        <w:t xml:space="preserve">            # 2. The maximum value if we exclude item 'i'.</w:t>
        <w:br/>
        <w:t xml:space="preserve">            if weights[i] &lt;= c:</w:t>
        <w:br/>
        <w:t xml:space="preserve">                dp[i][c] = max(values[i] + dp[i + 1][c - weights[i]], dp[i + 1][c])</w:t>
        <w:br/>
        <w:t xml:space="preserve">            # If it doesn't fit, we have to exclude it.</w:t>
        <w:br/>
        <w:t xml:space="preserve">            else:</w:t>
        <w:br/>
        <w:t xml:space="preserve">                dp[i][c] = dp[i + 1][c]</w:t>
        <w:br/>
        <w:t xml:space="preserve">    return dp[0][cap]function knapsack(cap, weights, values) {</w:t>
        <w:br/>
        <w:t xml:space="preserve">  const n = values.length;</w:t>
        <w:br/>
        <w:t xml:space="preserve">  // Base case: Set the first column and last row to 0 by initializing the entire DP</w:t>
        <w:br/>
        <w:t xml:space="preserve">  // table to 0.</w:t>
        <w:br/>
        <w:t xml:space="preserve">  const dp = Array.from({ length: n + 1 }, () =&gt; new Array(cap + 1).fill(0));</w:t>
        <w:br/>
        <w:t xml:space="preserve">  // Populate the DP table.</w:t>
        <w:br/>
        <w:t xml:space="preserve">  for (let i = n - 1; i &gt;= 0; i--) {</w:t>
        <w:br/>
        <w:t xml:space="preserve">    for (let c = 1; c &lt;= cap; c++) {</w:t>
        <w:br/>
        <w:t xml:space="preserve">      // If the item 'i' fits in the current knapsack capacity, the maximum</w:t>
        <w:br/>
        <w:t xml:space="preserve">      // value at 'dp[i][c]' is the largest of either including or excluding it.</w:t>
        <w:br/>
        <w:t xml:space="preserve">      if (weights[i] &lt;= c) {</w:t>
        <w:br/>
        <w:t xml:space="preserve">        dp[i][c] = Math.max(values[i] + dp[i + 1][c - weights[i]], dp[i + 1][c]);</w:t>
        <w:br/>
        <w:t xml:space="preserve">      } else {</w:t>
        <w:br/>
        <w:t xml:space="preserve">        dp[i][c] = dp[i + 1][c];</w:t>
        <w:br/>
        <w:t xml:space="preserve">      }</w:t>
        <w:br/>
        <w:t xml:space="preserve">    }</w:t>
        <w:br/>
        <w:t xml:space="preserve">  }</w:t>
        <w:br/>
        <w:t xml:space="preserve">  return dp[0][cap];</w:t>
        <w:br/>
        <w:t>}public int knapsack(int cap, int[] weights, int[] values) {</w:t>
        <w:br/>
        <w:t xml:space="preserve">    int n = values.length;</w:t>
        <w:br/>
        <w:t xml:space="preserve">    // Base case: Set the first column and last row to 0 by initializing the entire DP</w:t>
        <w:br/>
        <w:t xml:space="preserve">    // table to 0.</w:t>
        <w:br/>
        <w:t xml:space="preserve">    int[][] dp = new int[n + 1][cap + 1];</w:t>
        <w:br/>
        <w:t xml:space="preserve">    // Populate the DP table.</w:t>
        <w:br/>
        <w:t xml:space="preserve">    for (int i = n - 1; i &gt;= 0; i--) {</w:t>
        <w:br/>
        <w:t xml:space="preserve">        for (int c = 1; c &lt;= cap; c++) {</w:t>
        <w:br/>
        <w:t xml:space="preserve">            if (weights[i] &lt;= c) {</w:t>
        <w:br/>
        <w:t xml:space="preserve">                dp[i][c] = Math.max(values[i] + dp[i + 1][c - weights[i]], dp[i + 1][c]);</w:t>
        <w:br/>
        <w:t xml:space="preserve">            } else {</w:t>
        <w:br/>
        <w:t xml:space="preserve">                dp[i][c] = dp[i + 1][c];</w:t>
        <w:br/>
        <w:t xml:space="preserve">            }</w:t>
        <w:br/>
        <w:t xml:space="preserve">        }</w:t>
        <w:br/>
        <w:t xml:space="preserve">    }</w:t>
        <w:br/>
        <w:t xml:space="preserve">    return dp[0][cap];</w:t>
        <w:br/>
        <w:t>}</w:t>
      </w:r>
    </w:p>
    <w:p>
      <w:pPr>
        <w:pStyle w:val="Heading3"/>
        <w:spacing w:before="320" w:after="120"/>
      </w:pPr>
      <w:r>
        <w:t>Complexity Analysis</w:t>
      </w:r>
    </w:p>
    <w:p>
      <w:pPr>
        <w:spacing w:after="160" w:line="276" w:lineRule="auto"/>
      </w:pPr>
      <w:r>
        <w:t>Time complexity:The time complexity ofknapsackisO(n⋅cap)O(n\cdot cap)O(n⋅cap)because each cell of the DP table is populated once.</w:t>
      </w:r>
    </w:p>
    <w:p>
      <w:pPr>
        <w:spacing w:after="160" w:line="276" w:lineRule="auto"/>
      </w:pPr>
      <w:r>
        <w:t>Space complexity:The space complexity isO(n⋅cap)O(n\cdot cap)O(n⋅cap)because we're maintaining a DP table that stores(n+1)⋅(cap+1)(n+1)\cdot (cap+1)(n+1)⋅(cap+1)elements.</w:t>
      </w:r>
    </w:p>
    <w:p>
      <w:pPr>
        <w:pStyle w:val="Heading2"/>
        <w:spacing w:before="320" w:after="120"/>
      </w:pPr>
      <w:r>
        <w:t>Optimization</w:t>
      </w:r>
    </w:p>
    <w:p>
      <w:pPr>
        <w:spacing w:after="160" w:line="276" w:lineRule="auto"/>
      </w:pPr>
      <w:r>
        <w:t>We can optimize the solution by recognizing that, for each cell in the DP table, we only need access cells from the row below it.</w:t>
      </w:r>
    </w:p>
    <w:p>
      <w:pPr>
        <w:spacing w:after="160" w:line="276" w:lineRule="auto"/>
      </w:pPr>
      <w:r>
        <w:t>Therefore, we only need to maintain two rows:</w:t>
      </w:r>
    </w:p>
    <w:p>
      <w:pPr>
        <w:pStyle w:val="ListBullet"/>
      </w:pPr>
      <w:r>
        <w:t>curr_row: the current row being populated.</w:t>
      </w:r>
    </w:p>
    <w:p>
      <w:pPr>
        <w:pStyle w:val="ListBullet"/>
      </w:pPr>
      <w:r>
        <w:t>prev_row: the row below the current row.</w:t>
      </w:r>
    </w:p>
    <w:p>
      <w:pPr>
        <w:spacing w:after="160" w:line="276" w:lineRule="auto"/>
      </w:pPr>
      <w:r>
        <w:t>This effectively reduces the space complexity toO(cap)O(cap)O(cap). Below is the optimized code:</w:t>
      </w:r>
    </w:p>
    <w:p>
      <w:pPr>
        <w:spacing w:before="160" w:after="160"/>
        <w:ind w:left="360"/>
      </w:pPr>
      <w:r>
        <w:rPr>
          <w:rFonts w:ascii="Consolas" w:hAnsi="Consolas"/>
          <w:color w:val="1E293B"/>
          <w:sz w:val="19"/>
        </w:rPr>
        <w:t>PythonJavaScriptJavaCopyfrom typing import List</w:t>
        <w:br/>
        <w:t xml:space="preserve">    </w:t>
        <w:br/>
        <w:t>def knapsack_optimized(cap: int, weights: List[int], values: List[int]) -&gt; int:</w:t>
        <w:br/>
        <w:t xml:space="preserve">    n = len(values)</w:t>
        <w:br/>
        <w:t xml:space="preserve">    # Initialize 'prev_row' as the DP values of the row below the</w:t>
        <w:br/>
        <w:t xml:space="preserve">    # current row.</w:t>
        <w:br/>
        <w:t xml:space="preserve">    prev_row = [0] * (cap + 1)</w:t>
        <w:br/>
        <w:t xml:space="preserve">    for i in range(n - 1, -1, -1):</w:t>
        <w:br/>
        <w:t xml:space="preserve">        # Set the first cell of the 'curr_row' to 0 to set the base</w:t>
        <w:br/>
        <w:t xml:space="preserve">        # case for this row. This is done by initializing the entire</w:t>
        <w:br/>
        <w:t xml:space="preserve">        # row to 0.</w:t>
        <w:br/>
        <w:t xml:space="preserve">        curr_row = [0] * (cap + 1)</w:t>
        <w:br/>
        <w:t xml:space="preserve">        for c in range(1, cap + 1):</w:t>
        <w:br/>
        <w:t xml:space="preserve">            # If item 'i' fits in the current knapsack capacity, the</w:t>
        <w:br/>
        <w:t xml:space="preserve">            # maximum value at 'curr_row[c]' is the largest of either:</w:t>
        <w:br/>
        <w:t xml:space="preserve">            # 1. The maximum value if we include item 'i'.</w:t>
        <w:br/>
        <w:t xml:space="preserve">            # 2. The maximum value if we exclude item 'i'.</w:t>
        <w:br/>
        <w:t xml:space="preserve">            if weights[i] &lt;= c:</w:t>
        <w:br/>
        <w:t xml:space="preserve">                curr_row[c] = max(values[i] + prev_row[c - weights[i]],prev_row[c])</w:t>
        <w:br/>
        <w:t xml:space="preserve">            # If item 'i' doesn't fit, we exclude it.</w:t>
        <w:br/>
        <w:t xml:space="preserve">            else:</w:t>
        <w:br/>
        <w:t xml:space="preserve">                curr_row[c] = prev_row[c]</w:t>
        <w:br/>
        <w:t xml:space="preserve">        # Set 'prev_row' to 'curr_row' values for the next iteration.</w:t>
        <w:br/>
        <w:t xml:space="preserve">        prev_row = curr_row</w:t>
        <w:br/>
        <w:t xml:space="preserve">    return prev_row[cap]function knapsackOptimized(cap, weights, values) {</w:t>
        <w:br/>
        <w:t xml:space="preserve">  const n = values.length;</w:t>
        <w:br/>
        <w:t xml:space="preserve">  // Initialize 'prevRow' as the DP values of the row below the current row.</w:t>
        <w:br/>
        <w:t xml:space="preserve">  let prevRow = new Array(cap + 1).fill(0);</w:t>
        <w:br/>
        <w:t xml:space="preserve">  for (let i = n - 1; i &gt;= 0; i--) {</w:t>
        <w:br/>
        <w:t xml:space="preserve">    const currRow = new Array(cap + 1).fill(0);</w:t>
        <w:br/>
        <w:t xml:space="preserve">    for (let c = 1; c &lt;= cap; c++) {</w:t>
        <w:br/>
        <w:t xml:space="preserve">      if (weights[i] &lt;= c) {</w:t>
        <w:br/>
        <w:t xml:space="preserve">        currRow[c] = Math.max(values[i] + prevRow[c - weights[i]], prevRow[c]);</w:t>
        <w:br/>
        <w:t xml:space="preserve">      } else {</w:t>
        <w:br/>
        <w:t xml:space="preserve">        currRow[c] = prevRow[c];</w:t>
        <w:br/>
        <w:t xml:space="preserve">      }</w:t>
        <w:br/>
        <w:t xml:space="preserve">    }</w:t>
        <w:br/>
        <w:t xml:space="preserve">    prevRow = currRow;</w:t>
        <w:br/>
        <w:t xml:space="preserve">  }</w:t>
        <w:br/>
        <w:t xml:space="preserve">  return prevRow[cap];</w:t>
        <w:br/>
        <w:t>}public int knapsackOptimized(int cap, int[] weights, int[] values) {</w:t>
        <w:br/>
        <w:t xml:space="preserve">    int n = values.length;</w:t>
        <w:br/>
        <w:t xml:space="preserve">    int[] prevRow = new int[cap + 1];</w:t>
        <w:br/>
        <w:t xml:space="preserve">    for (int i = n - 1; i &gt;= 0; i--) {</w:t>
        <w:br/>
        <w:t xml:space="preserve">        int[] currRow = new int[cap + 1];</w:t>
        <w:br/>
        <w:t xml:space="preserve">        for (int c = 1; c &lt;= cap; c++) {</w:t>
        <w:br/>
        <w:t xml:space="preserve">            if (weights[i] &lt;= c) {</w:t>
        <w:br/>
        <w:t xml:space="preserve">                currRow[c] = Math.max(values[i] + prevRow[c - weights[i]], prevRow[c]);</w:t>
        <w:br/>
        <w:t xml:space="preserve">            } else {</w:t>
        <w:br/>
        <w:t xml:space="preserve">                currRow[c] = prevRow[c];</w:t>
        <w:br/>
        <w:t xml:space="preserve">            }</w:t>
        <w:br/>
        <w:t xml:space="preserve">        }</w:t>
        <w:br/>
        <w:t xml:space="preserve">        prevRow = currRow;</w:t>
        <w:br/>
        <w:t xml:space="preserve">    }</w:t>
        <w:br/>
        <w:t xml:space="preserve">    return prevRow[cap];</w:t>
        <w:br/>
        <w:t>}</w:t>
      </w:r>
    </w:p>
    <w:p>
      <w:r>
        <w:br w:type="page"/>
      </w:r>
    </w:p>
    <w:p>
      <w:pPr>
        <w:pStyle w:val="Heading1"/>
        <w:spacing w:before="480" w:after="280"/>
      </w:pPr>
      <w:r>
        <w:rPr>
          <w:b/>
          <w:color w:val="008A60"/>
          <w:sz w:val="28"/>
        </w:rPr>
        <w:t>Chapter 101</w:t>
        <w:br/>
      </w:r>
      <w:r>
        <w:rPr>
          <w:b/>
          <w:color w:val="0F172A"/>
          <w:sz w:val="40"/>
        </w:rPr>
        <w:t>Largest Square in a Matrix</w:t>
      </w:r>
    </w:p>
    <w:p>
      <w:pPr>
        <w:spacing w:before="160" w:after="160"/>
        <w:ind w:left="360"/>
      </w:pPr>
      <w:r>
        <w:rPr>
          <w:rFonts w:ascii="Consolas" w:hAnsi="Consolas"/>
          <w:color w:val="1E293B"/>
          <w:sz w:val="19"/>
        </w:rPr>
        <w:t>Determine the area of the largest square of 1's in a binary matrix.Example:ExampleCopyOutput: 9</w:t>
        <w:br/>
      </w:r>
    </w:p>
    <w:p>
      <w:pPr>
        <w:pStyle w:val="Heading2"/>
        <w:spacing w:before="320" w:after="120"/>
      </w:pPr>
      <w:r>
        <w:t>Intuition</w:t>
      </w:r>
    </w:p>
    <w:p>
      <w:pPr>
        <w:spacing w:after="160" w:line="276" w:lineRule="auto"/>
      </w:pPr>
      <w:r>
        <w:t>The brute force solution to this problem involves examining every possible submatrix within the given matrix to determine if it forms a square of 1s. This can be done by treating each cell as a potential top-left corner of a square, and checking all possible squares that extend from that cell. For each of these squares, we'll need to verify that all cells within the square are 1's. Repeating this process for each cell allows us to find the largest square. This process is quite inefficient, so let's explore alternatives.</w:t>
      </w:r>
    </w:p>
    <w:p>
      <w:pPr>
        <w:spacing w:after="160" w:line="276" w:lineRule="auto"/>
      </w:pPr>
      <w:r>
        <w:t>One important thing to understand is that squares contain smaller squares inside them. This indicates that subproblems might exist in this problem. Let's see if we can find what the subproblems are and how we can use them. Consider the following 6x6 matrix containing a 4×4 square of 1s:</w:t>
      </w:r>
    </w:p>
    <w:p>
      <w:pPr>
        <w:spacing w:after="160" w:line="276" w:lineRule="auto"/>
      </w:pPr>
      <w:r>
        <w:t>Let's say we're at cell (4, 4). We know just by looking at the matrix that a square of length 4 with all 1s ends at this cell, but what information would we need algorithmically to determine that this 4x4 exists? A key observation here is that there are three 3×3 squares around this cell:</w:t>
      </w:r>
    </w:p>
    <w:p>
      <w:pPr>
        <w:pStyle w:val="ListBullet"/>
      </w:pPr>
      <w:r>
        <w:t>one that ends directly to the left of the current cell (4, 3).</w:t>
      </w:r>
    </w:p>
    <w:p>
      <w:pPr>
        <w:pStyle w:val="ListBullet"/>
      </w:pPr>
      <w:r>
        <w:t>one that ends at the top-left diagonal of the current cell (3, 3).</w:t>
      </w:r>
    </w:p>
    <w:p>
      <w:pPr>
        <w:pStyle w:val="ListBullet"/>
      </w:pPr>
      <w:r>
        <w:t>one that ends directly above the current cell (3, 4).</w:t>
      </w:r>
    </w:p>
    <w:p>
      <w:pPr>
        <w:spacing w:after="160" w:line="276" w:lineRule="auto"/>
      </w:pPr>
      <w:r>
        <w:t>This more clearly highlights the existence of subproblems: the length of a square that ends at the current cell depends on the lengths of the squares that end at its left, top, and top-left neighboring cells.</w:t>
      </w:r>
    </w:p>
    <w:p>
      <w:pPr>
        <w:spacing w:after="160" w:line="276" w:lineRule="auto"/>
      </w:pPr>
      <w:r>
        <w:t>Let's consider a slightly different scenario, where this time, the input matrix contains one less 1, meaning there's no longer a 4×4 square of 1s:</w:t>
      </w:r>
    </w:p>
    <w:p>
      <w:pPr>
        <w:spacing w:after="160" w:line="276" w:lineRule="auto"/>
      </w:pPr>
      <w:r>
        <w:t>Let's see if our strategy of checking the three neighboring squares around the current cell (4, 4) changes at all here. Keep in mind that this time, the square that ends directly to the left of the current cell only has a length of 2. This means the square that ends at the current cell can, at most, have a length of 3, with 1 unit from the current cell and 2 units from the smallest neighboring square:</w:t>
      </w:r>
    </w:p>
    <w:p>
      <w:pPr>
        <w:spacing w:after="160" w:line="276" w:lineRule="auto"/>
      </w:pPr>
      <w:r>
        <w:t>This indicates that the length of the current square is restricted by the smallest of its three neighboring squares. We can express this as a recursive formula wherematrix[i][j]represents the value of the current cell, (i,j):</w:t>
      </w:r>
    </w:p>
    <w:p>
      <w:pPr>
        <w:spacing w:before="160" w:after="160"/>
        <w:ind w:left="360"/>
      </w:pPr>
      <w:r>
        <w:rPr>
          <w:rFonts w:ascii="Consolas" w:hAnsi="Consolas"/>
          <w:color w:val="1E293B"/>
          <w:sz w:val="19"/>
        </w:rPr>
        <w:br/>
        <w:t>if matrix[i][j] == 1: max_square(i, j) = 1 + min(max_square(i - 1, j), max_square(i - 1, j - 1), max_square(i, j - 1))</w:t>
        <w:br/>
      </w:r>
    </w:p>
    <w:p>
      <w:pPr>
        <w:spacing w:after="160" w:line="276" w:lineRule="auto"/>
      </w:pPr>
      <w:r>
        <w:t>We now have all the information we need. Given this problem has anoptimal substructure, we can translate the above recurrence relation directly into a DP formula.</w:t>
      </w:r>
    </w:p>
    <w:p>
      <w:pPr>
        <w:spacing w:before="160" w:after="160"/>
        <w:ind w:left="360"/>
      </w:pPr>
      <w:r>
        <w:rPr>
          <w:rFonts w:ascii="Consolas" w:hAnsi="Consolas"/>
          <w:color w:val="1E293B"/>
          <w:sz w:val="19"/>
        </w:rPr>
        <w:br/>
        <w:t>if matrix[i][j] == 1: dp[i][j] = 1 + min(dp[i - 1][j], dp[i - 1][j - 1], dp[i][j - 1])</w:t>
        <w:br/>
      </w:r>
    </w:p>
    <w:p>
      <w:pPr>
        <w:spacing w:after="160" w:line="276" w:lineRule="auto"/>
      </w:pPr>
      <w:r>
        <w:t>Now, let's think about what the base cases should be.</w:t>
      </w:r>
    </w:p>
    <w:p>
      <w:pPr>
        <w:spacing w:after="160" w:line="276" w:lineRule="auto"/>
      </w:pPr>
      <w:r>
        <w:t>Base casesWe knowdp[0][0]should be 1 ifmatrix[0][0]is 1 since the top-left cell can only have a square of length 1.</w:t>
      </w:r>
    </w:p>
    <w:p>
      <w:pPr>
        <w:spacing w:after="160" w:line="276" w:lineRule="auto"/>
      </w:pPr>
      <w:r>
        <w:t>What other base cases are there? Consider row 0 and column 0 of the matrix. These are special because the length of a square ending at any of these cells is at most 1.</w:t>
      </w:r>
    </w:p>
    <w:p>
      <w:pPr>
        <w:spacing w:after="160" w:line="276" w:lineRule="auto"/>
      </w:pPr>
      <w:r>
        <w:t>So, for the base cases, we can set all cells in row 0 and column 0 to 1 in our DP table, provided those cells in the original matrix are also 1:</w:t>
      </w:r>
    </w:p>
    <w:p>
      <w:pPr>
        <w:spacing w:after="160" w:line="276" w:lineRule="auto"/>
      </w:pPr>
      <w:r>
        <w:t>Populating the DP tableWe populate the DP table starting from the smallest subproblems (excluding the base cases). Specifically, with row 0 and column 0 populated, we begin by populating cell (1, 1) and work our way down to the last cell (m - 1,n - 1) row by row, wheremandnare the dimensions of the matrix:</w:t>
      </w:r>
    </w:p>
    <w:p>
      <w:pPr>
        <w:spacing w:after="160" w:line="276" w:lineRule="auto"/>
      </w:pPr>
      <w:r>
        <w:t>The largest value in the DP table represents the length of the largest square in our matrix. Therefore, we just need to track the maximum DP value (max_len) as we populate the table. Once done, we just returnmax_len^2, which represents the area of the largest square.</w:t>
      </w:r>
    </w:p>
    <w:p>
      <w:pPr>
        <w:pStyle w:val="Heading2"/>
        <w:spacing w:before="320" w:after="120"/>
      </w:pPr>
      <w:r>
        <w:t>Implementation</w:t>
      </w:r>
    </w:p>
    <w:p>
      <w:pPr>
        <w:spacing w:after="160" w:line="276" w:lineRule="auto"/>
      </w:pPr>
      <w:r>
        <w:t>In this implementation, it's possible to merge the base case handling with the code which populates the DP table. However, in an interview setting, code is often easier to understand when the base cases are defined separately, which is why they are implemented separately here.</w:t>
      </w:r>
    </w:p>
    <w:p>
      <w:pPr>
        <w:spacing w:before="160" w:after="160"/>
        <w:ind w:left="360"/>
      </w:pPr>
      <w:r>
        <w:rPr>
          <w:rFonts w:ascii="Consolas" w:hAnsi="Consolas"/>
          <w:color w:val="1E293B"/>
          <w:sz w:val="19"/>
        </w:rPr>
        <w:t>PythonJavaScriptJavaCopydef largest_square_in_a_matrix(matrix: List[List[int]]) -&gt; int:</w:t>
        <w:br/>
        <w:t xml:space="preserve">    if not matrix:</w:t>
        <w:br/>
        <w:t xml:space="preserve">        return 0</w:t>
        <w:br/>
        <w:t xml:space="preserve">    m, n = len(matrix), len(matrix[0])</w:t>
        <w:br/>
        <w:t xml:space="preserve">    dp = [[0] * n for _ in range(m)]</w:t>
        <w:br/>
        <w:t xml:space="preserve">    max_len = 0</w:t>
        <w:br/>
        <w:t xml:space="preserve">    # Base case: If a cell in row 0 is 1, the largest square ending there has a</w:t>
        <w:br/>
        <w:t xml:space="preserve">    # length of 1.</w:t>
        <w:br/>
        <w:t xml:space="preserve">    for j in range(n):</w:t>
        <w:br/>
        <w:t xml:space="preserve">        if matrix[0][j] == 1:</w:t>
        <w:br/>
        <w:t xml:space="preserve">            dp[0][j] = 1</w:t>
        <w:br/>
        <w:t xml:space="preserve">            max_len = 1</w:t>
        <w:br/>
        <w:t xml:space="preserve">    # Base case: If a cell in column 0 is 1, the largest square ending there has</w:t>
        <w:br/>
        <w:t xml:space="preserve">    # a length of 1.</w:t>
        <w:br/>
        <w:t xml:space="preserve">    for i in range(m):</w:t>
        <w:br/>
        <w:t xml:space="preserve">        if matrix[i][0] == 1:</w:t>
        <w:br/>
        <w:t xml:space="preserve">            dp[i][0] = 1</w:t>
        <w:br/>
        <w:t xml:space="preserve">            max_len = 1</w:t>
        <w:br/>
        <w:t xml:space="preserve">    # Populate the rest of the DP table.</w:t>
        <w:br/>
        <w:t xml:space="preserve">    for i in range(1, m):</w:t>
        <w:br/>
        <w:t xml:space="preserve">        for j in range(1, n):</w:t>
        <w:br/>
        <w:t xml:space="preserve">            if matrix[i][j] == 1:</w:t>
        <w:br/>
        <w:t xml:space="preserve">                # The length of the largest square ending here is determined by</w:t>
        <w:br/>
        <w:t xml:space="preserve">                # the smallest square ending at the neighboring cells (left,</w:t>
        <w:br/>
        <w:t xml:space="preserve">                # top-left, top), plus 1 to include this cell.</w:t>
        <w:br/>
        <w:t xml:space="preserve">                dp[i][j] = 1 + min(dp[i - 1][j], dp[i - 1][j - 1], dp[i][j - 1])</w:t>
        <w:br/>
        <w:t xml:space="preserve">            max_len = max(max_len, dp[i][j])</w:t>
        <w:br/>
        <w:t xml:space="preserve">    return max_len ** 2function largestSquareInAMatrix(matrix) {</w:t>
        <w:br/>
        <w:t xml:space="preserve">  if (!matrix || matrix.length === 0) return 0;</w:t>
        <w:br/>
        <w:t xml:space="preserve">  const m = matrix.length, n = matrix[0].length;</w:t>
        <w:br/>
        <w:t xml:space="preserve">  const dp = Array.from({ length: m }, () =&gt; new Array(n).fill(0));</w:t>
        <w:br/>
        <w:t xml:space="preserve">  let maxLen = 0;</w:t>
        <w:br/>
        <w:t xml:space="preserve">  // Base case: If a cell in row 0 is 1, the largest square ending there has a length of 1.</w:t>
        <w:br/>
        <w:t xml:space="preserve">  for (let j = 0; j &lt; n; j++) {</w:t>
        <w:br/>
        <w:t xml:space="preserve">    if (matrix[0][j] === 1) {</w:t>
        <w:br/>
        <w:t xml:space="preserve">      dp[0][j] = 1;</w:t>
        <w:br/>
        <w:t xml:space="preserve">      maxLen = 1;</w:t>
        <w:br/>
        <w:t xml:space="preserve">    }</w:t>
        <w:br/>
        <w:t xml:space="preserve">  }</w:t>
        <w:br/>
        <w:t xml:space="preserve">  // Base case: If a cell in column 0 is 1, the largest square ending there has a length of 1.</w:t>
        <w:br/>
        <w:t xml:space="preserve">  for (let i = 0; i &lt; m; i++) {</w:t>
        <w:br/>
        <w:t xml:space="preserve">    if (matrix[i][0] === 1) {</w:t>
        <w:br/>
        <w:t xml:space="preserve">      dp[i][0] = 1;</w:t>
        <w:br/>
        <w:t xml:space="preserve">      maxLen = 1;</w:t>
        <w:br/>
        <w:t xml:space="preserve">    }</w:t>
        <w:br/>
        <w:t xml:space="preserve">  }</w:t>
        <w:br/>
        <w:t xml:space="preserve">  // Populate the rest of the DP table.</w:t>
        <w:br/>
        <w:t xml:space="preserve">  for (let i = 1; i &lt; m; i++) {</w:t>
        <w:br/>
        <w:t xml:space="preserve">    for (let j = 1; j &lt; n; j++) {</w:t>
        <w:br/>
        <w:t xml:space="preserve">      if (matrix[i][j] === 1) {</w:t>
        <w:br/>
        <w:t xml:space="preserve">        dp[i][j] = 1 + Math.min(dp[i - 1][j], dp[i - 1][j - 1], dp[i][j - 1]);</w:t>
        <w:br/>
        <w:t xml:space="preserve">      }</w:t>
        <w:br/>
        <w:t xml:space="preserve">      maxLen = Math.max(maxLen, dp[i][j]);</w:t>
        <w:br/>
        <w:t xml:space="preserve">    }</w:t>
        <w:br/>
        <w:t xml:space="preserve">  }</w:t>
        <w:br/>
        <w:t xml:space="preserve">  return maxLen ** 2;</w:t>
        <w:br/>
        <w:t>}public int largestSquareInAMatrix(int[][] matrix) {</w:t>
        <w:br/>
        <w:t xml:space="preserve">    if (matrix == null || matrix.length == 0) return 0;</w:t>
        <w:br/>
        <w:t xml:space="preserve">    int m = matrix.length, n = matrix[0].length;</w:t>
        <w:br/>
        <w:t xml:space="preserve">    int[][] dp = new int[m][n];</w:t>
        <w:br/>
        <w:t xml:space="preserve">    int maxLen = 0;</w:t>
        <w:br/>
        <w:t xml:space="preserve">    for (int j = 0; j &lt; n; j++) {</w:t>
        <w:br/>
        <w:t xml:space="preserve">        if (matrix[0][j] == 1) {</w:t>
        <w:br/>
        <w:t xml:space="preserve">            dp[0][j] = 1;</w:t>
        <w:br/>
        <w:t xml:space="preserve">            maxLen = 1;</w:t>
        <w:br/>
        <w:t xml:space="preserve">        }</w:t>
        <w:br/>
        <w:t xml:space="preserve">    }</w:t>
        <w:br/>
        <w:t xml:space="preserve">    for (int i = 0; i &lt; m; i++) {</w:t>
        <w:br/>
        <w:t xml:space="preserve">        if (matrix[i][0] == 1) {</w:t>
        <w:br/>
        <w:t xml:space="preserve">            dp[i][0] = 1;</w:t>
        <w:br/>
        <w:t xml:space="preserve">            maxLen = 1;</w:t>
        <w:br/>
        <w:t xml:space="preserve">        }</w:t>
        <w:br/>
        <w:t xml:space="preserve">    }</w:t>
        <w:br/>
        <w:t xml:space="preserve">    for (int i = 1; i &lt; m; i++) {</w:t>
        <w:br/>
        <w:t xml:space="preserve">        for (int j = 1; j &lt; n; j++) {</w:t>
        <w:br/>
        <w:t xml:space="preserve">            if (matrix[i][j] == 1) {</w:t>
        <w:br/>
        <w:t xml:space="preserve">                dp[i][j] = 1 + Math.min(dp[i - 1][j], Math.min(dp[i - 1][j - 1], dp[i][j - 1]));</w:t>
        <w:br/>
        <w:t xml:space="preserve">            }</w:t>
        <w:br/>
        <w:t xml:space="preserve">            maxLen = Math.max(maxLen, dp[i][j]);</w:t>
        <w:br/>
        <w:t xml:space="preserve">        }</w:t>
        <w:br/>
        <w:t xml:space="preserve">    }</w:t>
        <w:br/>
        <w:t xml:space="preserve">    return maxLen * maxLen;</w:t>
        <w:br/>
        <w:t>}</w:t>
      </w:r>
    </w:p>
    <w:p>
      <w:pPr>
        <w:pStyle w:val="Heading3"/>
        <w:spacing w:before="320" w:after="120"/>
      </w:pPr>
      <w:r>
        <w:t>Complexity Analysis</w:t>
      </w:r>
    </w:p>
    <w:p>
      <w:pPr>
        <w:spacing w:after="160" w:line="276" w:lineRule="auto"/>
      </w:pPr>
      <w:r>
        <w:t>Time complexity:The time complexity oflargest_square_in_a_matrixisO(m⋅n)O(m\cdot n)O(m⋅n)because each cell of the DP table is populated once.</w:t>
      </w:r>
    </w:p>
    <w:p>
      <w:pPr>
        <w:spacing w:after="160" w:line="276" w:lineRule="auto"/>
      </w:pPr>
      <w:r>
        <w:t>Space complexity:The space complexity isO(m⋅n)O(m\cdot n)O(m⋅n)since we're maintaining a 2D DP table that hasm⋅nm\cdot nm⋅nelements.</w:t>
      </w:r>
    </w:p>
    <w:p>
      <w:pPr>
        <w:pStyle w:val="Heading2"/>
        <w:spacing w:before="320" w:after="120"/>
      </w:pPr>
      <w:r>
        <w:t>Optimization</w:t>
      </w:r>
    </w:p>
    <w:p>
      <w:pPr>
        <w:spacing w:after="160" w:line="276" w:lineRule="auto"/>
      </w:pPr>
      <w:r>
        <w:t>We can optimize our solution by realizing that, for each cell in the DP table, we only need to access the cell directly above it, the cell to its left, and the top-left diagonal cell.</w:t>
      </w:r>
    </w:p>
    <w:p>
      <w:pPr>
        <w:pStyle w:val="ListBullet"/>
      </w:pPr>
      <w:r>
        <w:t>To get the cell above it or the top-left diagonal cell, we only need access to the previous row.</w:t>
      </w:r>
    </w:p>
    <w:p>
      <w:pPr>
        <w:pStyle w:val="ListBullet"/>
      </w:pPr>
      <w:r>
        <w:t>To get the cell to its left, we just need to look at the cell to the left of the current cell in the same row we're populating.</w:t>
      </w:r>
    </w:p>
    <w:p>
      <w:pPr>
        <w:spacing w:after="160" w:line="276" w:lineRule="auto"/>
      </w:pPr>
      <w:r>
        <w:t>Therefore, we only need to maintain two rows:</w:t>
      </w:r>
    </w:p>
    <w:p>
      <w:pPr>
        <w:pStyle w:val="ListBullet"/>
      </w:pPr>
      <w:r>
        <w:t>prev_row: the previous row.</w:t>
      </w:r>
    </w:p>
    <w:p>
      <w:pPr>
        <w:pStyle w:val="ListBullet"/>
      </w:pPr>
      <w:r>
        <w:t>curr_row: the current row being populated.</w:t>
      </w:r>
    </w:p>
    <w:p>
      <w:pPr>
        <w:spacing w:after="160" w:line="276" w:lineRule="auto"/>
      </w:pPr>
      <w:r>
        <w:t>This effectively reduces the space complexity toO(m)O(m)O(m). Below is the optimized code:</w:t>
      </w:r>
    </w:p>
    <w:p>
      <w:pPr>
        <w:spacing w:before="160" w:after="160"/>
        <w:ind w:left="360"/>
      </w:pPr>
      <w:r>
        <w:rPr>
          <w:rFonts w:ascii="Consolas" w:hAnsi="Consolas"/>
          <w:color w:val="1E293B"/>
          <w:sz w:val="19"/>
        </w:rPr>
        <w:t>PythonJavaScriptJavaCopydef largest_square_in_a_matrix_optimized(matrix: List[List[int]]) -&gt; int:</w:t>
        <w:br/>
        <w:t xml:space="preserve">    if not matrix:</w:t>
        <w:br/>
        <w:t xml:space="preserve">        return 0</w:t>
        <w:br/>
        <w:t xml:space="preserve">    m, n = len(matrix), len(matrix[0])</w:t>
        <w:br/>
        <w:t xml:space="preserve">    prev_row = [0] * n</w:t>
        <w:br/>
        <w:t xml:space="preserve">    max_len = 0</w:t>
        <w:br/>
        <w:t xml:space="preserve">    # Iterate through the matrix.</w:t>
        <w:br/>
        <w:t xml:space="preserve">    for i in range(m):</w:t>
        <w:br/>
        <w:t xml:space="preserve">        curr_row = [0] * n</w:t>
        <w:br/>
        <w:t xml:space="preserve">        for j in range(n):</w:t>
        <w:br/>
        <w:t xml:space="preserve">            # Base cases: if we're in row 0 or column 0, the largest square ending</w:t>
        <w:br/>
        <w:t xml:space="preserve">            # here has a length of 1. This can be set by using the value in the</w:t>
        <w:br/>
        <w:t xml:space="preserve">            # input matrix.</w:t>
        <w:br/>
        <w:t xml:space="preserve">            if i == 0 or j == 0:</w:t>
        <w:br/>
        <w:t xml:space="preserve">                curr_row[j] = matrix[i][j]</w:t>
        <w:br/>
        <w:t xml:space="preserve">            else:</w:t>
        <w:br/>
        <w:t xml:space="preserve">                if matrix[i][j] == 1:</w:t>
        <w:br/>
        <w:t xml:space="preserve">                      # curr_row[j] = 1 + min(left, top-left, top)</w:t>
        <w:br/>
        <w:t xml:space="preserve">                    curr_row[j] = 1 + min(curr_row[j - 1], prev_row[j - 1], prev_row[j])</w:t>
        <w:br/>
        <w:t xml:space="preserve">            max_len = max(max_len, curr_row[j])</w:t>
        <w:br/>
        <w:t xml:space="preserve">        # Update 'prev_row' with 'curr_row' values for the next iteration.</w:t>
        <w:br/>
        <w:t xml:space="preserve">        prev_row, curr_row = curr_row, [0] * n</w:t>
        <w:br/>
        <w:t xml:space="preserve">    return max_len ** 2function largestSquareInAMatrixOptimized(matrix) {</w:t>
        <w:br/>
        <w:t xml:space="preserve">  if (!matrix || matrix.length === 0) return 0;</w:t>
        <w:br/>
        <w:t xml:space="preserve">  const m = matrix.length, n = matrix[0].length;</w:t>
        <w:br/>
        <w:t xml:space="preserve">  let prevRow = new Array(n).fill(0);</w:t>
        <w:br/>
        <w:t xml:space="preserve">  let maxLen = 0;</w:t>
        <w:br/>
        <w:t xml:space="preserve">  for (let i = 0; i &lt; m; i++) {</w:t>
        <w:br/>
        <w:t xml:space="preserve">    let currRow = new Array(n).fill(0);</w:t>
        <w:br/>
        <w:t xml:space="preserve">    for (let j = 0; j &lt; n; j++) {</w:t>
        <w:br/>
        <w:t xml:space="preserve">      if (i === 0 || j === 0) {</w:t>
        <w:br/>
        <w:t xml:space="preserve">        currRow[j] = matrix[i][j];</w:t>
        <w:br/>
        <w:t xml:space="preserve">      } else if (matrix[i][j] === 1) {</w:t>
        <w:br/>
        <w:t xml:space="preserve">        currRow[j] = 1 + Math.min(currRow[j - 1], prevRow[j - 1], prevRow[j]);</w:t>
        <w:br/>
        <w:t xml:space="preserve">      }</w:t>
        <w:br/>
        <w:t xml:space="preserve">      maxLen = Math.max(maxLen, currRow[j]);</w:t>
        <w:br/>
        <w:t xml:space="preserve">    }</w:t>
        <w:br/>
        <w:t xml:space="preserve">    prevRow = currRow;</w:t>
        <w:br/>
        <w:t xml:space="preserve">  }</w:t>
        <w:br/>
        <w:t xml:space="preserve">  return maxLen ** 2;</w:t>
        <w:br/>
        <w:t>}public int largestSquareInAMatrixOptimized(int[][] matrix) {</w:t>
        <w:br/>
        <w:t xml:space="preserve">    if (matrix == null || matrix.length == 0) return 0;</w:t>
        <w:br/>
        <w:t xml:space="preserve">    int m = matrix.length, n = matrix[0].length;</w:t>
        <w:br/>
        <w:t xml:space="preserve">    int[] prevRow = new int[n];</w:t>
        <w:br/>
        <w:t xml:space="preserve">    int maxLen = 0;</w:t>
        <w:br/>
        <w:t xml:space="preserve">    for (int i = 0; i &lt; m; i++) {</w:t>
        <w:br/>
        <w:t xml:space="preserve">        int[] currRow = new int[n];</w:t>
        <w:br/>
        <w:t xml:space="preserve">        for (int j = 0; j &lt; n; j++) {</w:t>
        <w:br/>
        <w:t xml:space="preserve">            if (i == 0 || j == 0) {</w:t>
        <w:br/>
        <w:t xml:space="preserve">                currRow[j] = matrix[i][j];</w:t>
        <w:br/>
        <w:t xml:space="preserve">            } else if (matrix[i][j] == 1) {</w:t>
        <w:br/>
        <w:t xml:space="preserve">                currRow[j] = 1 + Math.min(currRow[j - 1], Math.min(prevRow[j - 1], prevRow[j]));</w:t>
        <w:br/>
        <w:t xml:space="preserve">            }</w:t>
        <w:br/>
        <w:t xml:space="preserve">            maxLen = Math.max(maxLen, currRow[j]);</w:t>
        <w:br/>
        <w:t xml:space="preserve">        }</w:t>
        <w:br/>
        <w:t xml:space="preserve">        prevRow = currRow;</w:t>
        <w:br/>
        <w:t xml:space="preserve">    }</w:t>
        <w:br/>
        <w:t xml:space="preserve">    return maxLen * maxLen;</w:t>
        <w:br/>
        <w:t>}</w:t>
      </w:r>
    </w:p>
    <w:p>
      <w:r>
        <w:br w:type="page"/>
      </w:r>
    </w:p>
    <w:p>
      <w:pPr>
        <w:pStyle w:val="Heading1"/>
        <w:spacing w:before="480" w:after="280"/>
      </w:pPr>
      <w:r>
        <w:rPr>
          <w:b/>
          <w:color w:val="008A60"/>
          <w:sz w:val="28"/>
        </w:rPr>
        <w:t>Chapter 102</w:t>
        <w:br/>
      </w:r>
      <w:r>
        <w:rPr>
          <w:b/>
          <w:color w:val="0F172A"/>
          <w:sz w:val="40"/>
        </w:rPr>
        <w:t>Introduction to Greedy Algorithms</w:t>
      </w:r>
    </w:p>
    <w:p>
      <w:pPr>
        <w:pStyle w:val="Heading2"/>
        <w:spacing w:before="320" w:after="120"/>
      </w:pPr>
      <w:r>
        <w:t>Intuition</w:t>
      </w:r>
    </w:p>
    <w:p>
      <w:pPr>
        <w:spacing w:after="160" w:line="276" w:lineRule="auto"/>
      </w:pPr>
      <w:r>
        <w:t>Greedy algorithms are a class of algorithms that make a series of decisions, where each decision is the best immediate choice given the options available. To understand this, let’s dive into an analogy.</w:t>
      </w:r>
    </w:p>
    <w:p>
      <w:pPr>
        <w:spacing w:after="160" w:line="276" w:lineRule="auto"/>
      </w:pPr>
      <w:r>
        <w:t>Imagine you're planning a road trip from city A to city E, and you want to visit cities B, C, and D along the way:</w:t>
      </w:r>
    </w:p>
    <w:p>
      <w:pPr>
        <w:spacing w:after="160" w:line="276" w:lineRule="auto"/>
      </w:pPr>
      <w:r>
        <w:t>You want the fastest route for this journey, so you aim to optimize the route. One option is to check every possible route to see which one takes the least amount of time to drive through, but this approach is quite time consuming.</w:t>
      </w:r>
    </w:p>
    <w:p>
      <w:pPr>
        <w:spacing w:after="160" w:line="276" w:lineRule="auto"/>
      </w:pPr>
      <w:r>
        <w:t>Instead, you decide to take the route with the shortest duration at each leg of the trip, understanding that it will result in the quickest journey:</w:t>
      </w:r>
    </w:p>
    <w:p>
      <w:pPr>
        <w:spacing w:after="160" w:line="276" w:lineRule="auto"/>
      </w:pPr>
      <w:r>
        <w:t>This is effectively a greedy approach to the problem, where you choose the best option at each step, aiming to find the best solution overall.</w:t>
      </w:r>
    </w:p>
    <w:p>
      <w:pPr>
        <w:spacing w:after="160" w:line="276" w:lineRule="auto"/>
      </w:pPr>
      <w:r>
        <w:t>How does a greedy algorithm work?More formally, a greedy algorithm follows thegreedy choice property, which states that the best overall solution to a problem (global optimum) can be arrived at by making the best possible decision at each step (local optimum).</w:t>
      </w:r>
    </w:p>
    <w:p>
      <w:pPr>
        <w:spacing w:after="160" w:line="276" w:lineRule="auto"/>
      </w:pPr>
      <w:r>
        <w:t>Each decision is made based only on the current context, and ignores its impact on future steps. This process continues until the algorithm reaches a final solution.</w:t>
      </w:r>
    </w:p>
    <w:p>
      <w:pPr>
        <w:spacing w:after="160" w:line="276" w:lineRule="auto"/>
      </w:pPr>
      <w:r>
        <w:t>How to tell if a problem can be solved using a greedy approachGreedy approaches are generally used for optimization problems, similar to DP. This means we check if the problem has anoptimal substructurewhich can be broken down and solved by smaller subproblems.</w:t>
      </w:r>
    </w:p>
    <w:p>
      <w:pPr>
        <w:spacing w:after="160" w:line="276" w:lineRule="auto"/>
      </w:pPr>
      <w:r>
        <w:t>The key difference between DP and greedy approaches is their decision-making strategies. Greedy algorithms follow the greedy choice property, while DP considers all possible solutions to find the global optimum. It’s generally the case that all greedy problems can be solved using DP,but not all DP problems can be solved using a greedy approach.</w:t>
      </w:r>
    </w:p>
    <w:p>
      <w:pPr>
        <w:pStyle w:val="Heading2"/>
        <w:spacing w:before="320" w:after="120"/>
      </w:pPr>
      <w:r>
        <w:t>Real-world Example</w:t>
      </w:r>
    </w:p>
    <w:p>
      <w:pPr>
        <w:spacing w:after="160" w:line="276" w:lineRule="auto"/>
      </w:pPr>
      <w:r>
        <w:t>Huffman coding in data compression:Huffman coding is an algorithm that assigns variable-length codes to input characters based on their frequencies, with the most frequent characters getting the shortest codes. The goal is to minimize the overall size of the encoded data. The greedy approach works by always combining the two least frequent characters first (local optimum), ensuring that each step reduces the size of the overall encoding (global optimum). This method is widely used in file compression formats like ZIP, and media compression standards like JPEG.</w:t>
      </w:r>
    </w:p>
    <w:p>
      <w:pPr>
        <w:pStyle w:val="Heading2"/>
        <w:spacing w:before="320" w:after="120"/>
      </w:pPr>
      <w:r>
        <w:t>Chapter Outline</w:t>
      </w:r>
    </w:p>
    <w:p>
      <w:pPr>
        <w:spacing w:after="160" w:line="276" w:lineRule="auto"/>
      </w:pPr>
      <w:r>
        <w:t>It’s impractical to provide a one-size-fits-all framework for solving greedy problems because each one is unique. Instead, this chapter explores a variety of unique situations in which a problem can be solved using the greedy choice property to provide a general understanding of how this property works.</w:t>
      </w:r>
    </w:p>
    <w:p>
      <w:r>
        <w:br w:type="page"/>
      </w:r>
    </w:p>
    <w:p>
      <w:pPr>
        <w:pStyle w:val="Heading1"/>
        <w:spacing w:before="480" w:after="280"/>
      </w:pPr>
      <w:r>
        <w:rPr>
          <w:b/>
          <w:color w:val="008A60"/>
          <w:sz w:val="28"/>
        </w:rPr>
        <w:t>Chapter 103</w:t>
        <w:br/>
      </w:r>
      <w:r>
        <w:rPr>
          <w:b/>
          <w:color w:val="0F172A"/>
          <w:sz w:val="40"/>
        </w:rPr>
        <w:t>Jump to the End</w:t>
      </w:r>
    </w:p>
    <w:p>
      <w:pPr>
        <w:spacing w:before="160" w:after="160"/>
        <w:ind w:left="360"/>
      </w:pPr>
      <w:r>
        <w:rPr>
          <w:rFonts w:ascii="Consolas" w:hAnsi="Consolas"/>
          <w:color w:val="1E293B"/>
          <w:sz w:val="19"/>
        </w:rPr>
        <w:t>You are given an integer array in which you're originally positioned at index 0. Each number in the array represents the maximum jump distance from the current index. Determine if it's possible to reach the end of the array.Example 1:ExampleCopyInput: nums = [3, 2, 0, 2, 5]</w:t>
        <w:br/>
        <w:t>Output: True</w:t>
        <w:br/>
        <w:t>Example 2:ExampleCopyInput: nums = [2, 1, 0, 3]</w:t>
        <w:br/>
        <w:t>Output: False</w:t>
        <w:br/>
        <w:t>Constraints:</w:t>
        <w:br/>
        <w:t>There is at least one element in nums.</w:t>
        <w:br/>
        <w:t>All integers in nums are non-negative integers.</w:t>
        <w:br/>
      </w:r>
    </w:p>
    <w:p>
      <w:pPr>
        <w:pStyle w:val="Heading2"/>
        <w:spacing w:before="320" w:after="120"/>
      </w:pPr>
      <w:r>
        <w:t>Intuition</w:t>
      </w:r>
    </w:p>
    <w:p>
      <w:pPr>
        <w:spacing w:after="160" w:line="276" w:lineRule="auto"/>
      </w:pPr>
      <w:r>
        <w:t>From any indexiin the array, we can jump up tonums[i]positions to the right. This means the furthest index we can reach from any given indexi, isi + nums[i]:</w:t>
      </w:r>
    </w:p>
    <w:p>
      <w:pPr>
        <w:spacing w:after="160" w:line="276" w:lineRule="auto"/>
      </w:pPr>
      <w:r>
        <w:t>If the array consisted entirely of positive numbers, jumping from index 0 to the last index would be straightforward, as there would always be a way to progress forward toward the last index. The challenge arises when we encounter a 0 in the array, as a 0 is effectively a dead end, since landing on it disallows any further movement.</w:t>
      </w:r>
    </w:p>
    <w:p>
      <w:pPr>
        <w:spacing w:after="160" w:line="276" w:lineRule="auto"/>
      </w:pPr>
      <w:r>
        <w:t>Consider the example below:</w:t>
      </w:r>
    </w:p>
    <w:p>
      <w:pPr>
        <w:spacing w:after="160" w:line="276" w:lineRule="auto"/>
      </w:pPr>
      <w:r>
        <w:t>Let’s think about this problem backward. Our destination is the last index, index 4, but let’s say we’ve already made it there. How did we reach this index? In this example, it’s possible to make it to index 4 from index 3:</w:t>
      </w:r>
    </w:p>
    <w:p>
      <w:pPr>
        <w:spacing w:after="160" w:line="276" w:lineRule="auto"/>
      </w:pPr>
      <w:r>
        <w:t>This means that if we find a way to reach index 3, we know for sure we can make it to index 4. The key observation here is thatif we can reach the last index from any earlier index, this earlier index becomes our new destination.</w:t>
      </w:r>
    </w:p>
    <w:p>
      <w:pPr>
        <w:spacing w:after="160" w:line="276" w:lineRule="auto"/>
      </w:pPr>
      <w:r>
        <w:t>With this in mind, let’s go through this example in full, starting with the last index as our initial destination:</w:t>
      </w:r>
    </w:p>
    <w:p>
      <w:pPr>
        <w:spacing w:after="160" w:line="276" w:lineRule="auto"/>
      </w:pPr>
      <w:r>
        <w:t>To find earlier indexes that can reach the destination, let’s move backward through the array, starting at index 3. As we do this for each index, we check if we can reach the current destination from this index. If we can, this index becomes the new destination. We do this by checking if it's possible to jump to the destination from this index:</w:t>
      </w:r>
    </w:p>
    <w:p>
      <w:pPr>
        <w:spacing w:before="160" w:after="160"/>
        <w:ind w:left="360"/>
      </w:pPr>
      <w:r>
        <w:rPr>
          <w:rFonts w:ascii="Consolas" w:hAnsi="Consolas"/>
          <w:color w:val="1E293B"/>
          <w:sz w:val="19"/>
        </w:rPr>
        <w:br/>
        <w:t>if i + nums[i] ≥ destination, we can jump to destination from index i.</w:t>
        <w:br/>
      </w:r>
    </w:p>
    <w:p>
      <w:pPr>
        <w:spacing w:after="160" w:line="276" w:lineRule="auto"/>
      </w:pPr>
      <w:r>
        <w:t>With the destination at index 3, let’s continue moving backward through the array.</w:t>
      </w:r>
    </w:p>
    <w:p>
      <w:pPr>
        <w:spacing w:after="160" w:line="276" w:lineRule="auto"/>
      </w:pPr>
      <w:r>
        <w:t>Now, we’re at index 2. Below, we see we cannot reach the destination from index 2, so the destination is not updated.</w:t>
      </w:r>
    </w:p>
    <w:p>
      <w:pPr>
        <w:spacing w:after="160" w:line="276" w:lineRule="auto"/>
      </w:pPr>
      <w:r>
        <w:t>Continue with this logic for the remaining numbers in the array:</w:t>
      </w:r>
    </w:p>
    <w:p>
      <w:pPr>
        <w:spacing w:after="160" w:line="276" w:lineRule="auto"/>
      </w:pPr>
      <w:r>
        <w:t>Finally, we see that once we’ve finished iterating through each index, the destination is set to index 0. This means we've successfully found a way to jump to the end from index 0.</w:t>
      </w:r>
    </w:p>
    <w:p>
      <w:pPr>
        <w:spacing w:after="160" w:line="276" w:lineRule="auto"/>
      </w:pPr>
      <w:r>
        <w:t>Therefore, wereturn true whendestination == 0. Otherwise, we cannot reach the destination from index 0, so we return false.</w:t>
      </w:r>
    </w:p>
    <w:p>
      <w:pPr>
        <w:spacing w:after="160" w:line="276" w:lineRule="auto"/>
      </w:pPr>
      <w:r>
        <w:t>An interesting aspect of this approach is that as soon as we find an indexifrom where we can reach the destination, we update the destination to that index and assume that this is the correct decision:</w:t>
      </w:r>
    </w:p>
    <w:p>
      <w:pPr>
        <w:spacing w:after="160" w:line="276" w:lineRule="auto"/>
      </w:pPr>
      <w:r>
        <w:t>The thing is, there can sometimes be multiple indexes which can reach the destination. So, how do we know that choosing the first valid index we encounter from the right is the best choice?</w:t>
      </w:r>
    </w:p>
    <w:p>
      <w:pPr>
        <w:spacing w:after="160" w:line="276" w:lineRule="auto"/>
      </w:pPr>
      <w:r>
        <w:t>The key to understanding why is realizing thatall the other indexes which can reach the destination can also reach this first valid index:</w:t>
      </w:r>
    </w:p>
    <w:p>
      <w:pPr>
        <w:spacing w:after="160" w:line="276" w:lineRule="auto"/>
      </w:pPr>
      <w:r>
        <w:t>Therefore, by choosing the first valid index, we effectively simplify our problem without missing any potential solutions.</w:t>
      </w:r>
    </w:p>
    <w:p>
      <w:pPr>
        <w:spacing w:after="160" w:line="276" w:lineRule="auto"/>
      </w:pPr>
      <w:r>
        <w:t>This is indicative of agreedy solution; since the greedy choice property is satisfied, we make the best immediate choice at each step as we move backward through the array (local optimums), hoping it leads to the overall solution (global optimum).</w:t>
      </w:r>
    </w:p>
    <w:p>
      <w:pPr>
        <w:pStyle w:val="Heading2"/>
        <w:spacing w:before="320" w:after="120"/>
      </w:pPr>
      <w:r>
        <w:t>Implementation</w:t>
      </w:r>
    </w:p>
    <w:p>
      <w:pPr>
        <w:spacing w:before="160" w:after="160"/>
        <w:ind w:left="360"/>
      </w:pPr>
      <w:r>
        <w:rPr>
          <w:rFonts w:ascii="Consolas" w:hAnsi="Consolas"/>
          <w:color w:val="1E293B"/>
          <w:sz w:val="19"/>
        </w:rPr>
        <w:t>PythonJavaScriptJavaCopyfrom typing import List</w:t>
        <w:br/>
        <w:t xml:space="preserve">    </w:t>
        <w:br/>
        <w:t>def jump_to_the_end(nums: List[int]) -&gt; bool:</w:t>
        <w:br/>
        <w:t xml:space="preserve">    # Set the initial destination to the last index in the array.</w:t>
        <w:br/>
        <w:t xml:space="preserve">    destination = len(nums) - 1</w:t>
        <w:br/>
        <w:t xml:space="preserve">    # Traverse the array in reverse to see if the destination can be reached by</w:t>
        <w:br/>
        <w:t xml:space="preserve">    # earlier indexes.</w:t>
        <w:br/>
        <w:t xml:space="preserve">    for i in range(len(nums) - 1, -1, -1):</w:t>
        <w:br/>
        <w:t xml:space="preserve">        # If we can reach the destination from the current index, set this index as</w:t>
        <w:br/>
        <w:t xml:space="preserve">        # the new destination.</w:t>
        <w:br/>
        <w:t xml:space="preserve">        if i + nums[i] &gt;= destination:</w:t>
        <w:br/>
        <w:t xml:space="preserve">            destination = i</w:t>
        <w:br/>
        <w:t xml:space="preserve">    # If the destination is index 0, we can jump to the end from index 0.</w:t>
        <w:br/>
        <w:t xml:space="preserve">    return destination == 0function jumpToTheEnd(nums) {</w:t>
        <w:br/>
        <w:t xml:space="preserve">  // Set the initial destination to the last index in the array.</w:t>
        <w:br/>
        <w:t xml:space="preserve">  let destination = nums.length - 1;</w:t>
        <w:br/>
        <w:t xml:space="preserve">  // Traverse the array in reverse to see if the destination can be reached by earlier indexes.</w:t>
        <w:br/>
        <w:t xml:space="preserve">  for (let i = nums.length - 1; i &gt;= 0; i--) {</w:t>
        <w:br/>
        <w:t xml:space="preserve">    // If we can reach the destination from the current index, set this index as the new destination.</w:t>
        <w:br/>
        <w:t xml:space="preserve">    if (i + nums[i] &gt;= destination) {</w:t>
        <w:br/>
        <w:t xml:space="preserve">      destination = i;</w:t>
        <w:br/>
        <w:t xml:space="preserve">    }</w:t>
        <w:br/>
        <w:t xml:space="preserve">  }</w:t>
        <w:br/>
        <w:t xml:space="preserve">  // If the destination is index 0, we can jump to the end from index 0.</w:t>
        <w:br/>
        <w:t xml:space="preserve">  return destination === 0;</w:t>
        <w:br/>
        <w:t>}public boolean jumpToTheEnd(int[] nums) {</w:t>
        <w:br/>
        <w:t xml:space="preserve">    // Set the initial destination to the last index in the array.</w:t>
        <w:br/>
        <w:t xml:space="preserve">    int destination = nums.length - 1;</w:t>
        <w:br/>
        <w:t xml:space="preserve">    // Traverse the array in reverse to see if the destination can be reached by earlier indexes.</w:t>
        <w:br/>
        <w:t xml:space="preserve">    for (int i = nums.length - 1; i &gt;= 0; i--) {</w:t>
        <w:br/>
        <w:t xml:space="preserve">        // If we can reach the destination from the current index, set this index as the new destination.</w:t>
        <w:br/>
        <w:t xml:space="preserve">        if (i + nums[i] &gt;= destination) {</w:t>
        <w:br/>
        <w:t xml:space="preserve">            destination = i;</w:t>
        <w:br/>
        <w:t xml:space="preserve">        }</w:t>
        <w:br/>
        <w:t xml:space="preserve">    }</w:t>
        <w:br/>
        <w:t xml:space="preserve">    // If the destination is index 0, we can jump to the end from index 0.</w:t>
        <w:br/>
        <w:t xml:space="preserve">    return destination == 0;</w:t>
        <w:br/>
        <w:t>}</w:t>
      </w:r>
    </w:p>
    <w:p>
      <w:pPr>
        <w:pStyle w:val="Heading3"/>
        <w:spacing w:before="320" w:after="120"/>
      </w:pPr>
      <w:r>
        <w:t>Complexity Analysis</w:t>
      </w:r>
    </w:p>
    <w:p>
      <w:pPr>
        <w:spacing w:after="160" w:line="276" w:lineRule="auto"/>
      </w:pPr>
      <w:r>
        <w:t>Time complexity:The time complexity ofjump_to_the_endisO(n)O(n)O(n), wherennndenotes the length of the array. This is because we iterate through each element ofnumsin reverse order.</w:t>
      </w:r>
    </w:p>
    <w:p>
      <w:pPr>
        <w:spacing w:after="160" w:line="276" w:lineRule="auto"/>
      </w:pPr>
      <w:r>
        <w:t>Space complexity:The space complexity isO(1)O(1)O(1).</w:t>
      </w:r>
    </w:p>
    <w:p>
      <w:r>
        <w:br w:type="page"/>
      </w:r>
    </w:p>
    <w:p>
      <w:pPr>
        <w:pStyle w:val="Heading1"/>
        <w:spacing w:before="480" w:after="280"/>
      </w:pPr>
      <w:r>
        <w:rPr>
          <w:b/>
          <w:color w:val="008A60"/>
          <w:sz w:val="28"/>
        </w:rPr>
        <w:t>Chapter 104</w:t>
        <w:br/>
      </w:r>
      <w:r>
        <w:rPr>
          <w:b/>
          <w:color w:val="0F172A"/>
          <w:sz w:val="40"/>
        </w:rPr>
        <w:t>Gas Stations</w:t>
      </w:r>
    </w:p>
    <w:p>
      <w:pPr>
        <w:spacing w:before="160" w:after="160"/>
        <w:ind w:left="360"/>
      </w:pPr>
      <w:r>
        <w:rPr>
          <w:rFonts w:ascii="Consolas" w:hAnsi="Consolas"/>
          <w:color w:val="1E293B"/>
          <w:sz w:val="19"/>
        </w:rPr>
        <w:t>There's a circular route which contains gas stations. At each station, you can fill your car with a certain amount of gas, and moving from that station to the next one consumes some fuel.Find the index of the gas station you would need to start at, in order to complete the circuit without running out of gas. Assume your car starts with an empty tank. If it's not possible to complete the circuit, return -1. If it's possible, assume only one solution exists.Example:ExampleCopyInput: gas = [2, 5, 1, 3], cost = [3, 2, 1, 4]</w:t>
        <w:br/>
        <w:t>Output: 1</w:t>
        <w:br/>
        <w:t>Explanation:Start at station 1: gain 5 gas (tank = 5), costs 2 gas to go to station 2 (tank = 3).</w:t>
        <w:br/>
        <w:t>At station 2: gain 1 gas (tank = 4), costs 1 gas to go to station 2 (tank = 3).</w:t>
        <w:br/>
        <w:t>At station 3: gain 3 gas (tank = 6), costs 4 gas to go to station 3 (tank = 2).</w:t>
        <w:br/>
        <w:t>At station 0: gain 2 gas (tank = 4), costs 3 gas to go to station 1 (tank = 1).</w:t>
        <w:br/>
        <w:t>We started and finished the circuit at station 1 without running out of gas.</w:t>
      </w:r>
    </w:p>
    <w:p>
      <w:pPr>
        <w:pStyle w:val="Heading2"/>
        <w:spacing w:before="320" w:after="120"/>
      </w:pPr>
      <w:r>
        <w:t>Intuition</w:t>
      </w:r>
    </w:p>
    <w:p>
      <w:pPr>
        <w:spacing w:after="160" w:line="276" w:lineRule="auto"/>
      </w:pPr>
      <w:r>
        <w:t>Before deciding which gas station to start with, let's first determine if it's even possible to complete the circuit with the total amount of gas available.</w:t>
      </w:r>
    </w:p>
    <w:p>
      <w:pPr>
        <w:spacing w:after="160" w:line="276" w:lineRule="auto"/>
      </w:pPr>
      <w:r>
        <w:t>Total gas vs total costCase 1:sum(gas) &lt; sum(cost):The first thing to realize is if the total gas is less than the total cost,it's impossible to complete the circuit. No matter where we start, we'll run out of gas before completing the circuit. So, in this situation, we should return -1.</w:t>
      </w:r>
    </w:p>
    <w:p>
      <w:pPr>
        <w:spacing w:after="160" w:line="276" w:lineRule="auto"/>
      </w:pPr>
      <w:r>
        <w:t>Case 2:sum(gas) ≥ sum(cost):Now, let's consider the more interesting case where the total travel cost is less than or equal to the total amount of gas available.</w:t>
      </w:r>
    </w:p>
    <w:p>
      <w:pPr>
        <w:spacing w:after="160" w:line="276" w:lineRule="auto"/>
      </w:pPr>
      <w:r>
        <w:t>Here's a potential hypothesis:</w:t>
      </w:r>
    </w:p>
    <w:p>
      <w:pPr>
        <w:spacing w:after="160" w:line="276" w:lineRule="auto"/>
      </w:pPr>
      <w:r>
        <w:t>Since there's enough total gas to cover the total cost of travel, there must be a start point in the circuit that allows us to complete it without ever running out of gas.</w:t>
      </w:r>
    </w:p>
    <w:p>
      <w:pPr>
        <w:spacing w:after="160" w:line="276" w:lineRule="auto"/>
      </w:pPr>
      <w:r>
        <w:t>It's tough to confirm this hypothesis without examining an example, so let's dive into one.</w:t>
      </w:r>
    </w:p>
    <w:p>
      <w:pPr>
        <w:spacing w:after="160" w:line="276" w:lineRule="auto"/>
      </w:pPr>
      <w:r>
        <w:t>Finding a start pointConsider the following example wheresum(gas) &gt; sum(cost):</w:t>
      </w:r>
    </w:p>
    <w:p>
      <w:pPr>
        <w:spacing w:after="160" w:line="276" w:lineRule="auto"/>
      </w:pPr>
      <w:r>
        <w:t>We don't necessarily need to consider the gas and cost separately. At any stationi, we collectgas[i]and consumecost[i]to move to the next station. We can consider both at the same time by getting the difference between these values, which provides the net gas gained or lost at each station:</w:t>
      </w:r>
    </w:p>
    <w:p>
      <w:pPr>
        <w:spacing w:after="160" w:line="276" w:lineRule="auto"/>
      </w:pPr>
      <w:r>
        <w:t>Let's start at station 0 with an empty gas tank and see how far we can go. The net gas at this station is positive (1), which means we have enough gas to reach the next station. Let's add 1 to our tank:</w:t>
      </w:r>
    </w:p>
    <w:p>
      <w:pPr>
        <w:spacing w:after="160" w:line="276" w:lineRule="auto"/>
      </w:pPr>
      <w:r>
        <w:t>Note that indexirefers to the current gas station, whereas start refers to the gas station we started from.</w:t>
      </w:r>
    </w:p>
    <w:p>
      <w:pPr>
        <w:spacing w:after="160" w:line="276" w:lineRule="auto"/>
      </w:pPr>
      <w:r>
        <w:t>At station 1, we encounter the same situation:</w:t>
      </w:r>
    </w:p>
    <w:p>
      <w:pPr>
        <w:spacing w:after="160" w:line="276" w:lineRule="auto"/>
      </w:pPr>
      <w:r>
        <w:t>At station 2, our tank falls below 0, indicating we don't have enough gas to make it to the next station:</w:t>
      </w:r>
    </w:p>
    <w:p>
      <w:pPr>
        <w:spacing w:after="160" w:line="276" w:lineRule="auto"/>
      </w:pPr>
      <w:r>
        <w:t>This means we cannot start our journey at station 0. Should we go back and try station 1? The key observation here is that if we didn't have enough gas to get from station 0 to station 3, we also wouldn't have enough if we started at any other station before station 3:</w:t>
      </w:r>
    </w:p>
    <w:p>
      <w:pPr>
        <w:spacing w:after="160" w:line="276" w:lineRule="auto"/>
      </w:pPr>
      <w:r>
        <w:t>This is a general rule:</w:t>
      </w:r>
    </w:p>
    <w:p>
      <w:pPr>
        <w:spacing w:after="160" w:line="276" w:lineRule="auto"/>
      </w:pPr>
      <w:r>
        <w:t>Let's try to understand why. If we only just ran out of gas right before reaching station b, this means our tank maintained a non-negative amount of gas until station b:</w:t>
      </w:r>
    </w:p>
    <w:p>
      <w:pPr>
        <w:spacing w:after="160" w:line="276" w:lineRule="auto"/>
      </w:pPr>
      <w:r>
        <w:t>Consequently, starting anywhere else before station b will result in us missing a non-negative amount of gas from the previous stations. Therefore, starting at any of these in-between stations doesn't allow us to progress to station b.</w:t>
      </w:r>
    </w:p>
    <w:p>
      <w:pPr>
        <w:spacing w:after="160" w:line="276" w:lineRule="auto"/>
      </w:pPr>
      <w:r>
        <w:t>Back to our example. Let's now try resetting our tank to 0 and restarting at station 3 (ati + 1), since we just discussed how starting at stations 0 toidoesn't work:</w:t>
      </w:r>
    </w:p>
    <w:p>
      <w:pPr>
        <w:spacing w:after="160" w:line="276" w:lineRule="auto"/>
      </w:pPr>
      <w:r>
        <w:t>We continue until we reach a point where we cannot proceed to the next station:</w:t>
      </w:r>
    </w:p>
    <w:p>
      <w:pPr>
        <w:spacing w:after="160" w:line="276" w:lineRule="auto"/>
      </w:pPr>
      <w:r>
        <w:t>As we can see, we ran out of gas at station 5, which means we can't start from stations 3 to 5, either. So, let's try restarting at station 6.</w:t>
      </w:r>
    </w:p>
    <w:p>
      <w:pPr>
        <w:spacing w:after="160" w:line="276" w:lineRule="auto"/>
      </w:pPr>
      <w:r>
        <w:t>After resetting the tank to 0, let's continue traveling through the stations:</w:t>
      </w:r>
    </w:p>
    <w:p>
      <w:pPr>
        <w:spacing w:after="160" w:line="276" w:lineRule="auto"/>
      </w:pPr>
      <w:r>
        <w:t>We've reached the end of the array. Should we go back to the start of the array to check if starting from station 6 allows us to complete the circuit? Or is reaching the end from station 6 enough to finish the circuit? Let's look into this.</w:t>
      </w:r>
    </w:p>
    <w:p>
      <w:pPr>
        <w:spacing w:after="160" w:line="276" w:lineRule="auto"/>
      </w:pPr>
      <w:r>
        <w:t>Proving we have enough gas to complete the circuit after reaching the end of the arrayWe can determine this via a proof by contradiction. If the gas we have by the end of the array is not enough, that means no solution exists: no station at which we could start in order to complete the circuit. This implies that no matter where we start, we will hit a deficit (i.e., a point where our tank falls below 0) before completing the circuit.</w:t>
      </w:r>
    </w:p>
    <w:p>
      <w:pPr>
        <w:spacing w:after="160" w:line="276" w:lineRule="auto"/>
      </w:pPr>
      <w:r>
        <w:t>Consider a segment of the circuit where we run into a deficit:</w:t>
      </w:r>
    </w:p>
    <w:p>
      <w:pPr>
        <w:spacing w:after="160" w:line="276" w:lineRule="auto"/>
      </w:pPr>
      <w:r>
        <w:t>We learned earlier that we cannot start at any station between a and b (inclusive)</w:t>
        <w:br/>
        <w:t>without running into a deficit. So, we can characterize this entire segment as having</w:t>
        <w:br/>
        <w:t>less total gas than the total cost required to travel through it.</w:t>
      </w:r>
    </w:p>
    <w:p>
      <w:pPr>
        <w:spacing w:after="160" w:line="276" w:lineRule="auto"/>
      </w:pPr>
      <w:r>
        <w:t>After concluding that we cannot start anywhere from stations a to b, we decide to restart at the next station after b, which represents the start of the next segment. Keep in mind that since there is no solution in this proof, every segment in the circuit will end with a deficit:</w:t>
      </w:r>
    </w:p>
    <w:p>
      <w:pPr>
        <w:spacing w:after="160" w:line="276" w:lineRule="auto"/>
      </w:pPr>
      <w:r>
        <w:t>This means each of these segments has less total gas than total cost. Therefore, for there to be no starting point,sum(gas)would have to be less thansum(cost).</w:t>
      </w:r>
    </w:p>
    <w:p>
      <w:pPr>
        <w:spacing w:after="160" w:line="276" w:lineRule="auto"/>
      </w:pPr>
      <w:r>
        <w:t>However, we know thatsum(gas) ≥ sum(cost), confirmingthere must be a valid start point that allows us to complete the circuit.</w:t>
      </w:r>
    </w:p>
    <w:p>
      <w:pPr>
        <w:spacing w:after="160" w:line="276" w:lineRule="auto"/>
      </w:pPr>
      <w:r>
        <w:t>Therefore, in our example, we can confirm that station 6 is the answer for the following reasons.</w:t>
      </w:r>
    </w:p>
    <w:p>
      <w:pPr>
        <w:pStyle w:val="ListBullet"/>
      </w:pPr>
      <w:r>
        <w:t>sum(gas) ≥ sum(cost)implies that a solution must exist.</w:t>
      </w:r>
    </w:p>
    <w:p>
      <w:pPr>
        <w:pStyle w:val="ListBullet"/>
      </w:pPr>
      <w:r>
        <w:t>We confirmed that starting anywhere before station 6 will result in us running into a deficit.</w:t>
      </w:r>
    </w:p>
    <w:p>
      <w:pPr>
        <w:pStyle w:val="ListBullet"/>
      </w:pPr>
      <w:r>
        <w:t>We didn't encounter any deficit from station 6 to the last station in the array.</w:t>
      </w:r>
    </w:p>
    <w:p>
      <w:pPr>
        <w:spacing w:after="160" w:line="276" w:lineRule="auto"/>
      </w:pPr>
      <w:r>
        <w:t>So, we just need to return start, which is station 6 in our example.</w:t>
      </w:r>
    </w:p>
    <w:p>
      <w:pPr>
        <w:spacing w:after="160" w:line="276" w:lineRule="auto"/>
      </w:pPr>
      <w:r>
        <w:t>This is considered agreedy solutionbecause we assume the first station we encounter that doesn't run into a deficit by the end of our array, is the start point that allows us to complete the circuit without testing every possible station in the array as the start point. The locally optimal choices (moving forward when possible, resetting when encountering a deficit) lead to the globally optimal solution (finding the correct starting point).</w:t>
      </w:r>
    </w:p>
    <w:p>
      <w:pPr>
        <w:pStyle w:val="Heading2"/>
        <w:spacing w:before="320" w:after="120"/>
      </w:pPr>
      <w:r>
        <w:t>Implementation</w:t>
      </w:r>
    </w:p>
    <w:p>
      <w:pPr>
        <w:spacing w:before="160" w:after="160"/>
        <w:ind w:left="360"/>
      </w:pPr>
      <w:r>
        <w:rPr>
          <w:rFonts w:ascii="Consolas" w:hAnsi="Consolas"/>
          <w:color w:val="1E293B"/>
          <w:sz w:val="19"/>
        </w:rPr>
        <w:t>PythonJavaScriptJavaCopyfrom typing import List</w:t>
        <w:br/>
        <w:t xml:space="preserve">    </w:t>
        <w:br/>
        <w:t>def gas_stations(gas: List[int], cost: List[int]) -&gt; int:</w:t>
        <w:br/>
        <w:t xml:space="preserve">    # If the total gas is less than the total cost, completing the circuit is</w:t>
        <w:br/>
        <w:t xml:space="preserve">    # impossible.</w:t>
        <w:br/>
        <w:t xml:space="preserve">    if sum(gas) &lt; sum(cost):</w:t>
        <w:br/>
        <w:t xml:space="preserve">        return -1</w:t>
        <w:br/>
        <w:t xml:space="preserve">    start = tank = 0</w:t>
        <w:br/>
        <w:t xml:space="preserve">    for i in range(len(gas)):</w:t>
        <w:br/>
        <w:t xml:space="preserve">        tank += gas[i] - cost[i]</w:t>
        <w:br/>
        <w:t xml:space="preserve">        # If our tank has negative gas, we cannot continue through the circuit from</w:t>
        <w:br/>
        <w:t xml:space="preserve">        # the current start point, nor from any station before or including the</w:t>
        <w:br/>
        <w:t xml:space="preserve">        # current station 'i'.</w:t>
        <w:br/>
        <w:t xml:space="preserve">        if tank &lt; 0:</w:t>
        <w:br/>
        <w:t xml:space="preserve">            # Set the next station as the new start point and reset the tank.</w:t>
        <w:br/>
        <w:t xml:space="preserve">            start, tank = i + 1, 0</w:t>
        <w:br/>
        <w:t xml:space="preserve">    return startfunction gasStations(gas, cost) {</w:t>
        <w:br/>
        <w:t xml:space="preserve">  const sumGas = gas.reduce((a, b) =&gt; a + b, 0);</w:t>
        <w:br/>
        <w:t xml:space="preserve">  const sumCost = cost.reduce((a, b) =&gt; a + b, 0);</w:t>
        <w:br/>
        <w:t xml:space="preserve">  if (sumGas &lt; sumCost) return -1;</w:t>
        <w:br/>
        <w:t xml:space="preserve">  let start = 0, tank = 0;</w:t>
        <w:br/>
        <w:t xml:space="preserve">  for (let i = 0; i &lt; gas.length; i++) {</w:t>
        <w:br/>
        <w:t xml:space="preserve">    tank += gas[i] - cost[i];</w:t>
        <w:br/>
        <w:t xml:space="preserve">    if (tank &lt; 0) {</w:t>
        <w:br/>
        <w:t xml:space="preserve">      start = i + 1;</w:t>
        <w:br/>
        <w:t xml:space="preserve">      tank = 0;</w:t>
        <w:br/>
        <w:t xml:space="preserve">    }</w:t>
        <w:br/>
        <w:t xml:space="preserve">  }</w:t>
        <w:br/>
        <w:t xml:space="preserve">  return start;</w:t>
        <w:br/>
        <w:t>}public int gasStations(int[] gas, int[] cost) {</w:t>
        <w:br/>
        <w:t xml:space="preserve">    int totalGas = 0, totalCost = 0;</w:t>
        <w:br/>
        <w:t xml:space="preserve">    for (int g : gas) totalGas += g;</w:t>
        <w:br/>
        <w:t xml:space="preserve">    for (int c : cost) totalCost += c;</w:t>
        <w:br/>
        <w:t xml:space="preserve">    if (totalGas &lt; totalCost) return -1;</w:t>
        <w:br/>
        <w:t xml:space="preserve">    int start = 0, tank = 0;</w:t>
        <w:br/>
        <w:t xml:space="preserve">    for (int i = 0; i &lt; gas.length; i++) {</w:t>
        <w:br/>
        <w:t xml:space="preserve">        tank += gas[i] - cost[i];</w:t>
        <w:br/>
        <w:t xml:space="preserve">        if (tank &lt; 0) {</w:t>
        <w:br/>
        <w:t xml:space="preserve">            start = i + 1;</w:t>
        <w:br/>
        <w:t xml:space="preserve">            tank = 0;</w:t>
        <w:br/>
        <w:t xml:space="preserve">        }</w:t>
        <w:br/>
        <w:t xml:space="preserve">    }</w:t>
        <w:br/>
        <w:t xml:space="preserve">    return start;</w:t>
        <w:br/>
        <w:t>}</w:t>
      </w:r>
    </w:p>
    <w:p>
      <w:pPr>
        <w:pStyle w:val="Heading3"/>
        <w:spacing w:before="320" w:after="120"/>
      </w:pPr>
      <w:r>
        <w:t>Complexity Analysis</w:t>
      </w:r>
    </w:p>
    <w:p>
      <w:pPr>
        <w:spacing w:after="160" w:line="276" w:lineRule="auto"/>
      </w:pPr>
      <w:r>
        <w:t>Time complexity:The time complexity ofgas_stationsisO(n)O(n)O(n), wherennndenotes the length of the input arrays. This is because we iterate through each element in the gas and cost arrays.</w:t>
      </w:r>
    </w:p>
    <w:p>
      <w:pPr>
        <w:spacing w:after="160" w:line="276" w:lineRule="auto"/>
      </w:pPr>
      <w:r>
        <w:t>Space complexity:The space complexity isO(1)O(1)O(1).</w:t>
      </w:r>
    </w:p>
    <w:p>
      <w:pPr>
        <w:pStyle w:val="Heading2"/>
        <w:spacing w:before="320" w:after="120"/>
      </w:pPr>
      <w:r>
        <w:t>Interview Tip</w:t>
      </w:r>
    </w:p>
    <w:p>
      <w:pPr>
        <w:spacing w:after="160" w:line="276" w:lineRule="auto"/>
      </w:pPr>
      <w:r>
        <w:t>Tip: Demonstrate your greedy solution with examples if proving it formally is too difficultIn some problems, such as this one, proving that a greedy solution works might be complicated, especially in an interview setting. If you and the interviewer are on the same page about this, a good compromise is to demonstrate the solution's correctness with a few diverse examples. This approach allows both you and the interviewer to have confidence in your solution in the absence of a thorough proof.</w:t>
      </w:r>
    </w:p>
    <w:p>
      <w:r>
        <w:br w:type="page"/>
      </w:r>
    </w:p>
    <w:p>
      <w:pPr>
        <w:pStyle w:val="Heading1"/>
        <w:spacing w:before="480" w:after="280"/>
      </w:pPr>
      <w:r>
        <w:rPr>
          <w:b/>
          <w:color w:val="008A60"/>
          <w:sz w:val="28"/>
        </w:rPr>
        <w:t>Chapter 105</w:t>
        <w:br/>
      </w:r>
      <w:r>
        <w:rPr>
          <w:b/>
          <w:color w:val="0F172A"/>
          <w:sz w:val="40"/>
        </w:rPr>
        <w:t>Candies</w:t>
      </w:r>
    </w:p>
    <w:p>
      <w:pPr>
        <w:spacing w:before="160" w:after="160"/>
        <w:ind w:left="360"/>
      </w:pPr>
      <w:r>
        <w:rPr>
          <w:rFonts w:ascii="Consolas" w:hAnsi="Consolas"/>
          <w:color w:val="1E293B"/>
          <w:sz w:val="19"/>
        </w:rPr>
        <w:t>You teach a class of children sitting in a row, each of whom has a rating based on their performance. You want to distribute candies to the children while abiding by the following rules:</w:t>
        <w:br/>
        <w:t>Each child must receive at least one candy.</w:t>
        <w:br/>
        <w:t>If two children sit next to each other, the child with the higher rating must receive more candies.</w:t>
        <w:br/>
        <w:t>Determine the minimum number of candies you need to distribute to satisfy these conditions.Example 1:ExampleCopyInput: ratings = [4, 3, 2, 4, 5, 1]</w:t>
        <w:br/>
        <w:t>Output: 12</w:t>
        <w:br/>
        <w:t>Explanation: You can distribute candies to each child as follows: [3, 2, 1, 2, 3, 1].Example 2:ExampleCopyInput: ratings = [1, 3, 3]</w:t>
        <w:br/>
        <w:t>Output: 4</w:t>
        <w:br/>
        <w:t>Explanation: You can distribute candies to each child as follows: [1, 2, 1].</w:t>
      </w:r>
    </w:p>
    <w:p>
      <w:pPr>
        <w:pStyle w:val="Heading2"/>
        <w:spacing w:before="320" w:after="120"/>
      </w:pPr>
      <w:r>
        <w:t>Intuition</w:t>
      </w:r>
    </w:p>
    <w:p>
      <w:pPr>
        <w:spacing w:after="160" w:line="276" w:lineRule="auto"/>
      </w:pPr>
      <w:r>
        <w:t>For starters, we know we need to give at least 1 candy to each of the n children to satisfy the first requirement of this problem. As for the other requirement, let's start off by considering a few specific cases.</w:t>
      </w:r>
    </w:p>
    <w:p>
      <w:pPr>
        <w:spacing w:after="160" w:line="276" w:lineRule="auto"/>
      </w:pPr>
      <w:r>
        <w:t>Uniform ratingsConsider the situation where all children have the same rating. Since no child has a higher rating than another, we can give each child one candy to meet both requirements.</w:t>
      </w:r>
    </w:p>
    <w:p>
      <w:pPr>
        <w:spacing w:after="160" w:line="276" w:lineRule="auto"/>
      </w:pPr>
      <w:r>
        <w:t>Increasing ratingsNow, consider the case where the children’s ratings are in strictly increasing order. Here,each child should receive one more candy than their left-side neighbor.</w:t>
      </w:r>
    </w:p>
    <w:p>
      <w:pPr>
        <w:spacing w:after="160" w:line="276" w:lineRule="auto"/>
      </w:pPr>
      <w:r>
        <w:t>The first child gets one candy because they have no left-side neighbor, and a smaller rating than their right-side neighbor. Each subsequent child has a higher rating than their left-side neighbor, so gets one more candy than that neighbor.</w:t>
      </w:r>
    </w:p>
    <w:p>
      <w:pPr>
        <w:spacing w:after="160" w:line="276" w:lineRule="auto"/>
      </w:pPr>
      <w:r>
        <w:t>Decreasing ratingsHere,each child needs to receive one more candy than their right-side neighbor.</w:t>
      </w:r>
    </w:p>
    <w:p>
      <w:pPr>
        <w:spacing w:after="160" w:line="276" w:lineRule="auto"/>
      </w:pPr>
      <w:r>
        <w:t>This is the same as the previous case, but in reverse. To populate thecandiesarray in reverse, we start with the child furthest to the right, giving them one candy. Moving leftward, we give each child one more candy than their right-side neighbor:</w:t>
      </w:r>
    </w:p>
    <w:p>
      <w:pPr>
        <w:spacing w:after="160" w:line="276" w:lineRule="auto"/>
      </w:pPr>
      <w:r>
        <w:t>Non-uniform ratingsUnlike previous cases, in a non-uniform distribution of ratings, children can have higher ratings than their left-side neighbor, right-side neighbor, both neighbors, or neither. This makes handling non-uniform ratings more complex.</w:t>
      </w:r>
    </w:p>
    <w:p>
      <w:pPr>
        <w:spacing w:after="160" w:line="276" w:lineRule="auto"/>
      </w:pPr>
      <w:r>
        <w:t>What if we can handle these cases separately? Specifically, we could use:</w:t>
      </w:r>
    </w:p>
    <w:p>
      <w:pPr>
        <w:pStyle w:val="ListBullet"/>
      </w:pPr>
      <w:r>
        <w:t>One pass to ensure children with a higher rating than their left-side neighbor get more candy (handle increasing ratings).</w:t>
      </w:r>
    </w:p>
    <w:p>
      <w:pPr>
        <w:pStyle w:val="ListBullet"/>
      </w:pPr>
      <w:r>
        <w:t>A second pass to ensure children with a higher rating than their right-side neighbor get more candy (handle decreasing ratings).</w:t>
      </w:r>
    </w:p>
    <w:p>
      <w:pPr>
        <w:spacing w:after="160" w:line="276" w:lineRule="auto"/>
      </w:pPr>
      <w:r>
        <w:t>This allows us to apply the logic we used for increasing and decreasing ratings in two separate passes. Let’s see if this strategy works over the following example, starting with an initial distribution of 1 candy for each child to ensure we meet the first requirement of this problem:</w:t>
      </w:r>
    </w:p>
    <w:p>
      <w:pPr>
        <w:spacing w:after="160" w:line="276" w:lineRule="auto"/>
      </w:pPr>
      <w:r>
        <w:t>First pass: handle increasing ratingsIterate through theratingsarray and, for each child, check if they have a higher rating than their left-side neighbor (if ratings[i] &gt; ratings[i - 1]). Start from index 1 since the child at index 0 doesn’t have a left-side neighbor.</w:t>
      </w:r>
    </w:p>
    <w:p>
      <w:pPr>
        <w:pStyle w:val="ListBullet"/>
      </w:pPr>
      <w:r>
        <w:t>If a child's rating is higher than their left-side neighbor's rating, make sure they have at least one more candy than their left-side neighbor(candies[i] = candies[i - 1] + 1).</w:t>
      </w:r>
    </w:p>
    <w:p>
      <w:pPr>
        <w:pStyle w:val="ListBullet"/>
      </w:pPr>
      <w:r>
        <w:t>Otherwise, just continue to the next child’s rating.</w:t>
      </w:r>
    </w:p>
    <w:p>
      <w:pPr>
        <w:spacing w:after="160" w:line="276" w:lineRule="auto"/>
      </w:pPr>
      <w:r>
        <w:t>We can see how this process updates the candy distribution below:</w:t>
      </w:r>
    </w:p>
    <w:p>
      <w:pPr>
        <w:spacing w:after="160" w:line="276" w:lineRule="auto"/>
      </w:pPr>
      <w:r>
        <w:t>Second pass: handle decreasing ratingsIterate through theratingsarray in reverse and, for each child, check if they have a higher rating than their right-side neighbor (if ratings[i] &gt; ratings[i + 1]). Start at index 4 since the child at index 5 (the last child) doesn’t have a right-side neighbor.</w:t>
      </w:r>
    </w:p>
    <w:p>
      <w:pPr>
        <w:pStyle w:val="ListBullet"/>
      </w:pPr>
      <w:r>
        <w:t>If a child's rating is higher than their right-side neighbor's rating, make sure they have one more candy than that neighbor. Note that because we already did one pass through thecandiesarray, they might already have more candies than their right-side neighbor, in which case the current amount of candy they have is sufficient.</w:t>
      </w:r>
    </w:p>
    <w:p>
      <w:pPr>
        <w:pStyle w:val="ListBullet"/>
      </w:pPr>
      <w:r>
        <w:t>Otherwise, continue to the next child’s rating.</w:t>
      </w:r>
    </w:p>
    <w:p>
      <w:pPr>
        <w:spacing w:after="160" w:line="276" w:lineRule="auto"/>
      </w:pPr>
      <w:r>
        <w:t>We can see how this process updates the candy distribution below:</w:t>
      </w:r>
    </w:p>
    <w:p>
      <w:pPr>
        <w:spacing w:after="160" w:line="276" w:lineRule="auto"/>
      </w:pPr>
      <w:r>
        <w:t>At the end of the second pass, each child should have the correct number of candies. Now, we just need to return the sum of all the candies in thecandiesarray.</w:t>
      </w:r>
    </w:p>
    <w:p>
      <w:pPr>
        <w:spacing w:after="160" w:line="276" w:lineRule="auto"/>
      </w:pPr>
      <w:r>
        <w:t>The solution we came up with is agreedy solutionbecause it satisfies the greedy choice property: we make a locally optimal choice for the current child by only considering the ratings of their immediate neighbors, without worrying about the ratings of other children.</w:t>
      </w:r>
    </w:p>
    <w:p>
      <w:pPr>
        <w:spacing w:after="160" w:line="276" w:lineRule="auto"/>
      </w:pPr>
      <w:r>
        <w:t>How can we be sure this strategy works? Over our two passes, we ensure both the left-side and right-side neighbors of each child are considered when distributing candies. This guarantees that the solution meets the problem's requirements.</w:t>
      </w:r>
    </w:p>
    <w:p>
      <w:pPr>
        <w:pStyle w:val="Heading2"/>
        <w:spacing w:before="320" w:after="120"/>
      </w:pPr>
      <w:r>
        <w:t>Implementation</w:t>
      </w:r>
    </w:p>
    <w:p>
      <w:pPr>
        <w:spacing w:before="160" w:after="160"/>
        <w:ind w:left="360"/>
      </w:pPr>
      <w:r>
        <w:rPr>
          <w:rFonts w:ascii="Consolas" w:hAnsi="Consolas"/>
          <w:color w:val="1E293B"/>
          <w:sz w:val="19"/>
        </w:rPr>
        <w:t>PythonJavaScriptJavaCopyfrom typing import List</w:t>
        <w:br/>
        <w:t xml:space="preserve">    </w:t>
        <w:br/>
        <w:t>def candies(ratings: List[int]) -&gt; int:</w:t>
        <w:br/>
        <w:t xml:space="preserve">    n = len(ratings)</w:t>
        <w:br/>
        <w:t xml:space="preserve">    # Ensure each child starts with 1 candy.</w:t>
        <w:br/>
        <w:t xml:space="preserve">    candies = [1] * n</w:t>
        <w:br/>
        <w:t xml:space="preserve">    # First pass: for each child, ensure the child has more candies than their</w:t>
        <w:br/>
        <w:t xml:space="preserve">    # left-side neighbor if the current child's rating is higher.</w:t>
        <w:br/>
        <w:t xml:space="preserve">    for i in range(1, n):</w:t>
        <w:br/>
        <w:t xml:space="preserve">        if ratings[i] &gt; ratings[i - 1]:</w:t>
        <w:br/>
        <w:t xml:space="preserve">            candies[i] = candies[i - 1] + 1</w:t>
        <w:br/>
        <w:t xml:space="preserve">    # Second pass: for each child, ensure the child has more candies than their</w:t>
        <w:br/>
        <w:t xml:space="preserve">    # right-side neighbor if the current child's rating is higher.</w:t>
        <w:br/>
        <w:t xml:space="preserve">    for i in range(n - 2, -1, -1):</w:t>
        <w:br/>
        <w:t xml:space="preserve">        if ratings[i] &gt; ratings[i + 1]:</w:t>
        <w:br/>
        <w:t xml:space="preserve">            # If the current child already has more candies than their right-side</w:t>
        <w:br/>
        <w:t xml:space="preserve">            # neighbor, keep the higher amount.</w:t>
        <w:br/>
        <w:t xml:space="preserve">            candies[i] = max(candies[i], candies[i + 1] + 1)</w:t>
        <w:br/>
        <w:t xml:space="preserve">    return sum(candies)function candies(ratings) {</w:t>
        <w:br/>
        <w:t xml:space="preserve">  const n = ratings.length;</w:t>
        <w:br/>
        <w:t xml:space="preserve">  // Ensure each child starts with 1 candy.</w:t>
        <w:br/>
        <w:t xml:space="preserve">  const candies = new Array(n).fill(1);</w:t>
        <w:br/>
        <w:t xml:space="preserve">  // First pass: for each child, ensure the child has more candies than their</w:t>
        <w:br/>
        <w:t xml:space="preserve">  // left-side neighbor if the current child's rating is higher.</w:t>
        <w:br/>
        <w:t xml:space="preserve">  for (let i = 1; i &lt; n; i++) {</w:t>
        <w:br/>
        <w:t xml:space="preserve">    if (ratings[i] &gt; ratings[i - 1]) {</w:t>
        <w:br/>
        <w:t xml:space="preserve">      candies[i] = candies[i - 1] + 1;</w:t>
        <w:br/>
        <w:t xml:space="preserve">    }</w:t>
        <w:br/>
        <w:t xml:space="preserve">  }</w:t>
        <w:br/>
        <w:t xml:space="preserve">  // Second pass: for each child, ensure the child has more candies than their</w:t>
        <w:br/>
        <w:t xml:space="preserve">  // right-side neighbor if the current child's rating is higher.</w:t>
        <w:br/>
        <w:t xml:space="preserve">  for (let i = n - 2; i &gt;= 0; i--) {</w:t>
        <w:br/>
        <w:t xml:space="preserve">    if (ratings[i] &gt; ratings[i + 1]) {</w:t>
        <w:br/>
        <w:t xml:space="preserve">      candies[i] = Math.max(candies[i], candies[i + 1] + 1);</w:t>
        <w:br/>
        <w:t xml:space="preserve">    }</w:t>
        <w:br/>
        <w:t xml:space="preserve">  }</w:t>
        <w:br/>
        <w:t xml:space="preserve">  return candies.reduce((sum, c) =&gt; sum + c, 0);</w:t>
        <w:br/>
        <w:t>}public int candies(int[] ratings) {</w:t>
        <w:br/>
        <w:t xml:space="preserve">    int n = ratings.length;</w:t>
        <w:br/>
        <w:t xml:space="preserve">    // Ensure each child starts with 1 candy.</w:t>
        <w:br/>
        <w:t xml:space="preserve">    int[] candies = new int[n];</w:t>
        <w:br/>
        <w:t xml:space="preserve">    Arrays.fill(candies, 1);</w:t>
        <w:br/>
        <w:t xml:space="preserve">    // First pass: for each child, ensure the child has more candies than their</w:t>
        <w:br/>
        <w:t xml:space="preserve">    // left-side neighbor if the current child's rating is higher.</w:t>
        <w:br/>
        <w:t xml:space="preserve">    for (int i = 1; i &lt; n; i++) {</w:t>
        <w:br/>
        <w:t xml:space="preserve">        if (ratings[i] &gt; ratings[i - 1]) {</w:t>
        <w:br/>
        <w:t xml:space="preserve">            candies[i] = candies[i - 1] + 1;</w:t>
        <w:br/>
        <w:t xml:space="preserve">        }</w:t>
        <w:br/>
        <w:t xml:space="preserve">    }</w:t>
        <w:br/>
        <w:t xml:space="preserve">    // Second pass: for each child, ensure the child has more candies than their</w:t>
        <w:br/>
        <w:t xml:space="preserve">    // right-side neighbor if the current child's rating is higher.</w:t>
        <w:br/>
        <w:t xml:space="preserve">    for (int i = n - 2; i &gt;= 0; i--) {</w:t>
        <w:br/>
        <w:t xml:space="preserve">        if (ratings[i] &gt; ratings[i + 1]) {</w:t>
        <w:br/>
        <w:t xml:space="preserve">            candies[i] = Math.max(candies[i], candies[i + 1] + 1);</w:t>
        <w:br/>
        <w:t xml:space="preserve">        }</w:t>
        <w:br/>
        <w:t xml:space="preserve">    }</w:t>
        <w:br/>
        <w:t xml:space="preserve">    int total = 0;</w:t>
        <w:br/>
        <w:t xml:space="preserve">    for (int c : candies) total += c;</w:t>
        <w:br/>
        <w:t xml:space="preserve">    return total;</w:t>
        <w:br/>
        <w:t>}</w:t>
      </w:r>
    </w:p>
    <w:p>
      <w:pPr>
        <w:pStyle w:val="Heading3"/>
        <w:spacing w:before="320" w:after="120"/>
      </w:pPr>
      <w:r>
        <w:t>Complexity Analysis</w:t>
      </w:r>
    </w:p>
    <w:p>
      <w:pPr>
        <w:spacing w:after="160" w:line="276" w:lineRule="auto"/>
      </w:pPr>
      <w:r>
        <w:t>Time complexity:The time complexity of candies isO(n)O(n)O(n)because we perform two passes over thenumsarray.</w:t>
      </w:r>
    </w:p>
    <w:p>
      <w:pPr>
        <w:spacing w:after="160" w:line="276" w:lineRule="auto"/>
      </w:pPr>
      <w:r>
        <w:t>Space complexity:The space complexity isO(n)O(n)O(n)due to the space taken up by thecandiesarray.</w:t>
      </w:r>
    </w:p>
    <w:p>
      <w:r>
        <w:br w:type="page"/>
      </w:r>
    </w:p>
    <w:p>
      <w:pPr>
        <w:pStyle w:val="Heading1"/>
        <w:spacing w:before="480" w:after="280"/>
      </w:pPr>
      <w:r>
        <w:rPr>
          <w:b/>
          <w:color w:val="008A60"/>
          <w:sz w:val="28"/>
        </w:rPr>
        <w:t>Chapter 106</w:t>
        <w:br/>
      </w:r>
      <w:r>
        <w:rPr>
          <w:b/>
          <w:color w:val="0F172A"/>
          <w:sz w:val="40"/>
        </w:rPr>
        <w:t>Introduction to Sort and Search</w:t>
      </w:r>
    </w:p>
    <w:p>
      <w:pPr>
        <w:pStyle w:val="Heading2"/>
        <w:spacing w:before="320" w:after="120"/>
      </w:pPr>
      <w:r>
        <w:t>Intuition</w:t>
      </w:r>
    </w:p>
    <w:p>
      <w:pPr>
        <w:spacing w:after="160" w:line="276" w:lineRule="auto"/>
      </w:pPr>
      <w:r>
        <w:t>When sorting and searching items in data structures, efficiency is key. This chapter covers common sorting methods and their roles in efficient searching.</w:t>
      </w:r>
    </w:p>
    <w:p>
      <w:pPr>
        <w:spacing w:after="160" w:line="276" w:lineRule="auto"/>
      </w:pPr>
      <w:r>
        <w:t>First, we present a comparison of the time and space complexities for various sorting algorithms. Below,nnndenotes the number of elements in the data structure:</w:t>
      </w:r>
    </w:p>
    <w:p>
      <w:pPr>
        <w:spacing w:after="160" w:line="276" w:lineRule="auto"/>
      </w:pPr>
      <w:r>
        <w:t>This chapter focuses on merge sort, quicksort, and counting sort. There is additional information on the other algorithms in the references provided, as well as a tool for visualizing how these algorithms work[7].</w:t>
      </w:r>
    </w:p>
    <w:p>
      <w:pPr>
        <w:spacing w:after="160" w:line="276" w:lineRule="auto"/>
      </w:pPr>
      <w:r>
        <w:t>Fundamental concepts for sorting algorithmsHere’s a list of fundamental attributes of sorting algorithms you should be familiar with:</w:t>
      </w:r>
    </w:p>
    <w:p>
      <w:pPr>
        <w:pStyle w:val="ListBullet"/>
      </w:pPr>
      <w:r>
        <w:t>Stability:A sorting algorithm is considered stable if it preserves the relative order of equal elements in the sorted output. If two elements have equal values, their order in the sorted output is the same as in the input.</w:t>
      </w:r>
    </w:p>
    <w:p>
      <w:pPr>
        <w:pStyle w:val="ListBullet"/>
      </w:pPr>
      <w:r>
        <w:t>In-place sorting:An in-place sorting algorithm transforms the input using a constant amount of extra storage space. It involves sorting the elements within the original data structure.</w:t>
      </w:r>
    </w:p>
    <w:p>
      <w:pPr>
        <w:pStyle w:val="ListBullet"/>
      </w:pPr>
      <w:r>
        <w:t>Comparison-based sorting:Comparison-based sorting algorithms sort elements by comparing them pairwise. These algorithms typically have a lower bound ofO(nlog⁡(n))O(n\log(n))O(nlog(n)), whereas non-comparison-based sorting algorithms can achieve linear time complexity, but require specific assumptions about the input data.</w:t>
      </w:r>
    </w:p>
    <w:p>
      <w:pPr>
        <w:spacing w:after="160" w:line="276" w:lineRule="auto"/>
      </w:pPr>
      <w:r>
        <w:t>These concepts are referenced throughout the problems in this chapter.</w:t>
      </w:r>
    </w:p>
    <w:p>
      <w:pPr>
        <w:pStyle w:val="Heading2"/>
        <w:spacing w:before="320" w:after="120"/>
      </w:pPr>
      <w:r>
        <w:t>Real-world Example</w:t>
      </w:r>
    </w:p>
    <w:p>
      <w:pPr>
        <w:spacing w:after="160" w:line="276" w:lineRule="auto"/>
      </w:pPr>
      <w:r>
        <w:t>Sorting products by category:When users search for products, the platform often sorts the results based on various criteria such as lowest to highest price, highest to lowest rating, or even relevance to the search query. Efficient sorting algorithms ensure large datasets of products can be quickly arranged according to user preferences.</w:t>
      </w:r>
    </w:p>
    <w:p>
      <w:pPr>
        <w:pStyle w:val="Heading2"/>
        <w:spacing w:before="320" w:after="120"/>
      </w:pPr>
      <w:r>
        <w:t>Chapter Outline</w:t>
      </w:r>
    </w:p>
    <w:p>
      <w:r>
        <w:br w:type="page"/>
      </w:r>
    </w:p>
    <w:p>
      <w:pPr>
        <w:pStyle w:val="Heading1"/>
        <w:spacing w:before="480" w:after="280"/>
      </w:pPr>
      <w:r>
        <w:rPr>
          <w:b/>
          <w:color w:val="008A60"/>
          <w:sz w:val="28"/>
        </w:rPr>
        <w:t>Chapter 107</w:t>
        <w:br/>
      </w:r>
      <w:r>
        <w:rPr>
          <w:b/>
          <w:color w:val="0F172A"/>
          <w:sz w:val="40"/>
        </w:rPr>
        <w:t>Sort Linked List</w:t>
      </w:r>
    </w:p>
    <w:p>
      <w:pPr>
        <w:pStyle w:val="Heading2"/>
        <w:spacing w:before="320" w:after="120"/>
      </w:pPr>
      <w:r>
        <w:t>Intuition</w:t>
      </w:r>
    </w:p>
    <w:p>
      <w:pPr>
        <w:spacing w:after="160" w:line="276" w:lineRule="auto"/>
      </w:pPr>
      <w:r>
        <w:t>Let’s start by finding a sorting algorithm that allows us to sort a linked list.</w:t>
      </w:r>
    </w:p>
    <w:p>
      <w:pPr>
        <w:spacing w:after="160" w:line="276" w:lineRule="auto"/>
      </w:pPr>
      <w:r>
        <w:t>Choosing a sorting algorithmWe're tasked with sorting a linked list, not an array. This distinction is crucial because algorithms like quicksort rely on random access through indexing, which linked lists don't support. Merge sort is a greatO(nlog⁡(n))O(n\log(n))O(nlog(n))time option, wherennndenotes the length of the linked list, because it does not require random access and works well with linked lists, as we’ll see in this explanation.</w:t>
      </w:r>
    </w:p>
    <w:p>
      <w:pPr>
        <w:spacing w:after="160" w:line="276" w:lineRule="auto"/>
      </w:pPr>
      <w:r>
        <w:t>Merge sortThe merge sort algorithm uses a divide and conquer strategy. At a high level, it can be broken down into three steps:</w:t>
      </w:r>
    </w:p>
    <w:p>
      <w:pPr>
        <w:pStyle w:val="ListNumber"/>
      </w:pPr>
      <w:r>
        <w:t>Split the linked list into two halves:</w:t>
      </w:r>
    </w:p>
    <w:p>
      <w:pPr>
        <w:pStyle w:val="ListNumber"/>
      </w:pPr>
      <w:r>
        <w:t>Recursively sort both halves:</w:t>
      </w:r>
    </w:p>
    <w:p>
      <w:pPr>
        <w:pStyle w:val="ListNumber"/>
      </w:pPr>
      <w:r>
        <w:t>Merge the halves back together in a sorted manner to form a single sorted list:</w:t>
      </w:r>
    </w:p>
    <w:p>
      <w:pPr>
        <w:spacing w:after="160" w:line="276" w:lineRule="auto"/>
      </w:pPr>
      <w:r>
        <w:t>We can see what the entire process looks like in the diagram below:</w:t>
      </w:r>
    </w:p>
    <w:p>
      <w:pPr>
        <w:spacing w:after="160" w:line="276" w:lineRule="auto"/>
      </w:pPr>
      <w:r>
        <w:t>This is what this process looks like as pseudocode:</w:t>
      </w:r>
    </w:p>
    <w:p>
      <w:pPr>
        <w:spacing w:before="160" w:after="160"/>
        <w:ind w:left="360"/>
      </w:pPr>
      <w:r>
        <w:rPr>
          <w:rFonts w:ascii="Consolas" w:hAnsi="Consolas"/>
          <w:color w:val="1E293B"/>
          <w:sz w:val="19"/>
        </w:rPr>
        <w:t>PythonJavaScriptJavaCopydef merge_sort(head):</w:t>
        <w:br/>
        <w:t xml:space="preserve">    # Split the linked list into two halves.</w:t>
        <w:br/>
        <w:t xml:space="preserve">    second_head = split_list(head)</w:t>
        <w:br/>
        <w:t xml:space="preserve">    # Recursively sort both halves.</w:t>
        <w:br/>
        <w:t xml:space="preserve">    first_half_sorted = merge_sort(head)</w:t>
        <w:br/>
        <w:t xml:space="preserve">    second_half_sorted = merge_sort(second_head)</w:t>
        <w:br/>
        <w:t xml:space="preserve">    # Merge the sorted sublists.</w:t>
        <w:br/>
        <w:t xml:space="preserve">    return merge(first_half_sorted, second_half_sorted)function mergeSort(head) {</w:t>
        <w:br/>
        <w:t xml:space="preserve">  // Split the linked list into two halves.</w:t>
        <w:br/>
        <w:t xml:space="preserve">  const secondHead = splitList(head);</w:t>
        <w:br/>
        <w:t xml:space="preserve">  // Recursively sort both halves.</w:t>
        <w:br/>
        <w:t xml:space="preserve">  const firstHalfSorted = mergeSort(head);</w:t>
        <w:br/>
        <w:t xml:space="preserve">  const secondHalfSorted = mergeSort(secondHead);</w:t>
        <w:br/>
        <w:t xml:space="preserve">  // Merge the sorted sublists.</w:t>
        <w:br/>
        <w:t xml:space="preserve">  return merge(firstHalfSorted, secondHalfSorted);</w:t>
        <w:br/>
        <w:t>}public ListNode mergeSort(ListNode head) {</w:t>
        <w:br/>
        <w:t xml:space="preserve">    // Split the linked list into two halves.</w:t>
        <w:br/>
        <w:t xml:space="preserve">    ListNode secondHead = splitList(head);</w:t>
        <w:br/>
        <w:t xml:space="preserve">    // Recursively sort both halves.</w:t>
        <w:br/>
        <w:t xml:space="preserve">    ListNode firstHalfSorted = mergeSort(head);</w:t>
        <w:br/>
        <w:t xml:space="preserve">    ListNode secondHalfSorted = mergeSort(secondHead);</w:t>
        <w:br/>
        <w:t xml:space="preserve">    // Merge the sorted sublists.</w:t>
        <w:br/>
        <w:t xml:space="preserve">    return merge(firstHalfSorted, secondHalfSorted);</w:t>
        <w:br/>
        <w:t>}</w:t>
      </w:r>
    </w:p>
    <w:p>
      <w:pPr>
        <w:spacing w:after="160" w:line="276" w:lineRule="auto"/>
      </w:pPr>
      <w:r>
        <w:t>Let’s discuss in more detail how to split a linked list, and how to merge two sorted linked lists.</w:t>
      </w:r>
    </w:p>
    <w:p>
      <w:pPr>
        <w:spacing w:after="160" w:line="276" w:lineRule="auto"/>
      </w:pPr>
      <w:r>
        <w:t>Splitting the linked list in halfTo split a linked list in half, we need access to its middle node because the node next to the middle node can represent the head of the second linked list:</w:t>
      </w:r>
    </w:p>
    <w:p>
      <w:pPr>
        <w:spacing w:after="160" w:line="276" w:lineRule="auto"/>
      </w:pPr>
      <w:r>
        <w:t>We can retrieve the middle node using thefast and slow pointertechnique, as described in theLinked List Midpointproblem:</w:t>
      </w:r>
    </w:p>
    <w:p>
      <w:pPr>
        <w:spacing w:after="160" w:line="276" w:lineRule="auto"/>
      </w:pPr>
      <w:r>
        <w:t>Then, we just need to disconnect the two halves by setting slow.next to null:</w:t>
      </w:r>
    </w:p>
    <w:p>
      <w:pPr>
        <w:spacing w:after="160" w:line="276" w:lineRule="auto"/>
      </w:pPr>
      <w:r>
        <w:t>Note that when the linked list is of even length, there are two middle nodes. We want the slow pointer to stop at the first middle node so we can get the head of the second half more easily. As mentioned inLinked List Midpoint, we can achieve this by stopping the fast pointer whenfast.next.nextis null:</w:t>
      </w:r>
    </w:p>
    <w:p>
      <w:pPr>
        <w:spacing w:after="160" w:line="276" w:lineRule="auto"/>
      </w:pPr>
      <w:r>
        <w:t>Merging two sorted linked listsFirst, let's consider merging two linked lists, each containing a single node, meaning they’re both inherently sorted. We merge them by placing the smaller node first, followed by the other node:</w:t>
      </w:r>
    </w:p>
    <w:p>
      <w:pPr>
        <w:spacing w:after="160" w:line="276" w:lineRule="auto"/>
      </w:pPr>
      <w:r>
        <w:t>With that established, how would we merge two longer linked lists? To do this, we can set two pointers, one at the start of each linked list, then perform the following steps:</w:t>
      </w:r>
    </w:p>
    <w:p>
      <w:pPr>
        <w:pStyle w:val="ListNumber"/>
      </w:pPr>
      <w:r>
        <w:t>Compare the nodes at each pointer and add the node with the smaller value to the merged linked list.</w:t>
      </w:r>
    </w:p>
    <w:p>
      <w:pPr>
        <w:pStyle w:val="ListNumber"/>
      </w:pPr>
      <w:r>
        <w:t>Advance the pointer at that node with the smaller value to the next node in its linked list.</w:t>
      </w:r>
    </w:p>
    <w:p>
      <w:pPr>
        <w:pStyle w:val="ListNumber"/>
      </w:pPr>
      <w:r>
        <w:t>Repeat the above two steps until we can no longer advance either pointer.</w:t>
      </w:r>
    </w:p>
    <w:p>
      <w:pPr>
        <w:spacing w:after="160" w:line="276" w:lineRule="auto"/>
      </w:pPr>
      <w:r>
        <w:t>Before discussing the final step, observe how these steps are applied to the following two sorted linked lists. We can use a dummy node to point to the head of the merged linked list:</w:t>
      </w:r>
    </w:p>
    <w:p>
      <w:pPr>
        <w:spacing w:after="160" w:line="276" w:lineRule="auto"/>
      </w:pPr>
      <w:r>
        <w:t>If one of the linked lists has been entirely added to the merged list, we can just add the rest of the other linked list to the merged list:</w:t>
      </w:r>
    </w:p>
    <w:p>
      <w:pPr>
        <w:pStyle w:val="Heading2"/>
        <w:spacing w:before="320" w:after="120"/>
      </w:pPr>
      <w:r>
        <w:t>Implementation</w:t>
      </w:r>
    </w:p>
    <w:p>
      <w:pPr>
        <w:spacing w:before="160" w:after="160"/>
        <w:ind w:left="360"/>
      </w:pPr>
      <w:r>
        <w:rPr>
          <w:rFonts w:ascii="Consolas" w:hAnsi="Consolas"/>
          <w:color w:val="1E293B"/>
          <w:sz w:val="19"/>
        </w:rPr>
        <w:t>PythonJavaScriptJavaCopyfrom typing import List</w:t>
        <w:br/>
        <w:t xml:space="preserve">    </w:t>
        <w:br/>
        <w:t>def sort_linked_list(head: ListNode) -&gt; ListNode:</w:t>
        <w:br/>
        <w:t xml:space="preserve">    # If the linked list is empty or has only one element, it's already sorted.</w:t>
        <w:br/>
        <w:t xml:space="preserve">    if not head or not head.next:</w:t>
        <w:br/>
        <w:t xml:space="preserve">        return head</w:t>
        <w:br/>
        <w:t xml:space="preserve">    # Split the linked list into halves using the fast and slow pointer technique.</w:t>
        <w:br/>
        <w:t xml:space="preserve">    second_head = split_list(head)</w:t>
        <w:br/>
        <w:t xml:space="preserve">    # Recursively sort both halves.</w:t>
        <w:br/>
        <w:t xml:space="preserve">    first_half_sorted = sort_linked_list(head)</w:t>
        <w:br/>
        <w:t xml:space="preserve">    second_half_sorted = sort_linked_list(second_head)</w:t>
        <w:br/>
        <w:t xml:space="preserve">    # Merge the sorted sublists.</w:t>
        <w:br/>
        <w:t xml:space="preserve">    return merge(first_half_sorted, second_half_sorted)</w:t>
        <w:br/>
        <w:t xml:space="preserve">    </w:t>
        <w:br/>
        <w:t>def split_list(head: ListNode) -&gt; ListNode:</w:t>
        <w:br/>
        <w:t xml:space="preserve">    slow = fast = head</w:t>
        <w:br/>
        <w:t xml:space="preserve">    while fast.next and fast.next.next:</w:t>
        <w:br/>
        <w:t xml:space="preserve">        slow = slow.next</w:t>
        <w:br/>
        <w:t xml:space="preserve">        fast = fast.next.next</w:t>
        <w:br/>
        <w:t xml:space="preserve">    second_head = slow.next</w:t>
        <w:br/>
        <w:t xml:space="preserve">    slow.next = None</w:t>
        <w:br/>
        <w:t xml:space="preserve">    return second_head</w:t>
        <w:br/>
        <w:t xml:space="preserve">    </w:t>
        <w:br/>
        <w:t>def merge(l1: ListNode, l2: ListNode) -&gt; ListNode:</w:t>
        <w:br/>
        <w:t xml:space="preserve">    dummy = ListNode(0)</w:t>
        <w:br/>
        <w:t xml:space="preserve">    # This pointer will be used to append nodes to the tail of the merged linked list.</w:t>
        <w:br/>
        <w:t xml:space="preserve">    tail = dummy</w:t>
        <w:br/>
        <w:t xml:space="preserve">    # Continually append the node with the smaller value from each linked list to the</w:t>
        <w:br/>
        <w:t xml:space="preserve">    # merged linked list until one of the linked lists has no more nodes to merge.</w:t>
        <w:br/>
        <w:t xml:space="preserve">    while l1 and l2:</w:t>
        <w:br/>
        <w:t xml:space="preserve">        if l1.val &lt; l2.val:</w:t>
        <w:br/>
        <w:t xml:space="preserve">            tail.next = l1</w:t>
        <w:br/>
        <w:t xml:space="preserve">            l1 = l1.next</w:t>
        <w:br/>
        <w:t xml:space="preserve">        else:</w:t>
        <w:br/>
        <w:t xml:space="preserve">            tail.next = l2</w:t>
        <w:br/>
        <w:t xml:space="preserve">            l2 = l2.next</w:t>
        <w:br/>
        <w:t xml:space="preserve">        tail = tail.next</w:t>
        <w:br/>
        <w:t xml:space="preserve">    # One of the two linked lists could still have nodes remaining. Attach those nodes</w:t>
        <w:br/>
        <w:t xml:space="preserve">    # to the end of the merged linked list.</w:t>
        <w:br/>
        <w:t xml:space="preserve">    tail.next = l1 or l2</w:t>
        <w:br/>
        <w:t xml:space="preserve">    return dummy.nextfunction sortLinkedList(head) {</w:t>
        <w:br/>
        <w:t xml:space="preserve">  // If the linked list is empty or has only one element, it's already sorted.</w:t>
        <w:br/>
        <w:t xml:space="preserve">  if (!head || !head.next) {</w:t>
        <w:br/>
        <w:t xml:space="preserve">    return head;</w:t>
        <w:br/>
        <w:t xml:space="preserve">  }</w:t>
        <w:br/>
        <w:t xml:space="preserve">  // Split the linked list into halves using the fast and slow pointer technique.</w:t>
        <w:br/>
        <w:t xml:space="preserve">  const secondHead = splitList(head);</w:t>
        <w:br/>
        <w:t xml:space="preserve">  // Recursively sort both halves.</w:t>
        <w:br/>
        <w:t xml:space="preserve">  const firstHalfSorted = sortLinkedList(head);</w:t>
        <w:br/>
        <w:t xml:space="preserve">  const secondHalfSorted = sortLinkedList(secondHead);</w:t>
        <w:br/>
        <w:t xml:space="preserve">  // Merge the sorted sublists.</w:t>
        <w:br/>
        <w:t xml:space="preserve">  return merge(firstHalfSorted, secondHalfSorted);</w:t>
        <w:br/>
        <w:t>}</w:t>
        <w:br/>
        <w:br/>
        <w:t>function splitList(head) {</w:t>
        <w:br/>
        <w:t xml:space="preserve">  let slow = head, fast = head;</w:t>
        <w:br/>
        <w:t xml:space="preserve">  while (fast.next &amp;&amp; fast.next.next) {</w:t>
        <w:br/>
        <w:t xml:space="preserve">    slow = slow.next;</w:t>
        <w:br/>
        <w:t xml:space="preserve">    fast = fast.next.next;</w:t>
        <w:br/>
        <w:t xml:space="preserve">  }</w:t>
        <w:br/>
        <w:t xml:space="preserve">  const secondHead = slow.next;</w:t>
        <w:br/>
        <w:t xml:space="preserve">  slow.next = null;</w:t>
        <w:br/>
        <w:t xml:space="preserve">  return secondHead;</w:t>
        <w:br/>
        <w:t>}</w:t>
        <w:br/>
        <w:br/>
        <w:t>function merge(l1, l2) {</w:t>
        <w:br/>
        <w:t xml:space="preserve">  const dummy = new ListNode(0);</w:t>
        <w:br/>
        <w:t xml:space="preserve">  let tail = dummy;</w:t>
        <w:br/>
        <w:t xml:space="preserve">  while (l1 &amp;&amp; l2) {</w:t>
        <w:br/>
        <w:t xml:space="preserve">    if (l1.val &lt; l2.val) {</w:t>
        <w:br/>
        <w:t xml:space="preserve">      tail.next = l1;</w:t>
        <w:br/>
        <w:t xml:space="preserve">      l1 = l1.next;</w:t>
        <w:br/>
        <w:t xml:space="preserve">    } else {</w:t>
        <w:br/>
        <w:t xml:space="preserve">      tail.next = l2;</w:t>
        <w:br/>
        <w:t xml:space="preserve">      l2 = l2.next;</w:t>
        <w:br/>
        <w:t xml:space="preserve">    }</w:t>
        <w:br/>
        <w:t xml:space="preserve">    tail = tail.next;</w:t>
        <w:br/>
        <w:t xml:space="preserve">  }</w:t>
        <w:br/>
        <w:t xml:space="preserve">  tail.next = l1 || l2;</w:t>
        <w:br/>
        <w:t xml:space="preserve">  return dummy.next;</w:t>
        <w:br/>
        <w:t>}public ListNode sortLinkedList(ListNode head) {</w:t>
        <w:br/>
        <w:t xml:space="preserve">    // If the linked list is empty or has only one element, it's already sorted.</w:t>
        <w:br/>
        <w:t xml:space="preserve">    if (head == null || head.next == null) {</w:t>
        <w:br/>
        <w:t xml:space="preserve">        return head;</w:t>
        <w:br/>
        <w:t xml:space="preserve">    }</w:t>
        <w:br/>
        <w:t xml:space="preserve">    // Split the linked list into halves using the fast and slow pointer technique.</w:t>
        <w:br/>
        <w:t xml:space="preserve">    ListNode secondHead = splitList(head);</w:t>
        <w:br/>
        <w:t xml:space="preserve">    // Recursively sort both halves.</w:t>
        <w:br/>
        <w:t xml:space="preserve">    ListNode firstHalfSorted = sortLinkedList(head);</w:t>
        <w:br/>
        <w:t xml:space="preserve">    ListNode secondHalfSorted = sortLinkedList(secondHead);</w:t>
        <w:br/>
        <w:t xml:space="preserve">    // Merge the sorted sublists.</w:t>
        <w:br/>
        <w:t xml:space="preserve">    return merge(firstHalfSorted, secondHalfSorted);</w:t>
        <w:br/>
        <w:t>}</w:t>
        <w:br/>
        <w:br/>
        <w:t>private ListNode splitList(ListNode head) {</w:t>
        <w:br/>
        <w:t xml:space="preserve">    ListNode slow = head, fast = head;</w:t>
        <w:br/>
        <w:t xml:space="preserve">    while (fast.next != null &amp;&amp; fast.next.next != null) {</w:t>
        <w:br/>
        <w:t xml:space="preserve">        slow = slow.next;</w:t>
        <w:br/>
        <w:t xml:space="preserve">        fast = fast.next.next;</w:t>
        <w:br/>
        <w:t xml:space="preserve">    }</w:t>
        <w:br/>
        <w:t xml:space="preserve">    ListNode secondHead = slow.next;</w:t>
        <w:br/>
        <w:t xml:space="preserve">    slow.next = null;</w:t>
        <w:br/>
        <w:t xml:space="preserve">    return secondHead;</w:t>
        <w:br/>
        <w:t>}</w:t>
        <w:br/>
        <w:br/>
        <w:t>private ListNode merge(ListNode l1, ListNode l2) {</w:t>
        <w:br/>
        <w:t xml:space="preserve">    ListNode dummy = new ListNode(0);</w:t>
        <w:br/>
        <w:t xml:space="preserve">    ListNode tail = dummy;</w:t>
        <w:br/>
        <w:t xml:space="preserve">    while (l1 != null &amp;&amp; l2 != null) {</w:t>
        <w:br/>
        <w:t xml:space="preserve">        if (l1.val &lt; l2.val) {</w:t>
        <w:br/>
        <w:t xml:space="preserve">            tail.next = l1;</w:t>
        <w:br/>
        <w:t xml:space="preserve">            l1 = l1.next;</w:t>
        <w:br/>
        <w:t xml:space="preserve">        } else {</w:t>
        <w:br/>
        <w:t xml:space="preserve">            tail.next = l2;</w:t>
        <w:br/>
        <w:t xml:space="preserve">            l2 = l2.next;</w:t>
        <w:br/>
        <w:t xml:space="preserve">        }</w:t>
        <w:br/>
        <w:t xml:space="preserve">        tail = tail.next;</w:t>
        <w:br/>
        <w:t xml:space="preserve">    }</w:t>
        <w:br/>
        <w:t xml:space="preserve">    tail.next = (l1 != null) ? l1 : l2;</w:t>
        <w:br/>
        <w:t xml:space="preserve">    return dummy.next;</w:t>
        <w:br/>
        <w:t>}</w:t>
      </w:r>
    </w:p>
    <w:p>
      <w:pPr>
        <w:pStyle w:val="Heading3"/>
        <w:spacing w:before="320" w:after="120"/>
      </w:pPr>
      <w:r>
        <w:t>Complexity Analysis</w:t>
      </w:r>
    </w:p>
    <w:p>
      <w:pPr>
        <w:spacing w:after="160" w:line="276" w:lineRule="auto"/>
      </w:pPr>
      <w:r>
        <w:t>Time complexity:The time complexity ofsort_linked_listisO(nlog⁡(n))O(n\log(n))O(nlog(n))because it uses merge sort. Here’s the breakdown:</w:t>
      </w:r>
    </w:p>
    <w:p>
      <w:pPr>
        <w:pStyle w:val="ListBullet"/>
      </w:pPr>
      <w:r>
        <w:t>The linked list is recursively split until each sublist contains only one node. This splitting process happens aboutlog⁡2(n)\log_2(n)log2​(n)times because each split reduces the size of the linked list by half.</w:t>
      </w:r>
    </w:p>
    <w:p>
      <w:pPr>
        <w:pStyle w:val="ListBullet"/>
      </w:pPr>
      <w:r>
        <w:t>At each level, we merge the split linked lists. Merging all elements at one level takes aboutnnnoperations.</w:t>
      </w:r>
    </w:p>
    <w:p>
      <w:pPr>
        <w:pStyle w:val="ListBullet"/>
      </w:pPr>
      <w:r>
        <w:t>Since there arelog⁡2(n)\log_2(n)log2​(n)levels of splitting and merging, and there arennnoperations at each level, the time complexity isO(nlog⁡(n))O(n\log(n))O(nlog(n)).</w:t>
      </w:r>
    </w:p>
    <w:p>
      <w:pPr>
        <w:spacing w:after="160" w:line="276" w:lineRule="auto"/>
      </w:pPr>
      <w:r>
        <w:t>Space complexity:The space complexity isO(log⁡(n))O(\log(n))O(log(n))due to the recursive call stack, which can grow up tolog⁡2(n)\log_2(n)log2​(n)in height.</w:t>
      </w:r>
    </w:p>
    <w:p>
      <w:pPr>
        <w:pStyle w:val="Heading2"/>
        <w:spacing w:before="320" w:after="120"/>
      </w:pPr>
      <w:r>
        <w:t>Stable Sorting</w:t>
      </w:r>
    </w:p>
    <w:p>
      <w:pPr>
        <w:spacing w:after="160" w:line="276" w:lineRule="auto"/>
      </w:pPr>
      <w:r>
        <w:t>Merge sort is a stable sorting algorithm. This is important in scenarios where the original order of equal elements must be preserved. For example, if we are sorting a list of nodes that share the same value, but have an additional attribute storing the time they were created, then it’s important for the relative order of these nodes to stay the same. Stability can be important for database systems; for instance, where stable sorting is required to maintain data integrity and consistency across multiple operations.</w:t>
      </w:r>
    </w:p>
    <w:p>
      <w:r>
        <w:br w:type="page"/>
      </w:r>
    </w:p>
    <w:p>
      <w:pPr>
        <w:pStyle w:val="Heading1"/>
        <w:spacing w:before="480" w:after="280"/>
      </w:pPr>
      <w:r>
        <w:rPr>
          <w:b/>
          <w:color w:val="008A60"/>
          <w:sz w:val="28"/>
        </w:rPr>
        <w:t>Chapter 108</w:t>
        <w:br/>
      </w:r>
      <w:r>
        <w:rPr>
          <w:b/>
          <w:color w:val="0F172A"/>
          <w:sz w:val="40"/>
        </w:rPr>
        <w:t>Sort Array</w:t>
      </w:r>
    </w:p>
    <w:p>
      <w:pPr>
        <w:spacing w:before="160" w:after="160"/>
        <w:ind w:left="360"/>
      </w:pPr>
      <w:r>
        <w:rPr>
          <w:rFonts w:ascii="Consolas" w:hAnsi="Consolas"/>
          <w:color w:val="1E293B"/>
          <w:sz w:val="19"/>
        </w:rPr>
        <w:t>Given an integer array, sort the array in ascending order.Example:ExampleCopyInput: nums = [6, 8, 4, 2, 7, 3, 1, 5]</w:t>
        <w:br/>
        <w:t>Output: [1, 2, 3, 4, 5, 6, 7, 8]</w:t>
        <w:br/>
      </w:r>
    </w:p>
    <w:p>
      <w:pPr>
        <w:pStyle w:val="Heading2"/>
        <w:spacing w:before="320" w:after="120"/>
      </w:pPr>
      <w:r>
        <w:t>Intuition</w:t>
      </w:r>
    </w:p>
    <w:p>
      <w:pPr>
        <w:spacing w:after="160" w:line="276" w:lineRule="auto"/>
      </w:pPr>
      <w:r>
        <w:t>This problem is quite open-ended because there are many sorting algorithms we could use to sort an array, each with its own pros and cons. In this explanation, we focus on the quicksort algorithm, which runs inO(nlog⁡(n))O(n\log(n))O(nlog(n))time on average, wherennndenotes the length of the array.</w:t>
      </w:r>
    </w:p>
    <w:p>
      <w:pPr>
        <w:spacing w:after="160" w:line="276" w:lineRule="auto"/>
      </w:pPr>
      <w:r>
        <w:t>QuicksortConceptually, the goal of quicksort is to sort the array byplacing each number in its sorted position one at a time. To correctly position a number, we move all numbers smaller than it to its left, and all numbers larger than it to its right. At each step, we call this number the pivot. We discuss how a pivot is selected later in the explanation.</w:t>
      </w:r>
    </w:p>
    <w:p>
      <w:pPr>
        <w:spacing w:after="160" w:line="276" w:lineRule="auto"/>
      </w:pPr>
      <w:r>
        <w:t>This process is calledpartitioningbecause we’re dividing the array into two parts around the pivot:</w:t>
      </w:r>
    </w:p>
    <w:p>
      <w:pPr>
        <w:pStyle w:val="ListNumber"/>
      </w:pPr>
      <w:r>
        <w:t>The left part with elements smaller than the pivot.</w:t>
      </w:r>
    </w:p>
    <w:p>
      <w:pPr>
        <w:pStyle w:val="ListNumber"/>
      </w:pPr>
      <w:r>
        <w:t>The right part with elements larger than the pivot.</w:t>
      </w:r>
    </w:p>
    <w:p>
      <w:pPr>
        <w:spacing w:after="160" w:line="276" w:lineRule="auto"/>
      </w:pPr>
      <w:r>
        <w:t>Note that neither the left nor the right part of the pivot value need to be sorted. All that matters is that the pivot is in the correct position.</w:t>
      </w:r>
    </w:p>
    <w:p>
      <w:pPr>
        <w:spacing w:after="160" w:line="276" w:lineRule="auto"/>
      </w:pPr>
      <w:r>
        <w:t>After partitioning, we just need tosort the left and right parts. We can do this by recursively calling quicksort on both of them. This makes quicksort a divide and conquer strategy. The pseudocode for this is provided below:</w:t>
      </w:r>
    </w:p>
    <w:p>
      <w:pPr>
        <w:spacing w:before="160" w:after="160"/>
        <w:ind w:left="360"/>
      </w:pPr>
      <w:r>
        <w:rPr>
          <w:rFonts w:ascii="Consolas" w:hAnsi="Consolas"/>
          <w:color w:val="1E293B"/>
          <w:sz w:val="19"/>
        </w:rPr>
        <w:t>PythonJavaScriptJavaCopydef quicksort(nums, left, right):</w:t>
        <w:br/>
        <w:t xml:space="preserve">    # Partition the array and obtain the index of the pivot.</w:t>
        <w:br/>
        <w:t xml:space="preserve">    pivot_index = partition(nums, left, right)</w:t>
        <w:br/>
        <w:t xml:space="preserve">    # Sort the left and right parts.</w:t>
        <w:br/>
        <w:t xml:space="preserve">    quicksort(nums, left, pivot_index - 1)</w:t>
        <w:br/>
        <w:t xml:space="preserve">    quicksort(nums, pivot_index + 1, right)function quicksort(nums, left, right) {</w:t>
        <w:br/>
        <w:t xml:space="preserve">  // Partition the array and obtain the index of the pivot.</w:t>
        <w:br/>
        <w:t xml:space="preserve">  const pivotIndex = partition(nums, left, right);</w:t>
        <w:br/>
        <w:t xml:space="preserve">  // Sort the left and right parts.</w:t>
        <w:br/>
        <w:t xml:space="preserve">  quicksort(nums, left, pivotIndex - 1);</w:t>
        <w:br/>
        <w:t xml:space="preserve">  quicksort(nums, pivotIndex + 1, right);</w:t>
        <w:br/>
        <w:t>}public void quicksort(int[] nums, int left, int right) {</w:t>
        <w:br/>
        <w:t xml:space="preserve">    // Partition the array and obtain the index of the pivot.</w:t>
        <w:br/>
        <w:t xml:space="preserve">    int pivotIndex = partition(nums, left, right);</w:t>
        <w:br/>
        <w:t xml:space="preserve">    // Sort the left and right parts.</w:t>
        <w:br/>
        <w:t xml:space="preserve">    quicksort(nums, left, pivotIndex - 1);</w:t>
        <w:br/>
        <w:t xml:space="preserve">    quicksort(nums, pivotIndex + 1, right);</w:t>
        <w:br/>
        <w:t>}</w:t>
      </w:r>
    </w:p>
    <w:p>
      <w:pPr>
        <w:spacing w:after="160" w:line="276" w:lineRule="auto"/>
      </w:pPr>
      <w:r>
        <w:t>Let’s discuss the partitioning process in more detail.</w:t>
      </w:r>
    </w:p>
    <w:p>
      <w:pPr>
        <w:spacing w:after="160" w:line="276" w:lineRule="auto"/>
      </w:pPr>
      <w:r>
        <w:t>PartitioningThere are two primary steps to partitioning:</w:t>
      </w:r>
    </w:p>
    <w:p>
      <w:pPr>
        <w:pStyle w:val="ListNumber"/>
      </w:pPr>
      <w:r>
        <w:t>Selecting the pivot.</w:t>
      </w:r>
    </w:p>
    <w:p>
      <w:pPr>
        <w:pStyle w:val="ListNumber"/>
      </w:pPr>
      <w:r>
        <w:t>Rearranging the elements so elements smaller than the pivot are on its left, and elements larger than the pivot are on its right.</w:t>
      </w:r>
    </w:p>
    <w:p>
      <w:pPr>
        <w:spacing w:after="160" w:line="276" w:lineRule="auto"/>
      </w:pPr>
      <w:r>
        <w:t>Selecting the pivotWe can actually choose any number as the pivot. The method of selecting a pivot can be optimized, which is discussed later, but for simplicity, we can choose the rightmost number as the pivot:</w:t>
      </w:r>
    </w:p>
    <w:p>
      <w:pPr>
        <w:spacing w:after="160" w:line="276" w:lineRule="auto"/>
      </w:pPr>
      <w:r>
        <w:t>Rearranging elements around the pivotLet’s see if we can do this in linear time without using extra space.</w:t>
      </w:r>
    </w:p>
    <w:p>
      <w:pPr>
        <w:spacing w:after="160" w:line="276" w:lineRule="auto"/>
      </w:pPr>
      <w:r>
        <w:t>If we can ensure all numbers less than the pivot are placed to the left, then numbers greater than or equal to the pivot will consequently be placed to the right. This can be done using two pointers:</w:t>
      </w:r>
    </w:p>
    <w:p>
      <w:pPr>
        <w:pStyle w:val="ListBullet"/>
      </w:pPr>
      <w:r>
        <w:t>One pointer at the left of the array (lo) to position the numbers less than the pivot.</w:t>
      </w:r>
    </w:p>
    <w:p>
      <w:pPr>
        <w:pStyle w:val="ListBullet"/>
      </w:pPr>
      <w:r>
        <w:t>One pointer to iterate through the array (i), looking for numbers less than the pivot.</w:t>
      </w:r>
    </w:p>
    <w:p>
      <w:pPr>
        <w:spacing w:after="160" w:line="276" w:lineRule="auto"/>
      </w:pPr>
      <w:r>
        <w:t>The main idea here is that whenever we encounter a number less than the pivot, swap it withnums[lo].</w:t>
      </w:r>
    </w:p>
    <w:p>
      <w:pPr>
        <w:spacing w:after="160" w:line="276" w:lineRule="auto"/>
      </w:pPr>
      <w:r>
        <w:t>Let's look at the example below to understand how this works. First, keep advancingiuntil we find a number less than the pivot:</w:t>
      </w:r>
    </w:p>
    <w:p>
      <w:pPr>
        <w:spacing w:after="160" w:line="276" w:lineRule="auto"/>
      </w:pPr>
      <w:r>
        <w:t>Once a number less than the pivot is found, move it to the left by swapping it withnums[lo]. Then, increment lo so it points to where the next number less than the pivot should be placed:</w:t>
      </w:r>
    </w:p>
    <w:p>
      <w:pPr>
        <w:spacing w:after="160" w:line="276" w:lineRule="auto"/>
      </w:pPr>
      <w:r>
        <w:t>Continue this process until all numbers less than the pivot are on the left of the array:</w:t>
      </w:r>
    </w:p>
    <w:p>
      <w:pPr>
        <w:spacing w:after="160" w:line="276" w:lineRule="auto"/>
      </w:pPr>
      <w:r>
        <w:t>The last step is to move the pivot to the correct position by swapping the pivot withnums[lo]:</w:t>
      </w:r>
    </w:p>
    <w:p>
      <w:pPr>
        <w:pStyle w:val="Heading2"/>
        <w:spacing w:before="320" w:after="120"/>
      </w:pPr>
      <w:r>
        <w:t>Implementation</w:t>
      </w:r>
    </w:p>
    <w:p>
      <w:pPr>
        <w:spacing w:before="160" w:after="160"/>
        <w:ind w:left="360"/>
      </w:pPr>
      <w:r>
        <w:rPr>
          <w:rFonts w:ascii="Consolas" w:hAnsi="Consolas"/>
          <w:color w:val="1E293B"/>
          <w:sz w:val="19"/>
        </w:rPr>
        <w:t>PythonJavaScriptJavaCopyfrom typing import List</w:t>
        <w:br/>
        <w:t xml:space="preserve">    </w:t>
        <w:br/>
        <w:t>def sort_array(nums: List[int]) -&gt; List[int]:</w:t>
        <w:br/>
        <w:t xml:space="preserve">    quicksort(nums, 0, len(nums) - 1)</w:t>
        <w:br/>
        <w:t xml:space="preserve">    return nums</w:t>
        <w:br/>
        <w:t xml:space="preserve">    </w:t>
        <w:br/>
        <w:t>def quicksort(nums: List[int], left: int, right: int) -&gt; None:</w:t>
        <w:br/>
        <w:t xml:space="preserve">    # Base case: if the subarray has 0 or 1 element, it's already sorted.</w:t>
        <w:br/>
        <w:t xml:space="preserve">    if left &gt;= right:</w:t>
        <w:br/>
        <w:t xml:space="preserve">        return</w:t>
        <w:br/>
        <w:t xml:space="preserve">    # Partition the array and retrieve the pivot index.</w:t>
        <w:br/>
        <w:t xml:space="preserve">    pivot_index = partition(nums, left, right)</w:t>
        <w:br/>
        <w:t xml:space="preserve">    # Call quicksort on the left and right parts to recursively sort them.</w:t>
        <w:br/>
        <w:t xml:space="preserve">    quicksort(nums, left, pivot_index - 1)</w:t>
        <w:br/>
        <w:t xml:space="preserve">    quicksort(nums, pivot_index + 1, right)</w:t>
        <w:br/>
        <w:t xml:space="preserve">    </w:t>
        <w:br/>
        <w:t>def partition(nums: List[int], left: int, right: int) -&gt; int:</w:t>
        <w:br/>
        <w:t xml:space="preserve">    pivot = nums[right]</w:t>
        <w:br/>
        <w:t xml:space="preserve">    lo = left</w:t>
        <w:br/>
        <w:t xml:space="preserve">    # Move all numbers less than the pivot to the left, which consequently positions</w:t>
        <w:br/>
        <w:t xml:space="preserve">    # all numbers greater than or equal to the pivot to the right.</w:t>
        <w:br/>
        <w:t xml:space="preserve">    for i in range(left, right):</w:t>
        <w:br/>
        <w:t xml:space="preserve">        if nums[i] &lt; pivot:</w:t>
        <w:br/>
        <w:t xml:space="preserve">            nums[lo], nums[i] = nums[i], nums[lo]</w:t>
        <w:br/>
        <w:t xml:space="preserve">            lo += 1</w:t>
        <w:br/>
        <w:t xml:space="preserve">    # After partitioning, 'lo' will be positioned where the pivot should be. So, swap</w:t>
        <w:br/>
        <w:t xml:space="preserve">    # the pivot number with the number at the 'lo' pointer.</w:t>
        <w:br/>
        <w:t xml:space="preserve">    nums[lo], nums[right] = nums[right], nums[lo]</w:t>
        <w:br/>
        <w:t xml:space="preserve">    return lofunction sortArray(nums) {</w:t>
        <w:br/>
        <w:t xml:space="preserve">  quicksort(nums, 0, nums.length - 1);</w:t>
        <w:br/>
        <w:t xml:space="preserve">  return nums;</w:t>
        <w:br/>
        <w:t>}</w:t>
        <w:br/>
        <w:br/>
        <w:t>function quicksort(nums, left, right) {</w:t>
        <w:br/>
        <w:t xml:space="preserve">  // Base case: if the subarray has 0 or 1 element, it's already sorted.</w:t>
        <w:br/>
        <w:t xml:space="preserve">  if (left &gt;= right) return;</w:t>
        <w:br/>
        <w:t xml:space="preserve">  // Partition the array and retrieve the pivot index.</w:t>
        <w:br/>
        <w:t xml:space="preserve">  const pivotIndex = partition(nums, left, right);</w:t>
        <w:br/>
        <w:t xml:space="preserve">  // Call quicksort on the left and right parts to recursively sort them.</w:t>
        <w:br/>
        <w:t xml:space="preserve">  quicksort(nums, left, pivotIndex - 1);</w:t>
        <w:br/>
        <w:t xml:space="preserve">  quicksort(nums, pivotIndex + 1, right);</w:t>
        <w:br/>
        <w:t>}</w:t>
        <w:br/>
        <w:br/>
        <w:t>function partition(nums, left, right) {</w:t>
        <w:br/>
        <w:t xml:space="preserve">  const pivot = nums[right];</w:t>
        <w:br/>
        <w:t xml:space="preserve">  let lo = left;</w:t>
        <w:br/>
        <w:t xml:space="preserve">  for (let i = left; i &lt; right; i++) {</w:t>
        <w:br/>
        <w:t xml:space="preserve">    if (nums[i] &lt; pivot) {</w:t>
        <w:br/>
        <w:t xml:space="preserve">      [nums[lo], nums[i]] = [nums[i], nums[lo]];</w:t>
        <w:br/>
        <w:t xml:space="preserve">      lo++;</w:t>
        <w:br/>
        <w:t xml:space="preserve">    }</w:t>
        <w:br/>
        <w:t xml:space="preserve">  }</w:t>
        <w:br/>
        <w:t xml:space="preserve">  [nums[lo], nums[right]] = [nums[right], nums[lo]];</w:t>
        <w:br/>
        <w:t xml:space="preserve">  return lo;</w:t>
        <w:br/>
        <w:t>}public int[] sortArray(int[] nums) {</w:t>
        <w:br/>
        <w:t xml:space="preserve">    quicksort(nums, 0, nums.length - 1);</w:t>
        <w:br/>
        <w:t xml:space="preserve">    return nums;</w:t>
        <w:br/>
        <w:t>}</w:t>
        <w:br/>
        <w:br/>
        <w:t>private void quicksort(int[] nums, int left, int right) {</w:t>
        <w:br/>
        <w:t xml:space="preserve">    // Base case: if the subarray has 0 or 1 element, it's already sorted.</w:t>
        <w:br/>
        <w:t xml:space="preserve">    if (left &gt;= right) return;</w:t>
        <w:br/>
        <w:t xml:space="preserve">    int pivotIndex = partition(nums, left, right);</w:t>
        <w:br/>
        <w:t xml:space="preserve">    quicksort(nums, left, pivotIndex - 1);</w:t>
        <w:br/>
        <w:t xml:space="preserve">    quicksort(nums, pivotIndex + 1, right);</w:t>
        <w:br/>
        <w:t>}</w:t>
        <w:br/>
        <w:br/>
        <w:t>private int partition(int[] nums, int left, int right) {</w:t>
        <w:br/>
        <w:t xml:space="preserve">    int pivot = nums[right];</w:t>
        <w:br/>
        <w:t xml:space="preserve">    int lo = left;</w:t>
        <w:br/>
        <w:t xml:space="preserve">    for (int i = left; i &lt; right; i++) {</w:t>
        <w:br/>
        <w:t xml:space="preserve">        if (nums[i] &lt; pivot) {</w:t>
        <w:br/>
        <w:t xml:space="preserve">            int temp = nums[lo];</w:t>
        <w:br/>
        <w:t xml:space="preserve">            nums[lo] = nums[i];</w:t>
        <w:br/>
        <w:t xml:space="preserve">            nums[i] = temp;</w:t>
        <w:br/>
        <w:t xml:space="preserve">            lo++;</w:t>
        <w:br/>
        <w:t xml:space="preserve">        }</w:t>
        <w:br/>
        <w:t xml:space="preserve">    }</w:t>
        <w:br/>
        <w:t xml:space="preserve">    int temp = nums[lo];</w:t>
        <w:br/>
        <w:t xml:space="preserve">    nums[lo] = nums[right];</w:t>
        <w:br/>
        <w:t xml:space="preserve">    nums[right] = temp;</w:t>
        <w:br/>
        <w:t xml:space="preserve">    return lo;</w:t>
        <w:br/>
        <w:t>}</w:t>
      </w:r>
    </w:p>
    <w:p>
      <w:pPr>
        <w:pStyle w:val="Heading3"/>
        <w:spacing w:before="320" w:after="120"/>
      </w:pPr>
      <w:r>
        <w:t>Complexity Analysis</w:t>
      </w:r>
    </w:p>
    <w:p>
      <w:pPr>
        <w:spacing w:after="160" w:line="276" w:lineRule="auto"/>
      </w:pPr>
      <w:r>
        <w:t>Time complexity:The time complexity ofsort_arraycan be analyzed in terms of the average and worst cases:</w:t>
      </w:r>
    </w:p>
    <w:p>
      <w:pPr>
        <w:pStyle w:val="ListBullet"/>
      </w:pPr>
      <w:r>
        <w:t>Average case:O(nlog⁡(n))O(n\log(n))O(nlog(n)). In the average case, quicksort effectively divides the array into two roughly equal parts after each partition, leading to a recursive tree with a depth of approximatelylog⁡2(n)\log_2(n)log2​(n). For each of these levels, we perform a partition which takesO(n)O(n)O(n)time, resulting in a total time complexity ofO(nlog⁡(n))O(n\log(n))O(nlog(n)).</w:t>
      </w:r>
    </w:p>
    <w:p>
      <w:pPr>
        <w:pStyle w:val="ListBullet"/>
      </w:pPr>
      <w:r>
        <w:t>Worst case:O(n2)O(n^2)O(n2). The worst-case scenario occurs when the pivot selection consistently results in extremely unbalanced partitions, such as when the smallest or largest element is always chosen as a pivot, which is explained in more detail in the optimization. Uneven partitioning can result in a recursive depth as deep asnnn. For each of thesennnlevels of recursion, we perform a partition which takesO(n)O(n)O(n)time, resulting in a total time complexity ofO(n2)O(n^2)O(n2).</w:t>
      </w:r>
    </w:p>
    <w:p>
      <w:pPr>
        <w:spacing w:after="160" w:line="276" w:lineRule="auto"/>
      </w:pPr>
      <w:r>
        <w:t>Space complexity:The space complexity can also be analyzed in terms of the average and worst cases:</w:t>
      </w:r>
    </w:p>
    <w:p>
      <w:pPr>
        <w:pStyle w:val="ListBullet"/>
      </w:pPr>
      <w:r>
        <w:t>Average case:O(log⁡(n))O(\log(n))O(log(n)). In the average case, the depth of the recursive call stack is approximatelylog⁡2(n)\log_2(n)log2​(n).</w:t>
      </w:r>
    </w:p>
    <w:p>
      <w:pPr>
        <w:pStyle w:val="ListBullet"/>
      </w:pPr>
      <w:r>
        <w:t>Worst case:O(n)O(n)O(n). In the worst case, the depth of the recursive call stack can be as deep asnnn.</w:t>
      </w:r>
    </w:p>
    <w:p>
      <w:pPr>
        <w:pStyle w:val="Heading2"/>
        <w:spacing w:before="320" w:after="120"/>
      </w:pPr>
      <w:r>
        <w:t>Optimization</w:t>
      </w:r>
    </w:p>
    <w:p>
      <w:pPr>
        <w:spacing w:after="160" w:line="276" w:lineRule="auto"/>
      </w:pPr>
      <w:r>
        <w:t>As mentioned in the above complexity analysis, it’s possible for a worst-case time complexity ofO(n2)O(n^2)O(n2)to occur. Let’s dive into when this can happen. Consider the following array, which is already sorted:</w:t>
      </w:r>
    </w:p>
    <w:p>
      <w:pPr>
        <w:spacing w:after="160" w:line="276" w:lineRule="auto"/>
      </w:pPr>
      <w:r>
        <w:t>If we perform quicksort on this array, we choose the rightmost element as the pivot and partition the other elements around this pivot. However, since this pivot is the largest element, there will ben-1elements less than the pivot and 0 elements greater than or equal to it:</w:t>
      </w:r>
    </w:p>
    <w:p>
      <w:pPr>
        <w:spacing w:after="160" w:line="276" w:lineRule="auto"/>
      </w:pPr>
      <w:r>
        <w:t>This creates quite an uneven partition. When we call quicksort on the left part, the same imbalance will occur, but with a left part consisting ofn-2elements:</w:t>
      </w:r>
    </w:p>
    <w:p>
      <w:pPr>
        <w:spacing w:after="160" w:line="276" w:lineRule="auto"/>
      </w:pPr>
      <w:r>
        <w:t>Continuing this until the quicksort process is complete results in a recursion depth of n.</w:t>
      </w:r>
    </w:p>
    <w:p>
      <w:pPr>
        <w:spacing w:after="160" w:line="276" w:lineRule="auto"/>
      </w:pPr>
      <w:r>
        <w:t>An uneven partition occurs when we choose anextreme pivot: one that’s larger or smaller than most other elements. Consistently picking an extreme pivot can occur when the array is sorted in increasing or decreasing order, or when there are many duplicates in the array.</w:t>
      </w:r>
    </w:p>
    <w:p>
      <w:pPr>
        <w:spacing w:after="160" w:line="276" w:lineRule="auto"/>
      </w:pPr>
      <w:r>
        <w:t>To reduce the likelihood of choosing an extreme pivot, we can modify quicksort to choose arandom pivotinstead. There still remains a small chance of consistently picking an extreme pivot, but this outcome is no longer dependent on the order of the input array. A more detailed answer is discussed in the provided reference[1].</w:t>
      </w:r>
    </w:p>
    <w:p>
      <w:pPr>
        <w:spacing w:after="160" w:line="276" w:lineRule="auto"/>
      </w:pPr>
      <w:r>
        <w:t>We can integrate this change into our current solution by randomly selecting an index and swapping its element with the rightmost element, before performing the partition. This way, we don't have to modify the partition function, as it uses the rightmost element:</w:t>
      </w:r>
    </w:p>
    <w:p>
      <w:pPr>
        <w:spacing w:before="160" w:after="160"/>
        <w:ind w:left="360"/>
      </w:pPr>
      <w:r>
        <w:rPr>
          <w:rFonts w:ascii="Consolas" w:hAnsi="Consolas"/>
          <w:color w:val="1E293B"/>
          <w:sz w:val="19"/>
        </w:rPr>
        <w:t>PythonJavaScriptJavaCopydef quicksort_optimized(nums: List[int], left: int, right: int) -&gt; None:</w:t>
        <w:br/>
        <w:t xml:space="preserve">    if left &gt;= right:</w:t>
        <w:br/>
        <w:t xml:space="preserve">        return</w:t>
        <w:br/>
        <w:t xml:space="preserve">    # Choose a pivot at a random index.</w:t>
        <w:br/>
        <w:t xml:space="preserve">    random_index = random.randint(left, right)</w:t>
        <w:br/>
        <w:t xml:space="preserve">    # Swap the randomly chosen pivot with the rightmost element to position the pivot</w:t>
        <w:br/>
        <w:t xml:space="preserve">    # at the rightmost index.</w:t>
        <w:br/>
        <w:t xml:space="preserve">    nums[random_index], nums[right] = nums[right], nums[random_index]</w:t>
        <w:br/>
        <w:t xml:space="preserve">    pivot_index = partition(nums, left, right)</w:t>
        <w:br/>
        <w:t xml:space="preserve">    quicksort_optimized(nums, left, pivot_index - 1)</w:t>
        <w:br/>
        <w:t xml:space="preserve">    quicksort_optimized(nums, pivot_index + 1, right)function quicksortOptimized(nums, left, right) {</w:t>
        <w:br/>
        <w:t xml:space="preserve">  if (left &gt;= right) return;</w:t>
        <w:br/>
        <w:t xml:space="preserve">  // Choose a pivot at a random index.</w:t>
        <w:br/>
        <w:t xml:space="preserve">  const randomIndex = left + Math.floor(Math.random() * (right - left + 1));</w:t>
        <w:br/>
        <w:t xml:space="preserve">  // Swap the randomly chosen pivot with the rightmost element.</w:t>
        <w:br/>
        <w:t xml:space="preserve">  [nums[randomIndex], nums[right]] = [nums[right], nums[randomIndex]];</w:t>
        <w:br/>
        <w:t xml:space="preserve">  const pivotIndex = partition(nums, left, right);</w:t>
        <w:br/>
        <w:t xml:space="preserve">  quicksortOptimized(nums, left, pivotIndex - 1);</w:t>
        <w:br/>
        <w:t xml:space="preserve">  quicksortOptimized(nums, pivotIndex + 1, right);</w:t>
        <w:br/>
        <w:t>}private Random rand = new Random();</w:t>
        <w:br/>
        <w:br/>
        <w:t>public void quicksortOptimized(int[] nums, int left, int right) {</w:t>
        <w:br/>
        <w:t xml:space="preserve">    if (left &gt;= right) return;</w:t>
        <w:br/>
        <w:t xml:space="preserve">    int randomIndex = left + rand.nextInt(right - left + 1);</w:t>
        <w:br/>
        <w:t xml:space="preserve">    int temp = nums[randomIndex];</w:t>
        <w:br/>
        <w:t xml:space="preserve">    nums[randomIndex] = nums[right];</w:t>
        <w:br/>
        <w:t xml:space="preserve">    nums[right] = temp;</w:t>
        <w:br/>
        <w:t xml:space="preserve">    int pivotIndex = partition(nums, left, right);</w:t>
        <w:br/>
        <w:t xml:space="preserve">    quicksortOptimized(nums, left, pivotIndex - 1);</w:t>
        <w:br/>
        <w:t xml:space="preserve">    quicksortOptimized(nums, pivotIndex + 1, right);</w:t>
        <w:br/>
        <w:t>}</w:t>
      </w:r>
    </w:p>
    <w:p>
      <w:pPr>
        <w:pStyle w:val="Heading2"/>
        <w:spacing w:before="320" w:after="120"/>
      </w:pPr>
      <w:r>
        <w:t>Interview Follow-Up</w:t>
      </w:r>
    </w:p>
    <w:p>
      <w:pPr>
        <w:spacing w:after="160" w:line="276" w:lineRule="auto"/>
      </w:pPr>
      <w:r>
        <w:t>Let’s say the interviewer introduces the following constraints to the initial sorting problem:</w:t>
      </w:r>
    </w:p>
    <w:p>
      <w:pPr>
        <w:pStyle w:val="ListBullet"/>
      </w:pPr>
      <w:r>
        <w:t>The input array does not contain negative values.</w:t>
      </w:r>
    </w:p>
    <w:p>
      <w:pPr>
        <w:pStyle w:val="ListBullet"/>
      </w:pPr>
      <w:r>
        <w:t>All values in the input array are less than or equal to10310^3103.</w:t>
      </w:r>
    </w:p>
    <w:p>
      <w:pPr>
        <w:spacing w:after="160" w:line="276" w:lineRule="auto"/>
      </w:pPr>
      <w:r>
        <w:t>Does our approach to the problem change, and should we still use quicksort? Considering that all values in our array now fall within the limited range of [0,10310^3103], a counting sort approach becomes appropriate.</w:t>
      </w:r>
    </w:p>
    <w:p>
      <w:pPr>
        <w:spacing w:after="160" w:line="276" w:lineRule="auto"/>
      </w:pPr>
      <w:r>
        <w:t>Counting sortCounting sort is a non-comparison-based sorting algorithm that works by counting the number of occurrences of each element in the array, then using these counts to place each element in its correct sorted position:</w:t>
      </w:r>
    </w:p>
    <w:p>
      <w:pPr>
        <w:spacing w:after="160" w:line="276" w:lineRule="auto"/>
      </w:pPr>
      <w:r>
        <w:t>We can do this in two steps:</w:t>
      </w:r>
    </w:p>
    <w:p>
      <w:pPr>
        <w:pStyle w:val="ListNumber"/>
      </w:pPr>
      <w:r>
        <w:t>Count occurrences: create a counts array, where each of its indexes represents an element from the original array. Increment the value at each index based on how many times the corresponding element appears in the original array.</w:t>
      </w:r>
    </w:p>
    <w:p>
      <w:pPr>
        <w:pStyle w:val="ListNumber"/>
      </w:pPr>
      <w:r>
        <w:t>Build sorted array (res): iterate through each index of the counts array and add that index (i) to the sorted array as many times as its value (counts[i]) indicates.</w:t>
      </w:r>
    </w:p>
    <w:p>
      <w:pPr>
        <w:spacing w:after="160" w:line="276" w:lineRule="auto"/>
      </w:pPr>
      <w:r>
        <w:t>Counting sort is efficient here because we know the largest possible number in the array is at most10310^3103, which means our counts array will have a maximum size of10310^3103+ 1. However, if this problem constraint is not specified and the maximum value in the array may be very large, then a counting sort solution might not be appropriate, due to the potentially large size of the counts array.</w:t>
      </w:r>
    </w:p>
    <w:p>
      <w:pPr>
        <w:pStyle w:val="Heading2"/>
        <w:spacing w:before="320" w:after="120"/>
      </w:pPr>
      <w:r>
        <w:t>Implementation</w:t>
      </w:r>
    </w:p>
    <w:p>
      <w:pPr>
        <w:spacing w:after="160" w:line="276" w:lineRule="auto"/>
      </w:pPr>
      <w:r>
        <w:t>Note that there’s another common method for implementing counting sort, which is detailed in the reference provided[2].</w:t>
      </w:r>
    </w:p>
    <w:p>
      <w:pPr>
        <w:spacing w:before="160" w:after="160"/>
        <w:ind w:left="360"/>
      </w:pPr>
      <w:r>
        <w:rPr>
          <w:rFonts w:ascii="Consolas" w:hAnsi="Consolas"/>
          <w:color w:val="1E293B"/>
          <w:sz w:val="19"/>
        </w:rPr>
        <w:t>PythonJavaScriptJavaCopyfrom typing import List</w:t>
        <w:br/>
        <w:t xml:space="preserve">    </w:t>
        <w:br/>
        <w:t>def sort_array_counting_sort(nums: List[int]) -&gt; List[int]:</w:t>
        <w:br/>
        <w:t xml:space="preserve">    if not nums:</w:t>
        <w:br/>
        <w:t xml:space="preserve">        return []</w:t>
        <w:br/>
        <w:t xml:space="preserve">    res = []</w:t>
        <w:br/>
        <w:t xml:space="preserve">    # Count occurrences of each element in 'nums'.</w:t>
        <w:br/>
        <w:t xml:space="preserve">    counts = [0] * (max(nums) + 1)</w:t>
        <w:br/>
        <w:t xml:space="preserve">    for num in nums:</w:t>
        <w:br/>
        <w:t xml:space="preserve">        counts[num] += 1</w:t>
        <w:br/>
        <w:t xml:space="preserve">    # Build the sorted array by appending each index 'i' to it a total of 'counts[i]'</w:t>
        <w:br/>
        <w:t xml:space="preserve">    # times.</w:t>
        <w:br/>
        <w:t xml:space="preserve">    for i, count in enumerate(counts):</w:t>
        <w:br/>
        <w:t xml:space="preserve">        res.extend([i] * count)</w:t>
        <w:br/>
        <w:t xml:space="preserve">    return resfunction sortArrayCountingSort(nums) {</w:t>
        <w:br/>
        <w:t xml:space="preserve">  if (!nums || nums.length === 0) return [];</w:t>
        <w:br/>
        <w:t xml:space="preserve">  const res = [];</w:t>
        <w:br/>
        <w:t xml:space="preserve">  const maxVal = Math.max(...nums);</w:t>
        <w:br/>
        <w:t xml:space="preserve">  const counts = new Array(maxVal + 1).fill(0);</w:t>
        <w:br/>
        <w:t xml:space="preserve">  for (const num of nums) {</w:t>
        <w:br/>
        <w:t xml:space="preserve">    counts[num]++;</w:t>
        <w:br/>
        <w:t xml:space="preserve">  }</w:t>
        <w:br/>
        <w:t xml:space="preserve">  for (let i = 0; i &lt; counts.length; i++) {</w:t>
        <w:br/>
        <w:t xml:space="preserve">    for (let c = 0; c &lt; counts[i]; c++) {</w:t>
        <w:br/>
        <w:t xml:space="preserve">      res.push(i);</w:t>
        <w:br/>
        <w:t xml:space="preserve">    }</w:t>
        <w:br/>
        <w:t xml:space="preserve">  }</w:t>
        <w:br/>
        <w:t xml:space="preserve">  return res;</w:t>
        <w:br/>
        <w:t>}public int[] sortArrayCountingSort(int[] nums) {</w:t>
        <w:br/>
        <w:t xml:space="preserve">    if (nums == null || nums.length == 0) return new int[]{};</w:t>
        <w:br/>
        <w:t xml:space="preserve">    int maxVal = 0;</w:t>
        <w:br/>
        <w:t xml:space="preserve">    for (int num : nums) maxVal = Math.max(maxVal, num);</w:t>
        <w:br/>
        <w:t xml:space="preserve">    int[] counts = new int[maxVal + 1];</w:t>
        <w:br/>
        <w:t xml:space="preserve">    for (int num : nums) counts[num]++;</w:t>
        <w:br/>
        <w:t xml:space="preserve">    int[] res = new int[nums.length];</w:t>
        <w:br/>
        <w:t xml:space="preserve">    int idx = 0;</w:t>
        <w:br/>
        <w:t xml:space="preserve">    for (int i = 0; i &lt; counts.length; i++) {</w:t>
        <w:br/>
        <w:t xml:space="preserve">        for (int c = 0; c &lt; counts[i]; c++) {</w:t>
        <w:br/>
        <w:t xml:space="preserve">            res[idx++] = i;</w:t>
        <w:br/>
        <w:t xml:space="preserve">        }</w:t>
        <w:br/>
        <w:t xml:space="preserve">    }</w:t>
        <w:br/>
        <w:t xml:space="preserve">    return res;</w:t>
        <w:br/>
        <w:t>}</w:t>
      </w:r>
    </w:p>
    <w:p>
      <w:pPr>
        <w:pStyle w:val="Heading3"/>
        <w:spacing w:before="320" w:after="120"/>
      </w:pPr>
      <w:r>
        <w:t>Complexity Analysis</w:t>
      </w:r>
    </w:p>
    <w:p>
      <w:pPr>
        <w:spacing w:after="160" w:line="276" w:lineRule="auto"/>
      </w:pPr>
      <w:r>
        <w:t>Time complexity:The time complexity ofsort_array_counting_sortisO(n+k)O(n+k)O(n+k), wherekkkdenotes the maximum value ofnums. This is because it takesO(n)O(n)O(n)time to count the occurrences of each element andO(k)O(k)O(k)time to build the sorted array.</w:t>
      </w:r>
    </w:p>
    <w:p>
      <w:pPr>
        <w:spacing w:after="160" w:line="276" w:lineRule="auto"/>
      </w:pPr>
      <w:r>
        <w:t>Space complexity:The space complexity isO(n+k)O(n+k)O(n+k), since theresarray occupiesO(n)O(n)O(n)space, and the counts array takes upO(k)O(k)O(k)space. Note thatresis considered in the space complexity, as counting sort is not an in-place sorting algorithm requiring an additional array to store the sorted result.</w:t>
      </w:r>
    </w:p>
    <w:p>
      <w:pPr>
        <w:pStyle w:val="Heading2"/>
        <w:spacing w:before="320" w:after="120"/>
      </w:pPr>
      <w:r>
        <w:t>Interview Tip</w:t>
      </w:r>
    </w:p>
    <w:p>
      <w:pPr>
        <w:spacing w:after="160" w:line="276" w:lineRule="auto"/>
      </w:pPr>
      <w:r>
        <w:t>Tip: Quicksort is useful for in-place sorting.While quicksort isn’t a stable sorting algorithm, it is an in-place sorting algorithm, meaning it requires less additional space compared to an algorithm such as merge sort, which takesO(n)O(n)O(n)space when used to sort an array.</w:t>
      </w:r>
    </w:p>
    <w:p>
      <w:r>
        <w:br w:type="page"/>
      </w:r>
    </w:p>
    <w:p>
      <w:pPr>
        <w:pStyle w:val="Heading1"/>
        <w:spacing w:before="480" w:after="280"/>
      </w:pPr>
      <w:r>
        <w:rPr>
          <w:b/>
          <w:color w:val="008A60"/>
          <w:sz w:val="28"/>
        </w:rPr>
        <w:t>Chapter 109</w:t>
        <w:br/>
      </w:r>
      <w:r>
        <w:rPr>
          <w:b/>
          <w:color w:val="0F172A"/>
          <w:sz w:val="40"/>
        </w:rPr>
        <w:t>Kth Largest Integer</w:t>
      </w:r>
    </w:p>
    <w:p>
      <w:pPr>
        <w:spacing w:before="160" w:after="160"/>
        <w:ind w:left="360"/>
      </w:pPr>
      <w:r>
        <w:rPr>
          <w:rFonts w:ascii="Consolas" w:hAnsi="Consolas"/>
          <w:color w:val="1E293B"/>
          <w:sz w:val="19"/>
        </w:rPr>
        <w:t>Return the kth largest integer in an array.Example:ExampleCopyInput: nums = [5, 2, 4, 3, 1, 6], k = 3</w:t>
        <w:br/>
        <w:t>Output: 4</w:t>
        <w:br/>
        <w:t>Constraints:</w:t>
        <w:br/>
        <w:t>The array contains no duplicates.</w:t>
        <w:br/>
        <w:t>The array contains at least one element.</w:t>
        <w:br/>
        <w:t>1 ≤ k ≤ n, where n denotes the length of the array.</w:t>
        <w:br/>
      </w:r>
    </w:p>
    <w:p>
      <w:pPr>
        <w:pStyle w:val="Heading2"/>
        <w:spacing w:before="320" w:after="120"/>
      </w:pPr>
      <w:r>
        <w:t>Intuition - Min-Heap</w:t>
      </w:r>
    </w:p>
    <w:p>
      <w:pPr>
        <w:spacing w:after="160" w:line="276" w:lineRule="auto"/>
      </w:pPr>
      <w:r>
        <w:t>A straightforward solution to this problem is to sort the array in reverse order and return the number at the (k - 1)th index:</w:t>
      </w:r>
    </w:p>
    <w:p>
      <w:pPr>
        <w:spacing w:after="160" w:line="276" w:lineRule="auto"/>
      </w:pPr>
      <w:r>
        <w:t>This solution takesO(nlog⁡(n))O(n\log(n))O(nlog(n))time, but as we only need the kth largest integer, sorting all the elements in the input array might not be necessary. Let’s explore some solutions which take this into account.</w:t>
      </w:r>
    </w:p>
    <w:p>
      <w:pPr>
        <w:spacing w:after="160" w:line="276" w:lineRule="auto"/>
      </w:pPr>
      <w:r>
        <w:t>An interesting thing to realize is that if we know what the top k largest integers are, we’d know that the smallest of these would be the kth largest integer:</w:t>
      </w:r>
    </w:p>
    <w:p>
      <w:pPr>
        <w:spacing w:after="160" w:line="276" w:lineRule="auto"/>
      </w:pPr>
      <w:r>
        <w:t>This leads to the idea that instead of sorting the entire array, we can keep track of the top k largest integers in the array. Is there a way to maintain the top k largest integers, while having access to the smallest of these integers?</w:t>
      </w:r>
    </w:p>
    <w:p>
      <w:pPr>
        <w:spacing w:after="160" w:line="276" w:lineRule="auto"/>
      </w:pPr>
      <w:r>
        <w:t>A min-heap seems like it should work well for this purpose because it provides efficient access to the smallest element. Let’s explore how to use it to maintain the top k integers in the array.</w:t>
      </w:r>
    </w:p>
    <w:p>
      <w:pPr>
        <w:spacing w:after="160" w:line="276" w:lineRule="auto"/>
      </w:pPr>
      <w:r>
        <w:t>Consider the below example with k = 3. Let’s begin by pushing the first k integers to the heap:</w:t>
      </w:r>
    </w:p>
    <w:p>
      <w:pPr>
        <w:spacing w:after="160" w:line="276" w:lineRule="auto"/>
      </w:pPr>
      <w:r>
        <w:t>We shouldn’t immediately push the next element, 3, in the heap because the heap already contains k integers. This gives us a choice:</w:t>
      </w:r>
    </w:p>
    <w:p>
      <w:pPr>
        <w:pStyle w:val="ListBullet"/>
      </w:pPr>
      <w:r>
        <w:t>Skip 3, or:</w:t>
      </w:r>
    </w:p>
    <w:p>
      <w:pPr>
        <w:pStyle w:val="ListBullet"/>
      </w:pPr>
      <w:r>
        <w:t>Remove an integer from the heap and push 3 in.</w:t>
      </w:r>
    </w:p>
    <w:p>
      <w:pPr>
        <w:spacing w:after="160" w:line="276" w:lineRule="auto"/>
      </w:pPr>
      <w:r>
        <w:t>The smallest integer in the heap is 2. Integer 3 is more likely to belong in the top k integers than 2 is, so let’s pop 2 from the heap and push 3 in:</w:t>
      </w:r>
    </w:p>
    <w:p>
      <w:pPr>
        <w:spacing w:after="160" w:line="276" w:lineRule="auto"/>
      </w:pPr>
      <w:r>
        <w:t>The next integer is 1, which is smaller than the smallest integer in the heap. So, we know it’s not among the top k integers:</w:t>
      </w:r>
    </w:p>
    <w:p>
      <w:pPr>
        <w:spacing w:after="160" w:line="276" w:lineRule="auto"/>
      </w:pPr>
      <w:r>
        <w:t>The final integer is 6. It’s larger than the smallest integer in the heap. So, let’s pop off the top of the heap and push in 6:</w:t>
      </w:r>
    </w:p>
    <w:p>
      <w:pPr>
        <w:spacing w:after="160" w:line="276" w:lineRule="auto"/>
      </w:pPr>
      <w:r>
        <w:t>At this point, the k integers in the heap represent the top k largest integers from the array, with the smallest of these integers located at the top of the heap. This smallest value is the kth largest integer in the entire array, so we can just return this integer from the top of the heap:</w:t>
      </w:r>
    </w:p>
    <w:p>
      <w:pPr>
        <w:pStyle w:val="Heading2"/>
        <w:spacing w:before="320" w:after="120"/>
      </w:pPr>
      <w:r>
        <w:t>Implementation - Min-Heap</w:t>
      </w:r>
    </w:p>
    <w:p>
      <w:pPr>
        <w:spacing w:before="160" w:after="160"/>
        <w:ind w:left="360"/>
      </w:pPr>
      <w:r>
        <w:rPr>
          <w:rFonts w:ascii="Consolas" w:hAnsi="Consolas"/>
          <w:color w:val="1E293B"/>
          <w:sz w:val="19"/>
        </w:rPr>
        <w:t>PythonJavaScriptJavaCopyfrom typing import List</w:t>
        <w:br/>
        <w:t>import heapq</w:t>
        <w:br/>
        <w:t xml:space="preserve">    </w:t>
        <w:br/>
        <w:t>def kth_largest_integer_min_heap(nums: List[int], k: int) -&gt; int:</w:t>
        <w:br/>
        <w:t xml:space="preserve">    min_heap = []</w:t>
        <w:br/>
        <w:t xml:space="preserve">    heapq.heapify(min_heap)</w:t>
        <w:br/>
        <w:t xml:space="preserve">    for num in nums:</w:t>
        <w:br/>
        <w:t xml:space="preserve">        # Ensure the heap has at least 'k' integers.</w:t>
        <w:br/>
        <w:t xml:space="preserve">        if len(min_heap) &lt; k:</w:t>
        <w:br/>
        <w:t xml:space="preserve">            heapq.heappush(min_heap, num)</w:t>
        <w:br/>
        <w:t xml:space="preserve">        # If 'num' is greater than the smallest integer in the heap, pop off this</w:t>
        <w:br/>
        <w:t xml:space="preserve">        # smallest integer from the heap and push in 'num'.</w:t>
        <w:br/>
        <w:t xml:space="preserve">        elif num &gt; min_heap[0]:</w:t>
        <w:br/>
        <w:t xml:space="preserve">            heapq.heappop(min_heap)</w:t>
        <w:br/>
        <w:t xml:space="preserve">            heapq.heappush(min_heap, num)</w:t>
        <w:br/>
        <w:t xml:space="preserve">    return min_heap[0]// In JavaScript, MinPriorityQueue from datastructures-js or a simple sorted array/binary heap can be used:</w:t>
        <w:br/>
        <w:t>class MinHeap {</w:t>
        <w:br/>
        <w:t xml:space="preserve">  constructor() { this.heap = []; }</w:t>
        <w:br/>
        <w:t xml:space="preserve">  push(val) {</w:t>
        <w:br/>
        <w:t xml:space="preserve">    this.heap.push(val);</w:t>
        <w:br/>
        <w:t xml:space="preserve">    this._up(this.heap.length - 1);</w:t>
        <w:br/>
        <w:t xml:space="preserve">  }</w:t>
        <w:br/>
        <w:t xml:space="preserve">  pop() {</w:t>
        <w:br/>
        <w:t xml:space="preserve">    const top = this.heap[0];</w:t>
        <w:br/>
        <w:t xml:space="preserve">    const bottom = this.heap.pop();</w:t>
        <w:br/>
        <w:t xml:space="preserve">    if (this.heap.length &gt; 0) {</w:t>
        <w:br/>
        <w:t xml:space="preserve">      this.heap[0] = bottom;</w:t>
        <w:br/>
        <w:t xml:space="preserve">      this._down(0);</w:t>
        <w:br/>
        <w:t xml:space="preserve">    }</w:t>
        <w:br/>
        <w:t xml:space="preserve">    return top;</w:t>
        <w:br/>
        <w:t xml:space="preserve">  }</w:t>
        <w:br/>
        <w:t xml:space="preserve">  peek() { return this.heap[0]; }</w:t>
        <w:br/>
        <w:t xml:space="preserve">  size() { return this.heap.length; }</w:t>
        <w:br/>
        <w:t xml:space="preserve">  _up(i) {</w:t>
        <w:br/>
        <w:t xml:space="preserve">    while (i &gt; 0) {</w:t>
        <w:br/>
        <w:t xml:space="preserve">      const p = Math.floor((i - 1) / 2);</w:t>
        <w:br/>
        <w:t xml:space="preserve">      if (this.heap[p] &lt;= this.heap[i]) break;</w:t>
        <w:br/>
        <w:t xml:space="preserve">      [this.heap[p], this.heap[i]] = [this.heap[i], this.heap[p]];</w:t>
        <w:br/>
        <w:t xml:space="preserve">      i = p;</w:t>
        <w:br/>
        <w:t xml:space="preserve">    }</w:t>
        <w:br/>
        <w:t xml:space="preserve">  }</w:t>
        <w:br/>
        <w:t xml:space="preserve">  _down(i) {</w:t>
        <w:br/>
        <w:t xml:space="preserve">    const len = this.heap.length;</w:t>
        <w:br/>
        <w:t xml:space="preserve">    while (2 * i + 1 &lt; len) {</w:t>
        <w:br/>
        <w:t xml:space="preserve">      let left = 2 * i + 1, right = 2 * i + 2, best = left;</w:t>
        <w:br/>
        <w:t xml:space="preserve">      if (right &lt; len &amp;&amp; this.heap[right] &lt; this.heap[left]) best = right;</w:t>
        <w:br/>
        <w:t xml:space="preserve">      if (this.heap[i] &lt;= this.heap[best]) break;</w:t>
        <w:br/>
        <w:t xml:space="preserve">      [this.heap[i], this.heap[best]] = [this.heap[best], this.heap[i]];</w:t>
        <w:br/>
        <w:t xml:space="preserve">      i = best;</w:t>
        <w:br/>
        <w:t xml:space="preserve">    }</w:t>
        <w:br/>
        <w:t xml:space="preserve">  }</w:t>
        <w:br/>
        <w:t>}</w:t>
        <w:br/>
        <w:br/>
        <w:t>function kthLargestIntegerMinHeap(nums, k) {</w:t>
        <w:br/>
        <w:t xml:space="preserve">  const minHeap = new MinHeap();</w:t>
        <w:br/>
        <w:t xml:space="preserve">  for (const num of nums) {</w:t>
        <w:br/>
        <w:t xml:space="preserve">    if (minHeap.size() &lt; k) {</w:t>
        <w:br/>
        <w:t xml:space="preserve">      minHeap.push(num);</w:t>
        <w:br/>
        <w:t xml:space="preserve">    } else if (num &gt; minHeap.peek()) {</w:t>
        <w:br/>
        <w:t xml:space="preserve">      minHeap.pop();</w:t>
        <w:br/>
        <w:t xml:space="preserve">      minHeap.push(num);</w:t>
        <w:br/>
        <w:t xml:space="preserve">    }</w:t>
        <w:br/>
        <w:t xml:space="preserve">  }</w:t>
        <w:br/>
        <w:t xml:space="preserve">  return minHeap.peek();</w:t>
        <w:br/>
        <w:t>}public int kthLargestIntegerMinHeap(int[] nums, int k) {</w:t>
        <w:br/>
        <w:t xml:space="preserve">    PriorityQueue&lt;Integer&gt; minHeap = new PriorityQueue&lt;&gt;();</w:t>
        <w:br/>
        <w:t xml:space="preserve">    for (int num : nums) {</w:t>
        <w:br/>
        <w:t xml:space="preserve">        if (minHeap.size() &lt; k) {</w:t>
        <w:br/>
        <w:t xml:space="preserve">            minHeap.offer(num);</w:t>
        <w:br/>
        <w:t xml:space="preserve">        } else if (num &gt; minHeap.peek()) {</w:t>
        <w:br/>
        <w:t xml:space="preserve">            minHeap.poll();</w:t>
        <w:br/>
        <w:t xml:space="preserve">            minHeap.offer(num);</w:t>
        <w:br/>
        <w:t xml:space="preserve">        }</w:t>
        <w:br/>
        <w:t xml:space="preserve">    }</w:t>
        <w:br/>
        <w:t xml:space="preserve">    return minHeap.peek();</w:t>
        <w:br/>
        <w:t>}</w:t>
      </w:r>
    </w:p>
    <w:p>
      <w:pPr>
        <w:pStyle w:val="Heading3"/>
        <w:spacing w:before="320" w:after="120"/>
      </w:pPr>
      <w:r>
        <w:t>Complexity Analysis</w:t>
      </w:r>
    </w:p>
    <w:p>
      <w:pPr>
        <w:spacing w:after="160" w:line="276" w:lineRule="auto"/>
      </w:pPr>
      <w:r>
        <w:t>Time complexity:The time complexity ofkth_largest_integer_min_heapisO(nlog⁡(k))O(n\log(k))O(nlog(k))because for each integer, we perform at most onepushandpopoperation on the min-heap, which has a size no larger thankkk. Each heap operation takesO(log⁡(k))O(\log(k))O(log(k))time.</w:t>
      </w:r>
    </w:p>
    <w:p>
      <w:pPr>
        <w:spacing w:after="160" w:line="276" w:lineRule="auto"/>
      </w:pPr>
      <w:r>
        <w:t>Space complexity:The space complexity isO(k)O(k)O(k)because the heap can grow to a size ofkkk.</w:t>
      </w:r>
    </w:p>
    <w:p>
      <w:pPr>
        <w:pStyle w:val="Heading2"/>
        <w:spacing w:before="320" w:after="120"/>
      </w:pPr>
      <w:r>
        <w:t>Intuition - Quickselect</w:t>
      </w:r>
    </w:p>
    <w:p>
      <w:pPr>
        <w:spacing w:after="160" w:line="276" w:lineRule="auto"/>
      </w:pPr>
      <w:r>
        <w:t>The previous approach involved keeping track of the k largest integers to identify the kth largest integer. This effectively required us to keep these k values partially sorted through the use of a heap. But what if there’s a way to position only the kth largest value in its expected sorted position, without sorting the other numbers?</w:t>
      </w:r>
    </w:p>
    <w:p>
      <w:pPr>
        <w:spacing w:after="160" w:line="276" w:lineRule="auto"/>
      </w:pPr>
      <w:r>
        <w:t>Quickselectcan be used to achieve this.</w:t>
      </w:r>
    </w:p>
    <w:p>
      <w:pPr>
        <w:spacing w:after="160" w:line="276" w:lineRule="auto"/>
      </w:pPr>
      <w:r>
        <w:t>Quickselect is an algorithm thatleverages the partition step of quicksort, which positions a value in its sorted position. Quickselect is generally used to find the kthsmallestelement, whereas, in this problem, we're asked to find the kthlargestelement. To utilize quickselect for this purpose, we can insteadfind the (n - k)th smallest integer, which is equivalent to finding the kth largest element:</w:t>
      </w:r>
    </w:p>
    <w:p>
      <w:pPr>
        <w:spacing w:after="160" w:line="276" w:lineRule="auto"/>
      </w:pPr>
      <w:r>
        <w:t>Now, let’s dive into how quickselect works. To understand quickselect, we recommend you study the quicksort solution provided in theSort Arrayproblem.</w:t>
      </w:r>
    </w:p>
    <w:p>
      <w:pPr>
        <w:spacing w:after="160" w:line="276" w:lineRule="auto"/>
      </w:pPr>
      <w:r>
        <w:t>Quickselect works identically to quicksort in that we:</w:t>
      </w:r>
    </w:p>
    <w:p>
      <w:pPr>
        <w:spacing w:after="160" w:line="276" w:lineRule="auto"/>
      </w:pPr>
      <w:r>
        <w:t>1. Choose a pivot.2. Partition the array into two parts by moving elements around the pivot so that:</w:t>
      </w:r>
    </w:p>
    <w:p>
      <w:pPr>
        <w:pStyle w:val="ListBullet"/>
      </w:pPr>
      <w:r>
        <w:t>Numbers less than the pivot are moved to its left.</w:t>
      </w:r>
    </w:p>
    <w:p>
      <w:pPr>
        <w:pStyle w:val="ListBullet"/>
      </w:pPr>
      <w:r>
        <w:t>Numbers greater than the pivot are moved to its right.</w:t>
      </w:r>
    </w:p>
    <w:p>
      <w:pPr>
        <w:spacing w:after="160" w:line="276" w:lineRule="auto"/>
      </w:pPr>
      <w:r>
        <w:t>The primary difference between these two algorithms lies in the recursion step:</w:t>
      </w:r>
    </w:p>
    <w:p>
      <w:pPr>
        <w:pStyle w:val="ListBullet"/>
      </w:pPr>
      <w:r>
        <w:t>In quicksort, we recursively process both the left and right parts.</w:t>
      </w:r>
    </w:p>
    <w:p>
      <w:pPr>
        <w:pStyle w:val="ListBullet"/>
      </w:pPr>
      <w:r>
        <w:t>In quickselect,we only need to recursively process one of these parts.</w:t>
      </w:r>
    </w:p>
    <w:p>
      <w:pPr>
        <w:spacing w:after="160" w:line="276" w:lineRule="auto"/>
      </w:pPr>
      <w:r>
        <w:t>Let’s explore why only one part is chosen.</w:t>
      </w:r>
    </w:p>
    <w:p>
      <w:pPr>
        <w:spacing w:after="160" w:line="276" w:lineRule="auto"/>
      </w:pPr>
      <w:r>
        <w:t>Deciding which part of a partition to processSuppose we pick a random number as a pivot. After performing a partition, this pivot will be positioned correctly. From here, there are three possibilities for the position of the (n - k)th smallest integer:</w:t>
      </w:r>
    </w:p>
    <w:p>
      <w:pPr>
        <w:pStyle w:val="ListBullet"/>
      </w:pPr>
      <w:r>
        <w:t>If the pivot is positioned before indexn - k, it means the (n - k)th smallest integer must be somewhere to the right of the pivot. So, perform quickselect on the right part:</w:t>
      </w:r>
    </w:p>
    <w:p>
      <w:pPr>
        <w:pStyle w:val="ListBullet"/>
      </w:pPr>
      <w:r>
        <w:t>If the pivot is positioned after indexn - k, perform quickselect on the left part:</w:t>
      </w:r>
    </w:p>
    <w:p>
      <w:pPr>
        <w:pStyle w:val="ListBullet"/>
      </w:pPr>
      <w:r>
        <w:t>If the pivot is positioned exactly at indexn - k, the pivot itself is the (n - k)th smallest integer. So, we just return the pivot:</w:t>
      </w:r>
    </w:p>
    <w:p>
      <w:pPr>
        <w:pStyle w:val="Heading2"/>
        <w:spacing w:before="320" w:after="120"/>
      </w:pPr>
      <w:r>
        <w:t>Implementation - Quickselect</w:t>
      </w:r>
    </w:p>
    <w:p>
      <w:pPr>
        <w:spacing w:after="160" w:line="276" w:lineRule="auto"/>
      </w:pPr>
      <w:r>
        <w:t>Note that the partition function in this implementation is identical to the partition function inSort Array. Also, this implementation selects a random pivot, as per the optimization discussed inSort Array.</w:t>
      </w:r>
    </w:p>
    <w:p>
      <w:pPr>
        <w:spacing w:before="160" w:after="160"/>
        <w:ind w:left="360"/>
      </w:pPr>
      <w:r>
        <w:rPr>
          <w:rFonts w:ascii="Consolas" w:hAnsi="Consolas"/>
          <w:color w:val="1E293B"/>
          <w:sz w:val="19"/>
        </w:rPr>
        <w:t>PythonJavaScriptJavaCopyimport random</w:t>
        <w:br/>
        <w:t>from typing import List</w:t>
        <w:br/>
        <w:t xml:space="preserve">    </w:t>
        <w:br/>
        <w:t>def kth_largest_integer_quickselect(nums: List[int], k: int) -&gt; int:</w:t>
        <w:br/>
        <w:t xml:space="preserve">    return quickselect(nums, 0, len(nums) - 1, k)</w:t>
        <w:br/>
        <w:t xml:space="preserve">    </w:t>
        <w:br/>
        <w:t>def quickselect(nums: List[int], left: int, right: int, k: int) -&gt; None:</w:t>
        <w:br/>
        <w:t xml:space="preserve">    n = len(nums)</w:t>
        <w:br/>
        <w:t xml:space="preserve">    if left &gt;= right:</w:t>
        <w:br/>
        <w:t xml:space="preserve">        return nums[left]</w:t>
        <w:br/>
        <w:t xml:space="preserve">    random_index = random.randint(left, right)</w:t>
        <w:br/>
        <w:t xml:space="preserve">    nums[random_index], nums[right] = nums[right], nums[random_index]</w:t>
        <w:br/>
        <w:t xml:space="preserve">    pivot_index = partition(nums, left, right)</w:t>
        <w:br/>
        <w:t xml:space="preserve">    # If the pivot comes before 'n - k', the ('n - k')th smallest integer is somewhere</w:t>
        <w:br/>
        <w:t xml:space="preserve">    # to its right. Perform quickselect on the right part.</w:t>
        <w:br/>
        <w:t xml:space="preserve">    if pivot_index &lt; n - k:</w:t>
        <w:br/>
        <w:t xml:space="preserve">        return quickselect(nums, pivot_index + 1, right, k)</w:t>
        <w:br/>
        <w:t xml:space="preserve">    # If the pivot comes after 'n - k', the ('n - k')th smallest integer is somewhere</w:t>
        <w:br/>
        <w:t xml:space="preserve">    # to its left. Perform quickselect on the left part.</w:t>
        <w:br/>
        <w:t xml:space="preserve">    elif pivot_index &gt; n - k:</w:t>
        <w:br/>
        <w:t xml:space="preserve">        return quickselect(nums, left, pivot_index - 1, k)</w:t>
        <w:br/>
        <w:t xml:space="preserve">    # If the pivot is at index 'n - k', it's the ('n - k')th smallest integer.</w:t>
        <w:br/>
        <w:t xml:space="preserve">    else:</w:t>
        <w:br/>
        <w:t xml:space="preserve">        return nums[pivot_index]</w:t>
        <w:br/>
        <w:t xml:space="preserve">    </w:t>
        <w:br/>
        <w:t>def partition(nums: List[int], left: int, right: int) -&gt; int:</w:t>
        <w:br/>
        <w:t xml:space="preserve">    pivot = nums[right]</w:t>
        <w:br/>
        <w:t xml:space="preserve">    lo = left</w:t>
        <w:br/>
        <w:t xml:space="preserve">    for i in range(left, right):</w:t>
        <w:br/>
        <w:t xml:space="preserve">        if nums[i] &lt; pivot:</w:t>
        <w:br/>
        <w:t xml:space="preserve">            nums[lo], nums[i] = nums[i], nums[lo]</w:t>
        <w:br/>
        <w:t xml:space="preserve">            lo += 1</w:t>
        <w:br/>
        <w:t xml:space="preserve">    nums[lo], nums[right] = nums[right], nums[lo]</w:t>
        <w:br/>
        <w:t xml:space="preserve">    return lofunction kthLargestIntegerQuickselect(nums, k) {</w:t>
        <w:br/>
        <w:t xml:space="preserve">  return quickselect(nums, 0, nums.length - 1, k);</w:t>
        <w:br/>
        <w:t>}</w:t>
        <w:br/>
        <w:br/>
        <w:t>function quickselect(nums, left, right, k) {</w:t>
        <w:br/>
        <w:t xml:space="preserve">  const n = nums.length;</w:t>
        <w:br/>
        <w:t xml:space="preserve">  if (left &gt;= right) return nums[left];</w:t>
        <w:br/>
        <w:t xml:space="preserve">  const randomIndex = left + Math.floor(Math.random() * (right - left + 1));</w:t>
        <w:br/>
        <w:t xml:space="preserve">  [nums[randomIndex], nums[right]] = [nums[right], nums[randomIndex]];</w:t>
        <w:br/>
        <w:t xml:space="preserve">  const pivotIndex = partition(nums, left, right);</w:t>
        <w:br/>
        <w:t xml:space="preserve">  if (pivotIndex &lt; n - k) {</w:t>
        <w:br/>
        <w:t xml:space="preserve">    return quickselect(nums, pivotIndex + 1, right, k);</w:t>
        <w:br/>
        <w:t xml:space="preserve">  } else if (pivotIndex &gt; n - k) {</w:t>
        <w:br/>
        <w:t xml:space="preserve">    return quickselect(nums, left, pivotIndex - 1, k);</w:t>
        <w:br/>
        <w:t xml:space="preserve">  } else {</w:t>
        <w:br/>
        <w:t xml:space="preserve">    return nums[pivotIndex];</w:t>
        <w:br/>
        <w:t xml:space="preserve">  }</w:t>
        <w:br/>
        <w:t>}</w:t>
        <w:br/>
        <w:br/>
        <w:t>function partition(nums, left, right) {</w:t>
        <w:br/>
        <w:t xml:space="preserve">  const pivot = nums[right];</w:t>
        <w:br/>
        <w:t xml:space="preserve">  let lo = left;</w:t>
        <w:br/>
        <w:t xml:space="preserve">  for (let i = left; i &lt; right; i++) {</w:t>
        <w:br/>
        <w:t xml:space="preserve">    if (nums[i] &lt; pivot) {</w:t>
        <w:br/>
        <w:t xml:space="preserve">      [nums[lo], nums[i]] = [nums[i], nums[lo]];</w:t>
        <w:br/>
        <w:t xml:space="preserve">      lo++;</w:t>
        <w:br/>
        <w:t xml:space="preserve">    }</w:t>
        <w:br/>
        <w:t xml:space="preserve">  }</w:t>
        <w:br/>
        <w:t xml:space="preserve">  [nums[lo], nums[right]] = [nums[right], nums[lo]];</w:t>
        <w:br/>
        <w:t xml:space="preserve">  return lo;</w:t>
        <w:br/>
        <w:t>}private Random rand = new Random();</w:t>
        <w:br/>
        <w:br/>
        <w:t>public int kthLargestIntegerQuickselect(int[] nums, int k) {</w:t>
        <w:br/>
        <w:t xml:space="preserve">    return quickselect(nums, 0, nums.length - 1, k);</w:t>
        <w:br/>
        <w:t>}</w:t>
        <w:br/>
        <w:br/>
        <w:t>private int quickselect(int[] nums, int left, int right, int k) {</w:t>
        <w:br/>
        <w:t xml:space="preserve">    int n = nums.length;</w:t>
        <w:br/>
        <w:t xml:space="preserve">    if (left &gt;= right) return nums[left];</w:t>
        <w:br/>
        <w:t xml:space="preserve">    int randomIndex = left + rand.nextInt(right - left + 1);</w:t>
        <w:br/>
        <w:t xml:space="preserve">    int temp = nums[randomIndex];</w:t>
        <w:br/>
        <w:t xml:space="preserve">    nums[randomIndex] = nums[right];</w:t>
        <w:br/>
        <w:t xml:space="preserve">    nums[right] = temp;</w:t>
        <w:br/>
        <w:t xml:space="preserve">    int pivotIndex = partition(nums, left, right);</w:t>
        <w:br/>
        <w:t xml:space="preserve">    if (pivotIndex &lt; n - k) {</w:t>
        <w:br/>
        <w:t xml:space="preserve">        return quickselect(nums, pivotIndex + 1, right, k);</w:t>
        <w:br/>
        <w:t xml:space="preserve">    } else if (pivotIndex &gt; n - k) {</w:t>
        <w:br/>
        <w:t xml:space="preserve">        return quickselect(nums, left, pivotIndex - 1, k);</w:t>
        <w:br/>
        <w:t xml:space="preserve">    } else {</w:t>
        <w:br/>
        <w:t xml:space="preserve">        return nums[pivotIndex];</w:t>
        <w:br/>
        <w:t xml:space="preserve">    }</w:t>
        <w:br/>
        <w:t>}</w:t>
        <w:br/>
        <w:br/>
        <w:t>private int partition(int[] nums, int left, int right) {</w:t>
        <w:br/>
        <w:t xml:space="preserve">    int pivot = nums[right];</w:t>
        <w:br/>
        <w:t xml:space="preserve">    int lo = left;</w:t>
        <w:br/>
        <w:t xml:space="preserve">    for (int i = left; i &lt; right; i++) {</w:t>
        <w:br/>
        <w:t xml:space="preserve">        if (nums[i] &lt; pivot) {</w:t>
        <w:br/>
        <w:t xml:space="preserve">            int temp = nums[lo];</w:t>
        <w:br/>
        <w:t xml:space="preserve">            nums[lo] = nums[i];</w:t>
        <w:br/>
        <w:t xml:space="preserve">            nums[i] = temp;</w:t>
        <w:br/>
        <w:t xml:space="preserve">            lo++;</w:t>
        <w:br/>
        <w:t xml:space="preserve">        }</w:t>
        <w:br/>
        <w:t xml:space="preserve">    }</w:t>
        <w:br/>
        <w:t xml:space="preserve">    int temp = nums[lo];</w:t>
        <w:br/>
        <w:t xml:space="preserve">    nums[lo] = nums[right];</w:t>
        <w:br/>
        <w:t xml:space="preserve">    nums[right] = temp;</w:t>
        <w:br/>
        <w:t xml:space="preserve">    return lo;</w:t>
        <w:br/>
        <w:t>}</w:t>
      </w:r>
    </w:p>
    <w:p>
      <w:pPr>
        <w:pStyle w:val="Heading3"/>
        <w:spacing w:before="320" w:after="120"/>
      </w:pPr>
      <w:r>
        <w:t>Complexity Analysis</w:t>
      </w:r>
    </w:p>
    <w:p>
      <w:pPr>
        <w:spacing w:after="160" w:line="276" w:lineRule="auto"/>
      </w:pPr>
      <w:r>
        <w:t>Time complexity:The time complexity ofkth_largest_integer_quickselectcan be analyzed in terms of the average and worst cases:</w:t>
      </w:r>
    </w:p>
    <w:p>
      <w:pPr>
        <w:pStyle w:val="ListBullet"/>
      </w:pPr>
      <w:r>
        <w:t>Average case:O(n)O(n)O(n). In the average case, quickselect partitions the array and reduces the problem size by approximately half each time by performing a recursive call on only one part of each partition. A linear partition is performed during each of these recursive calls. This results in a total time complexity ofO(n)+O(n/2)+O(n/4)+O(n/8)+…O(n) + O(n/2) + O(n/4) + O(n/8) + \dotsO(n)+O(n/2)+O(n/4)+O(n/8)+…, which is a geometric series that sums toO(n)O(n)O(n).</w:t>
      </w:r>
    </w:p>
    <w:p>
      <w:pPr>
        <w:pStyle w:val="ListBullet"/>
      </w:pPr>
      <w:r>
        <w:t>Worst case:O(n2)O(n^2)O(n2). The worst-case scenario occurs when the pivot selection consistently results in extremely unbalanced partitions. This can result in the problem size only being reduced by one element after each partition, leading to a total time complexity ofO(n)+O(n−1)+O(n−2)+…O(n)+O(n-1)+O(n-2)+…O(n)+O(n−1)+O(n−2)+…, which can be simplified to anO(n2)O(n^2)O(n2)time complexity.</w:t>
      </w:r>
    </w:p>
    <w:p>
      <w:pPr>
        <w:spacing w:after="160" w:line="276" w:lineRule="auto"/>
      </w:pPr>
      <w:r>
        <w:t>Space complexity:The space complexity can also be analyzed in terms of the average and worst cases:</w:t>
      </w:r>
    </w:p>
    <w:p>
      <w:pPr>
        <w:pStyle w:val="ListBullet"/>
      </w:pPr>
      <w:r>
        <w:t>Average Case:O(log⁡(n))O(\log(n))O(log(n)). In the average case, the depth of the recursive call stack is approximatelylog⁡2(n)\log_2(n)log2​(n).</w:t>
      </w:r>
    </w:p>
    <w:p>
      <w:pPr>
        <w:pStyle w:val="ListBullet"/>
      </w:pPr>
      <w:r>
        <w:t>Worst Case:O(n)O(n)O(n). In the worst case, the depth of the recursive call stack can be as deep asnnn.</w:t>
      </w:r>
    </w:p>
    <w:p>
      <w:r>
        <w:br w:type="page"/>
      </w:r>
    </w:p>
    <w:p>
      <w:pPr>
        <w:pStyle w:val="Heading1"/>
        <w:spacing w:before="480" w:after="280"/>
      </w:pPr>
      <w:r>
        <w:rPr>
          <w:b/>
          <w:color w:val="008A60"/>
          <w:sz w:val="28"/>
        </w:rPr>
        <w:t>Chapter 110</w:t>
        <w:br/>
      </w:r>
      <w:r>
        <w:rPr>
          <w:b/>
          <w:color w:val="0F172A"/>
          <w:sz w:val="40"/>
        </w:rPr>
        <w:t>Dutch National Flag</w:t>
      </w:r>
    </w:p>
    <w:p>
      <w:pPr>
        <w:spacing w:before="160" w:after="160"/>
        <w:ind w:left="360"/>
      </w:pPr>
      <w:r>
        <w:rPr>
          <w:rFonts w:ascii="Consolas" w:hAnsi="Consolas"/>
          <w:color w:val="1E293B"/>
          <w:sz w:val="19"/>
        </w:rPr>
        <w:t>Given an array of 0s, 1s, and 2s representing red, white, and blue, respectively, sort the array in place so that it resembles the Dutch national flag, with all reds (0s) coming first, followed by whites (1s), and finally blues (2s).Example:ExampleCopyInput: nums = [0, 1, 2, 0, 1, 2, 0]</w:t>
        <w:br/>
        <w:t>Output: [0, 0, 0, 1, 1, 2, 2]</w:t>
        <w:br/>
      </w:r>
    </w:p>
    <w:p>
      <w:pPr>
        <w:pStyle w:val="Heading2"/>
        <w:spacing w:before="320" w:after="120"/>
      </w:pPr>
      <w:r>
        <w:t>Intuition</w:t>
      </w:r>
    </w:p>
    <w:p>
      <w:pPr>
        <w:spacing w:after="160" w:line="276" w:lineRule="auto"/>
      </w:pPr>
      <w:r>
        <w:t>This problem is just asking us to sort three numbers in ascending order. A straightforward solution would be to use an in-built sorting function. However, this is anO(nlog⁡(n))O(n\log(n))O(nlog(n))approach, wherennndenotes the length of the array. However, this isn’t taking advantage of an important problem constraint: there are only three types of elements in the array.</w:t>
      </w:r>
    </w:p>
    <w:p>
      <w:pPr>
        <w:spacing w:after="160" w:line="276" w:lineRule="auto"/>
      </w:pPr>
      <w:r>
        <w:t>To sort these numbers, we essentially want to position all 0s to the left, all 2s to the right, and any 1s in between. A key observation is that if we place the 0s and the 2s in their correct positions, the 1s will automatically be positioned correctly:</w:t>
      </w:r>
    </w:p>
    <w:p>
      <w:pPr>
        <w:spacing w:after="160" w:line="276" w:lineRule="auto"/>
      </w:pPr>
      <w:r>
        <w:t>This allows us to focus on only positioning two numbers.</w:t>
      </w:r>
    </w:p>
    <w:p>
      <w:pPr>
        <w:spacing w:after="160" w:line="276" w:lineRule="auto"/>
      </w:pPr>
      <w:r>
        <w:t>One strategy we could use is to iterate through the array and move any 0s we encounter to the left, and any 2s we encounter to the right.</w:t>
      </w:r>
    </w:p>
    <w:p>
      <w:pPr>
        <w:spacing w:after="160" w:line="276" w:lineRule="auto"/>
      </w:pPr>
      <w:r>
        <w:t>We can set a left pointer to move any 0s we encounter to the left, and a right pointer to move any 2s to the right. To iterate through the array, we can use a separate pointer,i:</w:t>
      </w:r>
    </w:p>
    <w:p>
      <w:pPr>
        <w:pStyle w:val="ListBullet"/>
      </w:pPr>
      <w:r>
        <w:t>When we encounter a 0 at indexi, swap it withnums[left].</w:t>
      </w:r>
    </w:p>
    <w:p>
      <w:pPr>
        <w:pStyle w:val="ListBullet"/>
      </w:pPr>
      <w:r>
        <w:t>When we encounter a 2 at indexi, swap it withnums[right].</w:t>
      </w:r>
    </w:p>
    <w:p>
      <w:pPr>
        <w:spacing w:after="160" w:line="276" w:lineRule="auto"/>
      </w:pPr>
      <w:r>
        <w:t>To understand how we should adjust these pointers after each swap, let’s use the following example:</w:t>
      </w:r>
    </w:p>
    <w:p>
      <w:pPr>
        <w:spacing w:after="160" w:line="276" w:lineRule="auto"/>
      </w:pPr>
      <w:r>
        <w:t>The first element is 2, so let’s swap it withnums[right]. Then, let’s move the right pointer inward so it points to where the next 2 should be placed:</w:t>
      </w:r>
    </w:p>
    <w:p>
      <w:pPr>
        <w:spacing w:after="160" w:line="276" w:lineRule="auto"/>
      </w:pPr>
      <w:r>
        <w:t>Notice that after this swap, there’s now a new element at indexi. So, we should not yet advancei, as we still need to decide whether this new element needs to be positioned elsewhere.</w:t>
      </w:r>
    </w:p>
    <w:p>
      <w:pPr>
        <w:spacing w:after="160" w:line="276" w:lineRule="auto"/>
      </w:pPr>
      <w:r>
        <w:t>The pointeriis now pointing at a 1. We don’t need to handle any 1s we encounter, so let’s just advance theipointer:</w:t>
      </w:r>
    </w:p>
    <w:p>
      <w:pPr>
        <w:spacing w:after="160" w:line="276" w:lineRule="auto"/>
      </w:pPr>
      <w:r>
        <w:t>Now, pointeriis pointing at a 0, so let’s swap it withnums[left]:</w:t>
      </w:r>
    </w:p>
    <w:p>
      <w:pPr>
        <w:spacing w:after="160" w:line="276" w:lineRule="auto"/>
      </w:pPr>
      <w:r>
        <w:t>After this swap, there’s a new element at indexi. Sinceiis positioned after the left pointer, this element can only be a 1 for the following reasons:</w:t>
      </w:r>
    </w:p>
    <w:p>
      <w:pPr>
        <w:pStyle w:val="ListBullet"/>
      </w:pPr>
      <w:r>
        <w:t>Before the swap, all 0s originally to the left ofiwould have already been positioned to the left of theleftindex.</w:t>
      </w:r>
    </w:p>
    <w:p>
      <w:pPr>
        <w:pStyle w:val="ListBullet"/>
      </w:pPr>
      <w:r>
        <w:t>Before the swap, all 2s originally to the left ofiwould have already been positioned to the right of therightindex.</w:t>
      </w:r>
    </w:p>
    <w:p>
      <w:pPr>
        <w:spacing w:after="160" w:line="276" w:lineRule="auto"/>
      </w:pPr>
      <w:r>
        <w:t>Therefore, we can also advance theipointer while advancing theleftpointer.</w:t>
      </w:r>
    </w:p>
    <w:p>
      <w:pPr>
        <w:spacing w:after="160" w:line="276" w:lineRule="auto"/>
      </w:pPr>
      <w:r>
        <w:t>We now know what to do whenever we encounter a 0, 1, or 2. We can continue applying this logic until the pointerisurpasses therightpointer, indicating all elements have been positioned correctly:</w:t>
      </w:r>
    </w:p>
    <w:p>
      <w:pPr>
        <w:spacing w:after="160" w:line="276" w:lineRule="auto"/>
      </w:pPr>
      <w:r>
        <w:t>Note that we don’t stop the process wheni == rightbecause theipointer could still be pointing at a 0, which would need to be swapped.</w:t>
      </w:r>
    </w:p>
    <w:p>
      <w:pPr>
        <w:spacing w:after="160" w:line="276" w:lineRule="auto"/>
      </w:pPr>
      <w:r>
        <w:t>Why do we advance bothiandleftpointers when we encounter a 0?A question we might have regarding the above process is why we advance theipointer along with theleftpointer whennums[i] == 0.</w:t>
      </w:r>
    </w:p>
    <w:p>
      <w:pPr>
        <w:spacing w:after="160" w:line="276" w:lineRule="auto"/>
      </w:pPr>
      <w:r>
        <w:t>The reason becomes clear when we consider the following example:</w:t>
      </w:r>
    </w:p>
    <w:p>
      <w:pPr>
        <w:spacing w:after="160" w:line="276" w:lineRule="auto"/>
      </w:pPr>
      <w:r>
        <w:t>Here,nums[i] == 0, so the first thing we do is swapnums[i]andnums[left], which doesn’t change anything in this case sinceleftandipoint to the same element. Now, observe what happens if we only advance the left pointer:</w:t>
      </w:r>
    </w:p>
    <w:p>
      <w:pPr>
        <w:spacing w:after="160" w:line="276" w:lineRule="auto"/>
      </w:pPr>
      <w:r>
        <w:t>As we can see, the left pointer will surpass theipointer, which shouldn’t happen sinceineeds to stay betweenleftandrightthroughout the algorithm. To avoid this, we advance both theiandleftpointers:</w:t>
      </w:r>
    </w:p>
    <w:p>
      <w:pPr>
        <w:pStyle w:val="Heading2"/>
        <w:spacing w:before="320" w:after="120"/>
      </w:pPr>
      <w:r>
        <w:t>Implementation</w:t>
      </w:r>
    </w:p>
    <w:p>
      <w:pPr>
        <w:spacing w:before="160" w:after="160"/>
        <w:ind w:left="360"/>
      </w:pPr>
      <w:r>
        <w:rPr>
          <w:rFonts w:ascii="Consolas" w:hAnsi="Consolas"/>
          <w:color w:val="1E293B"/>
          <w:sz w:val="19"/>
        </w:rPr>
        <w:t>PythonJavaScriptJavaCopyfrom typing import List</w:t>
        <w:br/>
        <w:t xml:space="preserve">    </w:t>
        <w:br/>
        <w:t>def dutch_national_flag(nums: List[int]) -&gt; None:</w:t>
        <w:br/>
        <w:t xml:space="preserve">    i, left, right = 0, 0, len(nums) - 1</w:t>
        <w:br/>
        <w:t xml:space="preserve">    while i &lt;= right:</w:t>
        <w:br/>
        <w:t xml:space="preserve">        # Swap 0s with the element at the left pointer.</w:t>
        <w:br/>
        <w:t xml:space="preserve">        if nums[i] == 0:</w:t>
        <w:br/>
        <w:t xml:space="preserve">            nums[i], nums[left] = nums[left], nums[i]</w:t>
        <w:br/>
        <w:t xml:space="preserve">            left += 1</w:t>
        <w:br/>
        <w:t xml:space="preserve">            i += 1</w:t>
        <w:br/>
        <w:t xml:space="preserve">        # Swap 2s with the element at the right pointer.</w:t>
        <w:br/>
        <w:t xml:space="preserve">        elif nums[i] == 2:</w:t>
        <w:br/>
        <w:t xml:space="preserve">            nums[i], nums[right] = nums[right], nums[i]</w:t>
        <w:br/>
        <w:t xml:space="preserve">            right -= 1</w:t>
        <w:br/>
        <w:t xml:space="preserve">        else:</w:t>
        <w:br/>
        <w:t xml:space="preserve">            i += 1function dutchNationalFlag(nums) {</w:t>
        <w:br/>
        <w:t xml:space="preserve">  let i = 0, left = 0, right = nums.length - 1;</w:t>
        <w:br/>
        <w:t xml:space="preserve">  while (i &lt;= right) {</w:t>
        <w:br/>
        <w:t xml:space="preserve">    // Swap 0s with the element at the left pointer.</w:t>
        <w:br/>
        <w:t xml:space="preserve">    if (nums[i] === 0) {</w:t>
        <w:br/>
        <w:t xml:space="preserve">      [nums[i], nums[left]] = [nums[left], nums[i]];</w:t>
        <w:br/>
        <w:t xml:space="preserve">      left++;</w:t>
        <w:br/>
        <w:t xml:space="preserve">      i++;</w:t>
        <w:br/>
        <w:t xml:space="preserve">    // Swap 2s with the element at the right pointer.</w:t>
        <w:br/>
        <w:t xml:space="preserve">    } else if (nums[i] === 2) {</w:t>
        <w:br/>
        <w:t xml:space="preserve">      [nums[i], nums[right]] = [nums[right], nums[i]];</w:t>
        <w:br/>
        <w:t xml:space="preserve">      right--;</w:t>
        <w:br/>
        <w:t xml:space="preserve">    } else {</w:t>
        <w:br/>
        <w:t xml:space="preserve">      i++;</w:t>
        <w:br/>
        <w:t xml:space="preserve">    }</w:t>
        <w:br/>
        <w:t xml:space="preserve">  }</w:t>
        <w:br/>
        <w:t>}public void dutchNationalFlag(int[] nums) {</w:t>
        <w:br/>
        <w:t xml:space="preserve">    int i = 0, left = 0, right = nums.length - 1;</w:t>
        <w:br/>
        <w:t xml:space="preserve">    while (i &lt;= right) {</w:t>
        <w:br/>
        <w:t xml:space="preserve">        // Swap 0s with the element at the left pointer.</w:t>
        <w:br/>
        <w:t xml:space="preserve">        if (nums[i] == 0) {</w:t>
        <w:br/>
        <w:t xml:space="preserve">            int temp = nums[i];</w:t>
        <w:br/>
        <w:t xml:space="preserve">            nums[i] = nums[left];</w:t>
        <w:br/>
        <w:t xml:space="preserve">            nums[left] = temp;</w:t>
        <w:br/>
        <w:t xml:space="preserve">            left++;</w:t>
        <w:br/>
        <w:t xml:space="preserve">            i++;</w:t>
        <w:br/>
        <w:t xml:space="preserve">        // Swap 2s with the element at the right pointer.</w:t>
        <w:br/>
        <w:t xml:space="preserve">        } else if (nums[i] == 2) {</w:t>
        <w:br/>
        <w:t xml:space="preserve">            int temp = nums[i];</w:t>
        <w:br/>
        <w:t xml:space="preserve">            nums[i] = nums[right];</w:t>
        <w:br/>
        <w:t xml:space="preserve">            nums[right] = temp;</w:t>
        <w:br/>
        <w:t xml:space="preserve">            right--;</w:t>
        <w:br/>
        <w:t xml:space="preserve">        } else {</w:t>
        <w:br/>
        <w:t xml:space="preserve">            i++;</w:t>
        <w:br/>
        <w:t xml:space="preserve">        }</w:t>
        <w:br/>
        <w:t xml:space="preserve">    }</w:t>
        <w:br/>
        <w:t>}</w:t>
      </w:r>
    </w:p>
    <w:p>
      <w:pPr>
        <w:pStyle w:val="Heading3"/>
        <w:spacing w:before="320" w:after="120"/>
      </w:pPr>
      <w:r>
        <w:t>Complexity Analysis</w:t>
      </w:r>
    </w:p>
    <w:p>
      <w:pPr>
        <w:spacing w:after="160" w:line="276" w:lineRule="auto"/>
      </w:pPr>
      <w:r>
        <w:t>Time complexity:The time complexity ofdutch_national_flagisO(n)O(n)O(n)because we iterate through each element ofnumsonce.</w:t>
      </w:r>
    </w:p>
    <w:p>
      <w:pPr>
        <w:spacing w:after="160" w:line="276" w:lineRule="auto"/>
      </w:pPr>
      <w:r>
        <w:t>Space complexity:The space complexity isO(1)O(1)O(1).</w:t>
      </w:r>
    </w:p>
    <w:p>
      <w:r>
        <w:br w:type="page"/>
      </w:r>
    </w:p>
    <w:p>
      <w:pPr>
        <w:pStyle w:val="Heading1"/>
        <w:spacing w:before="480" w:after="280"/>
      </w:pPr>
      <w:r>
        <w:rPr>
          <w:b/>
          <w:color w:val="008A60"/>
          <w:sz w:val="28"/>
        </w:rPr>
        <w:t>Chapter 111</w:t>
        <w:br/>
      </w:r>
      <w:r>
        <w:rPr>
          <w:b/>
          <w:color w:val="0F172A"/>
          <w:sz w:val="40"/>
        </w:rPr>
        <w:t>Introduction to Bit Manipulation</w:t>
      </w:r>
    </w:p>
    <w:p>
      <w:pPr>
        <w:pStyle w:val="Heading2"/>
        <w:spacing w:before="320" w:after="120"/>
      </w:pPr>
      <w:r>
        <w:t>Intuition</w:t>
      </w:r>
    </w:p>
    <w:p>
      <w:pPr>
        <w:spacing w:after="160" w:line="276" w:lineRule="auto"/>
      </w:pPr>
      <w:r>
        <w:t>Bit manipulation is a technique used in programming to perform operations at the bit level, which can often lead to more efficient and faster algorithms.</w:t>
      </w:r>
    </w:p>
    <w:p>
      <w:pPr>
        <w:spacing w:after="160" w:line="276" w:lineRule="auto"/>
      </w:pPr>
      <w:r>
        <w:t>When is bit manipulation useful?Bit manipulation allows us to work directly with the binary representation of numbers, making certain operations more efficient. Common tasks such as setting, clearing, toggling, and checking bits can be performed quickly using bitwise operators.</w:t>
      </w:r>
    </w:p>
    <w:p>
      <w:pPr>
        <w:spacing w:after="160" w:line="276" w:lineRule="auto"/>
      </w:pPr>
      <w:r>
        <w:t>For example, one of the most common space optimization techniques involves using an unsigned 32-bit integer to represent a set of boolean values, where each bit in the integer corresponds to a different boolean value. This allows us to store and manipulate up to 32 states without using a boolean array or hash set.</w:t>
      </w:r>
    </w:p>
    <w:p>
      <w:pPr>
        <w:pStyle w:val="Heading2"/>
        <w:spacing w:before="320" w:after="120"/>
      </w:pPr>
      <w:r>
        <w:t>Bitwise Operators</w:t>
      </w:r>
    </w:p>
    <w:p>
      <w:pPr>
        <w:spacing w:after="160" w:line="276" w:lineRule="auto"/>
      </w:pPr>
      <w:r>
        <w:t>There are several fundamental bitwise operations, each serving a specific purpose. These are shown below, along with each operation’s truth table:</w:t>
      </w:r>
    </w:p>
    <w:p>
      <w:pPr>
        <w:spacing w:after="160" w:line="276" w:lineRule="auto"/>
      </w:pPr>
      <w:r>
        <w:t>Some useful characteristics of the XOR operator are:</w:t>
      </w:r>
    </w:p>
    <w:p>
      <w:pPr>
        <w:pStyle w:val="ListBullet"/>
      </w:pPr>
      <w:r>
        <w:t>a ^ 0 = a</w:t>
      </w:r>
    </w:p>
    <w:p>
      <w:pPr>
        <w:pStyle w:val="ListBullet"/>
      </w:pPr>
      <w:r>
        <w:t>a ^ a = 0</w:t>
      </w:r>
    </w:p>
    <w:p>
      <w:pPr>
        <w:spacing w:after="160" w:line="276" w:lineRule="auto"/>
      </w:pPr>
      <w:r>
        <w:t>In addition, it’s also important to understand the fundamental shift operators:</w:t>
      </w:r>
    </w:p>
    <w:p>
      <w:pPr>
        <w:pStyle w:val="ListBullet"/>
      </w:pPr>
      <w:r>
        <w:t>Left shift (&lt;&lt; n): Shifts the bits of a number to the left bynpositions, adding 0s on the right. This is equivalent to multiplying a number by2n.</w:t>
      </w:r>
    </w:p>
    <w:p>
      <w:pPr>
        <w:pStyle w:val="ListBullet"/>
      </w:pPr>
      <w:r>
        <w:t>Right shift (&gt;&gt; n): Shifts the bits of a number to the right bynpositions, discarding bits on the right. This is equivalent to dividing a number by2n(integer division).</w:t>
      </w:r>
    </w:p>
    <w:p>
      <w:pPr>
        <w:spacing w:after="160" w:line="276" w:lineRule="auto"/>
      </w:pPr>
      <w:r>
        <w:t>Using these operators, here are some useful bit manipulation techniques to be aware of:</w:t>
      </w:r>
    </w:p>
    <w:p>
      <w:pPr>
        <w:pStyle w:val="ListBullet"/>
      </w:pPr>
      <w:r>
        <w:t>Setting theith bit ofxto 1:x |= (1 &lt;&lt; i)</w:t>
      </w:r>
    </w:p>
    <w:p>
      <w:pPr>
        <w:pStyle w:val="ListBullet"/>
      </w:pPr>
      <w:r>
        <w:t>Clearing theith bit ofx:x &amp;= ~(1 &lt;&lt; i)</w:t>
      </w:r>
    </w:p>
    <w:p>
      <w:pPr>
        <w:pStyle w:val="ListBullet"/>
      </w:pPr>
      <w:r>
        <w:t>Toggling theith bit ofx(from 0 to 1 or 1 to 0):x ^= (1 &lt;&lt; i)</w:t>
      </w:r>
    </w:p>
    <w:p>
      <w:pPr>
        <w:pStyle w:val="ListBullet"/>
      </w:pPr>
      <w:r>
        <w:t>Checking if theith bit is set:ifx &amp; (1 &lt;&lt; i) != 0, theith bit is set</w:t>
      </w:r>
    </w:p>
    <w:p>
      <w:pPr>
        <w:pStyle w:val="ListBullet"/>
      </w:pPr>
      <w:r>
        <w:t>Checking if a numberxis even or odd:if x &amp; 1 == 0,xis even</w:t>
      </w:r>
    </w:p>
    <w:p>
      <w:pPr>
        <w:pStyle w:val="ListBullet"/>
      </w:pPr>
      <w:r>
        <w:t>Checking if a number is a power of 2: ifx &gt; 0andx &amp; (x - 1) == 0,xis a power of 2</w:t>
      </w:r>
    </w:p>
    <w:p>
      <w:pPr>
        <w:pStyle w:val="Heading2"/>
        <w:spacing w:before="320" w:after="120"/>
      </w:pPr>
      <w:r>
        <w:t>Real-world Example</w:t>
      </w:r>
    </w:p>
    <w:p>
      <w:pPr>
        <w:spacing w:after="160" w:line="276" w:lineRule="auto"/>
      </w:pPr>
      <w:r>
        <w:t>Data transmission in networks:In many network protocols, bit manipulation is used to efficiently encode, compress, and transmit data for fast communication. For example, IP addresses and subnet masks use bitwise AND operations to determine whether two devices are on the same network. Similarly, in error detection and correction algorithms like checksums or parity bits, bit manipulation promotes data integrity during transmission by identifying and correcting errors in the binary data.</w:t>
      </w:r>
    </w:p>
    <w:p>
      <w:pPr>
        <w:pStyle w:val="Heading2"/>
        <w:spacing w:before="320" w:after="120"/>
      </w:pPr>
      <w:r>
        <w:t>Chapter Outline</w:t>
      </w:r>
    </w:p>
    <w:p>
      <w:pPr>
        <w:spacing w:after="160" w:line="276" w:lineRule="auto"/>
      </w:pPr>
      <w:r>
        <w:t>To best grasp the fundamentals of bit manipulation, this chapter explores a variety of problems that utilize a range of complex bit manipulation techniques, as well as how to identify the appropriate bitwise operator based on specific requirements.</w:t>
      </w:r>
    </w:p>
    <w:p>
      <w:r>
        <w:br w:type="page"/>
      </w:r>
    </w:p>
    <w:p>
      <w:pPr>
        <w:pStyle w:val="Heading1"/>
        <w:spacing w:before="480" w:after="280"/>
      </w:pPr>
      <w:r>
        <w:rPr>
          <w:b/>
          <w:color w:val="008A60"/>
          <w:sz w:val="28"/>
        </w:rPr>
        <w:t>Chapter 112</w:t>
        <w:br/>
      </w:r>
      <w:r>
        <w:rPr>
          <w:b/>
          <w:color w:val="0F172A"/>
          <w:sz w:val="40"/>
        </w:rPr>
        <w:t>Hamming Weights of Integers</w:t>
      </w:r>
    </w:p>
    <w:p>
      <w:pPr>
        <w:spacing w:before="160" w:after="160"/>
        <w:ind w:left="360"/>
      </w:pPr>
      <w:r>
        <w:rPr>
          <w:rFonts w:ascii="Consolas" w:hAnsi="Consolas"/>
          <w:color w:val="1E293B"/>
          <w:sz w:val="19"/>
        </w:rPr>
        <w:t>The Hamming weight of a number is the number of set bits (1-bits) in its binary representation. Given a positive integer n, return an array where the ith element is the Hamming weight of integer i for all integers from 0 to n.Example:ExampleCopyInput: n = 7</w:t>
        <w:br/>
        <w:t>Output: [0, 1, 1, 2, 1, 2, 2, 3]</w:t>
        <w:br/>
        <w:t>Explanation:NumberBinary representationNumber of set bits0001112101311241001510126110271113</w:t>
      </w:r>
    </w:p>
    <w:p>
      <w:pPr>
        <w:pStyle w:val="Heading2"/>
        <w:spacing w:before="320" w:after="120"/>
      </w:pPr>
      <w:r>
        <w:t>Intuition - Count Bits For Each Number</w:t>
      </w:r>
    </w:p>
    <w:p>
      <w:pPr>
        <w:spacing w:after="160" w:line="276" w:lineRule="auto"/>
      </w:pPr>
      <w:r>
        <w:t>The most straightforward strategy is to individually count the number of bits for each number from 0 ton.</w:t>
      </w:r>
    </w:p>
    <w:p>
      <w:pPr>
        <w:spacing w:after="160" w:line="276" w:lineRule="auto"/>
      </w:pPr>
      <w:r>
        <w:t>Consider a numberx = 25and its binary representation:</w:t>
      </w:r>
    </w:p>
    <w:p>
      <w:pPr>
        <w:spacing w:after="160" w:line="276" w:lineRule="auto"/>
      </w:pPr>
      <w:r>
        <w:t>To count the number of set bits (1s) in a number, we can check each bit and increase a count whenever we find a set bit. Let’s see how this works.</w:t>
      </w:r>
    </w:p>
    <w:p>
      <w:pPr>
        <w:spacing w:after="160" w:line="276" w:lineRule="auto"/>
      </w:pPr>
      <w:r>
        <w:t>For starters, we can determine the least significant bit (LSB) ofxby performingx &amp; 1, which masks all bits ofxexcept the LSB:if x &amp; 1 == 1, the LSB is 1. Otherwise, it’s 0. We can see this below forx = 25:</w:t>
      </w:r>
    </w:p>
    <w:p>
      <w:pPr>
        <w:spacing w:after="160" w:line="276" w:lineRule="auto"/>
      </w:pPr>
      <w:r>
        <w:t>Now, how do we check the next bit? If we perform a bitwise right-shift operation onx, we shift all bits ofxone position to the right. This effectively makes this next bit the new LSB:</w:t>
      </w:r>
    </w:p>
    <w:p>
      <w:pPr>
        <w:spacing w:after="160" w:line="276" w:lineRule="auto"/>
      </w:pPr>
      <w:r>
        <w:t>We now have a process we can repeat to count the number of set bits in a number:</w:t>
      </w:r>
    </w:p>
    <w:p>
      <w:pPr>
        <w:pStyle w:val="ListNumber"/>
      </w:pPr>
      <w:r>
        <w:t>Ifx &amp; 1 == 1, increment our count. Otherwise, don’t.</w:t>
      </w:r>
    </w:p>
    <w:p>
      <w:pPr>
        <w:pStyle w:val="ListNumber"/>
      </w:pPr>
      <w:r>
        <w:t>Right shiftx.</w:t>
      </w:r>
    </w:p>
    <w:p>
      <w:pPr>
        <w:spacing w:after="160" w:line="276" w:lineRule="auto"/>
      </w:pPr>
      <w:r>
        <w:t>Continue with the two steps above untilxequals 0, indicating there are no more set bits to count. Doing this for every number from 0 tonprovides the answer.</w:t>
      </w:r>
    </w:p>
    <w:p>
      <w:pPr>
        <w:pStyle w:val="Heading2"/>
        <w:spacing w:before="320" w:after="120"/>
      </w:pPr>
      <w:r>
        <w:t>Implementation - Count Bits For Each Number</w:t>
      </w:r>
    </w:p>
    <w:p>
      <w:pPr>
        <w:spacing w:before="160" w:after="160"/>
        <w:ind w:left="360"/>
      </w:pPr>
      <w:r>
        <w:rPr>
          <w:rFonts w:ascii="Consolas" w:hAnsi="Consolas"/>
          <w:color w:val="1E293B"/>
          <w:sz w:val="19"/>
        </w:rPr>
        <w:t>PythonJavaScriptJavaCopyfrom typing import List</w:t>
        <w:br/>
        <w:t xml:space="preserve">    </w:t>
        <w:br/>
        <w:t>def hamming_weights_of_integers(n: int) -&gt; List[int]:</w:t>
        <w:br/>
        <w:t xml:space="preserve">    return [count_set_bits(x) for x in range(n + 1)]</w:t>
        <w:br/>
        <w:t xml:space="preserve">    </w:t>
        <w:br/>
        <w:t>def count_set_bits(x: int) -&gt; int:</w:t>
        <w:br/>
        <w:t xml:space="preserve">    count = 0</w:t>
        <w:br/>
        <w:t xml:space="preserve">    # Count each set bit of 'x' until 'x' equals 0.</w:t>
        <w:br/>
        <w:t xml:space="preserve">    while x &gt; 0:</w:t>
        <w:br/>
        <w:t xml:space="preserve">        # Increment the count if the LSB is 1.</w:t>
        <w:br/>
        <w:t xml:space="preserve">        count += x &amp; 1</w:t>
        <w:br/>
        <w:t xml:space="preserve">        # Right shift 'x' to shift the next bit to the LSB position.</w:t>
        <w:br/>
        <w:t xml:space="preserve">        x &gt;&gt;= 1</w:t>
        <w:br/>
        <w:t xml:space="preserve">    return countfunction hammingWeightsOfIntegers(n) {</w:t>
        <w:br/>
        <w:t xml:space="preserve">  const result = [];</w:t>
        <w:br/>
        <w:t xml:space="preserve">  for (let x = 0; x &lt;= n; x++) {</w:t>
        <w:br/>
        <w:t xml:space="preserve">    result.push(countSetBits(x));</w:t>
        <w:br/>
        <w:t xml:space="preserve">  }</w:t>
        <w:br/>
        <w:t xml:space="preserve">  return result;</w:t>
        <w:br/>
        <w:t>}</w:t>
        <w:br/>
        <w:br/>
        <w:t>function countSetBits(x) {</w:t>
        <w:br/>
        <w:t xml:space="preserve">  let count = 0;</w:t>
        <w:br/>
        <w:t xml:space="preserve">  while (x &gt; 0) {</w:t>
        <w:br/>
        <w:t xml:space="preserve">    count += x &amp; 1;</w:t>
        <w:br/>
        <w:t xml:space="preserve">    x &gt;&gt;= 1;</w:t>
        <w:br/>
        <w:t xml:space="preserve">  }</w:t>
        <w:br/>
        <w:t xml:space="preserve">  return count;</w:t>
        <w:br/>
        <w:t>}public int[] hammingWeightsOfIntegers(int n) {</w:t>
        <w:br/>
        <w:t xml:space="preserve">    int[] result = new int[n + 1];</w:t>
        <w:br/>
        <w:t xml:space="preserve">    for (int x = 0; x &lt;= n; x++) {</w:t>
        <w:br/>
        <w:t xml:space="preserve">        result[x] = countSetBits(x);</w:t>
        <w:br/>
        <w:t xml:space="preserve">    }</w:t>
        <w:br/>
        <w:t xml:space="preserve">    return result;</w:t>
        <w:br/>
        <w:t>}</w:t>
        <w:br/>
        <w:br/>
        <w:t>private int countSetBits(int x) {</w:t>
        <w:br/>
        <w:t xml:space="preserve">    int count = 0;</w:t>
        <w:br/>
        <w:t xml:space="preserve">    while (x &gt; 0) {</w:t>
        <w:br/>
        <w:t xml:space="preserve">        count += x &amp; 1;</w:t>
        <w:br/>
        <w:t xml:space="preserve">        x &gt;&gt;= 1;</w:t>
        <w:br/>
        <w:t xml:space="preserve">    }</w:t>
        <w:br/>
        <w:t xml:space="preserve">    return count;</w:t>
        <w:br/>
        <w:t>}</w:t>
      </w:r>
    </w:p>
    <w:p>
      <w:pPr>
        <w:pStyle w:val="Heading3"/>
        <w:spacing w:before="320" w:after="120"/>
      </w:pPr>
      <w:r>
        <w:t>Complexity Analysis</w:t>
      </w:r>
    </w:p>
    <w:p>
      <w:pPr>
        <w:spacing w:after="160" w:line="276" w:lineRule="auto"/>
      </w:pPr>
      <w:r>
        <w:t>Time complexity: The time complexity of hamming_weights_of_integers isO(nlog⁡(n))O(n\log(n))O(nlog(n))because for each integerxxxfrom 0 tonnn, counting the number of set bits takes logarithmic time, as there are approximatelylog⁡2(x)\log_2(x)log2​(x)bits in that number. If we assume all integers have 32 bits, the time complexity simplifies to justO(n)O(n)O(n), since counting the set bits for a number will take at most 32 steps, which we do forn+1n+1n+1numbers.</w:t>
      </w:r>
    </w:p>
    <w:p>
      <w:pPr>
        <w:spacing w:after="160" w:line="276" w:lineRule="auto"/>
      </w:pPr>
      <w:r>
        <w:t>Space complexity:The space complexity isO(1)O(1)O(1)because no extra space is used except the space occupied by the output.</w:t>
      </w:r>
    </w:p>
    <w:p>
      <w:pPr>
        <w:pStyle w:val="Heading2"/>
        <w:spacing w:before="320" w:after="120"/>
      </w:pPr>
      <w:r>
        <w:t>Intuition - Dynamic Programming</w:t>
      </w:r>
    </w:p>
    <w:p>
      <w:pPr>
        <w:spacing w:after="160" w:line="276" w:lineRule="auto"/>
      </w:pPr>
      <w:r>
        <w:t>In the previous approach, it's important to note that by the time we reach integerx, we have already computed the result for all integers from 0 tox - 1. If we find a way to leverage these previous results, we can improve the efficiency of constructing the output array.</w:t>
      </w:r>
    </w:p>
    <w:p>
      <w:pPr>
        <w:spacing w:after="160" w:line="276" w:lineRule="auto"/>
      </w:pPr>
      <w:r>
        <w:t>It would be wise to find a way to take advantage of someoptimal substructureby treating the results from integers 0 tox - 1as potential subproblems ofx. This is the beginning of a DP solution. Letdp[x]represent the number of set bits in integerx.</w:t>
      </w:r>
    </w:p>
    <w:p>
      <w:pPr>
        <w:spacing w:after="160" w:line="276" w:lineRule="auto"/>
      </w:pPr>
      <w:r>
        <w:t>A predictable way to access a subproblem ofdp[x]is to right-shiftxby 1, effectively removing its LSB. This is the subproblemdp[x &gt;&gt; 1], and the only difference between this anddp[x]is the LSB which was just removed.</w:t>
      </w:r>
    </w:p>
    <w:p>
      <w:pPr>
        <w:spacing w:after="160" w:line="276" w:lineRule="auto"/>
      </w:pPr>
      <w:r>
        <w:t>As mentioned earlier, the LSB ofxcan be found usingx &amp; 1. Therefore:</w:t>
      </w:r>
    </w:p>
    <w:p>
      <w:pPr>
        <w:pStyle w:val="ListBullet"/>
      </w:pPr>
      <w:r>
        <w:t>If the LSB ofxis 0, there is no difference in the number of bits betweenxandx &gt;&gt; 1:</w:t>
      </w:r>
    </w:p>
    <w:p>
      <w:pPr>
        <w:pStyle w:val="ListBullet"/>
      </w:pPr>
      <w:r>
        <w:t>If the LSB ofxis 1, the difference in the number of bits betweenxandx &gt;&gt; 1is 1:</w:t>
      </w:r>
    </w:p>
    <w:p>
      <w:pPr>
        <w:spacing w:after="160" w:line="276" w:lineRule="auto"/>
      </w:pPr>
      <w:r>
        <w:t>Therefore, we can obtaindp[x]by using the result ofdp[x &gt;&gt; 1]and adding the LSB to it:</w:t>
      </w:r>
    </w:p>
    <w:p>
      <w:pPr>
        <w:spacing w:before="160" w:after="160"/>
        <w:ind w:left="360"/>
      </w:pPr>
      <w:r>
        <w:rPr>
          <w:rFonts w:ascii="Consolas" w:hAnsi="Consolas"/>
          <w:color w:val="1E293B"/>
          <w:sz w:val="19"/>
        </w:rPr>
        <w:br/>
        <w:t>dp[x] = dp[x &gt;&gt; 1] + (x &amp; 1)</w:t>
        <w:br/>
      </w:r>
    </w:p>
    <w:p>
      <w:pPr>
        <w:spacing w:after="160" w:line="276" w:lineRule="auto"/>
      </w:pPr>
      <w:r>
        <w:t>Now, we just need to know what our base case is.</w:t>
      </w:r>
    </w:p>
    <w:p>
      <w:pPr>
        <w:spacing w:after="160" w:line="276" w:lineRule="auto"/>
      </w:pPr>
      <w:r>
        <w:t>Base caseThe simplest version of this problem is whennis 0. In this case, there are no set bits, so the number of set bits is 0. We can apply this base case by settingdp[0]to 0.</w:t>
      </w:r>
    </w:p>
    <w:p>
      <w:pPr>
        <w:spacing w:after="160" w:line="276" w:lineRule="auto"/>
      </w:pPr>
      <w:r>
        <w:t>After the base case is set, we populate the rest of the DP array by applying our formula fromdp[1]todp[n]. The answer to the problem is then just the values in the DP array, containing the number of set bits for each number from 0 ton.</w:t>
      </w:r>
    </w:p>
    <w:p>
      <w:pPr>
        <w:pStyle w:val="Heading2"/>
        <w:spacing w:before="320" w:after="120"/>
      </w:pPr>
      <w:r>
        <w:t>Implementation - Dynamic Programming</w:t>
      </w:r>
    </w:p>
    <w:p>
      <w:pPr>
        <w:spacing w:before="160" w:after="160"/>
        <w:ind w:left="360"/>
      </w:pPr>
      <w:r>
        <w:rPr>
          <w:rFonts w:ascii="Consolas" w:hAnsi="Consolas"/>
          <w:color w:val="1E293B"/>
          <w:sz w:val="19"/>
        </w:rPr>
        <w:t>PythonJavaScriptJavaCopyfrom typing import List</w:t>
        <w:br/>
        <w:t xml:space="preserve">    </w:t>
        <w:br/>
        <w:t>def hamming_weights_of_integers_dp(n: int) -&gt; List[int]:</w:t>
        <w:br/>
        <w:t xml:space="preserve">    # Base case: the number of set bits in 0 is just 0. We set dp[0] to 0 by</w:t>
        <w:br/>
        <w:t xml:space="preserve">    # initializing the entire DP array to 0.</w:t>
        <w:br/>
        <w:t xml:space="preserve">    dp = [0] * (n + 1)</w:t>
        <w:br/>
        <w:t xml:space="preserve">    for x in range(1, n + 1):</w:t>
        <w:br/>
        <w:t xml:space="preserve">        # 'dp[x]' is obtained using the result of 'dp[x &gt;&gt; 1]', plus the LSB of 'x'.</w:t>
        <w:br/>
        <w:t xml:space="preserve">        dp[x] = dp[x &gt;&gt; 1] + (x &amp; 1)</w:t>
        <w:br/>
        <w:t xml:space="preserve">    return dpfunction hammingWeightsOfIntegersDp(n) {</w:t>
        <w:br/>
        <w:t xml:space="preserve">  // Base case: the number of set bits in 0 is just 0.</w:t>
        <w:br/>
        <w:t xml:space="preserve">  const dp = new Array(n + 1).fill(0);</w:t>
        <w:br/>
        <w:t xml:space="preserve">  for (let x = 1; x &lt;= n; x++) {</w:t>
        <w:br/>
        <w:t xml:space="preserve">    // 'dp[x]' is obtained using the result of 'dp[x &gt;&gt; 1]', plus the LSB of 'x'.</w:t>
        <w:br/>
        <w:t xml:space="preserve">    dp[x] = dp[x &gt;&gt; 1] + (x &amp; 1);</w:t>
        <w:br/>
        <w:t xml:space="preserve">  }</w:t>
        <w:br/>
        <w:t xml:space="preserve">  return dp;</w:t>
        <w:br/>
        <w:t>}public int[] hammingWeightsOfIntegersDp(int n) {</w:t>
        <w:br/>
        <w:t xml:space="preserve">    // Base case: the number of set bits in 0 is just 0.</w:t>
        <w:br/>
        <w:t xml:space="preserve">    int[] dp = new int[n + 1];</w:t>
        <w:br/>
        <w:t xml:space="preserve">    for (int x = 1; x &lt;= n; x++) {</w:t>
        <w:br/>
        <w:t xml:space="preserve">        // 'dp[x]' is obtained using the result of 'dp[x &gt;&gt; 1]', plus the LSB of 'x'.</w:t>
        <w:br/>
        <w:t xml:space="preserve">        dp[x] = dp[x &gt;&gt; 1] + (x &amp; 1);</w:t>
        <w:br/>
        <w:t xml:space="preserve">    }</w:t>
        <w:br/>
        <w:t xml:space="preserve">    return dp;</w:t>
        <w:br/>
        <w:t>}</w:t>
      </w:r>
    </w:p>
    <w:p>
      <w:pPr>
        <w:pStyle w:val="Heading3"/>
        <w:spacing w:before="320" w:after="120"/>
      </w:pPr>
      <w:r>
        <w:t>Complexity Analysis</w:t>
      </w:r>
    </w:p>
    <w:p>
      <w:pPr>
        <w:spacing w:after="160" w:line="276" w:lineRule="auto"/>
      </w:pPr>
      <w:r>
        <w:t>Time complexity: The time complexity ofhamming_weights_of_integers_dpisO(n)O(n)O(n)since we populate each element of the DP array once.</w:t>
      </w:r>
    </w:p>
    <w:p>
      <w:pPr>
        <w:spacing w:after="160" w:line="276" w:lineRule="auto"/>
      </w:pPr>
      <w:r>
        <w:t>Space complexity:The space complexity isO(1)O(1)O(1)because no extra space is used, aside from the space taken up by the output, which is the DP array in this case.</w:t>
      </w:r>
    </w:p>
    <w:p>
      <w:r>
        <w:br w:type="page"/>
      </w:r>
    </w:p>
    <w:p>
      <w:pPr>
        <w:pStyle w:val="Heading1"/>
        <w:spacing w:before="480" w:after="280"/>
      </w:pPr>
      <w:r>
        <w:rPr>
          <w:b/>
          <w:color w:val="008A60"/>
          <w:sz w:val="28"/>
        </w:rPr>
        <w:t>Chapter 113</w:t>
        <w:br/>
      </w:r>
      <w:r>
        <w:rPr>
          <w:b/>
          <w:color w:val="0F172A"/>
          <w:sz w:val="40"/>
        </w:rPr>
        <w:t>Lonely Integer</w:t>
      </w:r>
    </w:p>
    <w:p>
      <w:pPr>
        <w:spacing w:before="160" w:after="160"/>
        <w:ind w:left="360"/>
      </w:pPr>
      <w:r>
        <w:rPr>
          <w:rFonts w:ascii="Consolas" w:hAnsi="Consolas"/>
          <w:color w:val="1E293B"/>
          <w:sz w:val="19"/>
        </w:rPr>
        <w:t>Given an integer array where each number occurs twice except for one of them, find the unique number.Example:ExampleCopyInput: nums = [1, 3, 3, 2, 1]</w:t>
        <w:br/>
        <w:t>Output: 2</w:t>
        <w:br/>
        <w:t>Constraints:</w:t>
        <w:br/>
        <w:t>nums contains at least one element.</w:t>
        <w:br/>
      </w:r>
    </w:p>
    <w:p>
      <w:pPr>
        <w:pStyle w:val="Heading2"/>
        <w:spacing w:before="320" w:after="120"/>
      </w:pPr>
      <w:r>
        <w:t>Intuition</w:t>
      </w:r>
    </w:p>
    <w:p>
      <w:pPr>
        <w:spacing w:after="160" w:line="276" w:lineRule="auto"/>
      </w:pPr>
      <w:r>
        <w:t>Hash map solutionA straightforward way to solve this problem is by using a hash map. The idea is to count the occurrences of each element in the array. We can do this by iterating through the array and increasing the frequency stored in the hash map of each element encountered in the array.</w:t>
      </w:r>
    </w:p>
    <w:p>
      <w:pPr>
        <w:spacing w:after="160" w:line="276" w:lineRule="auto"/>
      </w:pPr>
      <w:r>
        <w:t>Once populated, we can iterate through the hash map to find the element with a frequency of 1, which is our lonely integer. This approach takesO(n)O(n)O(n)time, but comes at the cost ofO(n)O(n)O(n)space, wherennndenotes the length of the input array. Let’s see if there’s a way to solve this without additional data structures like a hash map.</w:t>
      </w:r>
    </w:p>
    <w:p>
      <w:pPr>
        <w:spacing w:after="160" w:line="276" w:lineRule="auto"/>
      </w:pPr>
      <w:r>
        <w:t>Sorting solutionAnother way to solve this problem is to sort the array first, then look for the lonely integer by iterating through the array, and comparing each element with its neighbors. The lonely integer will be the one that doesn’t have a duplicate next to it.</w:t>
      </w:r>
    </w:p>
    <w:p>
      <w:pPr>
        <w:spacing w:after="160" w:line="276" w:lineRule="auto"/>
      </w:pPr>
      <w:r>
        <w:t>This method takesO(nlog⁡(n))O(n\log(n))O(nlog(n))time due to sorting, but has the benefit of not requiring any additional data structures (aside from any used during sorting). Is there a way we can achieve a linear time complexity while also maintaining constant space?</w:t>
      </w:r>
    </w:p>
    <w:p>
      <w:pPr>
        <w:spacing w:after="160" w:line="276" w:lineRule="auto"/>
      </w:pPr>
      <w:r>
        <w:t>Bit manipulationA way to avoid using additional space is with bit manipulation. The XOR operation in particular can be useful when handling duplicate integers. Recall the following two characteristics of the XOR operator:</w:t>
      </w:r>
    </w:p>
    <w:p>
      <w:pPr>
        <w:pStyle w:val="ListBullet"/>
      </w:pPr>
      <w:r>
        <w:t>a ^ a == 0</w:t>
      </w:r>
    </w:p>
    <w:p>
      <w:pPr>
        <w:pStyle w:val="ListBullet"/>
      </w:pPr>
      <w:r>
        <w:t>a ^ 0 == a</w:t>
      </w:r>
    </w:p>
    <w:p>
      <w:pPr>
        <w:spacing w:after="160" w:line="276" w:lineRule="auto"/>
      </w:pPr>
      <w:r>
        <w:t>As we can see, when we XOR two identical numbers, the result is 0. As each number except the lonely integer appears twice in the array,if we XOR all the numbers together, all pairs of identical numbers will cancel out to 0. This isolates the lonely integer: once all duplicate elements cancel to 0, XORing 0 with the lonely integer gives us the lonely integer.</w:t>
      </w:r>
    </w:p>
    <w:p>
      <w:pPr>
        <w:spacing w:after="160" w:line="276" w:lineRule="auto"/>
      </w:pPr>
      <w:r>
        <w:t>This works independently of where the numbers are located in the array, as XOR follows the commutative and associative properties:</w:t>
      </w:r>
    </w:p>
    <w:p>
      <w:pPr>
        <w:pStyle w:val="ListBullet"/>
      </w:pPr>
      <w:r>
        <w:t>Commutative property:a ^ b == b ^ a</w:t>
      </w:r>
    </w:p>
    <w:p>
      <w:pPr>
        <w:pStyle w:val="ListBullet"/>
      </w:pPr>
      <w:r>
        <w:t>Associative property:(a ^ b) ^ c == a ^ (b ^ c)</w:t>
      </w:r>
    </w:p>
    <w:p>
      <w:pPr>
        <w:spacing w:after="160" w:line="276" w:lineRule="auto"/>
      </w:pPr>
      <w:r>
        <w:t>So, as long as two of the same numbers exist in the array, they will get canceled out when we XOR all the elements. An example of this is shown below:</w:t>
      </w:r>
    </w:p>
    <w:p>
      <w:pPr>
        <w:spacing w:after="160" w:line="276" w:lineRule="auto"/>
      </w:pPr>
      <w:r>
        <w:t>This allows us to identify the lonely integer in linear time without using extra space.</w:t>
      </w:r>
    </w:p>
    <w:p>
      <w:pPr>
        <w:pStyle w:val="Heading2"/>
        <w:spacing w:before="320" w:after="120"/>
      </w:pPr>
      <w:r>
        <w:t>Implementation</w:t>
      </w:r>
    </w:p>
    <w:p>
      <w:pPr>
        <w:spacing w:before="160" w:after="160"/>
        <w:ind w:left="360"/>
      </w:pPr>
      <w:r>
        <w:rPr>
          <w:rFonts w:ascii="Consolas" w:hAnsi="Consolas"/>
          <w:color w:val="1E293B"/>
          <w:sz w:val="19"/>
        </w:rPr>
        <w:t>PythonJavaScriptJavaCopyfrom typing import List</w:t>
        <w:br/>
        <w:t xml:space="preserve">    </w:t>
        <w:br/>
        <w:t>def lonely_integer(nums: List[int]) -&gt; int:</w:t>
        <w:br/>
        <w:t xml:space="preserve">    res = 0</w:t>
        <w:br/>
        <w:t xml:space="preserve">    # XOR each element of the array so that duplicate values will cancel each other</w:t>
        <w:br/>
        <w:t xml:space="preserve">    # out (x ^ x == 0).</w:t>
        <w:br/>
        <w:t xml:space="preserve">    for num in nums:</w:t>
        <w:br/>
        <w:t xml:space="preserve">        res ^= num</w:t>
        <w:br/>
        <w:t xml:space="preserve">    # 'res' will store the lonely integer because it would not have been canceled out</w:t>
        <w:br/>
        <w:t xml:space="preserve">    # by any duplicate.</w:t>
        <w:br/>
        <w:t xml:space="preserve">    return resfunction lonelyInteger(nums) {</w:t>
        <w:br/>
        <w:t xml:space="preserve">  let res = 0;</w:t>
        <w:br/>
        <w:t xml:space="preserve">  // XOR each element of the array so that duplicate values will cancel each other out (x ^ x == 0).</w:t>
        <w:br/>
        <w:t xml:space="preserve">  for (const num of nums) {</w:t>
        <w:br/>
        <w:t xml:space="preserve">    res ^= num;</w:t>
        <w:br/>
        <w:t xml:space="preserve">  }</w:t>
        <w:br/>
        <w:t xml:space="preserve">  // 'res' will store the lonely integer because it would not have been canceled out by any duplicate.</w:t>
        <w:br/>
        <w:t xml:space="preserve">  return res;</w:t>
        <w:br/>
        <w:t>}public int lonelyInteger(int[] nums) {</w:t>
        <w:br/>
        <w:t xml:space="preserve">    int res = 0;</w:t>
        <w:br/>
        <w:t xml:space="preserve">    // XOR each element of the array so that duplicate values will cancel each other out (x ^ x == 0).</w:t>
        <w:br/>
        <w:t xml:space="preserve">    for (int num : nums) {</w:t>
        <w:br/>
        <w:t xml:space="preserve">        res ^= num;</w:t>
        <w:br/>
        <w:t xml:space="preserve">    }</w:t>
        <w:br/>
        <w:t xml:space="preserve">    // 'res' will store the lonely integer because it would not have been canceled out by any duplicate.</w:t>
        <w:br/>
        <w:t xml:space="preserve">    return res;</w:t>
        <w:br/>
        <w:t>}</w:t>
      </w:r>
    </w:p>
    <w:p>
      <w:pPr>
        <w:pStyle w:val="Heading3"/>
        <w:spacing w:before="320" w:after="120"/>
      </w:pPr>
      <w:r>
        <w:t>Complexity Analysis</w:t>
      </w:r>
    </w:p>
    <w:p>
      <w:pPr>
        <w:spacing w:after="160" w:line="276" w:lineRule="auto"/>
      </w:pPr>
      <w:r>
        <w:t>Time complexity:The time complexity oflonely_integerisO(n)O(n)O(n)because we perform a constant-time XOR operation on each element innums.</w:t>
      </w:r>
    </w:p>
    <w:p>
      <w:pPr>
        <w:spacing w:after="160" w:line="276" w:lineRule="auto"/>
      </w:pPr>
      <w:r>
        <w:t>Space complexity:The space complexity isO(1)O(1)O(1).</w:t>
      </w:r>
    </w:p>
    <w:p>
      <w:r>
        <w:br w:type="page"/>
      </w:r>
    </w:p>
    <w:p>
      <w:pPr>
        <w:pStyle w:val="Heading1"/>
        <w:spacing w:before="480" w:after="280"/>
      </w:pPr>
      <w:r>
        <w:rPr>
          <w:b/>
          <w:color w:val="008A60"/>
          <w:sz w:val="28"/>
        </w:rPr>
        <w:t>Chapter 114</w:t>
        <w:br/>
      </w:r>
      <w:r>
        <w:rPr>
          <w:b/>
          <w:color w:val="0F172A"/>
          <w:sz w:val="40"/>
        </w:rPr>
        <w:t>Swap Odd and Even Bits</w:t>
      </w:r>
    </w:p>
    <w:p>
      <w:pPr>
        <w:spacing w:before="160" w:after="160"/>
        <w:ind w:left="360"/>
      </w:pPr>
      <w:r>
        <w:rPr>
          <w:rFonts w:ascii="Consolas" w:hAnsi="Consolas"/>
          <w:color w:val="1E293B"/>
          <w:sz w:val="19"/>
        </w:rPr>
        <w:t>Given an unsigned 32-bit integer n, return an integer where all of n's even bits are swapped with their adjacent odd bits.Example 1:ExampleCopyInput: n = 41</w:t>
        <w:br/>
        <w:t>Output: 22</w:t>
        <w:br/>
        <w:t>Example 2:ExampleCopyInput: n = 23</w:t>
        <w:br/>
        <w:t>Output: 43</w:t>
        <w:br/>
      </w:r>
    </w:p>
    <w:p>
      <w:pPr>
        <w:pStyle w:val="Heading2"/>
        <w:spacing w:before="320" w:after="120"/>
      </w:pPr>
      <w:r>
        <w:t>Intuition</w:t>
      </w:r>
    </w:p>
    <w:p>
      <w:pPr>
        <w:spacing w:after="160" w:line="276" w:lineRule="auto"/>
      </w:pPr>
      <w:r>
        <w:t>Swapping even and odd bits means that each bit in an even position is swapped with the bit in the next odd position, and vice versa. Note that the positions start at position 0, which is the position of the least significant bit.</w:t>
      </w:r>
    </w:p>
    <w:p>
      <w:pPr>
        <w:spacing w:after="160" w:line="276" w:lineRule="auto"/>
      </w:pPr>
      <w:r>
        <w:t>The key thing to notice is that, in order to perform the swap:</w:t>
      </w:r>
    </w:p>
    <w:p>
      <w:pPr>
        <w:pStyle w:val="ListBullet"/>
      </w:pPr>
      <w:r>
        <w:t>All bits in the even positions need to be shifted one position to the left.</w:t>
      </w:r>
    </w:p>
    <w:p>
      <w:pPr>
        <w:pStyle w:val="ListBullet"/>
      </w:pPr>
      <w:r>
        <w:t>All bits in the odd positions need to be shifted one position to the right.</w:t>
      </w:r>
    </w:p>
    <w:p>
      <w:pPr>
        <w:spacing w:after="160" w:line="276" w:lineRule="auto"/>
      </w:pPr>
      <w:r>
        <w:t>This suggests that if we had a way to extract all the even and odd-positioned bits separately, we could shift them accordingly and then merge them back together, so the odd-positioned bits are in the even positions, and vice versa.</w:t>
      </w:r>
    </w:p>
    <w:p>
      <w:pPr>
        <w:spacing w:after="160" w:line="276" w:lineRule="auto"/>
      </w:pPr>
      <w:r>
        <w:t>Let’s start by figuring out how to obtain the even and odd bits of n.</w:t>
      </w:r>
    </w:p>
    <w:p>
      <w:pPr>
        <w:spacing w:after="160" w:line="276" w:lineRule="auto"/>
      </w:pPr>
      <w:r>
        <w:t>Obtaining all even bitsTo obtain all even bits of n, we can use a mask which has all even bit positions set to 1:</w:t>
      </w:r>
    </w:p>
    <w:p>
      <w:pPr>
        <w:spacing w:after="160" w:line="276" w:lineRule="auto"/>
      </w:pPr>
      <w:r>
        <w:t>Performing a bitwise-AND with this mask and n gives us an integer where all the bits at odd positions are set to 0, ensuring only the bits in even positions of n are preserved:</w:t>
      </w:r>
    </w:p>
    <w:p>
      <w:pPr>
        <w:spacing w:after="160" w:line="276" w:lineRule="auto"/>
      </w:pPr>
      <w:r>
        <w:t>Obtaining all odd bitsSimilarly, to obtain all the odd bits of n, we can use a mask with all odd bit positions are set to 1:</w:t>
      </w:r>
    </w:p>
    <w:p>
      <w:pPr>
        <w:spacing w:after="160" w:line="276" w:lineRule="auto"/>
      </w:pPr>
      <w:r>
        <w:t>Performing a bitwise-AND with this mask and n gives us an integer where all the bits at even positions are set to 0, ensuring only the bits at odd positions of n are preserved:</w:t>
      </w:r>
    </w:p>
    <w:p>
      <w:pPr>
        <w:spacing w:after="160" w:line="276" w:lineRule="auto"/>
      </w:pPr>
      <w:r>
        <w:t>Now that we’ve extracted all the even bits and odd bits separately, let’s use them to obtain the result, where the bits at odd and even positions are swapped.</w:t>
      </w:r>
    </w:p>
    <w:p>
      <w:pPr>
        <w:spacing w:after="160" w:line="276" w:lineRule="auto"/>
      </w:pPr>
      <w:r>
        <w:t>Shifting and merging the bits at odd and even positionsWe can use the shift operator to shift the bits at even positions to the left once, and the bits at odd positions to the right once:</w:t>
      </w:r>
    </w:p>
    <w:p>
      <w:pPr>
        <w:spacing w:after="160" w:line="276" w:lineRule="auto"/>
      </w:pPr>
      <w:r>
        <w:t>Then, to merge these together, we can use the bitwise-OR operator because it combines the two sets of bits into the final result.</w:t>
      </w:r>
    </w:p>
    <w:p>
      <w:pPr>
        <w:spacing w:after="160" w:line="276" w:lineRule="auto"/>
      </w:pPr>
      <w:r>
        <w:t>Now, the odd-positioned bits are in the even positions and vice versa.</w:t>
      </w:r>
    </w:p>
    <w:p>
      <w:pPr>
        <w:pStyle w:val="Heading2"/>
        <w:spacing w:before="320" w:after="120"/>
      </w:pPr>
      <w:r>
        <w:t>Implementation</w:t>
      </w:r>
    </w:p>
    <w:p>
      <w:pPr>
        <w:spacing w:before="160" w:after="160"/>
        <w:ind w:left="360"/>
      </w:pPr>
      <w:r>
        <w:rPr>
          <w:rFonts w:ascii="Consolas" w:hAnsi="Consolas"/>
          <w:color w:val="1E293B"/>
          <w:sz w:val="19"/>
        </w:rPr>
        <w:t>PythonJavaScriptJavaCopydef swap_odd_and_even_bits(n: int) -&gt; int:</w:t>
        <w:br/>
        <w:t xml:space="preserve">    even_mask = 0x55555555   # 01010101010101010101010101010101</w:t>
        <w:br/>
        <w:t xml:space="preserve">    odd_mask = 0xAAAAAAAA  # 10101010101010101010101010101010</w:t>
        <w:br/>
        <w:t xml:space="preserve">    even_bits = n &amp; even_mask</w:t>
        <w:br/>
        <w:t xml:space="preserve">    odd_bits = n &amp; odd_mask</w:t>
        <w:br/>
        <w:t xml:space="preserve">    # Shift the even bits to the left, the odd bits to the right, and merge these</w:t>
        <w:br/>
        <w:t xml:space="preserve">    # shifted values together.</w:t>
        <w:br/>
        <w:t xml:space="preserve">    return (even_bits &lt;&lt; 1) | (odd_bits &gt;&gt; 1)function swapOddAndEvenBits(n) {</w:t>
        <w:br/>
        <w:t xml:space="preserve">  const evenMask = 0x55555555; // 01010101010101010101010101010101</w:t>
        <w:br/>
        <w:t xml:space="preserve">  const oddMask = 0xAAAAAAAA;  // 10101010101010101010101010101010</w:t>
        <w:br/>
        <w:t xml:space="preserve">  const evenBits = n &amp; evenMask;</w:t>
        <w:br/>
        <w:t xml:space="preserve">  const oddBits = n &amp; oddMask;</w:t>
        <w:br/>
        <w:t xml:space="preserve">  // Shift even bits to the left, odd bits to the right, and merge together.</w:t>
        <w:br/>
        <w:t xml:space="preserve">  return (evenBits &lt;&lt; 1) | (oddBits &gt;&gt;&gt; 1);</w:t>
        <w:br/>
        <w:t>}public int swapOddAndEvenBits(int n) {</w:t>
        <w:br/>
        <w:t xml:space="preserve">    int evenMask = 0x55555555; // 01010101010101010101010101010101</w:t>
        <w:br/>
        <w:t xml:space="preserve">    int oddMask = 0xAAAAAAAA;  // 10101010101010101010101010101010</w:t>
        <w:br/>
        <w:t xml:space="preserve">    int evenBits = n &amp; evenMask;</w:t>
        <w:br/>
        <w:t xml:space="preserve">    int oddBits = n &amp; oddMask;</w:t>
        <w:br/>
        <w:t xml:space="preserve">    // Shift even bits to the left, odd bits to the right, and merge together.</w:t>
        <w:br/>
        <w:t xml:space="preserve">    return (evenBits &lt;&lt; 1) | (oddBits &gt;&gt;&gt; 1);</w:t>
        <w:br/>
        <w:t>}</w:t>
      </w:r>
    </w:p>
    <w:p>
      <w:pPr>
        <w:pStyle w:val="Heading3"/>
        <w:spacing w:before="320" w:after="120"/>
      </w:pPr>
      <w:r>
        <w:t>Complexity Analysis</w:t>
      </w:r>
    </w:p>
    <w:p>
      <w:pPr>
        <w:spacing w:after="160" w:line="276" w:lineRule="auto"/>
      </w:pPr>
      <w:r>
        <w:t>Time complexity: The time complexity ofswap_odd_and_even_bitsisO(1)O(1)O(1).</w:t>
      </w:r>
    </w:p>
    <w:p>
      <w:pPr>
        <w:spacing w:after="160" w:line="276" w:lineRule="auto"/>
      </w:pPr>
      <w:r>
        <w:t>Space complexity:The space complexity isO(1)O(1)O(1).</w:t>
      </w:r>
    </w:p>
    <w:p>
      <w:r>
        <w:br w:type="page"/>
      </w:r>
    </w:p>
    <w:p>
      <w:pPr>
        <w:pStyle w:val="Heading1"/>
        <w:spacing w:before="480" w:after="280"/>
      </w:pPr>
      <w:r>
        <w:rPr>
          <w:b/>
          <w:color w:val="008A60"/>
          <w:sz w:val="28"/>
        </w:rPr>
        <w:t>Chapter 115</w:t>
        <w:br/>
      </w:r>
      <w:r>
        <w:rPr>
          <w:b/>
          <w:color w:val="0F172A"/>
          <w:sz w:val="40"/>
        </w:rPr>
        <w:t>Introduction to Math and Geometry</w:t>
      </w:r>
    </w:p>
    <w:p>
      <w:pPr>
        <w:pStyle w:val="Heading2"/>
        <w:spacing w:before="320" w:after="120"/>
      </w:pPr>
      <w:r>
        <w:t>Intuition</w:t>
      </w:r>
    </w:p>
    <w:p>
      <w:pPr>
        <w:spacing w:after="160" w:line="276" w:lineRule="auto"/>
      </w:pPr>
      <w:r>
        <w:t>This chapter tackles several problems relating to important math and geometry concepts in programming, which regularly appear in technical interviews.</w:t>
      </w:r>
    </w:p>
    <w:p>
      <w:pPr>
        <w:spacing w:after="160" w:line="276" w:lineRule="auto"/>
      </w:pPr>
      <w:r>
        <w:t>We explore subjects such as:</w:t>
      </w:r>
    </w:p>
    <w:p>
      <w:pPr>
        <w:pStyle w:val="ListBullet"/>
      </w:pPr>
      <w:r>
        <w:t>Greatest common divisor (GCD).</w:t>
      </w:r>
    </w:p>
    <w:p>
      <w:pPr>
        <w:pStyle w:val="ListBullet"/>
      </w:pPr>
      <w:r>
        <w:t>Modular arithmetic.</w:t>
      </w:r>
    </w:p>
    <w:p>
      <w:pPr>
        <w:pStyle w:val="ListBullet"/>
      </w:pPr>
      <w:r>
        <w:t>Handling floating-point precision.</w:t>
      </w:r>
    </w:p>
    <w:p>
      <w:pPr>
        <w:pStyle w:val="ListBullet"/>
      </w:pPr>
      <w:r>
        <w:t>Handling integer overflow and underflow.</w:t>
      </w:r>
    </w:p>
    <w:p>
      <w:pPr>
        <w:pStyle w:val="ListBullet"/>
      </w:pPr>
      <w:r>
        <w:t>Recognizing patterns.</w:t>
      </w:r>
    </w:p>
    <w:p>
      <w:pPr>
        <w:pStyle w:val="Heading2"/>
        <w:spacing w:before="320" w:after="120"/>
      </w:pPr>
      <w:r>
        <w:t>Real-world Example</w:t>
      </w:r>
    </w:p>
    <w:p>
      <w:pPr>
        <w:spacing w:after="160" w:line="276" w:lineRule="auto"/>
      </w:pPr>
      <w:r>
        <w:t>Computer graphics:In 3D rendering, geometry is used to represent objects as shapes like polygons, and mathematical transformations such as rotation, scaling, and translation, are applied to these objects to animate them, or change their perspective. Algorithms that use trigonometry, vector math, and matrix operations, are critical for determining how objects move, interact with light, or cast shadows in virtual environments.</w:t>
      </w:r>
    </w:p>
    <w:p>
      <w:pPr>
        <w:pStyle w:val="Heading2"/>
        <w:spacing w:before="320" w:after="120"/>
      </w:pPr>
      <w:r>
        <w:t>Chapter Outline</w:t>
      </w:r>
    </w:p>
    <w:p>
      <w:r>
        <w:br w:type="page"/>
      </w:r>
    </w:p>
    <w:p>
      <w:pPr>
        <w:pStyle w:val="Heading1"/>
        <w:spacing w:before="480" w:after="280"/>
      </w:pPr>
      <w:r>
        <w:rPr>
          <w:b/>
          <w:color w:val="008A60"/>
          <w:sz w:val="28"/>
        </w:rPr>
        <w:t>Chapter 116</w:t>
        <w:br/>
      </w:r>
      <w:r>
        <w:rPr>
          <w:b/>
          <w:color w:val="0F172A"/>
          <w:sz w:val="40"/>
        </w:rPr>
        <w:t>Spiral Traversal</w:t>
      </w:r>
    </w:p>
    <w:p>
      <w:pPr>
        <w:spacing w:before="160" w:after="160"/>
        <w:ind w:left="360"/>
      </w:pPr>
      <w:r>
        <w:rPr>
          <w:rFonts w:ascii="Consolas" w:hAnsi="Consolas"/>
          <w:color w:val="1E293B"/>
          <w:sz w:val="19"/>
        </w:rPr>
        <w:t>Return the elements of a matrix in clockwise spiral order.Example:ExampleCopyOutput: [0, 1, 2, 3, 4, 9, 14, 19, 18, 17, 16, 15, 10, 5, 6, 7, 8, 13, 12, 11]</w:t>
        <w:br/>
      </w:r>
    </w:p>
    <w:p>
      <w:pPr>
        <w:pStyle w:val="Heading2"/>
        <w:spacing w:before="320" w:after="120"/>
      </w:pPr>
      <w:r>
        <w:t>Intuition</w:t>
      </w:r>
    </w:p>
    <w:p>
      <w:pPr>
        <w:spacing w:after="160" w:line="276" w:lineRule="auto"/>
      </w:pPr>
      <w:r>
        <w:t>To create the expected output for this problem, let's try simulating exactly what the problem describes and traverse the matrix in spiral order, adding each value to the output as we go. How can we do this?</w:t>
      </w:r>
    </w:p>
    <w:p>
      <w:pPr>
        <w:spacing w:after="160" w:line="276" w:lineRule="auto"/>
      </w:pPr>
      <w:r>
        <w:t>Spiral traversal involves moving through the matrix in one direction until we can't go any further, then changing direction and continuing. Specifically, the sequence of directions is right, down, left, and up, repeated until all elements are traversed. To achieve this, we need to determine the exact conditions for switching directions.</w:t>
      </w:r>
    </w:p>
    <w:p>
      <w:pPr>
        <w:spacing w:after="160" w:line="276" w:lineRule="auto"/>
      </w:pPr>
      <w:r>
        <w:t>Initially, our approach may seem simple: we start by moving right until reaching the right-most column of the matrix, at which point we switch directions. We can move and switch directions like this three times without running into any problems:</w:t>
      </w:r>
    </w:p>
    <w:p>
      <w:pPr>
        <w:spacing w:after="160" w:line="276" w:lineRule="auto"/>
      </w:pPr>
      <w:r>
        <w:t>However, as shown below, if we move upward until we hit the top row of the matrix, we'll return to where we started, adding a value from a previously visited cell to the output:</w:t>
      </w:r>
    </w:p>
    <w:p>
      <w:pPr>
        <w:spacing w:after="160" w:line="276" w:lineRule="auto"/>
      </w:pPr>
      <w:r>
        <w:t>A potential solution to this is to keep track of all cells visited by using a hash set. This allows us to stop moving in a direction when we encounter a visited cell. While this approach is effective, it requiresO(m⋅n)O(m\cdot n)O(m⋅n)space, wheremmmandnnnare the dimensions of the matrix. This is because we need to store every cell of the matrix in the hash set. Is there a way to avoid revisiting cells without using an additional data structure?</w:t>
      </w:r>
    </w:p>
    <w:p>
      <w:pPr>
        <w:spacing w:after="160" w:line="276" w:lineRule="auto"/>
      </w:pPr>
      <w:r>
        <w:t>Notice in the above diagrams that when we move in a certain direction, we continue until we reach one of the boundary rows or columns (i.e., the top or bottom row, or the leftmost or rightmost column).</w:t>
      </w:r>
    </w:p>
    <w:p>
      <w:pPr>
        <w:spacing w:after="160" w:line="276" w:lineRule="auto"/>
      </w:pPr>
      <w:r>
        <w:t>What if we adjust these boundaries as we traverse the matrix, to avoid revisiting previous cells?</w:t>
      </w:r>
    </w:p>
    <w:p>
      <w:pPr>
        <w:spacing w:after="160" w:line="276" w:lineRule="auto"/>
      </w:pPr>
      <w:r>
        <w:t>Adjusting boundariesLet's initialize the four boundaries (top,bottom,left,right) with their initial positions:</w:t>
      </w:r>
    </w:p>
    <w:p>
      <w:pPr>
        <w:pStyle w:val="ListBullet"/>
      </w:pPr>
      <w:r>
        <w:t>top = 0</w:t>
      </w:r>
    </w:p>
    <w:p>
      <w:pPr>
        <w:pStyle w:val="ListBullet"/>
      </w:pPr>
      <w:r>
        <w:t>bottom = m - 1</w:t>
      </w:r>
    </w:p>
    <w:p>
      <w:pPr>
        <w:pStyle w:val="ListBullet"/>
      </w:pPr>
      <w:r>
        <w:t>left = 0</w:t>
      </w:r>
    </w:p>
    <w:p>
      <w:pPr>
        <w:pStyle w:val="ListBullet"/>
      </w:pPr>
      <w:r>
        <w:t>right = n - 1</w:t>
      </w:r>
    </w:p>
    <w:p>
      <w:pPr>
        <w:spacing w:after="160" w:line="276" w:lineRule="auto"/>
      </w:pPr>
      <w:r>
        <w:t>We begin traversal by movingrightthrough the first row from the left boundary to the right. Since we've just visited all cells in the first row, we need to prevent future access to this row. This can be done by moving the top boundary down by 1 (top += 1), ensuring the top row can't be accessed:</w:t>
      </w:r>
    </w:p>
    <w:p>
      <w:pPr>
        <w:spacing w:after="160" w:line="276" w:lineRule="auto"/>
      </w:pPr>
      <w:r>
        <w:t>Next, we movedownfrom the top boundary to the bottom boundary. To ensure this column is not revisited, update the right boundary (right -= 1):</w:t>
      </w:r>
    </w:p>
    <w:p>
      <w:pPr>
        <w:spacing w:after="160" w:line="276" w:lineRule="auto"/>
      </w:pPr>
      <w:r>
        <w:t>Next, we moveleftfrom the right boundary to the left. To ensure this row doesn't get revisited, update the bottom boundary (bottom -= 1):</w:t>
      </w:r>
    </w:p>
    <w:p>
      <w:pPr>
        <w:spacing w:after="160" w:line="276" w:lineRule="auto"/>
      </w:pPr>
      <w:r>
        <w:t>Next, we moveupfrom the bottom boundary to the top boundary. To ensure this column isn't revisited, update the left boundary (left += 1):</w:t>
      </w:r>
    </w:p>
    <w:p>
      <w:pPr>
        <w:spacing w:after="160" w:line="276" w:lineRule="auto"/>
      </w:pPr>
      <w:r>
        <w:t>We've just discussed how to traverse in each of the four directions and update the corresponding boundaries. These traversals are repeated until either the top boundary surpasses the bottom boundary, or the left boundary surpasses the right boundary. Either of these indicate there are no more cells left to traverse.</w:t>
      </w:r>
    </w:p>
    <w:p>
      <w:pPr>
        <w:spacing w:after="160" w:line="276" w:lineRule="auto"/>
      </w:pPr>
      <w:r>
        <w:t>In summary, we traverse the matrix in spiral order by repeating the following sequences of traversals:</w:t>
      </w:r>
    </w:p>
    <w:p>
      <w:pPr>
        <w:pStyle w:val="ListNumber"/>
      </w:pPr>
      <w:r>
        <w:t>Move from left to right along the top boundary, then update the top boundary (top += 1)</w:t>
      </w:r>
    </w:p>
    <w:p>
      <w:pPr>
        <w:pStyle w:val="ListNumber"/>
      </w:pPr>
      <w:r>
        <w:t>Move from top to bottom along the right boundary, then update the right boundary (right -= 1)</w:t>
      </w:r>
    </w:p>
    <w:p>
      <w:pPr>
        <w:pStyle w:val="ListNumber"/>
      </w:pPr>
      <w:r>
        <w:t>Move from right to left along the bottom boundary, then update the bottom boundary (bottom -= 1)</w:t>
      </w:r>
    </w:p>
    <w:p>
      <w:pPr>
        <w:pStyle w:val="ListNumber"/>
      </w:pPr>
      <w:r>
        <w:t>Move from bottom to top along the left boundary, then update the left boundary (left += 1)</w:t>
      </w:r>
    </w:p>
    <w:p>
      <w:pPr>
        <w:spacing w:after="160" w:line="276" w:lineRule="auto"/>
      </w:pPr>
      <w:r>
        <w:t>This continues while top ≤ bottom andleft ≤ right.</w:t>
      </w:r>
    </w:p>
    <w:p>
      <w:pPr>
        <w:spacing w:after="160" w:line="276" w:lineRule="auto"/>
      </w:pPr>
      <w:r>
        <w:t>A crucial thing to keep in mind is that after updating the top boundary, the top boundary might pass the bottom boundary (top &gt; bottom). So, we need to check thattop ≤ bottombefore traversing the bottom boundary. Similarly, we need to check thatleft ≤ rightbefore traversing the left boundary to ensure the boundaries haven't crossed.</w:t>
      </w:r>
    </w:p>
    <w:p>
      <w:pPr>
        <w:spacing w:after="160" w:line="276" w:lineRule="auto"/>
      </w:pPr>
      <w:r>
        <w:t>As we move through the matrix, we add each value we encounter to the output array. This way, the matrix values are recorded in a spiral order.</w:t>
      </w:r>
    </w:p>
    <w:p>
      <w:pPr>
        <w:pStyle w:val="Heading2"/>
        <w:spacing w:before="320" w:after="120"/>
      </w:pPr>
      <w:r>
        <w:t>Implementation</w:t>
      </w:r>
    </w:p>
    <w:p>
      <w:pPr>
        <w:spacing w:before="160" w:after="160"/>
        <w:ind w:left="360"/>
      </w:pPr>
      <w:r>
        <w:rPr>
          <w:rFonts w:ascii="Consolas" w:hAnsi="Consolas"/>
          <w:color w:val="1E293B"/>
          <w:sz w:val="19"/>
        </w:rPr>
        <w:t>PythonJavaScriptJavaCopyfrom typing import List</w:t>
        <w:br/>
        <w:t xml:space="preserve">    </w:t>
        <w:br/>
        <w:t>def spiral_matrix(matrix: List[List[int]]) -&gt; List[int]:</w:t>
        <w:br/>
        <w:t xml:space="preserve">    if not matrix:</w:t>
        <w:br/>
        <w:t xml:space="preserve">        return []</w:t>
        <w:br/>
        <w:t xml:space="preserve">    result = []</w:t>
        <w:br/>
        <w:t xml:space="preserve">    # Initialize the matrix boundaries.</w:t>
        <w:br/>
        <w:t xml:space="preserve">    top, bottom = 0, len(matrix) - 1</w:t>
        <w:br/>
        <w:t xml:space="preserve">    left, right = 0, len(matrix[0]) - 1</w:t>
        <w:br/>
        <w:t xml:space="preserve">    # Traverse the matrix in spiral order.</w:t>
        <w:br/>
        <w:t xml:space="preserve">    while top &lt;= bottom and left &lt;= right:</w:t>
        <w:br/>
        <w:t xml:space="preserve">        # Move from left to right along the top boundary.</w:t>
        <w:br/>
        <w:t xml:space="preserve">        for i in range(left, right + 1):</w:t>
        <w:br/>
        <w:t xml:space="preserve">            result.append(matrix[top][i])</w:t>
        <w:br/>
        <w:t xml:space="preserve">        top += 1</w:t>
        <w:br/>
        <w:t xml:space="preserve">        # Move from top to bottom along the right boundary.</w:t>
        <w:br/>
        <w:t xml:space="preserve">        for i in range(top, bottom + 1):</w:t>
        <w:br/>
        <w:t xml:space="preserve">            result.append(matrix[i][right])</w:t>
        <w:br/>
        <w:t xml:space="preserve">        right -= 1</w:t>
        <w:br/>
        <w:t xml:space="preserve">        # Check that the bottom boundary hasn't passed the top boundary before</w:t>
        <w:br/>
        <w:t xml:space="preserve">        # moving from right to left along the bottom boundary.</w:t>
        <w:br/>
        <w:t xml:space="preserve">        if top &lt;= bottom:</w:t>
        <w:br/>
        <w:t xml:space="preserve">            for i in range(right, left - 1, -1):</w:t>
        <w:br/>
        <w:t xml:space="preserve">                result.append(matrix[bottom][i])</w:t>
        <w:br/>
        <w:t xml:space="preserve">            bottom -= 1</w:t>
        <w:br/>
        <w:t xml:space="preserve">        # Check that the left boundary hasn't passed the right boundary before</w:t>
        <w:br/>
        <w:t xml:space="preserve">        # moving from bottom to top along the left boundary.</w:t>
        <w:br/>
        <w:t xml:space="preserve">        if left &lt;= right:</w:t>
        <w:br/>
        <w:t xml:space="preserve">            for i in range(bottom, top - 1, -1):</w:t>
        <w:br/>
        <w:t xml:space="preserve">                result.append(matrix[i][left])</w:t>
        <w:br/>
        <w:t xml:space="preserve">            left += 1</w:t>
        <w:br/>
        <w:t xml:space="preserve">    return resultfunction spiralMatrix(matrix) {</w:t>
        <w:br/>
        <w:t xml:space="preserve">  if (!matrix || matrix.length === 0) return [];</w:t>
        <w:br/>
        <w:t xml:space="preserve">  const result = [];</w:t>
        <w:br/>
        <w:t xml:space="preserve">  let top = 0, bottom = matrix.length - 1;</w:t>
        <w:br/>
        <w:t xml:space="preserve">  let left = 0, right = matrix[0].length - 1;</w:t>
        <w:br/>
        <w:t xml:space="preserve">  while (top &lt;= bottom &amp;&amp; left &lt;= right) {</w:t>
        <w:br/>
        <w:t xml:space="preserve">    for (let i = left; i &lt;= right; i++) {</w:t>
        <w:br/>
        <w:t xml:space="preserve">      result.push(matrix[top][i]);</w:t>
        <w:br/>
        <w:t xml:space="preserve">    }</w:t>
        <w:br/>
        <w:t xml:space="preserve">    top++;</w:t>
        <w:br/>
        <w:t xml:space="preserve">    for (let i = top; i &lt;= bottom; i++) {</w:t>
        <w:br/>
        <w:t xml:space="preserve">      result.push(matrix[i][right]);</w:t>
        <w:br/>
        <w:t xml:space="preserve">    }</w:t>
        <w:br/>
        <w:t xml:space="preserve">    right--;</w:t>
        <w:br/>
        <w:t xml:space="preserve">    if (top &lt;= bottom) {</w:t>
        <w:br/>
        <w:t xml:space="preserve">      for (let i = right; i &gt;= left; i--) {</w:t>
        <w:br/>
        <w:t xml:space="preserve">        result.push(matrix[bottom][i]);</w:t>
        <w:br/>
        <w:t xml:space="preserve">      }</w:t>
        <w:br/>
        <w:t xml:space="preserve">      bottom--;</w:t>
        <w:br/>
        <w:t xml:space="preserve">    }</w:t>
        <w:br/>
        <w:t xml:space="preserve">    if (left &lt;= right) {</w:t>
        <w:br/>
        <w:t xml:space="preserve">      for (let i = bottom; i &gt;= top; i--) {</w:t>
        <w:br/>
        <w:t xml:space="preserve">        result.push(matrix[i][left]);</w:t>
        <w:br/>
        <w:t xml:space="preserve">      }</w:t>
        <w:br/>
        <w:t xml:space="preserve">      left++;</w:t>
        <w:br/>
        <w:t xml:space="preserve">    }</w:t>
        <w:br/>
        <w:t xml:space="preserve">  }</w:t>
        <w:br/>
        <w:t xml:space="preserve">  return result;</w:t>
        <w:br/>
        <w:t>}public List&lt;Integer&gt; spiralMatrix(int[][] matrix) {</w:t>
        <w:br/>
        <w:t xml:space="preserve">    List&lt;Integer&gt; result = new ArrayList&lt;&gt;();</w:t>
        <w:br/>
        <w:t xml:space="preserve">    if (matrix == null || matrix.length == 0) return result;</w:t>
        <w:br/>
        <w:t xml:space="preserve">    int top = 0, bottom = matrix.length - 1;</w:t>
        <w:br/>
        <w:t xml:space="preserve">    int left = 0, right = matrix[0].length - 1;</w:t>
        <w:br/>
        <w:t xml:space="preserve">    while (top &lt;= bottom &amp;&amp; left &lt;= right) {</w:t>
        <w:br/>
        <w:t xml:space="preserve">        for (int i = left; i &lt;= right; i++) {</w:t>
        <w:br/>
        <w:t xml:space="preserve">            result.add(matrix[top][i]);</w:t>
        <w:br/>
        <w:t xml:space="preserve">        }</w:t>
        <w:br/>
        <w:t xml:space="preserve">        top++;</w:t>
        <w:br/>
        <w:t xml:space="preserve">        for (int i = top; i &lt;= bottom; i++) {</w:t>
        <w:br/>
        <w:t xml:space="preserve">            result.add(matrix[i][right]);</w:t>
        <w:br/>
        <w:t xml:space="preserve">        }</w:t>
        <w:br/>
        <w:t xml:space="preserve">        right--;</w:t>
        <w:br/>
        <w:t xml:space="preserve">        if (top &lt;= bottom) {</w:t>
        <w:br/>
        <w:t xml:space="preserve">            for (int i = right; i &gt;= left; i--) {</w:t>
        <w:br/>
        <w:t xml:space="preserve">                result.add(matrix[bottom][i]);</w:t>
        <w:br/>
        <w:t xml:space="preserve">            }</w:t>
        <w:br/>
        <w:t xml:space="preserve">            bottom--;</w:t>
        <w:br/>
        <w:t xml:space="preserve">        }</w:t>
        <w:br/>
        <w:t xml:space="preserve">        if (left &lt;= right) {</w:t>
        <w:br/>
        <w:t xml:space="preserve">            for (int i = bottom; i &gt;= top; i--) {</w:t>
        <w:br/>
        <w:t xml:space="preserve">                result.add(matrix[i][left]);</w:t>
        <w:br/>
        <w:t xml:space="preserve">            }</w:t>
        <w:br/>
        <w:t xml:space="preserve">            left++;</w:t>
        <w:br/>
        <w:t xml:space="preserve">        }</w:t>
        <w:br/>
        <w:t xml:space="preserve">    }</w:t>
        <w:br/>
        <w:t xml:space="preserve">    return result;</w:t>
        <w:br/>
        <w:t>}</w:t>
      </w:r>
    </w:p>
    <w:p>
      <w:pPr>
        <w:pStyle w:val="Heading3"/>
        <w:spacing w:before="320" w:after="120"/>
      </w:pPr>
      <w:r>
        <w:t>Complexity Analysis</w:t>
      </w:r>
    </w:p>
    <w:p>
      <w:pPr>
        <w:spacing w:after="160" w:line="276" w:lineRule="auto"/>
      </w:pPr>
      <w:r>
        <w:t>Time complexity:The time complexity ofspiral_matrixisO(m⋅n)O(m\cdot n)O(m⋅n)because we traverse each cell of the matrix once.</w:t>
      </w:r>
    </w:p>
    <w:p>
      <w:pPr>
        <w:spacing w:after="160" w:line="276" w:lineRule="auto"/>
      </w:pPr>
      <w:r>
        <w:t>Space complexity:The space complexity isO(1)O(1)O(1). The res array is not included in the space complexity.</w:t>
      </w:r>
    </w:p>
    <w:p>
      <w:r>
        <w:br w:type="page"/>
      </w:r>
    </w:p>
    <w:p>
      <w:pPr>
        <w:pStyle w:val="Heading1"/>
        <w:spacing w:before="480" w:after="280"/>
      </w:pPr>
      <w:r>
        <w:rPr>
          <w:b/>
          <w:color w:val="008A60"/>
          <w:sz w:val="28"/>
        </w:rPr>
        <w:t>Chapter 117</w:t>
        <w:br/>
      </w:r>
      <w:r>
        <w:rPr>
          <w:b/>
          <w:color w:val="0F172A"/>
          <w:sz w:val="40"/>
        </w:rPr>
        <w:t>Reverse 32-Bit Integer</w:t>
      </w:r>
    </w:p>
    <w:p>
      <w:pPr>
        <w:spacing w:before="160" w:after="160"/>
        <w:ind w:left="360"/>
      </w:pPr>
      <w:r>
        <w:rPr>
          <w:rFonts w:ascii="Consolas" w:hAnsi="Consolas"/>
          <w:color w:val="1E293B"/>
          <w:sz w:val="19"/>
        </w:rPr>
        <w:t>Reverse the digits of a signed 32-bit integer. If the reversed integer overflows (i.e., is outside the range [−231-2^{31}−231, 231−12^{31} - 1231−1]), return 0. Assume the environment only allows you to store integers within the signed 32-bit integer range.Example 1:ExampleCopyInput: n = 420</w:t>
        <w:br/>
        <w:t>Output: 24</w:t>
        <w:br/>
        <w:t>Example 2:ExampleCopyInput: n = -15</w:t>
        <w:br/>
        <w:t>Output: -51</w:t>
        <w:br/>
      </w:r>
    </w:p>
    <w:p>
      <w:pPr>
        <w:pStyle w:val="Heading2"/>
        <w:spacing w:before="320" w:after="120"/>
      </w:pPr>
      <w:r>
        <w:t>Intuition</w:t>
      </w:r>
    </w:p>
    <w:p>
      <w:pPr>
        <w:spacing w:after="160" w:line="276" w:lineRule="auto"/>
      </w:pPr>
      <w:r>
        <w:t>The primary challenge with this problem is in handling its edge cases. Before tackling these edge cases, let’s first try handling the more basic cases and later see how we would need to modify our strategy.</w:t>
      </w:r>
    </w:p>
    <w:p>
      <w:pPr>
        <w:spacing w:after="160" w:line="276" w:lineRule="auto"/>
      </w:pPr>
      <w:r>
        <w:t>Reversing positive numbersConsider n = 123. Let's try building the reversed integer one digit at a time. The first thing to figure out is how to iterate through the digits of n to build our reversed number (initially set to 0):</w:t>
      </w:r>
    </w:p>
    <w:p>
      <w:pPr>
        <w:spacing w:after="160" w:line="276" w:lineRule="auto"/>
      </w:pPr>
      <w:r>
        <w:t>One way to do this is by starting at the last digit ofnand appending each digit toreversed_n:</w:t>
      </w:r>
    </w:p>
    <w:p>
      <w:pPr>
        <w:spacing w:after="160" w:line="276" w:lineRule="auto"/>
      </w:pPr>
      <w:r>
        <w:t>Let’s explore how we can do this. To extract the last digit, we can use the modulus operator:n % 10. This operation effectively finds what the remainder ofnwould be if divided by 10:</w:t>
      </w:r>
    </w:p>
    <w:p>
      <w:pPr>
        <w:spacing w:after="160" w:line="276" w:lineRule="auto"/>
      </w:pPr>
      <w:r>
        <w:t>After extracting the last digit, we can remove it by dividingnby 10, which shifts the second-to-last digit to the last position, preparing it for the next iteration:</w:t>
      </w:r>
    </w:p>
    <w:p>
      <w:pPr>
        <w:spacing w:after="160" w:line="276" w:lineRule="auto"/>
      </w:pPr>
      <w:r>
        <w:t>Once that’s done, let’s add the last digit extracted to our reversed number:</w:t>
      </w:r>
    </w:p>
    <w:p>
      <w:pPr>
        <w:spacing w:after="160" w:line="276" w:lineRule="auto"/>
      </w:pPr>
      <w:r>
        <w:t>Below, we see the current states ofnandreversed_n:</w:t>
      </w:r>
    </w:p>
    <w:p>
      <w:pPr>
        <w:spacing w:after="160" w:line="276" w:lineRule="auto"/>
      </w:pPr>
      <w:r>
        <w:t>To process the next digit, let’s extract it fromnusing the modulus operation, then remove it by dividing n by 10:</w:t>
      </w:r>
    </w:p>
    <w:p>
      <w:pPr>
        <w:spacing w:after="160" w:line="276" w:lineRule="auto"/>
      </w:pPr>
      <w:r>
        <w:t>To append this digit toreversed_n, we can multiplyreversed_nby 10 to shift its digits to the left, making space for the new digit. Then, we just add the new digit as before:</w:t>
      </w:r>
    </w:p>
    <w:p>
      <w:pPr>
        <w:spacing w:after="160" w:line="276" w:lineRule="auto"/>
      </w:pPr>
      <w:r>
        <w:t>We can repeat the above process until all digits of n are appended toreversed_n(i.e., untilnequals 0). Here’s a breakdown of this process:</w:t>
      </w:r>
    </w:p>
    <w:p>
      <w:pPr>
        <w:pStyle w:val="ListNumber"/>
      </w:pPr>
      <w:r>
        <w:t>Extract the last digit:digit = n % 10.</w:t>
      </w:r>
    </w:p>
    <w:p>
      <w:pPr>
        <w:pStyle w:val="ListNumber"/>
      </w:pPr>
      <w:r>
        <w:t>Remove the last digit:n = n // 10.</w:t>
      </w:r>
    </w:p>
    <w:p>
      <w:pPr>
        <w:pStyle w:val="ListNumber"/>
      </w:pPr>
      <w:r>
        <w:t>Append the digit:reversed_n = reversed_n * 10 + digit.</w:t>
      </w:r>
    </w:p>
    <w:p>
      <w:pPr>
        <w:spacing w:after="160" w:line="276" w:lineRule="auto"/>
      </w:pPr>
      <w:r>
        <w:t>Reversing negative numbersBefore considering a separate strategy to handle negative numbers, let's first check if the set of steps above also work for negative numbers. Applying these steps to n = -15 gives:</w:t>
      </w:r>
    </w:p>
    <w:p>
      <w:pPr>
        <w:spacing w:after="160" w:line="276" w:lineRule="auto"/>
      </w:pPr>
      <w:r>
        <w:t>As we can see, it works for negative numbers. Now, let’s tackle situations in which reversing a number could result in integer overflow or underflow.</w:t>
      </w:r>
    </w:p>
    <w:p>
      <w:pPr>
        <w:spacing w:after="160" w:line="276" w:lineRule="auto"/>
      </w:pPr>
      <w:r>
        <w:t>Detecting integer overflowIf the reverse of a positive number is larger than231−12^{31} - 1231−1, it will overflow, and we should return 0. Let’s call this maximum valueINT_MAX.</w:t>
      </w:r>
    </w:p>
    <w:p>
      <w:pPr>
        <w:spacing w:after="160" w:line="276" w:lineRule="auto"/>
      </w:pPr>
      <w:r>
        <w:t>Initially, it might seem sufficient to reverse the number completely, check if it exceeds231−12^{31} - 1231−1, and return 0 if it does. However, in an environment where integers larger than231−12^{31} - 1231−1cannot be stored, attempting to reverse such an integer would cause an overflow:</w:t>
      </w:r>
    </w:p>
    <w:p>
      <w:pPr>
        <w:spacing w:after="160" w:line="276" w:lineRule="auto"/>
      </w:pPr>
      <w:r>
        <w:t>So, let’s think of another way to detect overflow.</w:t>
      </w:r>
    </w:p>
    <w:p>
      <w:pPr>
        <w:spacing w:after="160" w:line="276" w:lineRule="auto"/>
      </w:pPr>
      <w:r>
        <w:t>We're constructing the numberreversed_none digit at a time, which means we need to ensure not to cause the number to overflow with each new digit we add. Let's think about when adding a new digit might causereversed_nto become too large. Here's how we can analyze this:</w:t>
      </w:r>
    </w:p>
    <w:p>
      <w:pPr>
        <w:spacing w:after="160" w:line="276" w:lineRule="auto"/>
      </w:pPr>
      <w:r>
        <w:t>Ifreversed_nis equal to214748364(i.e.,INT_MAX // 10), then the final digit we can add to it must be less than or equal to 7 to avoid an overflow (since214748364**7** == INT_MAX):</w:t>
      </w:r>
    </w:p>
    <w:p>
      <w:pPr>
        <w:spacing w:after="160" w:line="276" w:lineRule="auto"/>
      </w:pPr>
      <w:r>
        <w:t>Now, keep in mind that whenreversed_n == INT_MAX // 10, only one more digit can be added to it. The key observation here is that this digit can only ever be 1 because a larger final digit would be impossible, as shown below:</w:t>
      </w:r>
    </w:p>
    <w:p>
      <w:pPr>
        <w:spacing w:after="160" w:line="276" w:lineRule="auto"/>
      </w:pPr>
      <w:r>
        <w:t>This means that whenreversed_n == INT_MAX // 10, the last digit added to it won’t cause an overflow, meaning we don’t need to check the last digit in this case.</w:t>
      </w:r>
    </w:p>
    <w:p>
      <w:pPr>
        <w:spacing w:after="160" w:line="276" w:lineRule="auto"/>
      </w:pPr>
      <w:r>
        <w:t>Ifreversed_nis already larger thanINT_MAX // 10, adding any digit will cause it to overflow. We can handle this case with the following condition:</w:t>
      </w:r>
    </w:p>
    <w:p>
      <w:pPr>
        <w:spacing w:before="160" w:after="160"/>
        <w:ind w:left="360"/>
      </w:pPr>
      <w:r>
        <w:rPr>
          <w:rFonts w:ascii="Consolas" w:hAnsi="Consolas"/>
          <w:color w:val="1E293B"/>
          <w:sz w:val="19"/>
        </w:rPr>
        <w:br/>
        <w:t>if reversed_n &gt; INT_MAX // 10: return 0</w:t>
        <w:br/>
      </w:r>
    </w:p>
    <w:p>
      <w:pPr>
        <w:spacing w:after="160" w:line="276" w:lineRule="auto"/>
      </w:pPr>
      <w:r>
        <w:t>Detecting integer underflowWe can apply similar logic to the above for handling integer underflow. Here, we just need to check thatreversed_nnever falls belowINT_MIN // 10:</w:t>
      </w:r>
    </w:p>
    <w:p>
      <w:pPr>
        <w:spacing w:before="160" w:after="160"/>
        <w:ind w:left="360"/>
      </w:pPr>
      <w:r>
        <w:rPr>
          <w:rFonts w:ascii="Consolas" w:hAnsi="Consolas"/>
          <w:color w:val="1E293B"/>
          <w:sz w:val="19"/>
        </w:rPr>
        <w:br/>
        <w:t>if reversed_n &lt; INT_MIN // 10: return 0</w:t>
        <w:br/>
      </w:r>
    </w:p>
    <w:p>
      <w:pPr>
        <w:pStyle w:val="Heading2"/>
        <w:spacing w:before="320" w:after="120"/>
      </w:pPr>
      <w:r>
        <w:t>Implementation</w:t>
      </w:r>
    </w:p>
    <w:p>
      <w:pPr>
        <w:spacing w:after="160" w:line="276" w:lineRule="auto"/>
      </w:pPr>
      <w:r>
        <w:t>In Python, using the modulus operator (%) with a negative number gives a positive result. To avoid this, we can instead usemath.fmodand cast its result to an integer to attain a negative modulus value.</w:t>
      </w:r>
    </w:p>
    <w:p>
      <w:pPr>
        <w:spacing w:after="160" w:line="276" w:lineRule="auto"/>
      </w:pPr>
      <w:r>
        <w:t>For division, Python's // operator performs floor division, which can result in an undesired value when dealing with negative numbers (e.g., -15 // 10 results in -2, instead of the desired -1). To achieve the desired behavior, use/for division and cast its result to an integer.</w:t>
      </w:r>
    </w:p>
    <w:p>
      <w:pPr>
        <w:spacing w:before="160" w:after="160"/>
        <w:ind w:left="360"/>
      </w:pPr>
      <w:r>
        <w:rPr>
          <w:rFonts w:ascii="Consolas" w:hAnsi="Consolas"/>
          <w:color w:val="1E293B"/>
          <w:sz w:val="19"/>
        </w:rPr>
        <w:t>PythonJavaScriptJavaCopyimport math</w:t>
        <w:br/>
        <w:t xml:space="preserve">    </w:t>
        <w:br/>
        <w:t>def reverse_32_bit_integer(n: int) -&gt; int:</w:t>
        <w:br/>
        <w:t xml:space="preserve">    INT_MAX = 2**31 - 1</w:t>
        <w:br/>
        <w:t xml:space="preserve">    INT_MIN = -2**31</w:t>
        <w:br/>
        <w:t xml:space="preserve">    reversed_n = 0</w:t>
        <w:br/>
        <w:t xml:space="preserve">    # Keep looping until we've added all digits of 'n' to 'reversed_n' in reverse</w:t>
        <w:br/>
        <w:t xml:space="preserve">    # order.</w:t>
        <w:br/>
        <w:t xml:space="preserve">    while n != 0:</w:t>
        <w:br/>
        <w:t xml:space="preserve">        # digit = n % 10</w:t>
        <w:br/>
        <w:t xml:space="preserve">        digit = int(math.fmod(n, 10))</w:t>
        <w:br/>
        <w:t xml:space="preserve">        # n = n // 10</w:t>
        <w:br/>
        <w:t xml:space="preserve">        n = int(n / 10)</w:t>
        <w:br/>
        <w:t xml:space="preserve">        # Check for integer overflow or underflow.</w:t>
        <w:br/>
        <w:t xml:space="preserve">        if reversed_n &gt; int(INT_MAX / 10) or reversed_n &lt; int(INT_MIN / 10):</w:t>
        <w:br/>
        <w:t xml:space="preserve">            return 0</w:t>
        <w:br/>
        <w:t xml:space="preserve">        # Add the current digit to 'reversed_n'.</w:t>
        <w:br/>
        <w:t xml:space="preserve">        reversed_n = reversed_n * 10 + digit</w:t>
        <w:br/>
        <w:t xml:space="preserve">    return reversed_nfunction reverse32BitInteger(n) {</w:t>
        <w:br/>
        <w:t xml:space="preserve">  const INT_MAX = 2147483647;</w:t>
        <w:br/>
        <w:t xml:space="preserve">  const INT_MIN = -2147483648;</w:t>
        <w:br/>
        <w:t xml:space="preserve">  let reversedN = 0;</w:t>
        <w:br/>
        <w:t xml:space="preserve">  while (n !== 0) {</w:t>
        <w:br/>
        <w:t xml:space="preserve">    const digit = n % 10;</w:t>
        <w:br/>
        <w:t xml:space="preserve">    n = Math.trunc(n / 10);</w:t>
        <w:br/>
        <w:t xml:space="preserve">    if (reversedN &gt; Math.trunc(INT_MAX / 10) || reversedN &lt; Math.trunc(INT_MIN / 10)) {</w:t>
        <w:br/>
        <w:t xml:space="preserve">      return 0;</w:t>
        <w:br/>
        <w:t xml:space="preserve">    }</w:t>
        <w:br/>
        <w:t xml:space="preserve">    reversedN = reversedN * 10 + digit;</w:t>
        <w:br/>
        <w:t xml:space="preserve">  }</w:t>
        <w:br/>
        <w:t xml:space="preserve">  return reversedN;</w:t>
        <w:br/>
        <w:t>}public int reverse32BitInteger(int n) {</w:t>
        <w:br/>
        <w:t xml:space="preserve">    int reversedN = 0;</w:t>
        <w:br/>
        <w:t xml:space="preserve">    while (n != 0) {</w:t>
        <w:br/>
        <w:t xml:space="preserve">        int digit = n % 10;</w:t>
        <w:br/>
        <w:t xml:space="preserve">        n /= 10;</w:t>
        <w:br/>
        <w:t xml:space="preserve">        if (reversedN &gt; Integer.MAX_VALUE / 10 || (reversedN == Integer.MAX_VALUE / 10 &amp;&amp; digit &gt; 7)) {</w:t>
        <w:br/>
        <w:t xml:space="preserve">            return 0;</w:t>
        <w:br/>
        <w:t xml:space="preserve">        }</w:t>
        <w:br/>
        <w:t xml:space="preserve">        if (reversedN &lt; Integer.MIN_VALUE / 10 || (reversedN == Integer.MIN_VALUE / 10 &amp;&amp; digit &lt; -8)) {</w:t>
        <w:br/>
        <w:t xml:space="preserve">            return 0;</w:t>
        <w:br/>
        <w:t xml:space="preserve">        }</w:t>
        <w:br/>
        <w:t xml:space="preserve">        reversedN = reversedN * 10 + digit;</w:t>
        <w:br/>
        <w:t xml:space="preserve">    }</w:t>
        <w:br/>
        <w:t xml:space="preserve">    return reversedN;</w:t>
        <w:br/>
        <w:t>}</w:t>
      </w:r>
    </w:p>
    <w:p>
      <w:pPr>
        <w:pStyle w:val="Heading3"/>
        <w:spacing w:before="320" w:after="120"/>
      </w:pPr>
      <w:r>
        <w:t>Complexity Analysis</w:t>
      </w:r>
    </w:p>
    <w:p>
      <w:pPr>
        <w:spacing w:after="160" w:line="276" w:lineRule="auto"/>
      </w:pPr>
      <w:r>
        <w:t>Time complexity:The time complexity of reverse_32_bit_integer isO(log⁡(n))O(\log(n))O(log(n))because we loop through each digit ofnnn, of which there are roughlylog⁡(n)\log(n)log(n)digits. As this environment only supports 32-bit integers, the time complexity can also be consideredO(1)O(1)O(1).</w:t>
      </w:r>
    </w:p>
    <w:p>
      <w:pPr>
        <w:spacing w:after="160" w:line="276" w:lineRule="auto"/>
      </w:pPr>
      <w:r>
        <w:t>Space complexity:The space complexity isO(1)O(1)O(1).</w:t>
      </w:r>
    </w:p>
    <w:p>
      <w:r>
        <w:br w:type="page"/>
      </w:r>
    </w:p>
    <w:p>
      <w:pPr>
        <w:pStyle w:val="Heading1"/>
        <w:spacing w:before="480" w:after="280"/>
      </w:pPr>
      <w:r>
        <w:rPr>
          <w:b/>
          <w:color w:val="008A60"/>
          <w:sz w:val="28"/>
        </w:rPr>
        <w:t>Chapter 118</w:t>
        <w:br/>
      </w:r>
      <w:r>
        <w:rPr>
          <w:b/>
          <w:color w:val="0F172A"/>
          <w:sz w:val="40"/>
        </w:rPr>
        <w:t>Maximum Collinear Points</w:t>
      </w:r>
    </w:p>
    <w:p>
      <w:pPr>
        <w:spacing w:before="160" w:after="160"/>
        <w:ind w:left="360"/>
      </w:pPr>
      <w:r>
        <w:rPr>
          <w:rFonts w:ascii="Consolas" w:hAnsi="Consolas"/>
          <w:color w:val="1E293B"/>
          <w:sz w:val="19"/>
        </w:rPr>
        <w:t>Given a set of points in a two-dimensional plane, determine the maximum number of points that lie along the same straight line.Example:ExampleCopyInput: points = [[1, 1], [1, 3], [2, 2], [3, 1], [3, 3], [4, 4]]</w:t>
        <w:br/>
        <w:t>Output: 4</w:t>
        <w:br/>
        <w:t>Constraints:</w:t>
        <w:br/>
        <w:t>The input won't contain duplicate points.</w:t>
        <w:br/>
      </w:r>
    </w:p>
    <w:p>
      <w:pPr>
        <w:pStyle w:val="Heading2"/>
        <w:spacing w:before="320" w:after="120"/>
      </w:pPr>
      <w:r>
        <w:t>Intuition</w:t>
      </w:r>
    </w:p>
    <w:p>
      <w:pPr>
        <w:spacing w:after="160" w:line="276" w:lineRule="auto"/>
      </w:pPr>
      <w:r>
        <w:t>Two or more points are collinear if they lie on the same straight line. In other words, theslopebetween any pair of points among them will be equal:</w:t>
      </w:r>
    </w:p>
    <w:p>
      <w:pPr>
        <w:spacing w:after="160" w:line="276" w:lineRule="auto"/>
      </w:pPr>
      <w:r>
        <w:t>Let’s remind ourselves how the slope of a line is calculated given two points (xax_axa​,yay_aya​) and (xbx_bxb​,yby_byb​):</w:t>
      </w:r>
    </w:p>
    <w:p>
      <w:pPr>
        <w:spacing w:after="160" w:line="276" w:lineRule="auto"/>
      </w:pPr>
      <w:r>
        <w:t>slope=rise/run=(yb−ya)/(xb−xa)slope = rise / run = (y_b-y_a) / (x_b-x_a)slope=rise/run=(yb​−ya​)/(xb​−xa​)</w:t>
      </w:r>
    </w:p>
    <w:p>
      <w:pPr>
        <w:spacing w:after="160" w:line="276" w:lineRule="auto"/>
      </w:pPr>
      <w:r>
        <w:t>Using this formula, we can calculate the slope between all pairs of points from the input, and determine the largest number of pairs that share the same slope. However, this approach is flawed because two pairs of points with the same slope value may not be collinear:</w:t>
      </w:r>
    </w:p>
    <w:p>
      <w:pPr>
        <w:spacing w:after="160" w:line="276" w:lineRule="auto"/>
      </w:pPr>
      <w:r>
        <w:t>Let's think of a different way to find the answer. What if we try to find the maximum number of points collinear with a specific point? Let’s call this point afocal point.</w:t>
      </w:r>
    </w:p>
    <w:p>
      <w:pPr>
        <w:spacing w:after="160" w:line="276" w:lineRule="auto"/>
      </w:pPr>
      <w:r>
        <w:t>We can calculate the slope between the focal point and every other point in the input, using a hash map to count how many points correspond with each slope value. Note that the frequencies of points stored in the hash map do not include the focal point.</w:t>
      </w:r>
    </w:p>
    <w:p>
      <w:pPr>
        <w:spacing w:after="160" w:line="276" w:lineRule="auto"/>
      </w:pPr>
      <w:r>
        <w:t>This allows us to find the maximum number of points collinear with this focal point:</w:t>
      </w:r>
    </w:p>
    <w:p>
      <w:pPr>
        <w:spacing w:after="160" w:line="276" w:lineRule="auto"/>
      </w:pPr>
      <w:r>
        <w:t>Here, the slope with the highest frequency is 3, which means the number of points on the line defined by that slope is 3 + 1 = 4, where +1 is used to account for the focal point itself.</w:t>
      </w:r>
    </w:p>
    <w:p>
      <w:pPr>
        <w:spacing w:after="160" w:line="276" w:lineRule="auto"/>
      </w:pPr>
      <w:r>
        <w:t>By repeating the process for every point, we can determine the maximum number of points that are collinear with each focal point. Our final answer is equal to the largest of these maximums.</w:t>
      </w:r>
    </w:p>
    <w:p>
      <w:pPr>
        <w:spacing w:after="160" w:line="276" w:lineRule="auto"/>
      </w:pPr>
      <w:r>
        <w:t>Edge case: two points on the same x-axisWhen two collinear points share the same x-axis, the denominator of the slope equation will equal 0 (i.e.,run=xb−xa=0run = x_b - x_a = 0run=xb​−xa​=0). This is problematic because dividing by 0 is undefined:</w:t>
      </w:r>
    </w:p>
    <w:p>
      <w:pPr>
        <w:spacing w:after="160" w:line="276" w:lineRule="auto"/>
      </w:pPr>
      <w:r>
        <w:t>To handle this issue, we can check if our run value is equal to 0. If so, we can just use infinity (float('inf')) to represent the value of this slope.</w:t>
      </w:r>
    </w:p>
    <w:p>
      <w:pPr>
        <w:spacing w:after="160" w:line="276" w:lineRule="auto"/>
      </w:pPr>
      <w:r>
        <w:t>Avoiding precision issuesA crucial thing to be mindful of is the precision of slopes when storing them as floats or doubles. Consider the following slopes:</w:t>
      </w:r>
    </w:p>
    <w:p>
      <w:pPr>
        <w:spacing w:after="160" w:line="276" w:lineRule="auto"/>
      </w:pPr>
      <w:r>
        <w:t>As we can see, despite the fractions themselves representing different slopes, presenting them as a float or double doesn’t provide enough decimal-point precision to distinguish between them accurately. This can result in incorrectly identifying distinct slopes as the same.</w:t>
      </w:r>
    </w:p>
    <w:p>
      <w:pPr>
        <w:spacing w:after="160" w:line="276" w:lineRule="auto"/>
      </w:pPr>
      <w:r>
        <w:t>To avoid this, we can represent a slope as a pair of integers, stored as a tuple: (rise, run). For example, the slope with a rise of 1 and a run of 2 can be represented as (1, 2) instead of 1 / 2 = 0.5.</w:t>
      </w:r>
    </w:p>
    <w:p>
      <w:pPr>
        <w:spacing w:after="160" w:line="276" w:lineRule="auto"/>
      </w:pPr>
      <w:r>
        <w:t>Ensuring consistent representation of slopesThere’s just one more challenge to address: ensuring the representation of a slope is consistent for all equivalent slope fractions:</w:t>
      </w:r>
    </w:p>
    <w:p>
      <w:pPr>
        <w:spacing w:after="160" w:line="276" w:lineRule="auto"/>
      </w:pPr>
      <w:r>
        <w:t>If we reduce fractions to their simplest forms, we can consistently represent equal fractions that have different initial representations.</w:t>
      </w:r>
    </w:p>
    <w:p>
      <w:pPr>
        <w:spacing w:after="160" w:line="276" w:lineRule="auto"/>
      </w:pPr>
      <w:r>
        <w:t>But how can we do this? We can reduce fractions by dividing both the rise and run by their greatest common divisor (GCD).</w:t>
      </w:r>
    </w:p>
    <w:p>
      <w:pPr>
        <w:spacing w:after="160" w:line="276" w:lineRule="auto"/>
      </w:pPr>
      <w:r>
        <w:t>Greatest common divisorThe GCD of two numbers is the largest number that divides both of them exactly. By dividing the rise and run by their GCD, we reduce the slope to its simplest form:</w:t>
      </w:r>
    </w:p>
    <w:p>
      <w:pPr>
        <w:spacing w:after="160" w:line="276" w:lineRule="auto"/>
      </w:pPr>
      <w:r>
        <w:t>This ensures all equal fractions are represented in the same way.</w:t>
      </w:r>
    </w:p>
    <w:p>
      <w:pPr>
        <w:pStyle w:val="Heading2"/>
        <w:spacing w:before="320" w:after="120"/>
      </w:pPr>
      <w:r>
        <w:t>Implementation</w:t>
      </w:r>
    </w:p>
    <w:p>
      <w:pPr>
        <w:spacing w:before="160" w:after="160"/>
        <w:ind w:left="360"/>
      </w:pPr>
      <w:r>
        <w:rPr>
          <w:rFonts w:ascii="Consolas" w:hAnsi="Consolas"/>
          <w:color w:val="1E293B"/>
          <w:sz w:val="19"/>
        </w:rPr>
        <w:t>PythonJavaScriptJavaCopyfrom typing import List, Tuple</w:t>
        <w:br/>
        <w:t>from collections import defaultdict</w:t>
        <w:br/>
        <w:t xml:space="preserve">    </w:t>
        <w:br/>
        <w:t>def maximum_collinear_points(points: List[List[int]]) -&gt; int:</w:t>
        <w:br/>
        <w:t xml:space="preserve">    res = 0</w:t>
        <w:br/>
        <w:t xml:space="preserve">    # Treat each point as a focal point, and determine the maximum number of points</w:t>
        <w:br/>
        <w:t xml:space="preserve">    # that are collinear with each focal point. The largest of these maximums is the</w:t>
        <w:br/>
        <w:t xml:space="preserve">    # answer.</w:t>
        <w:br/>
        <w:t xml:space="preserve">    for i in range(len(points)):</w:t>
        <w:br/>
        <w:t xml:space="preserve">        res = max(res, max_points_from_focal_point(i, points))</w:t>
        <w:br/>
        <w:t xml:space="preserve">    return res</w:t>
        <w:br/>
        <w:t xml:space="preserve">    </w:t>
        <w:br/>
        <w:t>def max_points_from_focal_point(focal_point_index: int, points: List[List[int]]) -&gt; int:</w:t>
        <w:br/>
        <w:t xml:space="preserve">    slopes_map = defaultdict(int)</w:t>
        <w:br/>
        <w:t xml:space="preserve">    max_points = 0</w:t>
        <w:br/>
        <w:t xml:space="preserve">    # For the current focal point, calculate the slope between it and every other</w:t>
        <w:br/>
        <w:t xml:space="preserve">    # point. This allows us to group points that share the same slope.</w:t>
        <w:br/>
        <w:t xml:space="preserve">    for j in range(len(points)):</w:t>
        <w:br/>
        <w:t xml:space="preserve">        if j != focal_point_index:</w:t>
        <w:br/>
        <w:t xml:space="preserve">            curr_slope = get_slope(points[focal_point_index], points[j])</w:t>
        <w:br/>
        <w:t xml:space="preserve">            slopes_map[curr_slope] += 1</w:t>
        <w:br/>
        <w:t xml:space="preserve">            # Update the maximum count of collinear points for the current focal</w:t>
        <w:br/>
        <w:t xml:space="preserve">            # point.</w:t>
        <w:br/>
        <w:t xml:space="preserve">            max_points = max(max_points, slopes_map[curr_slope])</w:t>
        <w:br/>
        <w:t xml:space="preserve">    # Add 1 to the maximum count to include the focal point itself.</w:t>
        <w:br/>
        <w:t xml:space="preserve">    return max_points + 1</w:t>
        <w:br/>
        <w:t xml:space="preserve">    </w:t>
        <w:br/>
        <w:t>def get_slope(p1: List[int], p2: List[int]) -&gt; Tuple[int, int]:</w:t>
        <w:br/>
        <w:t xml:space="preserve">    rise = p2[1] - p1[1]</w:t>
        <w:br/>
        <w:t xml:space="preserve">    run = p2[0] - p1[0]</w:t>
        <w:br/>
        <w:t xml:space="preserve">    # Handle vertical lines separately to avoid dividing by 0.</w:t>
        <w:br/>
        <w:t xml:space="preserve">    if run == 0:</w:t>
        <w:br/>
        <w:t xml:space="preserve">        return (1, 0)</w:t>
        <w:br/>
        <w:t xml:space="preserve">    # Simplify the slope to its reduced form.</w:t>
        <w:br/>
        <w:t xml:space="preserve">    gcd_val = gcd(rise, run)</w:t>
        <w:br/>
        <w:t xml:space="preserve">    return (rise // gcd_val, run // gcd_val)function maximumCollinearPoints(points) {</w:t>
        <w:br/>
        <w:t xml:space="preserve">  let res = 0;</w:t>
        <w:br/>
        <w:t xml:space="preserve">  for (let i = 0; i &lt; points.length; i++) {</w:t>
        <w:br/>
        <w:t xml:space="preserve">    res = Math.max(res, maxPointsFromFocalPoint(i, points));</w:t>
        <w:br/>
        <w:t xml:space="preserve">  }</w:t>
        <w:br/>
        <w:t xml:space="preserve">  return res;</w:t>
        <w:br/>
        <w:t>}</w:t>
        <w:br/>
        <w:br/>
        <w:t>function maxPointsFromFocalPoint(focalPointIndex, points) {</w:t>
        <w:br/>
        <w:t xml:space="preserve">  const slopesMap = new Map();</w:t>
        <w:br/>
        <w:t xml:space="preserve">  let maxPoints = 0;</w:t>
        <w:br/>
        <w:t xml:space="preserve">  for (let j = 0; j &lt; points.length; j++) {</w:t>
        <w:br/>
        <w:t xml:space="preserve">    if (j !== focalPointIndex) {</w:t>
        <w:br/>
        <w:t xml:space="preserve">      const slope = getSlope(points[focalPointIndex], points[j]);</w:t>
        <w:br/>
        <w:t xml:space="preserve">      const key = `${slope[0]},${slope[1]}`;</w:t>
        <w:br/>
        <w:t xml:space="preserve">      const count = (slopesMap.get(key) || 0) + 1;</w:t>
        <w:br/>
        <w:t xml:space="preserve">      slopesMap.set(key, count);</w:t>
        <w:br/>
        <w:t xml:space="preserve">      maxPoints = Math.max(maxPoints, count);</w:t>
        <w:br/>
        <w:t xml:space="preserve">    }</w:t>
        <w:br/>
        <w:t xml:space="preserve">  }</w:t>
        <w:br/>
        <w:t xml:space="preserve">  return maxPoints + 1;</w:t>
        <w:br/>
        <w:t>}</w:t>
        <w:br/>
        <w:br/>
        <w:t>function getSlope(p1, p2) {</w:t>
        <w:br/>
        <w:t xml:space="preserve">  let rise = p2[1] - p1[1];</w:t>
        <w:br/>
        <w:t xml:space="preserve">  let run = p2[0] - p1[0];</w:t>
        <w:br/>
        <w:t xml:space="preserve">  if (run === 0) return [1, 0];</w:t>
        <w:br/>
        <w:t xml:space="preserve">  const gcdVal = gcd(rise, run);</w:t>
        <w:br/>
        <w:t xml:space="preserve">  return [Math.floor(rise / gcdVal), Math.floor(run / gcdVal)];</w:t>
        <w:br/>
        <w:t>}public int maximumCollinearPoints(int[][] points) {</w:t>
        <w:br/>
        <w:t xml:space="preserve">    int res = 0;</w:t>
        <w:br/>
        <w:t xml:space="preserve">    for (int i = 0; i &lt; points.length; i++) {</w:t>
        <w:br/>
        <w:t xml:space="preserve">        res = Math.max(res, maxPointsFromFocalPoint(i, points));</w:t>
        <w:br/>
        <w:t xml:space="preserve">    }</w:t>
        <w:br/>
        <w:t xml:space="preserve">    return res;</w:t>
        <w:br/>
        <w:t>}</w:t>
        <w:br/>
        <w:br/>
        <w:t>private int maxPointsFromFocalPoint(int focalPointIndex, int[][] points) {</w:t>
        <w:br/>
        <w:t xml:space="preserve">    Map&lt;String, Integer&gt; slopesMap = new HashMap&lt;&gt;();</w:t>
        <w:br/>
        <w:t xml:space="preserve">    int maxPoints = 0;</w:t>
        <w:br/>
        <w:t xml:space="preserve">    for (int j = 0; j &lt; points.length; j++) {</w:t>
        <w:br/>
        <w:t xml:space="preserve">        if (j != focalPointIndex) {</w:t>
        <w:br/>
        <w:t xml:space="preserve">            int[] slope = getSlope(points[focalPointIndex], points[j]);</w:t>
        <w:br/>
        <w:t xml:space="preserve">            String key = slope[0] + "," + slope[1];</w:t>
        <w:br/>
        <w:t xml:space="preserve">            slopesMap.put(key, slopesMap.getOrDefault(key, 0) + 1);</w:t>
        <w:br/>
        <w:t xml:space="preserve">            maxPoints = Math.max(maxPoints, slopesMap.get(key));</w:t>
        <w:br/>
        <w:t xml:space="preserve">        }</w:t>
        <w:br/>
        <w:t xml:space="preserve">    }</w:t>
        <w:br/>
        <w:t xml:space="preserve">    return maxPoints + 1;</w:t>
        <w:br/>
        <w:t>}</w:t>
        <w:br/>
        <w:br/>
        <w:t>private int[] getSlope(int[] p1, int[] p2) {</w:t>
        <w:br/>
        <w:t xml:space="preserve">    int rise = p2[1] - p1[1];</w:t>
        <w:br/>
        <w:t xml:space="preserve">    int run = p2[0] - p1[0];</w:t>
        <w:br/>
        <w:t xml:space="preserve">    if (run == 0) return new int[]{1, 0};</w:t>
        <w:br/>
        <w:t xml:space="preserve">    int gcdVal = gcd(rise, run);</w:t>
        <w:br/>
        <w:t xml:space="preserve">    return new int[]{rise / gcdVal, run / gcdVal};</w:t>
        <w:br/>
        <w:t>}</w:t>
      </w:r>
    </w:p>
    <w:p>
      <w:pPr>
        <w:spacing w:after="160" w:line="276" w:lineRule="auto"/>
      </w:pPr>
      <w:r>
        <w:t>While some programming languages, Python included, have their own internal implementation of the GCD function, its implementation is provided below for your information. This implementation is commonly known as the Euclidean algorithm:</w:t>
      </w:r>
    </w:p>
    <w:p>
      <w:pPr>
        <w:spacing w:before="160" w:after="160"/>
        <w:ind w:left="360"/>
      </w:pPr>
      <w:r>
        <w:rPr>
          <w:rFonts w:ascii="Consolas" w:hAnsi="Consolas"/>
          <w:color w:val="1E293B"/>
          <w:sz w:val="19"/>
        </w:rPr>
        <w:t>PythonJavaScriptJavaCopy# The Euclidean algorithm.</w:t>
        <w:br/>
        <w:t>def gcd(a, b):</w:t>
        <w:br/>
        <w:t xml:space="preserve">    while b != 0:</w:t>
        <w:br/>
        <w:t xml:space="preserve">        a, b = b, a % b</w:t>
        <w:br/>
        <w:t xml:space="preserve">    return a// The Euclidean algorithm.</w:t>
        <w:br/>
        <w:t>function gcd(a, b) {</w:t>
        <w:br/>
        <w:t xml:space="preserve">  while (b !== 0) {</w:t>
        <w:br/>
        <w:t xml:space="preserve">    const temp = b;</w:t>
        <w:br/>
        <w:t xml:space="preserve">    b = a % b;</w:t>
        <w:br/>
        <w:t xml:space="preserve">    a = temp;</w:t>
        <w:br/>
        <w:t xml:space="preserve">  }</w:t>
        <w:br/>
        <w:t xml:space="preserve">  return a;</w:t>
        <w:br/>
        <w:t>}// The Euclidean algorithm.</w:t>
        <w:br/>
        <w:t>public int gcd(int a, int b) {</w:t>
        <w:br/>
        <w:t xml:space="preserve">    while (b != 0) {</w:t>
        <w:br/>
        <w:t xml:space="preserve">        int temp = b;</w:t>
        <w:br/>
        <w:t xml:space="preserve">        b = a % b;</w:t>
        <w:br/>
        <w:t xml:space="preserve">        a = temp;</w:t>
        <w:br/>
        <w:t xml:space="preserve">    }</w:t>
        <w:br/>
        <w:t xml:space="preserve">    return a;</w:t>
        <w:br/>
        <w:t>}</w:t>
      </w:r>
    </w:p>
    <w:p>
      <w:pPr>
        <w:pStyle w:val="Heading3"/>
        <w:spacing w:before="320" w:after="120"/>
      </w:pPr>
      <w:r>
        <w:t>Complexity Analysis</w:t>
      </w:r>
    </w:p>
    <w:p>
      <w:pPr>
        <w:spacing w:after="160" w:line="276" w:lineRule="auto"/>
      </w:pPr>
      <w:r>
        <w:t>Time complexity:The time complexity ofmaximum_collinear_pointsisO(n2log⁡(m))O(n^2\log(m))O(n2log(m)), wherennndenotes the number of points, andmmmdenotes the largest value among the coordinates. Here’s why:</w:t>
      </w:r>
    </w:p>
    <w:p>
      <w:pPr>
        <w:pStyle w:val="ListBullet"/>
      </w:pPr>
      <w:r>
        <w:t>The time complexity of thegcd(rise, run)function isO(log⁡(min(rise,run)))O(\log(min(rise, run)))O(log(min(rise,run))), which is approximately equal toO(log⁡(m))O(\log(m))O(log(m))in the worst case.</w:t>
      </w:r>
    </w:p>
    <w:p>
      <w:pPr>
        <w:pStyle w:val="ListBullet"/>
      </w:pPr>
      <w:r>
        <w:t>The helper functionmax_points_from_focal_point, calls the gcd function a total of n-1 times: one for each point excluding the focal point, giving a time complexity ofO(nlog⁡(m))O(n\log(m))O(nlog(m)).</w:t>
      </w:r>
    </w:p>
    <w:p>
      <w:pPr>
        <w:pStyle w:val="ListBullet"/>
      </w:pPr>
      <w:r>
        <w:t>Themax_points_from_focal_pointfunction is called a total ofnnntimes, resulting in an overall time complexity ofO(n2log⁡(m))O(n^2\log(m))O(n2log(m)).</w:t>
      </w:r>
    </w:p>
    <w:p>
      <w:pPr>
        <w:spacing w:after="160" w:line="276" w:lineRule="auto"/>
      </w:pPr>
      <w:r>
        <w:t>Space complexity:The space complexity isO(n)O(n)O(n)due to the hash map, which in the worst case, storesn−1n-1n−1key-value pairs: one for each point excluding the focal point.</w:t>
      </w:r>
    </w:p>
    <w:p>
      <w:r>
        <w:br w:type="page"/>
      </w:r>
    </w:p>
    <w:p>
      <w:pPr>
        <w:pStyle w:val="Heading1"/>
        <w:spacing w:before="480" w:after="280"/>
      </w:pPr>
      <w:r>
        <w:rPr>
          <w:b/>
          <w:color w:val="008A60"/>
          <w:sz w:val="28"/>
        </w:rPr>
        <w:t>Chapter 119</w:t>
        <w:br/>
      </w:r>
      <w:r>
        <w:rPr>
          <w:b/>
          <w:color w:val="0F172A"/>
          <w:sz w:val="40"/>
        </w:rPr>
        <w:t>The Josephus Problem</w:t>
      </w:r>
    </w:p>
    <w:p>
      <w:pPr>
        <w:spacing w:before="160" w:after="160"/>
        <w:ind w:left="360"/>
      </w:pPr>
      <w:r>
        <w:rPr>
          <w:rFonts w:ascii="Consolas" w:hAnsi="Consolas"/>
          <w:color w:val="1E293B"/>
          <w:sz w:val="19"/>
        </w:rPr>
        <w:t>There are n people standing in a circle, numbered from 0 to n - 1. Starting from person 0, count k people clockwise and remove the kth person. After the removal, begin counting again from the next person still in the circle. Repeat this process until only one person remains, and return that person's position.Example:ExampleCopyInput: n = 5, k = 2</w:t>
        <w:br/>
        <w:t>Output: 2</w:t>
        <w:br/>
        <w:t>Constraints:</w:t>
        <w:br/>
        <w:t>There will be at least one person in the circle</w:t>
        <w:br/>
        <w:t>k will at least be equal to 1.</w:t>
        <w:br/>
      </w:r>
    </w:p>
    <w:p>
      <w:pPr>
        <w:pStyle w:val="Heading2"/>
        <w:spacing w:before="320" w:after="120"/>
      </w:pPr>
      <w:r>
        <w:t>Intuition</w:t>
      </w:r>
    </w:p>
    <w:p>
      <w:pPr>
        <w:spacing w:after="160" w:line="276" w:lineRule="auto"/>
      </w:pPr>
      <w:r>
        <w:t>The naive approach to solving this problem is to simulate the removal of people step by step. We can create a circular linked list with n nodes. Starting from node 0, we iterate through the linked list, removing every kth person. The last node remaining after all removals will represent the last remaining person.</w:t>
      </w:r>
    </w:p>
    <w:p>
      <w:pPr>
        <w:spacing w:after="160" w:line="276" w:lineRule="auto"/>
      </w:pPr>
      <w:r>
        <w:t>This approach takesO(n⋅k)O(n\cdot k)O(n⋅k)time because, to remove a node, we must iterate throughkkknodes in the linked list. Therefore, for each of thennnnodes, we performkkkiterations. Let's see if we can find a faster solution.</w:t>
      </w:r>
    </w:p>
    <w:p>
      <w:pPr>
        <w:spacing w:after="160" w:line="276" w:lineRule="auto"/>
      </w:pPr>
      <w:r>
        <w:t>Consider an example wheren = 12andk = 4. For the first removal, we start countingknodes from node 0 and remove the person we end up on after counting.</w:t>
      </w:r>
    </w:p>
    <w:p>
      <w:pPr>
        <w:spacing w:after="160" w:line="276" w:lineRule="auto"/>
      </w:pPr>
      <w:r>
        <w:t>As we can see, after the first removal, there is one less person in the circle. Additionally, after the removal, our new start position is at the kth position (person 4).</w:t>
      </w:r>
    </w:p>
    <w:p>
      <w:pPr>
        <w:spacing w:after="160" w:line="276" w:lineRule="auto"/>
      </w:pPr>
      <w:r>
        <w:t>Now, we effectively need to find the last person remaining in a circle ofn - 1people, where we start counting at personk. This indicates that solving thesubproblemjosephus(n - 1, k)will help us get the answer to the problemjosephus(n, k). Note that the answer to subproblemjosephus(i, k)represents the last person standing in a circle ofipeople, where we start counting at person 0.</w:t>
      </w:r>
    </w:p>
    <w:p>
      <w:pPr>
        <w:spacing w:after="160" w:line="276" w:lineRule="auto"/>
      </w:pPr>
      <w:r>
        <w:t>To account for the adjusted start position, we need to addkto the answer returned byjosephus(n - 1, k). This is because, in this subproblem, it won’t know to start counting from position 4: it will, by default, count from position 0. So, addingkto this subproblem’s result accounts for this difference in the starting position.</w:t>
      </w:r>
    </w:p>
    <w:p>
      <w:pPr>
        <w:spacing w:after="160" w:line="276" w:lineRule="auto"/>
      </w:pPr>
      <w:r>
        <w:t>This can be expressed with the following recurrence relation:</w:t>
      </w:r>
    </w:p>
    <w:p>
      <w:pPr>
        <w:spacing w:before="160" w:after="160"/>
        <w:ind w:left="360"/>
      </w:pPr>
      <w:r>
        <w:rPr>
          <w:rFonts w:ascii="Consolas" w:hAnsi="Consolas"/>
          <w:color w:val="1E293B"/>
          <w:sz w:val="19"/>
        </w:rPr>
        <w:br/>
        <w:t>josephus(n, k) = josephus(n - 1, k) + k</w:t>
        <w:br/>
      </w:r>
    </w:p>
    <w:p>
      <w:pPr>
        <w:spacing w:after="160" w:line="276" w:lineRule="auto"/>
      </w:pPr>
      <w:r>
        <w:t>The final consideration is ensuring the value ofjosephus(n - 1, k) + kdoesn’t exceedn - 1, as this represents the position of the last person. We can achieve this by applying the modulus operator (% n) tojosephus(n - 1, k) + k. This results in the following updated recurrence relation:</w:t>
      </w:r>
    </w:p>
    <w:p>
      <w:pPr>
        <w:spacing w:before="160" w:after="160"/>
        <w:ind w:left="360"/>
      </w:pPr>
      <w:r>
        <w:rPr>
          <w:rFonts w:ascii="Consolas" w:hAnsi="Consolas"/>
          <w:color w:val="1E293B"/>
          <w:sz w:val="19"/>
        </w:rPr>
        <w:br/>
        <w:t>josephus(n, k) = (josephus(n - 1, k) + k) % n</w:t>
        <w:br/>
      </w:r>
    </w:p>
    <w:p>
      <w:pPr>
        <w:spacing w:after="160" w:line="276" w:lineRule="auto"/>
      </w:pPr>
      <w:r>
        <w:t>Now, all we need is a base case.</w:t>
      </w:r>
    </w:p>
    <w:p>
      <w:pPr>
        <w:spacing w:after="160" w:line="276" w:lineRule="auto"/>
      </w:pPr>
      <w:r>
        <w:t>Base caseThe simplest version of this problem is when the circle contains only one person:n = 1. In this case, the last person remaining is person 0, so we just return person 0 for this base case.</w:t>
      </w:r>
    </w:p>
    <w:p>
      <w:pPr>
        <w:pStyle w:val="Heading2"/>
        <w:spacing w:before="320" w:after="120"/>
      </w:pPr>
      <w:r>
        <w:t>Implementation</w:t>
      </w:r>
    </w:p>
    <w:p>
      <w:pPr>
        <w:spacing w:before="160" w:after="160"/>
        <w:ind w:left="360"/>
      </w:pPr>
      <w:r>
        <w:rPr>
          <w:rFonts w:ascii="Consolas" w:hAnsi="Consolas"/>
          <w:color w:val="1E293B"/>
          <w:sz w:val="19"/>
        </w:rPr>
        <w:t>PythonJavaScriptJavaCopydef josephus(n: int, k: int) -&gt; int:</w:t>
        <w:br/>
        <w:t xml:space="preserve">    # Base case: If there's only one person, the last person is person 0.</w:t>
        <w:br/>
        <w:t xml:space="preserve">    if n == 1:</w:t>
        <w:br/>
        <w:t xml:space="preserve">        return 0</w:t>
        <w:br/>
        <w:t xml:space="preserve">    # Calculate the position of the last person remaining in the reduced problem</w:t>
        <w:br/>
        <w:t xml:space="preserve">    # with 'n - 1' people. We use modulo 'n' to ensure the answer doesn't exceed</w:t>
        <w:br/>
        <w:t xml:space="preserve">    # 'n - 1'.</w:t>
        <w:br/>
        <w:t xml:space="preserve">    return (josephus(n - 1, k) + k) % nfunction josephus(n, k) {</w:t>
        <w:br/>
        <w:t xml:space="preserve">  // Base case: If there's only one person, the last person is person 0.</w:t>
        <w:br/>
        <w:t xml:space="preserve">  if (n === 1) return 0;</w:t>
        <w:br/>
        <w:t xml:space="preserve">  // Calculate the position of the last person remaining in the reduced problem</w:t>
        <w:br/>
        <w:t xml:space="preserve">  // with 'n - 1' people. We use modulo 'n' to ensure the answer doesn't exceed 'n - 1'.</w:t>
        <w:br/>
        <w:t xml:space="preserve">  return (josephus(n - 1, k) + k) % n;</w:t>
        <w:br/>
        <w:t>}public int josephus(int n, int k) {</w:t>
        <w:br/>
        <w:t xml:space="preserve">    // Base case: If there's only one person, the last person is person 0.</w:t>
        <w:br/>
        <w:t xml:space="preserve">    if (n == 1) return 0;</w:t>
        <w:br/>
        <w:t xml:space="preserve">    // Calculate the position of the last person remaining in the reduced problem</w:t>
        <w:br/>
        <w:t xml:space="preserve">    // with 'n - 1' people. We use modulo 'n' to ensure the answer doesn't exceed 'n - 1'.</w:t>
        <w:br/>
        <w:t xml:space="preserve">    return (josephus(n - 1, k) + k) % n;</w:t>
        <w:br/>
        <w:t>}</w:t>
      </w:r>
    </w:p>
    <w:p>
      <w:pPr>
        <w:pStyle w:val="Heading3"/>
        <w:spacing w:before="320" w:after="120"/>
      </w:pPr>
      <w:r>
        <w:t>Complexity Analysis</w:t>
      </w:r>
    </w:p>
    <w:p>
      <w:pPr>
        <w:spacing w:after="160" w:line="276" w:lineRule="auto"/>
      </w:pPr>
      <w:r>
        <w:t>Time complexity:The time complexity of josephus isO(n)O(n)O(n)because we make a total ofnnnrecursive calls to this function until we reach the base case.</w:t>
      </w:r>
    </w:p>
    <w:p>
      <w:pPr>
        <w:spacing w:after="160" w:line="276" w:lineRule="auto"/>
      </w:pPr>
      <w:r>
        <w:t>Space complexity:The space complexity isO(n)O(n)O(n)due to the recursive call stack, which grows up to a depth ofnnn.</w:t>
      </w:r>
    </w:p>
    <w:p>
      <w:pPr>
        <w:pStyle w:val="Heading2"/>
        <w:spacing w:before="320" w:after="120"/>
      </w:pPr>
      <w:r>
        <w:t>Optimization</w:t>
      </w:r>
    </w:p>
    <w:p>
      <w:pPr>
        <w:spacing w:after="160" w:line="276" w:lineRule="auto"/>
      </w:pPr>
      <w:r>
        <w:t>We can implement the top-down recursive solution above using a bottom-up iterative approach. Letresrepresent an array that stores the solution to each subproblem, whereres[i]contains the solution to the subproblem of ani-person circle. Using this array, our formula becomes:</w:t>
      </w:r>
    </w:p>
    <w:p>
      <w:pPr>
        <w:spacing w:before="160" w:after="160"/>
        <w:ind w:left="360"/>
      </w:pPr>
      <w:r>
        <w:rPr>
          <w:rFonts w:ascii="Consolas" w:hAnsi="Consolas"/>
          <w:color w:val="1E293B"/>
          <w:sz w:val="19"/>
        </w:rPr>
        <w:br/>
        <w:t>res[i] = (res[i - 1] + k) % i</w:t>
        <w:br/>
      </w:r>
    </w:p>
    <w:p>
      <w:pPr>
        <w:spacing w:after="160" w:line="276" w:lineRule="auto"/>
      </w:pPr>
      <w:r>
        <w:t>The key observation here is that we only ever need access to the previous element of theresarray (ati - 1) to calculate the result of the current subproblem (ati). This means we don’t need to store the entire array.</w:t>
      </w:r>
    </w:p>
    <w:p>
      <w:pPr>
        <w:spacing w:after="160" w:line="276" w:lineRule="auto"/>
      </w:pPr>
      <w:r>
        <w:t>Instead, we can use a single variable to keep track of the solution to the previous subproblem. We can then update this variable to store the solution for the current subproblem:</w:t>
      </w:r>
    </w:p>
    <w:p>
      <w:pPr>
        <w:spacing w:before="160" w:after="160"/>
        <w:ind w:left="360"/>
      </w:pPr>
      <w:r>
        <w:rPr>
          <w:rFonts w:ascii="Consolas" w:hAnsi="Consolas"/>
          <w:color w:val="1E293B"/>
          <w:sz w:val="19"/>
        </w:rPr>
        <w:br/>
        <w:t>res = (res + k) % i</w:t>
        <w:br/>
      </w:r>
    </w:p>
    <w:p>
      <w:pPr>
        <w:spacing w:after="160" w:line="276" w:lineRule="auto"/>
      </w:pPr>
      <w:r>
        <w:t>Note that the 'res' value used on the right-hand side of the equation represents the previous subproblem’s result.</w:t>
      </w:r>
    </w:p>
    <w:p>
      <w:pPr>
        <w:pStyle w:val="Heading2"/>
        <w:spacing w:before="320" w:after="120"/>
      </w:pPr>
      <w:r>
        <w:t>Implementation</w:t>
      </w:r>
    </w:p>
    <w:p>
      <w:pPr>
        <w:spacing w:before="160" w:after="160"/>
        <w:ind w:left="360"/>
      </w:pPr>
      <w:r>
        <w:rPr>
          <w:rFonts w:ascii="Consolas" w:hAnsi="Consolas"/>
          <w:color w:val="1E293B"/>
          <w:sz w:val="19"/>
        </w:rPr>
        <w:t>PythonJavaScriptJavaCopydef josephus_optimized(n: int, k: int) -&gt; int:</w:t>
        <w:br/>
        <w:t xml:space="preserve">    res = 0</w:t>
        <w:br/>
        <w:t xml:space="preserve">    for i in range(2, n + 1):</w:t>
        <w:br/>
        <w:t xml:space="preserve">        # res[i] = (res[i - 1] + k) % i.</w:t>
        <w:br/>
        <w:t xml:space="preserve">        res = (res + k) % i</w:t>
        <w:br/>
        <w:t xml:space="preserve">    return resfunction josephusOptimized(n, k) {</w:t>
        <w:br/>
        <w:t xml:space="preserve">  let res = 0;</w:t>
        <w:br/>
        <w:t xml:space="preserve">  for (let i = 2; i &lt;= n; i++) {</w:t>
        <w:br/>
        <w:t xml:space="preserve">    // res[i] = (res[i - 1] + k) % i.</w:t>
        <w:br/>
        <w:t xml:space="preserve">    res = (res + k) % i;</w:t>
        <w:br/>
        <w:t xml:space="preserve">  }</w:t>
        <w:br/>
        <w:t xml:space="preserve">  return res;</w:t>
        <w:br/>
        <w:t>}public int josephusOptimized(int n, int k) {</w:t>
        <w:br/>
        <w:t xml:space="preserve">    int res = 0;</w:t>
        <w:br/>
        <w:t xml:space="preserve">    for (int i = 2; i &lt;= n; i++) {</w:t>
        <w:br/>
        <w:t xml:space="preserve">        // res[i] = (res[i - 1] + k) % i.</w:t>
        <w:br/>
        <w:t xml:space="preserve">        res = (res + k) % i;</w:t>
        <w:br/>
        <w:t xml:space="preserve">    }</w:t>
        <w:br/>
        <w:t xml:space="preserve">    return res;</w:t>
        <w:br/>
        <w:t>}</w:t>
      </w:r>
    </w:p>
    <w:p>
      <w:pPr>
        <w:pStyle w:val="Heading3"/>
        <w:spacing w:before="320" w:after="120"/>
      </w:pPr>
      <w:r>
        <w:t>Complexity Analysis</w:t>
      </w:r>
    </w:p>
    <w:p>
      <w:pPr>
        <w:spacing w:after="160" w:line="276" w:lineRule="auto"/>
      </w:pPr>
      <w:r>
        <w:t>Time complexity:The time complexity ofjosephus_optimizedisO(n)O(n)O(n)because we iterate throughnnnsubproblems.</w:t>
      </w:r>
    </w:p>
    <w:p>
      <w:pPr>
        <w:spacing w:after="160" w:line="276" w:lineRule="auto"/>
      </w:pPr>
      <w:r>
        <w:t>Space complexity:The space complexity isO(1)O(1)O(1).</w:t>
      </w:r>
    </w:p>
    <w:p>
      <w:r>
        <w:br w:type="page"/>
      </w:r>
    </w:p>
    <w:p>
      <w:pPr>
        <w:pStyle w:val="Heading1"/>
        <w:spacing w:before="480" w:after="280"/>
      </w:pPr>
      <w:r>
        <w:rPr>
          <w:b/>
          <w:color w:val="008A60"/>
          <w:sz w:val="28"/>
        </w:rPr>
        <w:t>Chapter 120</w:t>
        <w:br/>
      </w:r>
      <w:r>
        <w:rPr>
          <w:b/>
          <w:color w:val="0F172A"/>
          <w:sz w:val="40"/>
        </w:rPr>
        <w:t>Triangle Numbers</w:t>
      </w:r>
    </w:p>
    <w:p>
      <w:pPr>
        <w:spacing w:before="160" w:after="160"/>
        <w:ind w:left="360"/>
      </w:pPr>
      <w:r>
        <w:rPr>
          <w:rFonts w:ascii="Consolas" w:hAnsi="Consolas"/>
          <w:color w:val="1E293B"/>
          <w:sz w:val="19"/>
        </w:rPr>
        <w:t>Consider a triangle composed of numbers where the top of the triangle is 1. Each subsequent number in the triangle is equal to the sum of three numbers above it: its top-left number, its top number, and its top-right number. If any of these three numbers don't exist, assume they are equal to 0.Given a value representing a row of this triangle, return the position of the first even number in this row. Assume that the first number in each row is at position 1.Example:ExampleCopyInput: n = 4</w:t>
        <w:br/>
        <w:t>Output: 3</w:t>
        <w:br/>
        <w:t>Constraints:</w:t>
        <w:br/>
        <w:t>n will be at least 3.</w:t>
        <w:br/>
      </w:r>
    </w:p>
    <w:p>
      <w:pPr>
        <w:pStyle w:val="Heading2"/>
        <w:spacing w:before="320" w:after="120"/>
      </w:pPr>
      <w:r>
        <w:t>Intuition</w:t>
      </w:r>
    </w:p>
    <w:p>
      <w:pPr>
        <w:spacing w:after="160" w:line="276" w:lineRule="auto"/>
      </w:pPr>
      <w:r>
        <w:t>A naive solution to this problem is to generate the entire triangle and all of its values up to the nth row. Then, we can iterate through the nth row until we encounter the first even number. However, this approach is inefficient because it results in an excessive use of time and memory to build the entire triangle. To find a more optimal solution, let’s consider how we can simplify the representation of our triangle.</w:t>
      </w:r>
    </w:p>
    <w:p>
      <w:pPr>
        <w:spacing w:after="160" w:line="276" w:lineRule="auto"/>
      </w:pPr>
      <w:r>
        <w:t>Simplifying the triangleThe first key observation is that the triangle is symmetric. This means we can exclude the right half of the triangle because if an even number exists in the right half, it definitely exists in the left half:</w:t>
      </w:r>
    </w:p>
    <w:p>
      <w:pPr>
        <w:spacing w:after="160" w:line="276" w:lineRule="auto"/>
      </w:pPr>
      <w:r>
        <w:t>To more easily visualize the positions of the numbers in each row, let’s draw it such that numbers belonging to the same position are aligned:</w:t>
      </w:r>
    </w:p>
    <w:p>
      <w:pPr>
        <w:spacing w:after="160" w:line="276" w:lineRule="auto"/>
      </w:pPr>
      <w:r>
        <w:t>The next key observation is that we don’t necessarily care about the values themselves: we only care about the parity of each number (i.e., if they’re even or odd). Given this, we can simplify the triangle further by representing it as a binary triangle where 0 represents an even number and 1 represents an odd number:</w:t>
      </w:r>
    </w:p>
    <w:p>
      <w:pPr>
        <w:spacing w:after="160" w:line="276" w:lineRule="auto"/>
      </w:pPr>
      <w:r>
        <w:t>Now that we’ve simplified the triangle, it’ll be easier to identify patterns in the positions of the first even number in each row. Let’s explore this further.</w:t>
      </w:r>
    </w:p>
    <w:p>
      <w:pPr>
        <w:spacing w:after="160" w:line="276" w:lineRule="auto"/>
      </w:pPr>
      <w:r>
        <w:t>Identifying patternsLet's ignore rows 1 and 2 since even numbers only begin appearing from row 3 onward. A good place to start looking for a pattern is to highlight the first even number at each row and observe their positions:</w:t>
      </w:r>
    </w:p>
    <w:p>
      <w:pPr>
        <w:spacing w:after="160" w:line="276" w:lineRule="auto"/>
      </w:pPr>
      <w:r>
        <w:t>From rows 3 to 5, one possible pattern to observe is that odd-numbered rows have the first even number at position 2. We could also hypothesize that even-numbered rows have the first even at position 3.</w:t>
      </w:r>
    </w:p>
    <w:p>
      <w:pPr>
        <w:spacing w:after="160" w:line="276" w:lineRule="auto"/>
      </w:pPr>
      <w:r>
        <w:t>To confirm if this observation is consistent, let’s look at some more rows:</w:t>
      </w:r>
    </w:p>
    <w:p>
      <w:pPr>
        <w:spacing w:after="160" w:line="276" w:lineRule="auto"/>
      </w:pPr>
      <w:r>
        <w:t>So far, our hypothesis for odd-numbered rows is still true, but even-numbered rows seem to be following a different pattern. It’s still hard to pinpoint what it could be.</w:t>
      </w:r>
    </w:p>
    <w:p>
      <w:pPr>
        <w:spacing w:after="160" w:line="276" w:lineRule="auto"/>
      </w:pPr>
      <w:r>
        <w:t>Let's continue by displaying a few more rows to figure out what this pattern is:</w:t>
      </w:r>
    </w:p>
    <w:p>
      <w:pPr>
        <w:spacing w:after="160" w:line="276" w:lineRule="auto"/>
      </w:pPr>
      <w:r>
        <w:t>Now, we notice that the first four binary values from rows 3 to 6 repeat for rows 7 to 10. If we were to continue for future rows, we would notice that this pattern continues.</w:t>
      </w:r>
    </w:p>
    <w:p>
      <w:pPr>
        <w:spacing w:after="160" w:line="276" w:lineRule="auto"/>
      </w:pPr>
      <w:r>
        <w:t>Essentially, the following pattern is consistently repeated, starting from row 3:</w:t>
      </w:r>
    </w:p>
    <w:p>
      <w:pPr>
        <w:spacing w:after="160" w:line="276" w:lineRule="auto"/>
      </w:pPr>
      <w:r>
        <w:t>To understand why this pattern repeats, it’s important to realize that the first four values of a row are calculated solely from the four values of the previous row. We can see this visualized below, using the initial representation of the triangle to make it clearer:</w:t>
      </w:r>
    </w:p>
    <w:p>
      <w:pPr>
        <w:spacing w:after="160" w:line="276" w:lineRule="auto"/>
      </w:pPr>
      <w:r>
        <w:t>So, whenever a specific sequence of four numbers occurs at the beginning of a row, it will generate a predictable sequence of four numbers in the following row. Extending this observation to the entire pattern, we can conclude that since the pattern repeated once (from rows 3 to 6 to rows 7 to 10), it will continue to repeat indefinitely.</w:t>
      </w:r>
    </w:p>
    <w:p>
      <w:pPr>
        <w:spacing w:after="160" w:line="276" w:lineRule="auto"/>
      </w:pPr>
      <w:r>
        <w:t>This gives us the below cyclic rationale:</w:t>
      </w:r>
    </w:p>
    <w:p>
      <w:pPr>
        <w:pStyle w:val="ListBullet"/>
      </w:pPr>
      <w:r>
        <w:t>Ifnis odd(n % 2 != 0), return 2.</w:t>
      </w:r>
    </w:p>
    <w:p>
      <w:pPr>
        <w:pStyle w:val="ListBullet"/>
      </w:pPr>
      <w:r>
        <w:t>Ifnis a multiple of 4(n % 4 == 0), return 3.</w:t>
      </w:r>
    </w:p>
    <w:p>
      <w:pPr>
        <w:pStyle w:val="ListBullet"/>
      </w:pPr>
      <w:r>
        <w:t>Else, return 4.</w:t>
      </w:r>
    </w:p>
    <w:p>
      <w:pPr>
        <w:spacing w:after="160" w:line="276" w:lineRule="auto"/>
      </w:pPr>
      <w:r>
        <w:t>This problem demonstrates how recognizing patterns and simplifying the problem can turn a time-consuming solution into a quick, constant-time one.</w:t>
      </w:r>
    </w:p>
    <w:p>
      <w:pPr>
        <w:pStyle w:val="Heading2"/>
        <w:spacing w:before="320" w:after="120"/>
      </w:pPr>
      <w:r>
        <w:t>Implementation</w:t>
      </w:r>
    </w:p>
    <w:p>
      <w:pPr>
        <w:spacing w:before="160" w:after="160"/>
        <w:ind w:left="360"/>
      </w:pPr>
      <w:r>
        <w:rPr>
          <w:rFonts w:ascii="Consolas" w:hAnsi="Consolas"/>
          <w:color w:val="1E293B"/>
          <w:sz w:val="19"/>
        </w:rPr>
        <w:t>PythonJavaScriptJavaCopydef triangle_numbers(n: int) -&gt; int:</w:t>
        <w:br/>
        <w:t xml:space="preserve">    # If n is an odd-numbered row, the first even number always starts at position</w:t>
        <w:br/>
        <w:t xml:space="preserve">    # 2.</w:t>
        <w:br/>
        <w:t xml:space="preserve">    if n % 2 != 0:</w:t>
        <w:br/>
        <w:t xml:space="preserve">        return 2</w:t>
        <w:br/>
        <w:t xml:space="preserve">    # If n is a multiple of 4, the first even number always starts at position 3.</w:t>
        <w:br/>
        <w:t xml:space="preserve">    elif n % 4 == 0:</w:t>
        <w:br/>
        <w:t xml:space="preserve">        return 3</w:t>
        <w:br/>
        <w:t xml:space="preserve">    # For all other rows, the first even number always starts at position 4.</w:t>
        <w:br/>
        <w:t xml:space="preserve">    return 4function triangleNumbers(n) {</w:t>
        <w:br/>
        <w:t xml:space="preserve">  // If n is an odd-numbered row, the first even number always starts at position 2.</w:t>
        <w:br/>
        <w:t xml:space="preserve">  if (n % 2 !== 0) {</w:t>
        <w:br/>
        <w:t xml:space="preserve">    return 2;</w:t>
        <w:br/>
        <w:t xml:space="preserve">  // If n is a multiple of 4, the first even number always starts at position 3.</w:t>
        <w:br/>
        <w:t xml:space="preserve">  } else if (n % 4 === 0) {</w:t>
        <w:br/>
        <w:t xml:space="preserve">    return 3;</w:t>
        <w:br/>
        <w:t xml:space="preserve">  }</w:t>
        <w:br/>
        <w:t xml:space="preserve">  // For all other rows, the first even number always starts at position 4.</w:t>
        <w:br/>
        <w:t xml:space="preserve">  return 4;</w:t>
        <w:br/>
        <w:t>}public int triangleNumbers(int n) {</w:t>
        <w:br/>
        <w:t xml:space="preserve">    // If n is an odd-numbered row, the first even number always starts at position 2.</w:t>
        <w:br/>
        <w:t xml:space="preserve">    if (n % 2 != 0) {</w:t>
        <w:br/>
        <w:t xml:space="preserve">        return 2;</w:t>
        <w:br/>
        <w:t xml:space="preserve">    // If n is a multiple of 4, the first even number always starts at position 3.</w:t>
        <w:br/>
        <w:t xml:space="preserve">    } else if (n % 4 == 0) {</w:t>
        <w:br/>
        <w:t xml:space="preserve">        return 3;</w:t>
        <w:br/>
        <w:t xml:space="preserve">    }</w:t>
        <w:br/>
        <w:t xml:space="preserve">    // For all other rows, the first even number always starts at position 4.</w:t>
        <w:br/>
        <w:t xml:space="preserve">    return 4;</w:t>
        <w:br/>
        <w:t>}</w:t>
      </w:r>
    </w:p>
    <w:p>
      <w:pPr>
        <w:pStyle w:val="Heading3"/>
        <w:spacing w:before="320" w:after="120"/>
      </w:pPr>
      <w:r>
        <w:t>Complexity Analysis</w:t>
      </w:r>
    </w:p>
    <w:p>
      <w:pPr>
        <w:spacing w:after="160" w:line="276" w:lineRule="auto"/>
      </w:pPr>
      <w:r>
        <w:t>Time complexity:The time complexity oftriangle_numbersisO(1)O(1)O(1).</w:t>
      </w:r>
    </w:p>
    <w:p>
      <w:pPr>
        <w:spacing w:after="160" w:line="276" w:lineRule="auto"/>
      </w:pPr>
      <w:r>
        <w:t>Space complexity:The space complexity isO(1)O(1)O(1).</w:t>
      </w:r>
    </w:p>
    <w:p>
      <w:r>
        <w:br w:type="page"/>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