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0" w:after="240"/>
        <w:jc w:val="center"/>
      </w:pPr>
      <w:r>
        <w:rPr>
          <w:rFonts w:ascii="Calibri" w:hAnsi="Calibri"/>
          <w:b/>
          <w:color w:val="0F172A"/>
          <w:sz w:val="56"/>
        </w:rPr>
        <w:t>HOW TO WRITE A GOOD RESUME</w:t>
      </w:r>
    </w:p>
    <w:p>
      <w:pPr>
        <w:spacing w:after="720"/>
        <w:jc w:val="center"/>
      </w:pPr>
      <w:r>
        <w:rPr>
          <w:i/>
          <w:color w:val="4B5563"/>
          <w:sz w:val="28"/>
        </w:rPr>
        <w:t>The Hiring Pipeline Decoded</w:t>
      </w:r>
    </w:p>
    <w:p>
      <w:pPr>
        <w:spacing w:before="1600" w:after="2800"/>
        <w:jc w:val="center"/>
      </w:pPr>
      <w:r>
        <w:rPr>
          <w:b/>
          <w:color w:val="111827"/>
          <w:sz w:val="28"/>
        </w:rPr>
        <w:t>By Gergely Orosz &amp; Alex Xu</w:t>
      </w:r>
    </w:p>
    <w:p>
      <w:r>
        <w:br w:type="page"/>
      </w:r>
    </w:p>
    <w:p>
      <w:pPr>
        <w:pStyle w:val="Heading1"/>
        <w:spacing w:after="320"/>
      </w:pPr>
      <w:r>
        <w:t>Table of Contents</w:t>
      </w:r>
    </w:p>
    <w:p>
      <w:pPr>
        <w:spacing w:after="80"/>
      </w:pPr>
      <w:r>
        <w:rPr>
          <w:b/>
          <w:color w:val="008A60"/>
        </w:rPr>
        <w:t xml:space="preserve">Chapter 01: </w:t>
      </w:r>
      <w:r>
        <w:t>Acknowledgements</w:t>
      </w:r>
    </w:p>
    <w:p>
      <w:pPr>
        <w:spacing w:after="80"/>
      </w:pPr>
      <w:r>
        <w:rPr>
          <w:b/>
          <w:color w:val="008A60"/>
        </w:rPr>
        <w:t xml:space="preserve">Chapter 02: </w:t>
      </w:r>
      <w:r>
        <w:t>Introduction</w:t>
      </w:r>
    </w:p>
    <w:p>
      <w:pPr>
        <w:spacing w:after="80"/>
      </w:pPr>
      <w:r>
        <w:rPr>
          <w:b/>
          <w:color w:val="008A60"/>
        </w:rPr>
        <w:t xml:space="preserve">Chapter 03: </w:t>
      </w:r>
      <w:r>
        <w:t>PART 1: RESUMES AND THE HIRING PROCESS</w:t>
      </w:r>
    </w:p>
    <w:p>
      <w:pPr>
        <w:spacing w:after="80"/>
      </w:pPr>
      <w:r>
        <w:rPr>
          <w:b/>
          <w:color w:val="008A60"/>
        </w:rPr>
        <w:t xml:space="preserve">Chapter 04: </w:t>
      </w:r>
      <w:r>
        <w:t>Chapter 1: Why Resumes and CVs are Important</w:t>
      </w:r>
    </w:p>
    <w:p>
      <w:pPr>
        <w:spacing w:after="80"/>
      </w:pPr>
      <w:r>
        <w:rPr>
          <w:b/>
          <w:color w:val="008A60"/>
        </w:rPr>
        <w:t xml:space="preserve">Chapter 05: </w:t>
      </w:r>
      <w:r>
        <w:t>Chapter 2: The Hiring Pipeline</w:t>
      </w:r>
    </w:p>
    <w:p>
      <w:pPr>
        <w:spacing w:after="80"/>
      </w:pPr>
      <w:r>
        <w:rPr>
          <w:b/>
          <w:color w:val="008A60"/>
        </w:rPr>
        <w:t xml:space="preserve">Chapter 06: </w:t>
      </w:r>
      <w:r>
        <w:t>PART 2: WRITING THE RESUME</w:t>
      </w:r>
    </w:p>
    <w:p>
      <w:pPr>
        <w:spacing w:after="80"/>
      </w:pPr>
      <w:r>
        <w:rPr>
          <w:b/>
          <w:color w:val="008A60"/>
        </w:rPr>
        <w:t xml:space="preserve">Chapter 07: </w:t>
      </w:r>
      <w:r>
        <w:t>Chapter 3: Tech Resume Basics</w:t>
      </w:r>
    </w:p>
    <w:p>
      <w:pPr>
        <w:spacing w:after="80"/>
      </w:pPr>
      <w:r>
        <w:rPr>
          <w:b/>
          <w:color w:val="008A60"/>
        </w:rPr>
        <w:t xml:space="preserve">Chapter 08: </w:t>
      </w:r>
      <w:r>
        <w:t>Chapter 4: Resume Structure</w:t>
      </w:r>
    </w:p>
    <w:p>
      <w:pPr>
        <w:spacing w:after="80"/>
      </w:pPr>
      <w:r>
        <w:rPr>
          <w:b/>
          <w:color w:val="008A60"/>
        </w:rPr>
        <w:t xml:space="preserve">Chapter 09: </w:t>
      </w:r>
      <w:r>
        <w:t>Chapter 5: Standing Out</w:t>
      </w:r>
    </w:p>
    <w:p>
      <w:pPr>
        <w:spacing w:after="80"/>
      </w:pPr>
      <w:r>
        <w:rPr>
          <w:b/>
          <w:color w:val="008A60"/>
        </w:rPr>
        <w:t xml:space="preserve">Chapter 10: </w:t>
      </w:r>
      <w:r>
        <w:t>Chapter 6: Common Mistakes</w:t>
      </w:r>
    </w:p>
    <w:p>
      <w:pPr>
        <w:spacing w:after="80"/>
      </w:pPr>
      <w:r>
        <w:rPr>
          <w:b/>
          <w:color w:val="008A60"/>
        </w:rPr>
        <w:t xml:space="preserve">Chapter 11: </w:t>
      </w:r>
      <w:r>
        <w:t>Chapter 7: Different Experience Levels, Different Career Paths</w:t>
      </w:r>
    </w:p>
    <w:p>
      <w:pPr>
        <w:spacing w:after="80"/>
      </w:pPr>
      <w:r>
        <w:rPr>
          <w:b/>
          <w:color w:val="008A60"/>
        </w:rPr>
        <w:t xml:space="preserve">Chapter 12: </w:t>
      </w:r>
      <w:r>
        <w:t>Chapter 8: Exercises to Polish Your Resume</w:t>
      </w:r>
    </w:p>
    <w:p>
      <w:pPr>
        <w:spacing w:after="80"/>
      </w:pPr>
      <w:r>
        <w:rPr>
          <w:b/>
          <w:color w:val="008A60"/>
        </w:rPr>
        <w:t xml:space="preserve">Chapter 13: </w:t>
      </w:r>
      <w:r>
        <w:t>Chapter 9: Beyond the Resume</w:t>
      </w:r>
    </w:p>
    <w:p>
      <w:pPr>
        <w:spacing w:after="80"/>
      </w:pPr>
      <w:r>
        <w:rPr>
          <w:b/>
          <w:color w:val="008A60"/>
        </w:rPr>
        <w:t xml:space="preserve">Chapter 14: </w:t>
      </w:r>
      <w:r>
        <w:t>PART 3: EXAMPLES AND INSPIRATION</w:t>
      </w:r>
    </w:p>
    <w:p>
      <w:pPr>
        <w:spacing w:after="80"/>
      </w:pPr>
      <w:r>
        <w:rPr>
          <w:b/>
          <w:color w:val="008A60"/>
        </w:rPr>
        <w:t xml:space="preserve">Chapter 15: </w:t>
      </w:r>
      <w:r>
        <w:t>Chapter 10: Good Resume Template Principles</w:t>
      </w:r>
    </w:p>
    <w:p>
      <w:pPr>
        <w:spacing w:after="80"/>
      </w:pPr>
      <w:r>
        <w:rPr>
          <w:b/>
          <w:color w:val="008A60"/>
        </w:rPr>
        <w:t xml:space="preserve">Chapter 16: </w:t>
      </w:r>
      <w:r>
        <w:t>Chapter 11: Resume Templates</w:t>
      </w:r>
    </w:p>
    <w:p>
      <w:pPr>
        <w:spacing w:after="80"/>
      </w:pPr>
      <w:r>
        <w:rPr>
          <w:b/>
          <w:color w:val="008A60"/>
        </w:rPr>
        <w:t xml:space="preserve">Chapter 17: </w:t>
      </w:r>
      <w:r>
        <w:t>Chapter 12: Resume Improvement Examples</w:t>
      </w:r>
    </w:p>
    <w:p>
      <w:pPr>
        <w:spacing w:after="80"/>
      </w:pPr>
      <w:r>
        <w:rPr>
          <w:b/>
          <w:color w:val="008A60"/>
        </w:rPr>
        <w:t xml:space="preserve">Chapter 18: </w:t>
      </w:r>
      <w:r>
        <w:t>Chapter 13: Advice for Hiring Managers on Running a Good Screening Process</w:t>
      </w:r>
    </w:p>
    <w:p>
      <w:pPr>
        <w:spacing w:after="80"/>
      </w:pPr>
      <w:r>
        <w:rPr>
          <w:b/>
          <w:color w:val="008A60"/>
        </w:rPr>
        <w:t xml:space="preserve">Chapter 19: </w:t>
      </w:r>
      <w:r>
        <w:t>Conclusion</w:t>
      </w:r>
    </w:p>
    <w:p>
      <w:r>
        <w:br w:type="page"/>
      </w:r>
    </w:p>
    <w:p>
      <w:pPr>
        <w:pStyle w:val="Heading1"/>
        <w:spacing w:before="480" w:after="280"/>
      </w:pPr>
      <w:r>
        <w:rPr>
          <w:b/>
          <w:color w:val="008A60"/>
          <w:sz w:val="28"/>
        </w:rPr>
        <w:t>Chapter 01</w:t>
        <w:br/>
      </w:r>
      <w:r>
        <w:rPr>
          <w:b/>
          <w:color w:val="0F172A"/>
          <w:sz w:val="40"/>
        </w:rPr>
        <w:t>Acknowledgements</w:t>
      </w:r>
    </w:p>
    <w:p>
      <w:pPr>
        <w:spacing w:after="160" w:line="276" w:lineRule="auto"/>
      </w:pPr>
      <w:r>
        <w:t>This book has been written with significant input from some of the best technical recruiters, engineering managers and engineers within my network—many of them considered industry veterans. They were all generous with their time and feedback and made the book significantly better.</w:t>
      </w:r>
    </w:p>
    <w:p>
      <w:pPr>
        <w:spacing w:after="160" w:line="276" w:lineRule="auto"/>
      </w:pPr>
      <w:r>
        <w:t>On the recruiting side, thank you to Amy Miller, Angelica Shah, Blake Stockman, Csudi Csudutov, Chukwuemeka Ugorji, Claire Taylor, José Marchena, Jorick Thijs Polderman, Keki Mwaba, Ken Liu, Konstanty Sliwowski, Sebastian Prieto Tovar, Sofi Djelassi, Victoria Farrelly, Veronika Nagy, and Yinka Coker. All of you have scanned more developer resumes than myself, and your insights and feedback helped make the book more accurate and helpful.</w:t>
      </w:r>
    </w:p>
    <w:p>
      <w:pPr>
        <w:spacing w:after="160" w:line="276" w:lineRule="auto"/>
      </w:pPr>
      <w:r>
        <w:t>I am grateful for the feedback from engineering managers and engineers James Stanier, Jordan Bonnet, Manan Patel, Matt Dickenson, Monica Lent, Neville Kuyt, Pat Kua, Randall Kanna, Rodrigo Pimentel, Rodrigo Prates, Stuart Davidson, and Steve Ball. Thank you for both the reviews, the corrections and for confirming where you also would give similar advice.</w:t>
      </w:r>
    </w:p>
    <w:p>
      <w:pPr>
        <w:spacing w:after="160" w:line="276" w:lineRule="auto"/>
      </w:pPr>
      <w:r>
        <w:t>The feedback and encouragement from the early beta book readers has been great. People who have helped with feedback and suggestions include Aleph Melo, Anmol Singh Jaggi, Christopher Paika, David Kiss, Fabien Townsend, Jamie Robertson, Maroof Haque, Munasir Priom, Oliver Mensah, Patrick Doyle, Simon Van de Water and Waseef Akhtar. Thank you! I made several improvements in the book—such as adding Recap sections at the end of many chapters—after these reader suggestions.</w:t>
      </w:r>
    </w:p>
    <w:p>
      <w:pPr>
        <w:spacing w:after="160" w:line="276" w:lineRule="auto"/>
      </w:pPr>
      <w:r>
        <w:t>I’d like to give special thanks to the book’s editor, Mike Reeves-McMillan, who worked with me from the other side of the world to create something that people will find pleasant to read.</w:t>
      </w:r>
    </w:p>
    <w:p>
      <w:r>
        <w:br w:type="page"/>
      </w:r>
    </w:p>
    <w:p>
      <w:pPr>
        <w:pStyle w:val="Heading1"/>
        <w:spacing w:before="480" w:after="280"/>
      </w:pPr>
      <w:r>
        <w:rPr>
          <w:b/>
          <w:color w:val="008A60"/>
          <w:sz w:val="28"/>
        </w:rPr>
        <w:t>Chapter 02</w:t>
        <w:br/>
      </w:r>
      <w:r>
        <w:rPr>
          <w:b/>
          <w:color w:val="0F172A"/>
          <w:sz w:val="40"/>
        </w:rPr>
        <w:t>Introduction</w:t>
      </w:r>
    </w:p>
    <w:p>
      <w:pPr>
        <w:spacing w:after="160" w:line="276" w:lineRule="auto"/>
      </w:pPr>
      <w:r>
        <w:t>There’s a myth of it being easy to get a job as a developer. While there are times where this might be true—especially if you are a senior or staff software engineer working at a well-known tech company—this is not the case for most developers. As soon as you get out on the job market and start directly applying for jobs, the feeling of having it easy quickly disappears.</w:t>
      </w:r>
    </w:p>
    <w:p>
      <w:pPr>
        <w:spacing w:after="160" w:line="276" w:lineRule="auto"/>
      </w:pPr>
      <w:r>
        <w:t>This book will help you craft a developer resume that represents you fairly, plays to your strengths, and increases your chances of getting to that recruiter call.</w:t>
      </w:r>
    </w:p>
    <w:p>
      <w:pPr>
        <w:pStyle w:val="Heading2"/>
        <w:spacing w:before="320" w:after="120"/>
      </w:pPr>
      <w:r>
        <w:t>Instructor</w:t>
      </w:r>
    </w:p>
    <w:p>
      <w:pPr>
        <w:spacing w:after="160" w:line="276" w:lineRule="auto"/>
      </w:pPr>
      <w:r>
        <w:t>Gergely Orosz writes The Pragmatic Engineer Newsletter - the #1 newsletter for engineering managers and senior engineers on Substack. You can find his newsletterhere.</w:t>
      </w:r>
    </w:p>
    <w:p>
      <w:pPr>
        <w:pStyle w:val="Heading2"/>
        <w:spacing w:before="320" w:after="120"/>
      </w:pPr>
      <w:r>
        <w:t>Who This Book is For</w:t>
      </w:r>
    </w:p>
    <w:p>
      <w:pPr>
        <w:spacing w:after="160" w:line="276" w:lineRule="auto"/>
      </w:pPr>
      <w:r>
        <w:t>This book is tailored for people applying for developer jobs with tech companies in the US, Europe, and India, for companies where the language used for business is English. The book is especially relevant for companies with US headquarters: well-known tech companies like Facebook, Amazon, Apple, Netflix, Google (also referred to as FAANG1), unicorns like Stripe, Uber, Airbnb, Dropbox and fast-growing tech startups. The principles of the guide likely translate to other companies. However, different industries and different companies might follow different processes, and look for different things in a resume.</w:t>
      </w:r>
    </w:p>
    <w:p>
      <w:pPr>
        <w:spacing w:after="160" w:line="276" w:lineRule="auto"/>
      </w:pPr>
      <w:r>
        <w:t>The book is written for software developers, tech leads and engineering managers. Most of the content is tailored from new grads, all the way to experienced software developers, with dedicated sections for leads and engineering managers. The book assumes that you already have the relevant experience for the positions you are applying for.</w:t>
      </w:r>
    </w:p>
    <w:p>
      <w:pPr>
        <w:spacing w:after="160" w:line="276" w:lineRule="auto"/>
      </w:pPr>
      <w:r>
        <w:t>Everything presented in this guide is opinions that might or might not apply to the country and industry you are applying in, or the company you are applying to. Make sure to do your own research and get feedback from your network to tailor your resume or CV. There is no one-size-fits-all approach.</w:t>
      </w:r>
    </w:p>
    <w:p>
      <w:pPr>
        <w:pStyle w:val="Heading2"/>
        <w:spacing w:before="320" w:after="120"/>
      </w:pPr>
      <w:r>
        <w:t>What This Book is Not</w:t>
      </w:r>
    </w:p>
    <w:p>
      <w:pPr>
        <w:spacing w:after="160" w:line="276" w:lineRule="auto"/>
      </w:pPr>
      <w:r>
        <w:t>This book is not a definite guide on what works, and what doesn’t, when applying for any specific company. Though the author and contributing authors have worked at a variety of tech companies, this does not make it an official guide for any of the companies mentioned in the book.</w:t>
      </w:r>
    </w:p>
    <w:p>
      <w:pPr>
        <w:spacing w:after="160" w:line="276" w:lineRule="auto"/>
      </w:pPr>
      <w:r>
        <w:t>This goes back to how hiring works. As we’ll cover inChapter 2, The Hiring Pipeline, hiring is a process that can differ not only per company, but also per hiring manager. Also, the likelihood of you receiving a follow-up call after applying for a position is dependent on many other factors that are impossible to predict. These include how many other qualified applications there are, what the timeline to fill the position is, how many open positions there are, and many others.</w:t>
      </w:r>
    </w:p>
    <w:p>
      <w:pPr>
        <w:spacing w:after="160" w:line="276" w:lineRule="auto"/>
      </w:pPr>
      <w:r>
        <w:t>Software engineers realize that there are no one-size-fits-all solutions on what language to use to build a website, or what architecture to follow when designing a complex application. In a similar way, there is no one-size-fits-all resume template that will yield the best results, or resume contents that will always result in a recruiter call.</w:t>
      </w:r>
    </w:p>
    <w:p>
      <w:pPr>
        <w:spacing w:after="160" w:line="276" w:lineRule="auto"/>
      </w:pPr>
      <w:r>
        <w:t>The book will not be able to answer why you don’t hear back from companies you apply to. However, it does give context on how the process works, and advice that should help you navigate the resume writing process better, and with more structure and confidence.</w:t>
      </w:r>
    </w:p>
    <w:p>
      <w:pPr>
        <w:pStyle w:val="Heading2"/>
        <w:spacing w:before="320" w:after="120"/>
      </w:pPr>
      <w:r>
        <w:t>How to Read This Book</w:t>
      </w:r>
    </w:p>
    <w:p>
      <w:pPr>
        <w:spacing w:after="160" w:line="276" w:lineRule="auto"/>
      </w:pPr>
      <w:r>
        <w:t>The book is split into three different parts. I recommend skimming the book once, choosing one or two resume templates, then writing or re-writing your resume, as you go through the exercises laid out in Part 2: Writing the Resume.</w:t>
      </w:r>
    </w:p>
    <w:p>
      <w:pPr>
        <w:spacing w:after="160" w:line="276" w:lineRule="auto"/>
      </w:pPr>
      <w:r>
        <w:t>Part 1: Resumes and the Hiring Processshares context on why resumes are important, and how the hiring process works at most companies. If you have not been a hiring manager yourself, I recommend starting with this section. In order to deliberately write a good resume that recruiters and hiring managers will notice, knowing how the process works and who you are writing the resume for is important.</w:t>
      </w:r>
    </w:p>
    <w:p>
      <w:pPr>
        <w:spacing w:after="160" w:line="276" w:lineRule="auto"/>
      </w:pPr>
      <w:r>
        <w:t>Part 2: Writing the Resumepresents actionable advice on how to write a good resume. Each of the chapters in this part focus on a specific area within your resume. This part is heavy on examples.</w:t>
      </w:r>
    </w:p>
    <w:p>
      <w:pPr>
        <w:spacing w:after="160" w:line="276" w:lineRule="auto"/>
      </w:pPr>
      <w:r>
        <w:t>Before and after examplesshowcase real-world, but anonymized resume snippets as their author originally wrote them. Improvement areas are visualizedwith highlights, and theimprovements afterwardsare also made clear.</w:t>
      </w:r>
    </w:p>
    <w:p>
      <w:pPr>
        <w:spacing w:after="160" w:line="276" w:lineRule="auto"/>
      </w:pPr>
      <w:r>
        <w:t>Recap: actions to improve your resumesections close each of the chapters in Part 2. These are practical checks and exercises you can do to make improvements to your resume.</w:t>
      </w:r>
    </w:p>
    <w:p>
      <w:pPr>
        <w:spacing w:after="160" w:line="276" w:lineRule="auto"/>
      </w:pPr>
      <w:r>
        <w:t>Part 3: examples and inspirationprovides templates to get started with writing your resume, as well as anonymized developer resume examples to kick start you with writing your own resume.</w:t>
      </w:r>
    </w:p>
    <w:p>
      <w:r>
        <w:br w:type="page"/>
      </w:r>
    </w:p>
    <w:p>
      <w:pPr>
        <w:pStyle w:val="Heading1"/>
        <w:spacing w:before="480" w:after="280"/>
      </w:pPr>
      <w:r>
        <w:rPr>
          <w:b/>
          <w:color w:val="008A60"/>
          <w:sz w:val="28"/>
        </w:rPr>
        <w:t>Chapter 03</w:t>
        <w:br/>
      </w:r>
      <w:r>
        <w:rPr>
          <w:b/>
          <w:color w:val="0F172A"/>
          <w:sz w:val="40"/>
        </w:rPr>
        <w:t>PART 1: RESUMES AND THE HIRING PROCESS</w:t>
      </w:r>
    </w:p>
    <w:p>
      <w:pPr>
        <w:spacing w:after="160" w:line="276" w:lineRule="auto"/>
      </w:pPr>
      <w:r>
        <w:t>Before jumping into the specifics on how to write a good developer resume, we need to take a pause. Why do you need to write a resume? What does a good developer resume look like, anyway? And why not just use your LinkedIn profile?</w:t>
      </w:r>
    </w:p>
    <w:p>
      <w:pPr>
        <w:spacing w:after="160" w:line="276" w:lineRule="auto"/>
      </w:pPr>
      <w:r>
        <w:t>Once you submit a resume, what will happen to it? Will a recruiter look at it? Or a hiring manager? Or someone else—perhaps an automated process making a decision?</w:t>
      </w:r>
    </w:p>
    <w:p>
      <w:pPr>
        <w:spacing w:after="160" w:line="276" w:lineRule="auto"/>
      </w:pPr>
      <w:r>
        <w:t>This part shares the context that recruiters and hiring managers would call trivial. However, if you are not a technical recruiter or a hiring manager, much of the details in this part will be eye-opening. Like what hiring managers see as good resumes, or what happens to your resume behind the scene.</w:t>
      </w:r>
    </w:p>
    <w:p>
      <w:pPr>
        <w:spacing w:after="160" w:line="276" w:lineRule="auto"/>
      </w:pPr>
      <w:r>
        <w:t>InChapter 1: Why Resumes and CVs are Important, we discuss what the goal of a resume really is. Spoiler it’s not to showcase all of your past experience. We cover what a good resume is like, and why LinkedIn might not be sufficient to get a job when you directly apply.</w:t>
      </w:r>
    </w:p>
    <w:p>
      <w:pPr>
        <w:spacing w:after="160" w:line="276" w:lineRule="auto"/>
      </w:pPr>
      <w:r>
        <w:t>InChapter 2: The Hiring Pipeline,we share the bigger picture of how the interview process looks—so you can better understand why resumes are important.</w:t>
      </w:r>
    </w:p>
    <w:p>
      <w:pPr>
        <w:spacing w:after="160" w:line="276" w:lineRule="auto"/>
      </w:pPr>
      <w:r>
        <w:t>Let’s start by diving into why resumes are important at all, at times when LinkedIn is such a popular way to represent yourself professionally.</w:t>
      </w:r>
    </w:p>
    <w:p>
      <w:r>
        <w:br w:type="page"/>
      </w:r>
    </w:p>
    <w:p>
      <w:pPr>
        <w:pStyle w:val="Heading1"/>
        <w:spacing w:before="480" w:after="280"/>
      </w:pPr>
      <w:r>
        <w:rPr>
          <w:b/>
          <w:color w:val="008A60"/>
          <w:sz w:val="28"/>
        </w:rPr>
        <w:t>Chapter 04</w:t>
        <w:br/>
      </w:r>
      <w:r>
        <w:rPr>
          <w:b/>
          <w:color w:val="0F172A"/>
          <w:sz w:val="40"/>
        </w:rPr>
        <w:t>Chapter 1: Why Resumes and CVs are Important</w:t>
      </w:r>
    </w:p>
    <w:p>
      <w:pPr>
        <w:spacing w:after="160" w:line="276" w:lineRule="auto"/>
      </w:pPr>
      <w:r>
        <w:t>I have reviewed over a thousand resumes the past few years—or, as they call them in Europe, Asia and several other places, CVs1. As a hiring manager, I glanced through most of these, taking 10-20 seconds to decide on whether to read more in-depth. In a minute or two, I always decided whether to proceed with a call with the applicant. For contrast, the average recruiter spends around 7 seconds2to scan a resume and decide if it’s a reject, or if they'll read further.</w:t>
      </w:r>
    </w:p>
    <w:p>
      <w:pPr>
        <w:spacing w:after="160" w:line="276" w:lineRule="auto"/>
      </w:pPr>
      <w:r>
        <w:t>For a week in May 2020, I carefully reviewed more than 300 resumes, spending far more time on each than a recruiter or hiring manager would. These resumes ranged from senior engineers to new grads. The people writing these put time and effort into building what they thought was a good resume. Still, I had plenty of feedback on each.</w:t>
      </w:r>
    </w:p>
    <w:p>
      <w:pPr>
        <w:spacing w:after="160" w:line="276" w:lineRule="auto"/>
      </w:pPr>
      <w:r>
        <w:t>The majority of developer resumes I have seen did a poor job representing the person behind the profile. As a hiring manager in a hurry, with more than a hundred resumes to go through, I would have passed on many of the otherwise strong and qualified candidates. This was because their potential did not come across on the resume. Recruiters, who often are less technical, would have passed on even more of them.</w:t>
      </w:r>
    </w:p>
    <w:p>
      <w:pPr>
        <w:spacing w:after="160" w:line="276" w:lineRule="auto"/>
      </w:pPr>
      <w:r>
        <w:t>You write a resume when you areproactivelyapplying for a company: when you are actively searching for a job. And when you apply directly, you want a resume that represents you well, on the first glance. If you don’t put in the time and effort, don’t be surprised if you’ll be passed over for someone who is just as qualified, but has a resume that sells them better for that specific position.</w:t>
      </w:r>
    </w:p>
    <w:p>
      <w:pPr>
        <w:pStyle w:val="Heading2"/>
        <w:spacing w:before="320" w:after="120"/>
      </w:pPr>
      <w:r>
        <w:t>The Goal of a Resume</w:t>
      </w:r>
    </w:p>
    <w:p>
      <w:pPr>
        <w:spacing w:after="160" w:line="276" w:lineRule="auto"/>
      </w:pPr>
      <w:r>
        <w:t>Why do we spend so much time crafting a resume? What is the goal of this exercise? Many people create a resume because it is required to apply for the job. You need to upload an attachment in the application form. So several people google “resume template”, fill it out with their experience, and submit. They do the work but don’t think about the goal.</w:t>
      </w:r>
    </w:p>
    <w:p>
      <w:pPr>
        <w:spacing w:after="160" w:line="276" w:lineRule="auto"/>
      </w:pPr>
      <w:r>
        <w:t>The goal of a resume is to get you to an interview for that positionwith a recruiter or hiring manager from a specific company. That’s it—nothing more, nothing less. It’s to get your foot in the door. It's not a goal to share your complete work history or represent everything you did as accurately as possible.</w:t>
      </w:r>
    </w:p>
    <w:p>
      <w:pPr>
        <w:spacing w:after="160" w:line="276" w:lineRule="auto"/>
      </w:pPr>
      <w:r>
        <w:t>The goal of the resume is to sell you for that specific position—and do this in the less than 10 seconds that the recruiter or hiring manager will be reading it. Keep this purpose in mind, as all the content in this book will revolve around this goal.</w:t>
      </w:r>
    </w:p>
    <w:p>
      <w:pPr>
        <w:pStyle w:val="Heading2"/>
        <w:spacing w:before="320" w:after="120"/>
      </w:pPr>
      <w:r>
        <w:t>Good Resumes, Great Resumes</w:t>
      </w:r>
    </w:p>
    <w:p>
      <w:pPr>
        <w:spacing w:after="160" w:line="276" w:lineRule="auto"/>
      </w:pPr>
      <w:r>
        <w:t>Good resumesare ones that represent you in the fairest possible way, maximizing your chances of getting through the resume screening process—assuming you are qualified. However, even with a good resume, you won’t win over a recruiter every time. This could be for a variety of reasons, the main ones being that your profile doesn’t match what the company is looking for, or there are stronger profiles competing with yours. However, with a good tech resume, you won’t miss opportunities due to not representing yourself well enough.</w:t>
      </w:r>
    </w:p>
    <w:p>
      <w:pPr>
        <w:spacing w:after="160" w:line="276" w:lineRule="auto"/>
      </w:pPr>
      <w:r>
        <w:t>Great resumesare ones where you grab the attention of the recruiter or the hiring manager, and they immediately want to talk to you. Unfortunately, this has little to do with the format, and all to do with the content. Great tech resumes are ones that showcase rare and valuable experience or skills that areexactlywhat the job needs. If you happen to be an engineer who is an expert in a niche framework, and you apply directly to a small company who sees few applications, and who are rebuilding their product using this same framework, the recruiter won’t believe their luck.</w:t>
      </w:r>
    </w:p>
    <w:p>
      <w:pPr>
        <w:spacing w:after="160" w:line="276" w:lineRule="auto"/>
      </w:pPr>
      <w:r>
        <w:t>Great resumes are not generic: they are great forthatspecific role. While it’s tempting to think that having worked at Google makes your resume great, this won’t be the case for all positions. Going back to the previous example: if you’ve worked at a senior frontend developer at Google, your resume won’t necessarily count as great for a backend position that is looking for deep expertise building developer tooling.</w:t>
      </w:r>
    </w:p>
    <w:p>
      <w:pPr>
        <w:spacing w:after="160" w:line="276" w:lineRule="auto"/>
      </w:pPr>
      <w:r>
        <w:t>A good resume is the first step towards having a great resume.A good resume—one that represents you as fairly as possible—helps you get a good job. And a good job is the stepping stone to having the experience for a great resume. This guide will help you craft that good tech resume, building on your current experience.</w:t>
      </w:r>
    </w:p>
    <w:p>
      <w:pPr>
        <w:spacing w:after="160" w:line="276" w:lineRule="auto"/>
      </w:pPr>
      <w:r>
        <w:t>Great resumes can also be ones that show solid career progression towards the current role. There’s a trail of promotions, taking on more responsibility or taking on more initiative, throughout the years. They are a stark contrast to journeyman resumes.</w:t>
      </w:r>
    </w:p>
    <w:p>
      <w:pPr>
        <w:spacing w:after="160" w:line="276" w:lineRule="auto"/>
      </w:pPr>
      <w:r>
        <w:t>Journeyman resumestell a story with zero, or close to zero progression. For long stretches of time, little to no career progression is visible. For high-growth companies, journeyman resumes can be a reason for rejection, as recruiters and hiring managers look for signs of progression. These signs could be some level of professional growth, as well as taking on more responsibilities or solving complex problems.</w:t>
      </w:r>
    </w:p>
    <w:p>
      <w:pPr>
        <w:spacing w:after="160" w:line="276" w:lineRule="auto"/>
      </w:pPr>
      <w:r>
        <w:t>If you have a resume that reads like a journeyman resume, think about why this is. Are you not telling your story right? Or have you actually not been growing in any meaningful way for the past few years? It’s unlikely that you have not grown at all, so visualize the increase in responsibility, any vertical moves you have made, and the times when you have been promoted.</w:t>
      </w:r>
    </w:p>
    <w:p>
      <w:pPr>
        <w:pStyle w:val="Heading2"/>
        <w:spacing w:before="320" w:after="120"/>
      </w:pPr>
      <w:r>
        <w:t>Why LinkedIn is Not Enough</w:t>
      </w:r>
    </w:p>
    <w:p>
      <w:pPr>
        <w:spacing w:after="160" w:line="276" w:lineRule="auto"/>
      </w:pPr>
      <w:r>
        <w:t>Several developers I talked with have no resumes. They have a LinkedIn profile that has served them well until now. When applying for a job, they just export this profile as PDF and send it off. While this approach will work in the cases where there are few applicants, or you have standout experience, it won’t serve you well in all cases.</w:t>
      </w:r>
    </w:p>
    <w:p>
      <w:pPr>
        <w:spacing w:after="160" w:line="276" w:lineRule="auto"/>
      </w:pPr>
      <w:r>
        <w:t>LinkedIn is a tool for getting sourced when you are in demand: it is a poor tool for directly applying.It has poor use of space, does not optimize for recruiters to scan it. And frankly, it shows you’re notreallyinterested in that particular job you applied for.</w:t>
      </w:r>
    </w:p>
    <w:p>
      <w:pPr>
        <w:spacing w:after="160" w:line="276" w:lineRule="auto"/>
      </w:pPr>
      <w:r>
        <w:t>There are other downsides when using LinkedIn as your resume:</w:t>
      </w:r>
    </w:p>
    <w:p>
      <w:pPr>
        <w:pStyle w:val="ListBullet"/>
      </w:pPr>
      <w:r>
        <w:t>Not able to tailor to a specific position.In many cases, your background and experience make you qualified for multiple positions. For example, a developer with fullstack experience can decide to apply to frontend, backend, or fullstack roles. For each of these roles, you’ll want a tailored resume. With LinkedIn, you are stuck with a generic one that will not do as well as if you customized it.</w:t>
      </w:r>
    </w:p>
    <w:p>
      <w:pPr>
        <w:pStyle w:val="ListBullet"/>
      </w:pPr>
      <w:r>
        <w:t>Lack of historyor versioning. With resumes, you can have resume versions stored that you iterate on. With LinkedIn, there is no versioning.</w:t>
      </w:r>
    </w:p>
    <w:p>
      <w:pPr>
        <w:pStyle w:val="ListBullet"/>
      </w:pPr>
      <w:r>
        <w:t>Overly verbosegeneralization. The page count is high for resumes generated with LinkedIn. The design wastes a lot of space.</w:t>
      </w:r>
    </w:p>
    <w:p>
      <w:pPr>
        <w:pStyle w:val="ListBullet"/>
      </w:pPr>
      <w:r>
        <w:t>Lock-inwith LinkedIn. There is no guarantee that the LinkedIn resume generation feature will be there in the future, or that it will work as it does today. When using a text editor, you have less lock-in. When using a resume generator, you have lock-in, but can reasonably expect the functionality to work in the future as well.</w:t>
      </w:r>
    </w:p>
    <w:p>
      <w:pPr>
        <w:spacing w:after="160" w:line="276" w:lineRule="auto"/>
      </w:pPr>
      <w:r>
        <w:t>To be clear: LinkedIn resumes work at times when it’s a developers’ job market. They also work when companies struggle to get anyone interested in applying. Heck, in those times, you can skip this guide, put a text file together with your name, email, years of experience, and you could easily get invited for a technical interview. That’s how things went in the late ’90s, before the Dotcom bust. To some extent, the same happened around early to mid-2010s, when huge amounts of VC money poured into many startups, who had to hire fast. If you’re in this kind of a market, you need to worry far less about resume formatting. If not—that is where this book can help you.</w:t>
      </w:r>
    </w:p>
    <w:p>
      <w:pPr>
        <w:spacing w:after="160" w:line="276" w:lineRule="auto"/>
      </w:pPr>
      <w:r>
        <w:t>If you want to get a job via a direct application, build that resume and customize it forthatjob. And do keep your LinkedIn up to date: see theLinkedIn Profile sectionfor more advice.</w:t>
      </w:r>
    </w:p>
    <w:p>
      <w:pPr>
        <w:pStyle w:val="Heading2"/>
        <w:spacing w:before="320" w:after="120"/>
      </w:pPr>
      <w:r>
        <w:t>A Resume Is (Still) Not Enough</w:t>
      </w:r>
    </w:p>
    <w:p>
      <w:pPr>
        <w:spacing w:after="160" w:line="276" w:lineRule="auto"/>
      </w:pPr>
      <w:r>
        <w:t>I have gotten several messages, where people think that the format of their resume is the only thing that is getting in the way of getting that recruiter call. Messages such as this one:</w:t>
      </w:r>
    </w:p>
    <w:p>
      <w:pPr>
        <w:spacing w:after="160" w:line="276" w:lineRule="auto"/>
      </w:pPr>
      <w:r>
        <w:t>“I have been applying to Facebook in London, Stripe in New York, and Snap in LA. I haven’t heard back from any of them. Can you help me fix my resume so I get an interview?”</w:t>
      </w:r>
    </w:p>
    <w:p>
      <w:pPr>
        <w:spacing w:after="160" w:line="276" w:lineRule="auto"/>
      </w:pPr>
      <w:r>
        <w:t>A well-written resume is required, but it is not sufficientto get a recruiter call. There are several other factors that are outside your control. These include:</w:t>
      </w:r>
    </w:p>
    <w:p>
      <w:pPr>
        <w:pStyle w:val="ListBullet"/>
      </w:pPr>
      <w:r>
        <w:t>If the position is still open.The position you submit your application to might have already been filled—without you knowing about it.</w:t>
      </w:r>
    </w:p>
    <w:p>
      <w:pPr>
        <w:pStyle w:val="ListBullet"/>
      </w:pPr>
      <w:r>
        <w:t>Your competition.You might think you have a strong profile, but what if there are dozens of people with more experience, with stronger skills applying for the same position? You won’t get an interview. Also, for remote-friendly and remote-only jobs, the competition will be far more intense.</w:t>
      </w:r>
    </w:p>
    <w:p>
      <w:pPr>
        <w:pStyle w:val="ListBullet"/>
      </w:pPr>
      <w:r>
        <w:t>Being local vs needing relocation.If a position sees hundreds of applications, the local candidates might get preference. They won’t need relocation, which means they could start faster. Also, the lack of relocation makes this cheaper for the company.</w:t>
      </w:r>
    </w:p>
    <w:p>
      <w:pPr>
        <w:pStyle w:val="ListBullet"/>
      </w:pPr>
      <w:r>
        <w:t>Your visa status.When a company has to apply for a visa for you to work in the country, this takes time and money. Companies usually only sponsor visas for senior positions, where they cannot find candidates without needing visas. Even many of the big tech companies only sponsor visas for senior or above positions.</w:t>
      </w:r>
    </w:p>
    <w:p>
      <w:pPr>
        <w:pStyle w:val="ListBullet"/>
      </w:pPr>
      <w:r>
        <w:t>Your seniority.Certain positions only look for people with certain seniority—even if they do not advertise this externally. You might be considered not having enough experience for a position. This is frequently the case when you are a new grad, or have less than two years of experience, applying for positions that do not consider people without a few years of industry work behind them. In more rare cases, the recruiter might decide you seem to be overqualified for the position, with all your experience.</w:t>
      </w:r>
    </w:p>
    <w:p>
      <w:pPr>
        <w:pStyle w:val="ListBullet"/>
      </w:pPr>
      <w:r>
        <w:t>Luck.Blind chance also plays a role, especially when your resume competes with hundreds of others. There are ways to make luck less of a factor—seethe section on referrals, which can make the biggest difference in eliminating this factor and getting to a recruiter screen.</w:t>
      </w:r>
    </w:p>
    <w:p>
      <w:pPr>
        <w:spacing w:after="160" w:line="276" w:lineRule="auto"/>
      </w:pPr>
      <w:r>
        <w:t>This book will help you craft a resume that represents you fairly. While following the advice will hopefully help you see higher response rates, there is no “magic formula” for getting that next call. At the same time, the more you know about what is happening behind the scenes, the more you can write your resume for the people who will be reading them. To understand who the key people are, let’s dive into how the hiring process typically works at tech companies, and who might be reading your resume.</w:t>
      </w:r>
    </w:p>
    <w:p>
      <w:r>
        <w:br w:type="page"/>
      </w:r>
    </w:p>
    <w:p>
      <w:pPr>
        <w:pStyle w:val="Heading1"/>
        <w:spacing w:before="480" w:after="280"/>
      </w:pPr>
      <w:r>
        <w:rPr>
          <w:b/>
          <w:color w:val="008A60"/>
          <w:sz w:val="28"/>
        </w:rPr>
        <w:t>Chapter 05</w:t>
        <w:br/>
      </w:r>
      <w:r>
        <w:rPr>
          <w:b/>
          <w:color w:val="0F172A"/>
          <w:sz w:val="40"/>
        </w:rPr>
        <w:t>Chapter 2: The Hiring Pipeline</w:t>
      </w:r>
    </w:p>
    <w:p>
      <w:pPr>
        <w:spacing w:after="160" w:line="276" w:lineRule="auto"/>
      </w:pPr>
      <w:r>
        <w:t>Let's look at the bigger picture of what the interview process looks like, to better understand why a good resume is so important. This process can often seem like a black hole. It could also feel like a hard-to-predict series of interactions with people until you—hopefully—get an offer.</w:t>
      </w:r>
    </w:p>
    <w:p>
      <w:pPr>
        <w:spacing w:after="160" w:line="276" w:lineRule="auto"/>
      </w:pPr>
      <w:r>
        <w:t>Hiring managers and recruiters look at this process quite differently and call it the Hiring Pipeline. Why this name? It's because at every stage, there's a significant dropoff in the number of candidates still in the pipeline.</w:t>
      </w:r>
    </w:p>
    <w:p>
      <w:pPr>
        <w:pStyle w:val="Heading2"/>
        <w:spacing w:before="320" w:after="120"/>
      </w:pPr>
      <w:r>
        <w:t>People in the Recruitment Process</w:t>
      </w:r>
    </w:p>
    <w:p>
      <w:pPr>
        <w:spacing w:after="160" w:line="276" w:lineRule="auto"/>
      </w:pPr>
      <w:r>
        <w:t>Throughout the hiring process, you’ll interact with several people. Still, there are even more whom you might not be aware of. Let’s take a look at each of the roles, their goals, and why you should care about these.</w:t>
      </w:r>
    </w:p>
    <w:p>
      <w:pPr>
        <w:pStyle w:val="ListBullet"/>
      </w:pPr>
      <w:r>
        <w:t>The hiring manageris the most important person in the whole process, and they run the show. They are the person who has opened one or more positions—or headcounts, as it’s internally called. They define the requirements they are looking for, and they usually write the job description. They set up the hiring process and define who the technical interviewers will be, and what areas they should focus on. They are the ones who have the final hire/no-hire decisions. Candidates usually don’t talk to the hiring manager until they come onsite. The goal of the hiring manager is to hire people onto their team who will help this team excel.</w:t>
      </w:r>
    </w:p>
    <w:p>
      <w:pPr>
        <w:pStyle w:val="ListBullet"/>
      </w:pPr>
      <w:r>
        <w:t>The recruitercoordinates everything on the recruitment side. From the point of a profile being promising, they are in touch with the candidate, guiding them through the interview process. There are several other recruitment responsibilities, which sometimes have dedicated people at larger companies. The goal of the recruiter is to fill the roles that the hiring manager asks them to. To fill these roles, they need to find candidates who meet the bar set by the hiring manager and the interview panel. Recruiters often have target numbers to hit, measured in the number of headcounts filled.</w:t>
      </w:r>
    </w:p>
    <w:p>
      <w:pPr>
        <w:pStyle w:val="ListBullet"/>
      </w:pPr>
      <w:r>
        <w:t>The sourcerproactively reaches out on LinkedIn and other channels to “source” people: to get them interested in starting the process. In large companies, sourcers exclusively do reachouts and sell the position via conversations. As soon as someone who has a good profile is interested, they hand this person over to the recruiter. The goal of the sourcer is to get as many qualified candidates in the pipeline as possible, and they usually have target numbers to hit.</w:t>
      </w:r>
    </w:p>
    <w:p>
      <w:pPr>
        <w:pStyle w:val="ListBullet"/>
      </w:pPr>
      <w:r>
        <w:t>The inbound sourcerscreens all incoming job applications through the company jobs site. This is a specialized role at larger companies, particularly Silicon Valley-based ones. At large companies, there could be hundreds of applications per week for each role. With tens or hundreds of roles, just going through these can take multiple people, full-time. Referrals will usually go either to inbound sourcers or to recruiters, with a priority over other applications. The goal of the inbound sourcer is to get qualified candidates forwarded to the recruiter. At the same time, they need to not waste the recruiter’s time with people who don’t meet the expectations set by the hiring manager.</w:t>
      </w:r>
    </w:p>
    <w:p>
      <w:pPr>
        <w:pStyle w:val="ListBullet"/>
      </w:pPr>
      <w:r>
        <w:t>The recruitment coordinatormanages the logistics of the process. Once you make it through the recruitment chat, and it’s time for the technical phone screen or onsite, this is where they join in. They schedule times with you and with the interview panel. This can be more complex than you’d assume. If an interviewer cannot make it, they swap them out for a replacement. If something comes up on your end, they reschedule the interview for you. If you get invited to travel onsite, they take care of the logistics of booking transport and accommodation. The goal of the recruitment coordinator is to make sure things flow smoothly, and that everyone is happy and on time.</w:t>
      </w:r>
    </w:p>
    <w:p>
      <w:pPr>
        <w:pStyle w:val="ListBullet"/>
      </w:pPr>
      <w:r>
        <w:t>The interview panelis the group of engineers who will lead the technical interviews at the technical onsite, from the coding challenge to the final onsite. They have usually gone through some training, have been calibrated, and the people usually specialize in doing specific interviews, like coding or design. The hiring manager selects this group. For small companies, this group will often be team members. For large companies, it can be a large pool of all engineers above a certain level who have taken the interview training. The goal of the interview panel members is to keep the hiring bar fair, consistent, and as bias-free as possible.</w:t>
      </w:r>
    </w:p>
    <w:p>
      <w:pPr>
        <w:spacing w:after="160" w:line="276" w:lineRule="auto"/>
      </w:pPr>
      <w:r>
        <w:t>How does knowing about these roles helpyou in a job application process? It places things into perspective. For example, many candidates don’t assume that both the recruiter and the inbound sourcer are fundamentally on their side. Both of these people need to make hires to hit their goals. However, they need to balance the expectations set by the hiring manager. If the hiring manager explicitly asked for certain technologies or certain years of experience, they will most likely follow this guidance.</w:t>
      </w:r>
    </w:p>
    <w:p>
      <w:pPr>
        <w:spacing w:after="160" w:line="276" w:lineRule="auto"/>
      </w:pPr>
      <w:r>
        <w:t>Similarly, it’s good to know that when you get a LinkedIn reach-out, it’s from a sourcer. However encouraging you’ll find things they say about your profile, these people want to get you in the hiring pipeline, and you don’t have a job “guaranteed”. You’ll still have to go through the interview process.</w:t>
      </w:r>
    </w:p>
    <w:p>
      <w:pPr>
        <w:spacing w:after="160" w:line="276" w:lineRule="auto"/>
      </w:pPr>
      <w:r>
        <w:t>When you interact with people, be mindful of these roles and their constraints. When a recruiter messages or calls you about a rejection, know that they are often a messenger. They are as invested in you getting the job as you are! As much as both the resume screening and the interview process can seem like a black box, it’s run by people who try and do their best.</w:t>
      </w:r>
    </w:p>
    <w:p>
      <w:pPr>
        <w:pStyle w:val="Heading2"/>
        <w:spacing w:before="320" w:after="120"/>
      </w:pPr>
      <w:r>
        <w:t>The Typical Hiring Pipeline</w:t>
      </w:r>
    </w:p>
    <w:p>
      <w:pPr>
        <w:spacing w:after="160" w:line="276" w:lineRule="auto"/>
      </w:pPr>
      <w:r>
        <w:t>When you submit your resume through a job advert, the typical hiring pipeline is similar across all tech companies. There’s a resume screen, a recruiter screen, a technical screen and a series of onsite interviews. You could get rejected at each round—or, if you did well, progress until you get an offer. Here is how this hiring pipeline could look, visualized:</w:t>
      </w:r>
    </w:p>
    <w:p>
      <w:pPr>
        <w:spacing w:after="160" w:line="276" w:lineRule="auto"/>
      </w:pPr>
      <w:r>
        <w:t>Let's look at each of the stages:</w:t>
      </w:r>
    </w:p>
    <w:p>
      <w:pPr>
        <w:spacing w:after="160" w:line="276" w:lineRule="auto"/>
      </w:pPr>
      <w:r>
        <w:t>1. Applicant Tracking System Queue.Almost all tech companies use an Applicant Tracking Systems (ATS). These systems track the lifecycle of your application. For example, after a recruiter reviews the resume, the status of the candidate might change to “Reviewed” or “Resume Reviewed.”</w:t>
      </w:r>
    </w:p>
    <w:p>
      <w:pPr>
        <w:spacing w:after="160" w:line="276" w:lineRule="auto"/>
      </w:pPr>
      <w:r>
        <w:t>Not all applications might progress to the resume review screen. The reason some applications might not be looked at that there are already enough qualified resumes in the previous batch. Another reason could be that the position has just been filled. In general, the later your resume comes in, the higher the chance that it won’t be looked at, due to having enough qualified candidates in further stages of the pipeline. With better companies, candidates would still get a standard rejection notification when their application is not processed further.</w:t>
      </w:r>
    </w:p>
    <w:p>
      <w:pPr>
        <w:spacing w:after="160" w:line="276" w:lineRule="auto"/>
      </w:pPr>
      <w:r>
        <w:t>2. Resume / CV screen.In most companies, recruiters do the resume screening. However, some larger companies, particularly Silicon Valley-based ones, tend to have a specialized role called inbound sourcer, who takes on this screening. The recruiter or inbound sourcer scans your resume, spending 5-20 seconds to determine if you might be a match for the position. If you're not a good match, you might get an automated rejection message—assuming the company has a policy to send one. If the first scan is promising, they'll spend a bit more time reading your resume in depth. Afterwards, they might set up an initial call to check on a few details, and determine if they'll have you start the interview process.</w:t>
      </w:r>
    </w:p>
    <w:p>
      <w:pPr>
        <w:spacing w:after="160" w:line="276" w:lineRule="auto"/>
      </w:pPr>
      <w:r>
        <w:t>The dropoff is usually the steepest at this step. From hundreds of resumes, only a few dozen profiles tend to have a recruiter screening call. This is why it’s important to tailor your resume, so it grabs the attention of the recruiter, or the hiring manager at this point.</w:t>
      </w:r>
    </w:p>
    <w:p>
      <w:pPr>
        <w:spacing w:after="160" w:line="276" w:lineRule="auto"/>
      </w:pPr>
      <w:r>
        <w:t>3. Recruiter screen.Only profiles who look like a promising fit for the job make it to the recruiter screen. This is a phone call with the recruiter, confirming experience, motivation, and touching on soft skills.</w:t>
      </w:r>
    </w:p>
    <w:p>
      <w:pPr>
        <w:spacing w:after="160" w:line="276" w:lineRule="auto"/>
      </w:pPr>
      <w:r>
        <w:t>4. Technical screen.A technical phone screen and/or a take-home challenge focused on coding. Candidates almost always interact with software engineers at the company at this point.</w:t>
      </w:r>
    </w:p>
    <w:p>
      <w:pPr>
        <w:spacing w:after="160" w:line="276" w:lineRule="auto"/>
      </w:pPr>
      <w:r>
        <w:t>5. Onsite interview.Several onsite interviews such as coding, hiring manager and systems design. The hiring manager interview usually looks for soft skills, culture match and values alignment. Systems design interviews are usually scheduled only for more experienced candidates.</w:t>
      </w:r>
    </w:p>
    <w:p>
      <w:pPr>
        <w:spacing w:after="160" w:line="276" w:lineRule="auto"/>
      </w:pPr>
      <w:r>
        <w:t>6. Offer.It’s common for a funnel that started with 100+ qualified resumes to result in a single offer. If you do get an offer, massive congratulations—you probably had little clue until now just how competitive this process was.</w:t>
      </w:r>
    </w:p>
    <w:p>
      <w:pPr>
        <w:pStyle w:val="Heading2"/>
        <w:spacing w:before="320" w:after="120"/>
      </w:pPr>
      <w:r>
        <w:t>The Applicant Tracking System</w:t>
      </w:r>
    </w:p>
    <w:p>
      <w:pPr>
        <w:spacing w:after="160" w:line="276" w:lineRule="auto"/>
      </w:pPr>
      <w:r>
        <w:t>Applicant Tracking Systems (ATSes) are a tool many candidates speculate about, and ask the question: do ATSes reject resumes? Spoiler: they do not. Humans do.</w:t>
      </w:r>
    </w:p>
    <w:p>
      <w:pPr>
        <w:spacing w:after="160" w:line="276" w:lineRule="auto"/>
      </w:pPr>
      <w:r>
        <w:t>Some of the most popular ATS systems used by tech companies are iCIMS, Taleo, Greenhouse, Workable and Workday. There are more than 100 ATS systems, and more entering the market over time. While a few newer, niche ATS systems are starting to offer more advanced functionality with resume parsing, as of 2020, none of the major ATS systems reject resumes automatically, or hide them from recruiters. Resume processing for all, major systems is basic. Most of the added ATS functionality is outside the resume processing phase, and with how these systems integrate with other company internal systems, and help with reporting.</w:t>
      </w:r>
    </w:p>
    <w:p>
      <w:pPr>
        <w:spacing w:after="160" w:line="276" w:lineRule="auto"/>
      </w:pPr>
      <w:r>
        <w:t>The purpose of an ATS is to help coordinate the application process, for recruiters within the company. It keeps track of the status of applications, and exposes this information to all recruiters. For example, this is how a sourcer will know not to reach out to a candidate who is currently interviewing with the company, or someone who has recently declined an offer.</w:t>
      </w:r>
    </w:p>
    <w:p>
      <w:pPr>
        <w:spacing w:after="160" w:line="276" w:lineRule="auto"/>
      </w:pPr>
      <w:r>
        <w:t>Here is how a popular ATS, iCIMS displays candidates in the hiring pipeline for a specific position —people who applied on the career page, who have been referred, or who have been sourced and added by a recruiter:</w:t>
      </w:r>
    </w:p>
    <w:p>
      <w:pPr>
        <w:spacing w:after="160" w:line="276" w:lineRule="auto"/>
      </w:pPr>
      <w:r>
        <w:t>The ATS workflow is human-basedand goes roughly like this:</w:t>
      </w:r>
    </w:p>
    <w:p>
      <w:pPr>
        <w:spacing w:after="160" w:line="276" w:lineRule="auto"/>
      </w:pPr>
      <w:r>
        <w:t>Boxes are statuses that represent the status of the application. It starts as “Unviewed applicant”, and will eventually become “Rejected”, “Accepted” or “Declined”. People - recruiters or hiring managers - move the status between one status, to another. For example, after a recruiter reviews the resume and the application, they will either move the status to “In Review” or “Rejected”. The statuses and the workflows can be different for each company. A big focus in the functionality for ATSes is the flexibility of setting these up.</w:t>
      </w:r>
    </w:p>
    <w:p>
      <w:pPr>
        <w:spacing w:after="160" w:line="276" w:lineRule="auto"/>
      </w:pPr>
      <w:r>
        <w:t>For a more detailed explanation on how an ATS system works, see the videoThe Truth About the ATS (it’s not what you think)from Amy Miller. Amy is an experienced tech recruiter and the author of theRecruiting in Yoga Pants blog. She has recruited at Amazon, Google and Microsoft and shares the “behind the scenes” working of this process. In this video, she summarizes what an ATS is, and is not:</w:t>
      </w:r>
    </w:p>
    <w:p>
      <w:pPr>
        <w:spacing w:after="160" w:line="276" w:lineRule="auto"/>
      </w:pPr>
      <w:r>
        <w:t>“An ATS is a system to keep me organized, as a recruiter. We need to actually know, at a given point, in their journey, and what I need to do next. For example, if I’ve got someone at the interview stage, have I set it up? At the offer stage, has the offer been approved yet? Without an ATS, I don’t know what’s going on. I don’t know who is waiting on who, doing what thing. The ATS solves this problem.</w:t>
      </w:r>
    </w:p>
    <w:p>
      <w:pPr>
        <w:spacing w:after="160" w:line="276" w:lineRule="auto"/>
      </w:pPr>
      <w:r>
        <w:t>The idea that the ATS is this mythical, genius, AI-infused tool is crazy. Anyone who has been in an ATS, and has used it for work is laughing at this idea. It’s so ridiculous.”</w:t>
      </w:r>
    </w:p>
    <w:p>
      <w:pPr>
        <w:pStyle w:val="Heading2"/>
        <w:spacing w:before="320" w:after="120"/>
      </w:pPr>
      <w:r>
        <w:t>ATS Myths Busted</w:t>
      </w:r>
    </w:p>
    <w:p>
      <w:pPr>
        <w:spacing w:after="160" w:line="276" w:lineRule="auto"/>
      </w:pPr>
      <w:r>
        <w:t>ATS systems is a term that many resume builder sites and self-proclaimed career gurus use as a root cause of your resume being rejected. Almost all claims I have read on ATSes - from "robots" rejecting up to 75% of resumes to PDF formats not being advised—are wrong.</w:t>
      </w:r>
    </w:p>
    <w:p>
      <w:pPr>
        <w:spacing w:after="160" w:line="276" w:lineRule="auto"/>
      </w:pPr>
      <w:r>
        <w:t>These misleading sites and people share two traits. First, they promote services you can purchase from them to "beat the ATS". Second, they refer to sources that are not backed by technical recruiters or hiring managers who actually use ATSes. This book does not claim that it will "help you beat the ATS", because—as we'll cover— there is no "ATS to beat" for tech resumes. And all claims in this section are backed by technical recruiters and hiring managers who configure the ATS systems and use them, day to day.</w:t>
      </w:r>
    </w:p>
    <w:p>
      <w:pPr>
        <w:spacing w:after="160" w:line="276" w:lineRule="auto"/>
      </w:pPr>
      <w:r>
        <w:t>Automated ATS rejectionsare one of the main fallacies many sites claim. Jobscanwrites:“Whether that human recruiter ever sees your resume could depend on how well your resume is optimized for ATS algorithms.”.CNBC published the article75% of resumes are never read by a human—here’s how to make sure your resume beats the bots. This article only references sources from companies who make a living selling resume services and claim that they provide resumes to “beat” this system. There is no hiring manager or tech recruiter backing up the contents —good luck finding professionals giving their name to incorrect facts. Take this claim from the article:</w:t>
      </w:r>
    </w:p>
    <w:p>
      <w:pPr>
        <w:spacing w:after="160" w:line="276" w:lineRule="auto"/>
      </w:pPr>
      <w:r>
        <w:t>“Most applications are removed from the equation because they are not formatted in a way these systems can read and interpret - a career expert with TopResume tells CNBC.”</w:t>
      </w:r>
    </w:p>
    <w:p>
      <w:pPr>
        <w:spacing w:after="160" w:line="276" w:lineRule="auto"/>
      </w:pPr>
      <w:r>
        <w:t>The claim that PDF resumes are “removed from the equation” is false, and the following advice, to use a Word document as a format, is also poor advice.</w:t>
      </w:r>
    </w:p>
    <w:p>
      <w:pPr>
        <w:spacing w:after="160" w:line="276" w:lineRule="auto"/>
      </w:pPr>
      <w:r>
        <w:t>For the majority—if not all—of the tech companies, these claims are simply false. Recruitersdogo through applications in the ATS interface, and will almost always scan resumes. The only time a recruiter will not look at your resume, is when there are enough other, qualified candidates and they stop processing resumes.</w:t>
      </w:r>
    </w:p>
    <w:p>
      <w:pPr>
        <w:spacing w:after="160" w:line="276" w:lineRule="auto"/>
      </w:pPr>
      <w:r>
        <w:t>Knockout and prescreening questionsare the one part, where there can be truth to the claim of “The ATS rejecting” a candidate. These are questions that recruiters set up and are intended to filter out people who are not eligible for the position, irrespective of their resume. For example, if a company does not sponsor visas, a recruiter might add a question to the application form saying, “Will you need sponsorship in order to work?” People needing visas will then be rejected, following the policy for the role. However, it was the recruiter who set up this rule, and the data needs to be explicitly provided by the candidate.</w:t>
      </w:r>
    </w:p>
    <w:p>
      <w:pPr>
        <w:spacing w:after="160" w:line="276" w:lineRule="auto"/>
      </w:pPr>
      <w:r>
        <w:t>You can read more about how prescreening works by looking at the documentation for ATSes. Taleo calls this information gatheringprescreening questions, iCIMS names themscreening questions, Greenhouse refers to them ascustom questions, and they go by asform application questionswith Workable. In all cases, recruiters can set up additional questions to gather information from applicants, and use this in the process. Here is the example of how a recruiter could set up a knockout question for visa status, in Workable:</w:t>
      </w:r>
    </w:p>
    <w:p>
      <w:pPr>
        <w:spacing w:after="160" w:line="276" w:lineRule="auto"/>
      </w:pPr>
      <w:r>
        <w:t>For knockout and prescreen questions, you need to provide information on the job application form. This information is never taken from your resume.</w:t>
      </w:r>
    </w:p>
    <w:p>
      <w:pPr>
        <w:spacing w:after="160" w:line="276" w:lineRule="auto"/>
      </w:pPr>
      <w:r>
        <w:t>ATS-compatible resumesare another fallacy. While it is true that most ATSes attempt to parse resumes, they don’t use the contents to filter for anything during the screening process. Resume parsing is done to attempt to auto-fill candidate details. Resume parsing is also used to allow for boolean searching in the system later on outside the application process. However, beyond attempting to match personal details, and indexing keywords found in the resume, ATSes don’t do anything clever. Both PDF and Word documents are parsed well enough. To get a sense of the type of searches a parsed resume supports, see this article on the iCIMS candidate search capabilities.</w:t>
      </w:r>
    </w:p>
    <w:p>
      <w:pPr>
        <w:spacing w:after="160" w:line="276" w:lineRule="auto"/>
      </w:pPr>
      <w:r>
        <w:t>An “ATS-compatible” resume is more of a meaningless buzzword than anything else. Stating that a resume is ATS-compatible is like saying that a website is mobile phone compatible. Of course, it is. All websites are. And all resumes are ATS-compatible.</w:t>
      </w:r>
    </w:p>
    <w:p>
      <w:pPr>
        <w:spacing w:after="160" w:line="276" w:lineRule="auto"/>
      </w:pPr>
      <w:r>
        <w:t>ATS resume optimizationis a service several providers charge for - anywhere from $100to $500and beyond. They will claim that by matching the job description better, your resume will “bypass” the ATS algorithm, and a recruiter will look at your application. Claiming that there’s a need to “bypass” the ATS is a false claim in the majority of cases for tech jobs. As of 2020, ATSes are still far more simple than even to understand what programming languages you’ve listed on your resume. Second, there is no “bypass”. Your resume is in a queue, waiting for the recruiter to review.</w:t>
      </w:r>
    </w:p>
    <w:p>
      <w:pPr>
        <w:spacing w:after="160" w:line="276" w:lineRule="auto"/>
      </w:pPr>
      <w:r>
        <w:t>The only popular ATS that does some type of rating based on parsed resumes is Taleo. Taleo can assign a requisition rank to your resume. This is a percentage number based on automated screening questions and your resume, and the job requisition overlapping. Recruiters can decide to sort resumes by this rank. However, this score is off for software developers. Few, if any, recruiters would rely on this to decide which resumes to look at, and which not to. None of the over a dozen tech recruiters and sourcers I’ve consulted have used such an automated rating to decide which applications to look at and which to pass on.</w:t>
      </w:r>
    </w:p>
    <w:p>
      <w:pPr>
        <w:spacing w:after="160" w:line="276" w:lineRule="auto"/>
      </w:pPr>
      <w:r>
        <w:t>Tailoring your resume for the positionis solid advice, though. This is the reason why you’d see results following ATS optimization techniques. If you tailor your resume for the job, you should see better results. The ATS itself won’t decide whether to move forward with your resume: the recruiter or hiring manager scanning your resume will. They will look to determine how relevant your experience is: and they’ll do this in a few seconds. As the number of applications for roles is almost always high, tailoring your resume for the position and grabbing attention with the first scan, do make a difference.</w:t>
      </w:r>
    </w:p>
    <w:p>
      <w:pPr>
        <w:spacing w:after="160" w:line="276" w:lineRule="auto"/>
      </w:pPr>
      <w:r>
        <w:t>Some tech recruiters predict more automated parsing and AI-assisted decision making to come for hiring. However, this is not here just yet. Even when it will be, the outcome shouldn’t be different to a recruiter doing a quick resume scan, and marking the resume with a “Yes”, “Maybe” or “No” outcome.</w:t>
      </w:r>
    </w:p>
    <w:p>
      <w:pPr>
        <w:pStyle w:val="Heading2"/>
        <w:spacing w:before="320" w:after="120"/>
      </w:pPr>
      <w:r>
        <w:t>Referrals</w:t>
      </w:r>
    </w:p>
    <w:p>
      <w:pPr>
        <w:spacing w:after="160" w:line="276" w:lineRule="auto"/>
      </w:pPr>
      <w:r>
        <w:t>If you are surprised at how difficult getting to a recruiter screen is, I have good news, and I have bad news. The good news is that referrals make this much easier—if you have one. The bad news is that without a referral, it's actually more difficult to even have a human look at your resume or to get a recruiter call.</w:t>
      </w:r>
    </w:p>
    <w:p>
      <w:pPr>
        <w:spacing w:after="160" w:line="276" w:lineRule="auto"/>
      </w:pPr>
      <w:r>
        <w:t>Let's revisit the hiring pipeline to see how referrals change your chances of getting noticed. I'm differentiating between a very generic employee referral and a "strong" referral. A generic employee referral could be an employee working at a company you don't know personally, but after reaching out to them and asking for a referral, they referred you with your resume. A "strong" referral would be someone who works at the company who you have worked with, and they actively vouch for you.</w:t>
      </w:r>
    </w:p>
    <w:p>
      <w:pPr>
        <w:spacing w:after="160" w:line="276" w:lineRule="auto"/>
      </w:pPr>
      <w:r>
        <w:t>Referrals almost always guarantee an in-depth resume review. In many cases, you’ll also make it to the recruiter call more easily, thanks to the referral. For strong referrals, you might get a recruiter call set up straight away.So how do you get a referral? You ask for it.</w:t>
      </w:r>
    </w:p>
    <w:p>
      <w:pPr>
        <w:pStyle w:val="ListBullet"/>
      </w:pPr>
      <w:r>
        <w:t>Check your networkto see if someone you know happens to work at the company you are applying to.</w:t>
      </w:r>
    </w:p>
    <w:p>
      <w:pPr>
        <w:pStyle w:val="ListBullet"/>
      </w:pPr>
      <w:r>
        <w:t>See if you have second-degree connections on LinkedIn, where someone you know is connected with another person who works at the company. See if you can ask for an introduction to get a referral. When asking for an introduction, do the legwork.The article Get Introduced To Your Sales Prospects in 4 Simple Stepshas solid advice not just for salespeople, but also for developers. Looking for a job is a kind of sales activity: except, you’re selling yourself.</w:t>
      </w:r>
    </w:p>
    <w:p>
      <w:pPr>
        <w:pStyle w:val="ListBullet"/>
      </w:pPr>
      <w:r>
        <w:t>Cold outreaches for referrals on LinkedIncan also work. It’s less likely to work than when you have a shared connection, but it can mean a boost, compared to not having any referral. If you send a LinkedIn connection request, be sure to add a clear and concise message in the request about you looking for a referral. Consider adding an "easy way out" for the person you approach out of nowhere, noting that you understand if they can not help with your ask.</w:t>
      </w:r>
    </w:p>
    <w:p>
      <w:pPr>
        <w:pStyle w:val="ListBullet"/>
      </w:pPr>
      <w:r>
        <w:t>For well-known tech companies, consider asking for a referral onBlind. Blind is an anonymous professional network for people working at larger companies. It is common for people to ask for referrals. When you do, make sure to tag the company name, include your LinkedIn profile, describe why you are a good fit for the job, and link the job description.</w:t>
      </w:r>
    </w:p>
    <w:p>
      <w:pPr>
        <w:spacing w:after="160" w:line="276" w:lineRule="auto"/>
      </w:pPr>
      <w:r>
        <w:t>If you ask for a referral, do this before you apply to the position. Most tech companies have referral systems, where employees are only eligible to refer candidates who are not yet in the hiring pipeline. This means that if you apply directly on the company’s website, then ask for a referral, you often won’t be able to get referred. This is because you will be considered an active candidate; your email and resume are already in the system.</w:t>
      </w:r>
    </w:p>
    <w:p>
      <w:pPr>
        <w:spacing w:after="160" w:line="276" w:lineRule="auto"/>
      </w:pPr>
      <w:r>
        <w:t>It can be a delicate balance on how long you wait to apply, versus getting a referral: you’ll need to make the call if you want your application to go in faster, or to wait and have it come with a referral, assuming you can get one.</w:t>
      </w:r>
    </w:p>
    <w:p>
      <w:pPr>
        <w:pStyle w:val="Heading2"/>
        <w:spacing w:before="320" w:after="120"/>
      </w:pPr>
      <w:r>
        <w:t>The Priority of Your Resume</w:t>
      </w:r>
    </w:p>
    <w:p>
      <w:pPr>
        <w:spacing w:after="160" w:line="276" w:lineRule="auto"/>
      </w:pPr>
      <w:r>
        <w:t>While the hiring pipeline tells one story on how candidates go through stages, this omits an important detail: the priority of your resume, based on factors of being local and needing or not needing a visa. With a large number of inbound applications, here is how a hiring manager would often prioritize these applications.</w:t>
      </w:r>
    </w:p>
    <w:p>
      <w:pPr>
        <w:spacing w:after="160" w:line="276" w:lineRule="auto"/>
      </w:pPr>
      <w:r>
        <w:t>A hiring manager's goal is to hire people who are qualified for the job as quickly and efficiently as possible. The goal of the recruiter is to help the hiring manager in this process. Given a large number of resumes with similar qualifications, how would these resumes be prioritized? Usually, they would follow this order:</w:t>
      </w:r>
    </w:p>
    <w:p>
      <w:pPr>
        <w:pStyle w:val="ListNumber"/>
      </w:pPr>
      <w:r>
        <w:t>Referrals.The recruiter and hiring manager almost always read through resumes that come through employee referrals in depth. While the hiring manager might have a policy of not moving forward with referrals who need a visa or relocation, this is also the most likely place where exceptions could be made, especially with a strong referral.</w:t>
      </w:r>
    </w:p>
    <w:p>
      <w:pPr>
        <w:pStyle w:val="ListNumber"/>
      </w:pPr>
      <w:r>
        <w:t>Local candidates.Recruiters and hiring managers perk up when seeing local candidates. Local means no paperwork to start, and no relocation is needed. There’s also little risk of a candidate who accepted an offer backing out due to relocation concerns.</w:t>
      </w:r>
    </w:p>
    <w:p>
      <w:pPr>
        <w:pStyle w:val="ListNumber"/>
      </w:pPr>
      <w:r>
        <w:t>Candidates not needing visas.In these cases, once an offer is made, there's little paperwork needed, and there won't be visa-related delays for the person starting. They might need to relocate, but relocation would not add any uncertainties to the starting date.</w:t>
      </w:r>
    </w:p>
    <w:p>
      <w:pPr>
        <w:pStyle w:val="ListNumber"/>
      </w:pPr>
      <w:r>
        <w:t>Candidates needing visasand relocation are usually people from abroad. This type of hire is the most time- and cost-consuming for the company. A company needs to be ready to wait for a longer visa process to go through, and pay for the additional costs, like relocation, in these cases. These kinds of hires are usually reserved either for positions that are hard to fill, or for cases where the company needs to hire a large number of people. Someone needing a visa and relocation might mean an additional 2-3 months to start the job, with an additional $10-15K in relocation and visa costs.</w:t>
      </w:r>
    </w:p>
    <w:p>
      <w:pPr>
        <w:pStyle w:val="ListNumber"/>
      </w:pPr>
      <w:r>
        <w:t>Candidates from countries that are unusually difficult to get visas for—this usually applies to US companies. In specific countries, and for certain companies, hiring developers from some countries becomes very difficult, if not impossible. One specific case is hiring for US companies—even when the office is not in the US—from countries that are on the comprehensively sanctioned countries or the targeted sanction countries list. Getting a visa can be a difficult process that few—if any—companies will want to go through.</w:t>
      </w:r>
    </w:p>
    <w:p>
      <w:pPr>
        <w:spacing w:after="160" w:line="276" w:lineRule="auto"/>
      </w:pPr>
      <w:r>
        <w:t>Most companies decide on a position-by-position basis if they will go ahead with relocation and visa sponsorships. For larger companies, policies on this are usually central. Companies will typically only sponsor visas and provide relocation at senior and above software engineering levels and at roles they find hard to hire for locally.</w:t>
      </w:r>
    </w:p>
    <w:p>
      <w:pPr>
        <w:spacing w:after="160" w:line="276" w:lineRule="auto"/>
      </w:pPr>
      <w:r>
        <w:t>This is even the case for the largest tech companies, like Google or Facebook. For entry-level positions such as L3, these companies also often only hire locally, filling up the headcount at these levels, making it unlikely to get visa sponsorship in the majority of cases. There are always some exceptions to this rule, based on unique circumstances. For example, at Uber, there was a point where I was able to sponsor standout L4 and L3 candidates during a hiring push - both levels below the L5, senior level.</w:t>
      </w:r>
    </w:p>
    <w:p>
      <w:pPr>
        <w:spacing w:after="160" w:line="276" w:lineRule="auto"/>
      </w:pPr>
      <w:r>
        <w:t>As a rule of thumb, the more qualified local applicants there are, the less likely companies will sponsor visas and relocation. This is why it is extremely rare to get through even to a recruiter chat when applying from abroad for an entry-level position. Recruiters will follow the policy of the company and instructions from the hiring manager. They will not spend time talking to people for whom the company or the hiring manager would not sign off on making an offer.</w:t>
      </w:r>
    </w:p>
    <w:p>
      <w:pPr>
        <w:spacing w:after="160" w:line="276" w:lineRule="auto"/>
      </w:pPr>
      <w:r>
        <w:t>Better companies make it clear whether they sponsor visas on the job description itself. Look out of these.</w:t>
      </w:r>
    </w:p>
    <w:p>
      <w:pPr>
        <w:spacing w:after="160" w:line="276" w:lineRule="auto"/>
      </w:pPr>
      <w:r>
        <w:t>For remote positions, the selection process is usually more straightforward.Larger tech companies hire people as employees, and they will only hire engineers in countries where they have a legal company entity that can employ them. For example, a US-based company might have entities in the UK and Singapore, and they might sponsor hiring people to work remotely—but only in these countries. For companies like this, if you are not based in these countries or cannot move without a visa, you won’t be considered for the position.</w:t>
      </w:r>
    </w:p>
    <w:p>
      <w:pPr>
        <w:spacing w:after="160" w:line="276" w:lineRule="auto"/>
      </w:pPr>
      <w:r>
        <w:t>Some smaller and mid-sized companies will often hire from anywhere, also being open to hiring contractors, not just full time employees. This would mean that while you can work for these companies remotely, you will be responsible for setting up a business that the company will contract with, and you’ll be responsible for all your taxes and benefits.</w:t>
      </w:r>
    </w:p>
    <w:p>
      <w:pPr>
        <w:spacing w:after="160" w:line="276" w:lineRule="auto"/>
      </w:pPr>
      <w:r>
        <w:t>The downside of hiring contractors is that this setup is more fragile from the point of the company. Longer term, few companies stick with it. Things like equity become close to impossible to administer in this setup, and the working relationship needs to be a lot more transactional. Still, there is a large upside that you could be considered for the position from different companies, assuming you can work with a timezone that overlaps well enough with what the company is looking for.</w:t>
      </w:r>
    </w:p>
    <w:p>
      <w:pPr>
        <w:pStyle w:val="Heading2"/>
        <w:spacing w:before="320" w:after="120"/>
      </w:pPr>
      <w:r>
        <w:t>Less Competitive Hiring Pipelines</w:t>
      </w:r>
    </w:p>
    <w:p>
      <w:pPr>
        <w:spacing w:after="160" w:line="276" w:lineRule="auto"/>
      </w:pPr>
      <w:r>
        <w:t>The hiring pipeline can be very competitive for large companies. This is especially true for less senior roles. However, the good news is that not all hiring pipelines are like this. Startups, small companies and medium-sized companies differ by the number of applicants, and how involved hiring managers are with the process.</w:t>
      </w:r>
    </w:p>
    <w:p>
      <w:pPr>
        <w:pStyle w:val="Heading3"/>
        <w:spacing w:before="320" w:after="120"/>
      </w:pPr>
      <w:r>
        <w:t>Startup &amp; Small Company Hiring Pipelines</w:t>
      </w:r>
    </w:p>
    <w:p>
      <w:pPr>
        <w:spacing w:after="160" w:line="276" w:lineRule="auto"/>
      </w:pPr>
      <w:r>
        <w:t>Little-known startups and small companies often see few applications. This is for two reasons. First, they are often very specific in their job advert on what they are looking for, and what technology knowledge is a must. Second, they often want to hire for “hot” areas, where the large companies are also recruiting for. However, they don’t have the reach as those companies have, so they see fewer inbound applications. To offset this, they will often work with recruiting agencies to source candidates.</w:t>
      </w:r>
    </w:p>
    <w:p>
      <w:pPr>
        <w:spacing w:after="160" w:line="276" w:lineRule="auto"/>
      </w:pPr>
      <w:r>
        <w:t>Startups and small company recruiting is often run by the hiring manager themselves. A typical pipeline for a non-entry level position, for a little-known company can look like this:</w:t>
      </w:r>
    </w:p>
    <w:p>
      <w:pPr>
        <w:spacing w:after="160" w:line="276" w:lineRule="auto"/>
      </w:pPr>
      <w:r>
        <w:t>For companies that are very small or have minimal resources to spend on hiring, the hiring manager often does all the work. This includes the resume screen, the screening call, and coordinating the onsite interviews.</w:t>
      </w:r>
    </w:p>
    <w:p>
      <w:pPr>
        <w:spacing w:after="160" w:line="276" w:lineRule="auto"/>
      </w:pPr>
      <w:r>
        <w:t>For companies with little technical expertise, you’ll almost certainly have to pass algorithmic coding challengesthat are often challenging. But why would a small, barely known company have coding challenges nearly as difficult as larger tech companies have? It’s because they don’t have in-house expertise to interview for these skills, and they buy a screening solution instead.</w:t>
      </w:r>
    </w:p>
    <w:p>
      <w:pPr>
        <w:spacing w:after="160" w:line="276" w:lineRule="auto"/>
      </w:pPr>
      <w:r>
        <w:t>If the founder is non-technical and there aren’t other hands-on hiring managers, these companies will often “outsource” technical screening to an out-of-the-box solution like Hackerrank. Hackerrank and similar solutions are often built with Silicon Valley hiring in mind, meaning the bar to pass can be difficult. What’s more, the non-technical hiring managers in these companies often use the score from the test as the signal on how well you did. They won’t even look at your code: so a missing edge case could make you fail this screen.</w:t>
      </w:r>
    </w:p>
    <w:p>
      <w:pPr>
        <w:spacing w:after="160" w:line="276" w:lineRule="auto"/>
      </w:pPr>
      <w:r>
        <w:t>Outside of major tech hubs, this kind of approach to screening software developers is more common than most people assume. It should be of little surprise that the screening and the actual work you’d do are not similar. Still, as annoying getting algorithmic challenges for a small company can be, there’s an upside. Should you pass, you’ll probably be one of the first hands-on technical hires. If you’re passionate about hiring, you will likely be able to shape the interview process for the better, from within the company.</w:t>
      </w:r>
    </w:p>
    <w:p>
      <w:pPr>
        <w:spacing w:after="160" w:line="276" w:lineRule="auto"/>
      </w:pPr>
      <w:r>
        <w:t>For companies with technical founders, the hiring process can be one of the nicest ones.Your resume is almost always read by a technical hiring manager, who works with developers day-to-day. The first phone call is with the hiring manager themselves—most likely, your future manager. The technical screens rarely have algorithmic challenges, and the onsite is shorter as well. There’s less competition, and you are more likely to get an offer in the end. So what’s the catch?</w:t>
      </w:r>
    </w:p>
    <w:p>
      <w:pPr>
        <w:spacing w:after="160" w:line="276" w:lineRule="auto"/>
      </w:pPr>
      <w:r>
        <w:t>The catch is that these are small, lesser-known companies. They will almost certainly not sponsor visas. The compensation will almost certainly be below that of the large tech company. The company might seem like a really risky bet.</w:t>
      </w:r>
    </w:p>
    <w:p>
      <w:pPr>
        <w:spacing w:after="160" w:line="276" w:lineRule="auto"/>
      </w:pPr>
      <w:r>
        <w:t>However, it’s precisely these reasons why these companies are seeing so few applications. And some of these assumptions might not be true. The compensation might be solid—perhaps it’s just not advertised. The company might still sponsor visas—especially if they are failing to attract even local talent. And while the company might be a risky bet, the risk could easily pay off.</w:t>
      </w:r>
    </w:p>
    <w:p>
      <w:pPr>
        <w:pStyle w:val="Heading3"/>
        <w:spacing w:before="320" w:after="120"/>
      </w:pPr>
      <w:r>
        <w:t>Mid-Sized Companies with HR Support for Recruiting</w:t>
      </w:r>
    </w:p>
    <w:p>
      <w:pPr>
        <w:spacing w:after="160" w:line="276" w:lineRule="auto"/>
      </w:pPr>
      <w:r>
        <w:t>At companies that outgrow the few-person startup stage, the hiring manager realizes they can’t do all the hiring work themselves. Still, the company is not large enough—or hiring fast enough—to invest in a sourcer or a dedicated recruiter. Instead, they usually hire an HR generalist with the goal of reducing the load on the hiring manager. They take on the screening the resumes and organizing of the interviews - on top of many, non-hiring related duties.</w:t>
      </w:r>
    </w:p>
    <w:p>
      <w:pPr>
        <w:spacing w:after="160" w:line="276" w:lineRule="auto"/>
      </w:pPr>
      <w:r>
        <w:t>These companies are less well-known compared to large tech companies. They see more applications compared to some small companies, but nothing comparable to the large ones. The hiring pipeline will be similar to startups, but the hiring manager is now only involved later in the process:</w:t>
      </w:r>
    </w:p>
    <w:p>
      <w:pPr>
        <w:spacing w:after="160" w:line="276" w:lineRule="auto"/>
      </w:pPr>
      <w:r>
        <w:t>The only notable difference in this process is how the hiring manager no longer personally reviews the resumes. The HR generalist is someone who is not hands-on with tech, and they will focus on instructions received. So if the hiring manager asks for 4 years or more of Java experience, they might reject resumes where this is not clear, to someone who is not technical.</w:t>
      </w:r>
    </w:p>
    <w:p>
      <w:pPr>
        <w:pStyle w:val="Heading2"/>
        <w:spacing w:before="320" w:after="120"/>
      </w:pPr>
      <w:r>
        <w:t>Job Aggregators</w:t>
      </w:r>
    </w:p>
    <w:p>
      <w:pPr>
        <w:spacing w:after="160" w:line="276" w:lineRule="auto"/>
      </w:pPr>
      <w:r>
        <w:t>While the most well-known tech companies easily get hundreds of applications for every open position, small and relatively unknown companies struggle to get even a few applications. These companies often hire recruiter agencies to seek out candidates. And it's not just overly small companies that have this problem. Talking with recruiting agencies, it is far more common for startups who just raised a Series A to not see enough inbound job applications than most people assume.</w:t>
      </w:r>
    </w:p>
    <w:p>
      <w:pPr>
        <w:spacing w:after="160" w:line="276" w:lineRule="auto"/>
      </w:pPr>
      <w:r>
        <w:t>Many of these companies spend time advertising their product—like having an article on TechCrunch—but they often don't spend nearly as much time advertising their position. They will have the position listed on the career site and perhaps pay to advertise it on a job board: but listing on a job board is already a step that many companies don't do.</w:t>
      </w:r>
    </w:p>
    <w:p>
      <w:pPr>
        <w:spacing w:after="160" w:line="276" w:lineRule="auto"/>
      </w:pPr>
      <w:r>
        <w:t>You can use the fact that many tech jobs are "invisible" to the masses to your advantageby proactively finding these smaller, promising companies with tech positions and directly applying to them. This is a win for both you and the company. By applying early, your resume will have to stand out from fewer applications. And, assuming you are qualified and might get the job, the company will have to spend less time and money on recruitment. To do so, you need to use job aggregators to go directly to the career site postings of jobs most people are unaware of.</w:t>
      </w:r>
    </w:p>
    <w:p>
      <w:pPr>
        <w:spacing w:after="160" w:line="276" w:lineRule="auto"/>
      </w:pPr>
      <w:r>
        <w:t>Most candidates only search on job boards, which have far fewer tech listings. Job boards are the job sites you are probably already familiar with. They have a well-known brand, and companies have to pay a hefty fee for each job advert. In return, they get a lot of eyeballs, and—hopefully—many inbound applications. The most popular job boards in tech include:</w:t>
      </w:r>
    </w:p>
    <w:p>
      <w:pPr>
        <w:pStyle w:val="ListBullet"/>
      </w:pPr>
      <w:r>
        <w:t>LinkedIn Jobs</w:t>
      </w:r>
    </w:p>
    <w:p>
      <w:pPr>
        <w:pStyle w:val="ListBullet"/>
      </w:pPr>
      <w:r>
        <w:t>StackOverflow Jobs</w:t>
      </w:r>
    </w:p>
    <w:p>
      <w:pPr>
        <w:pStyle w:val="ListBullet"/>
      </w:pPr>
      <w:r>
        <w:t>AngelList</w:t>
      </w:r>
    </w:p>
    <w:p>
      <w:pPr>
        <w:spacing w:after="160" w:line="276" w:lineRule="auto"/>
      </w:pPr>
      <w:r>
        <w:t>Job aggregators have far more positions, as they also crawl company career pages. If you want to find some of the “hidden gem” listings that likely get very few applications, you’ll want to use job aggregator sites. These sites will have positions that companies list directly on the site, but they also act as a “search engine for jobs”. Popular job aggregators worth browsing are:</w:t>
      </w:r>
    </w:p>
    <w:p>
      <w:pPr>
        <w:pStyle w:val="ListBullet"/>
      </w:pPr>
      <w:r>
        <w:t>Indeed</w:t>
      </w:r>
    </w:p>
    <w:p>
      <w:pPr>
        <w:pStyle w:val="ListBullet"/>
      </w:pPr>
      <w:r>
        <w:t>Simply Hired</w:t>
      </w:r>
    </w:p>
    <w:p>
      <w:pPr>
        <w:pStyle w:val="ListBullet"/>
      </w:pPr>
      <w:r>
        <w:t>CareerJet</w:t>
      </w:r>
    </w:p>
    <w:p>
      <w:pPr>
        <w:pStyle w:val="ListBullet"/>
      </w:pPr>
      <w:r>
        <w:t>LinkUp</w:t>
      </w:r>
    </w:p>
    <w:p>
      <w:pPr>
        <w:spacing w:after="160" w:line="276" w:lineRule="auto"/>
      </w:pPr>
      <w:r>
        <w:t>Job aggregators are not specific to tech. You’ll have to narrow down your search criteria to the title and location, and browse through listings. When you find a position that looks interesting, try to find the company career site, and apply directly, with a tailored resume. While you could also upload your generic resume, I only suggest this if you are already getting responses. If you are struggling to get that recruiter call for jobs you seem to be qualified for, then you will see better results by sending a resume that you tweak for each job description.</w:t>
      </w:r>
    </w:p>
    <w:p>
      <w:pPr>
        <w:spacing w:after="160" w:line="276" w:lineRule="auto"/>
      </w:pPr>
      <w:r>
        <w:t>Note how the first mobile engineer at Uber also found the listing via a job aggregator. Despite having raised funding from great investors, there were so few applications for the mobile engineer position, that applications got fast responses at that time. Job aggregators can help find positions with similarly small—yet potentially great—companies like UberCab in 2011.</w:t>
      </w:r>
    </w:p>
    <w:p>
      <w:pPr>
        <w:pStyle w:val="Heading2"/>
        <w:spacing w:before="320" w:after="120"/>
      </w:pPr>
      <w:r>
        <w:t>Recap</w:t>
      </w:r>
    </w:p>
    <w:p>
      <w:pPr>
        <w:spacing w:after="160" w:line="276" w:lineRule="auto"/>
      </w:pPr>
      <w:r>
        <w:t>In this chapter, we’ve peeked behind the scenes on how the hiring pipeline works at large tech companies, startups and medium-sized companies. Every company has a different hiring process—and some can diverge from what was discussed here—but understanding what typically happens behind the scenes can help you tailor your strategy, even before submitting your resume. Here are things you can do to increase your chances.</w:t>
      </w:r>
    </w:p>
    <w:p>
      <w:pPr>
        <w:pStyle w:val="ListNumber"/>
      </w:pPr>
      <w:r>
        <w:t>Keep in mind who the “target” for your resume is. A recruiter, HR partner or hiring manager will be reading your CV, and you’ll want to make it clear why you are a good fit for the position—and do this in a few seconds. We will dive into tactics in Part 2 of the book.</w:t>
      </w:r>
    </w:p>
    <w:p>
      <w:pPr>
        <w:pStyle w:val="ListNumber"/>
      </w:pPr>
      <w:r>
        <w:t>Seek out referrals, especially for tech companies that are well-known and likely see many applicants. Referrals might be able to refer you to positions that are only internally advertised as well.</w:t>
      </w:r>
    </w:p>
    <w:p>
      <w:pPr>
        <w:pStyle w:val="ListNumber"/>
      </w:pPr>
      <w:r>
        <w:t>Browse positions on job aggregators,not just job boards. Job aggregators will have positions listed the earliest. Even for companies who pay to be listed on job boards, they typically list positions on their careers site first.</w:t>
      </w:r>
    </w:p>
    <w:p>
      <w:pPr>
        <w:pStyle w:val="ListNumber"/>
      </w:pPr>
      <w:r>
        <w:t>Make a list of jobs and companiesyou would consider. Add notes to how large the company is, how competitive the application process likely is, whether it is a local company, and whether you’d need a visa. Prioritize your application process based on the likelihood of you standing out. You’ll want to do some “long shot” applications, but also some “safer bets”.</w:t>
      </w:r>
    </w:p>
    <w:p>
      <w:r>
        <w:br w:type="page"/>
      </w:r>
    </w:p>
    <w:p>
      <w:pPr>
        <w:pStyle w:val="Heading1"/>
        <w:spacing w:before="480" w:after="280"/>
      </w:pPr>
      <w:r>
        <w:rPr>
          <w:b/>
          <w:color w:val="008A60"/>
          <w:sz w:val="28"/>
        </w:rPr>
        <w:t>Chapter 06</w:t>
        <w:br/>
      </w:r>
      <w:r>
        <w:rPr>
          <w:b/>
          <w:color w:val="0F172A"/>
          <w:sz w:val="40"/>
        </w:rPr>
        <w:t>PART 2: WRITING THE RESUME</w:t>
      </w:r>
    </w:p>
    <w:p>
      <w:pPr>
        <w:spacing w:after="160" w:line="276" w:lineRule="auto"/>
      </w:pPr>
      <w:r>
        <w:t>Now that we understand better how your resume will go through systems and people like the Application Tracking System (ATS), recruiters or inbound sourcers, all the way to the hiring manager, it’s time to get writing that CV.</w:t>
      </w:r>
    </w:p>
    <w:p>
      <w:pPr>
        <w:spacing w:after="160" w:line="276" w:lineRule="auto"/>
      </w:pPr>
      <w:r>
        <w:t>How do you write a good developer resume? There are a few areas you want to get right, and the chapters cover these one by one.</w:t>
      </w:r>
    </w:p>
    <w:p>
      <w:pPr>
        <w:spacing w:after="160" w:line="276" w:lineRule="auto"/>
      </w:pPr>
      <w:r>
        <w:t>In Chapter 3: Tech Resume Basics, we go through what recruiters and hiring managers look for in their first resume scan. We also go through several unwritten rules of resume writing.</w:t>
      </w:r>
    </w:p>
    <w:p>
      <w:pPr>
        <w:spacing w:after="160" w:line="276" w:lineRule="auto"/>
      </w:pPr>
      <w:r>
        <w:t>Chapter 4: Resume Structuregives suggestions on how to structure your resume based on your work experience. Depending on whether you are out of school, have work experience, or when you are at a senior or above level, different resume structures can help you write a more relevant resume.</w:t>
      </w:r>
    </w:p>
    <w:p>
      <w:pPr>
        <w:spacing w:after="160" w:line="276" w:lineRule="auto"/>
      </w:pPr>
      <w:r>
        <w:t>Chapter 5: Standing Outcovers how your resume can stand out from the crowd of similar applications. We will go through examples of why being specific on your results and impact is a big differentiator, how tailoring your resume for the position is important, and we’ll also touch on keyword stuffing.</w:t>
      </w:r>
    </w:p>
    <w:p>
      <w:pPr>
        <w:spacing w:after="160" w:line="276" w:lineRule="auto"/>
      </w:pPr>
      <w:r>
        <w:t>In Chapter 6: Common Mistakes, we go through the most frequent issues with developer resumes. These improvement areas almost always result in stronger resumes—without changing the content of the resume. You’ll want to steer clear of all of the mistakes we discuss in this chapter.</w:t>
      </w:r>
    </w:p>
    <w:p>
      <w:pPr>
        <w:spacing w:after="160" w:line="276" w:lineRule="auto"/>
      </w:pPr>
      <w:r>
        <w:t>Chapter 7: Different Experience Levels, Different Career Pathsgives tailored advice for bootcamp grads, career changers, senior engineers, tech leads and engineering managers.</w:t>
      </w:r>
    </w:p>
    <w:p>
      <w:pPr>
        <w:spacing w:after="160" w:line="276" w:lineRule="auto"/>
      </w:pPr>
      <w:r>
        <w:t>Chapter 8: Exercises to Polish Your Resumeis a list of activities that can help you craft an even better resume. Do these exercises to write an even more relevant one.</w:t>
      </w:r>
    </w:p>
    <w:p>
      <w:pPr>
        <w:spacing w:after="160" w:line="276" w:lineRule="auto"/>
      </w:pPr>
      <w:r>
        <w:t>In Chapter 9: Beyond the Resume, we go through how to make your LinkedIn, GitHub and technical blogs stand out and share advice on cover letters.</w:t>
      </w:r>
    </w:p>
    <w:p>
      <w:pPr>
        <w:spacing w:after="160" w:line="276" w:lineRule="auto"/>
      </w:pPr>
      <w:r>
        <w:t>Let’s start off with the basics and talk about many of the unwritten rules of developer resumes.</w:t>
      </w:r>
    </w:p>
    <w:p>
      <w:r>
        <w:br w:type="page"/>
      </w:r>
    </w:p>
    <w:p>
      <w:pPr>
        <w:pStyle w:val="Heading1"/>
        <w:spacing w:before="480" w:after="280"/>
      </w:pPr>
      <w:r>
        <w:rPr>
          <w:b/>
          <w:color w:val="008A60"/>
          <w:sz w:val="28"/>
        </w:rPr>
        <w:t>Chapter 07</w:t>
        <w:br/>
      </w:r>
      <w:r>
        <w:rPr>
          <w:b/>
          <w:color w:val="0F172A"/>
          <w:sz w:val="40"/>
        </w:rPr>
        <w:t>Chapter 3: Tech Resume Basics</w:t>
      </w:r>
    </w:p>
    <w:p>
      <w:pPr>
        <w:spacing w:after="160" w:line="276" w:lineRule="auto"/>
      </w:pPr>
      <w:r>
        <w:t>There are several unwritten rules of resume writing, from not having any spelling mistakes, to listing your experience in reverse chronological order. Whenever a resume breaks one of these rules, it makes it seem less professional. And when doing the first scan on a resume, recruiters and hiring managers look for a few specific pieces of information—almost always doing this autopilot.</w:t>
      </w:r>
    </w:p>
    <w:p>
      <w:pPr>
        <w:spacing w:after="160" w:line="276" w:lineRule="auto"/>
      </w:pPr>
      <w:r>
        <w:t>In this chapter, we cover what it is that recruiters and hiring managers “automatically” scan for at the first glance, and we write down the unwritten rules that resumes for tech positions should follow.</w:t>
      </w:r>
    </w:p>
    <w:p>
      <w:pPr>
        <w:pStyle w:val="Heading2"/>
        <w:spacing w:before="320" w:after="120"/>
      </w:pPr>
      <w:r>
        <w:t>The First Glance</w:t>
      </w:r>
    </w:p>
    <w:p>
      <w:pPr>
        <w:spacing w:after="160" w:line="276" w:lineRule="auto"/>
      </w:pPr>
      <w:r>
        <w:t>Recruiters want to collect a few key pieces of information at first glance, and it is in your best interest to make this easy. If recruiters can’t find this information, and there are lots of resumes to go through, they might move on to the next one. The key pieces of information are these:</w:t>
      </w:r>
    </w:p>
    <w:p>
      <w:pPr>
        <w:pStyle w:val="ListNumber"/>
      </w:pPr>
      <w:r>
        <w:t>Years of experience. The first thing they’ll scan for is how long you have been working for. The recruiter will then mentally compare you to the internal level of the position—which is not always advertised. Say the position is for an L4 position at Facebook, Google or Uber, which is one level above the entry-level engineer—see the “Levels at different companies” table below. This is someone who is expected to have around 3-5 years’ experience, give or take. The recruiter will quickly scan to the education section to confirm your graduation date—whether this be university, bootcamp or something else—then subtract how much time has passed. If you make this information hard to find, or it’s unclear, you might end up in the reject pile, the same way as if you don’t have sufficient years to warrant a hire.</w:t>
      </w:r>
    </w:p>
    <w:p>
      <w:pPr>
        <w:pStyle w:val="ListNumber"/>
      </w:pPr>
      <w:r>
        <w:t>Relevant technologies. For the technology the position is recruiting for, how much relevant experience do you have? So e.g. if applying for a backend position for a company that mostly uses Java and Go, the recruiter would want to scan and see if they see Java or Go, and with what proficiency. This is why it’s helpful to include all technologies and languages you’ve worked with that arealsoon the job description. If there are fewer applicants or the screener is thorough, they might go deeper and assume that you could pick these up quickly if you have several other languages: but don’t count on this.</w:t>
      </w:r>
    </w:p>
    <w:p>
      <w:pPr>
        <w:pStyle w:val="ListNumber"/>
      </w:pPr>
      <w:r>
        <w:t>Work experience. How much relevant work experience do you have? Do you come across as someone who hasconsistentlydelivered impact? How was this impact measured? This is an area where quantifying things helps. If you can describe the number of daily visitors on the site you worked on, the RPS for the service you wrote, or an improvement % you’ve made, this is easier to translate across employers than a qualitative description of the project.</w:t>
      </w:r>
    </w:p>
    <w:p>
      <w:pPr>
        <w:pStyle w:val="ListNumber"/>
      </w:pPr>
      <w:r>
        <w:t>Work authorization and visa status (when applying from abroad). If your application seems like it’s from abroad, do you already have work authorization? If not, what kind of visa would you need to get to be able to work for the company? Your application can seem like it’s from abroad based on your contact details, the location of your last work or study experience, or even on your name. If you already have work authorization or a valid work visa, you’ll want to add this clearly in any of these cases—or else the recruiter might put your resume in the “needs visa” pile, prioritizing it only after they have reviewed local candidates.</w:t>
      </w:r>
    </w:p>
    <w:p>
      <w:pPr>
        <w:pStyle w:val="ListNumber"/>
      </w:pPr>
      <w:r>
        <w:t>Anything that clearly stands out. Anything that pops out on the first page of your CV. For new grads, this could be your school—if it’s a well known one—or an award. For more experienced people, it could be your company, a patent, a PhD, being a core contributor to a relevant open source product or something that is rare to see among the hundreds of profiles.</w:t>
      </w:r>
    </w:p>
    <w:p>
      <w:pPr>
        <w:spacing w:after="160" w:line="276" w:lineRule="auto"/>
      </w:pPr>
      <w:r>
        <w:t>So how do you make the information that recruiters are looking for stand out? You make sure most information is on the first page, and you use clear formatting and good use of colors and bolding to draw attention to the relevant parts.</w:t>
      </w:r>
    </w:p>
    <w:p>
      <w:pPr>
        <w:pStyle w:val="Heading2"/>
        <w:spacing w:before="320" w:after="120"/>
      </w:pPr>
      <w:r>
        <w:t>Ground Rules</w:t>
      </w:r>
    </w:p>
    <w:p>
      <w:pPr>
        <w:spacing w:after="160" w:line="276" w:lineRule="auto"/>
      </w:pPr>
      <w:r>
        <w:t>Your resume should be two pages or less and contain basic contact details. Use good grammar and no typos, make dates easy to read, and don’t include photos or other non-required information.</w:t>
      </w:r>
    </w:p>
    <w:p>
      <w:pPr>
        <w:spacing w:after="160" w:line="276" w:lineRule="auto"/>
      </w:pPr>
      <w:r>
        <w:t>There are a few things that all resumes need to follow to be considered professional-looking resumes in tech. These are the things that “go without saying”—and, because of this, they are rarely written down. Make sure your resume follows every one of these:</w:t>
      </w:r>
    </w:p>
    <w:p>
      <w:pPr>
        <w:pStyle w:val="ListNumber"/>
      </w:pPr>
      <w:r>
        <w:t>Good grammar and NO typos.Typos and poor grammar on a resume come across as not paying attention to detail and/or not having good command of the language. They can easily cause your resume to be ignored. Use free spell checking tools, grammar checking likeGrammarly, and ask someone else to re-read your CV for correctness. The same applies to punctuation: ensure this is consistent across your resume.</w:t>
      </w:r>
    </w:p>
    <w:p>
      <w:pPr>
        <w:pStyle w:val="ListNumber"/>
      </w:pPr>
      <w:r>
        <w:t>Basic contact details. Include your email address and relevant contact information, like phone number and the city and country where you are a resident, at the top. Keep this short and don’t take up too much space with these. You don’t need to add your full mailing address as contact details: no one will send you a letter in the mailbox based on your resume. Should you later get an offer, you’ll be asked for all your personal details; but that’s a long way ahead.</w:t>
      </w:r>
    </w:p>
    <w:p>
      <w:pPr>
        <w:pStyle w:val="ListNumber"/>
      </w:pPr>
      <w:r>
        <w:t>Dates in reverse chronological order. Mark your work and education experiences clearly with dates. List them with the latest one on the top, listing out earlier ones underneath.</w:t>
      </w:r>
    </w:p>
    <w:p>
      <w:pPr>
        <w:pStyle w:val="ListNumber"/>
      </w:pPr>
      <w:r>
        <w:t>Don’t include photos or non-required personal informationlike your date of birth, gender, citizenship, relationship information, number of children, religion, or others. See the Avoiding Biases: Personal Details for a deep-dive on the biases this creates.</w:t>
      </w:r>
    </w:p>
    <w:p>
      <w:pPr>
        <w:pStyle w:val="ListNumber"/>
      </w:pPr>
      <w:r>
        <w:t>Two pages or less: this last one is not a strict rule, but a very wise one to follow. Aim to not go over this length unless you have lots—typically, beyond 8-10 years—of work experience. For new grads, fit in on one page. If you have less than a few years of experience, it’s not expected you fill in the second page.</w:t>
      </w:r>
    </w:p>
    <w:p>
      <w:pPr>
        <w:pStyle w:val="Heading2"/>
        <w:spacing w:before="320" w:after="120"/>
      </w:pPr>
      <w:r>
        <w:t>Simplicity and Consistency</w:t>
      </w:r>
    </w:p>
    <w:p>
      <w:pPr>
        <w:spacing w:after="160" w:line="276" w:lineRule="auto"/>
      </w:pPr>
      <w:r>
        <w:t>For people to read what you write, itneeds to be written well. This applies to resumes as well. Resumes that are simple, concise, and are easy to read will be read more. Hiring managers and recruiters will, at most, skim ones that are cluttered and overly verbose. To make your resume simple and concise, follow these principles.</w:t>
      </w:r>
    </w:p>
    <w:p>
      <w:pPr>
        <w:pStyle w:val="ListNumber"/>
      </w:pPr>
      <w:r>
        <w:t>Clear, neat, and consistent formatting. Use the same formatting throughout the resume. Use consistent font sizes and make the resume easy to scan through in a glance. See the templates section for pointers on good templates.</w:t>
      </w:r>
    </w:p>
    <w:p>
      <w:pPr>
        <w:pStyle w:val="ListNumber"/>
      </w:pPr>
      <w:r>
        <w:t>Bullet points for easy readability. Use bullet points that make the CV easier to read. Avoid paragraphs. Recruiters in tech companies are used to scanning bullet points—they are less effort to read.Sub-bullet points: avoid. They clutter your resume, make it more verbose, and make it harder to read. If you find yourself using these, re-edit your resume and stick with one level.- Using dashes for bullet points, to save space: also avoid. They look out of place and are harder to read than bullet points.</w:t>
      </w:r>
    </w:p>
    <w:p>
      <w:pPr>
        <w:pStyle w:val="ListNumber"/>
      </w:pPr>
      <w:r>
        <w:t>Dates: use consistent and easy to read formats. A date like “06/11—07/12” is hard to understand. The reviewer now needs to think, “is the first date June 2011 or November 2006?”. Just write “June 2011—July 2012”. Now they don’t need to think, and the year is clearly differentiated from the month. For any date span beyond a few years, you can also drop the exact month, as it becomes irrelevant, especially when it is a date that is more than four or five years ago.</w:t>
      </w:r>
    </w:p>
    <w:p>
      <w:pPr>
        <w:pStyle w:val="ListNumber"/>
      </w:pPr>
      <w:r>
        <w:t>Use the PDF format. Use this format and no other. Avoid formats like .doc, .rtf—they display inconsistently on machines that don’t have software like Word installed and can mess up an otherwise well-formatted resume.</w:t>
      </w:r>
    </w:p>
    <w:p>
      <w:pPr>
        <w:pStyle w:val="ListNumber"/>
      </w:pPr>
      <w:r>
        <w:t>Be concise, and don’t spell out trivial things. Ruthlessly edit your resume and drop sections that add little to no information. Ask yourself: “am I making a good case for why I am a good fit for this position that I am applying for?</w:t>
      </w:r>
    </w:p>
    <w:p>
      <w:pPr>
        <w:pStyle w:val="Heading2"/>
        <w:spacing w:before="320" w:after="120"/>
      </w:pPr>
      <w:r>
        <w:t>Avoiding Biases: Personal Details and Photos</w:t>
      </w:r>
    </w:p>
    <w:p>
      <w:pPr>
        <w:spacing w:after="160" w:line="276" w:lineRule="auto"/>
      </w:pPr>
      <w:r>
        <w:t>How would you react if a recruiter called you and told you one of the following:</w:t>
      </w:r>
    </w:p>
    <w:p>
      <w:pPr>
        <w:pStyle w:val="ListBullet"/>
      </w:pPr>
      <w:r>
        <w:t>"I'm sorry, but you're too young for this job based on yourage."</w:t>
      </w:r>
    </w:p>
    <w:p>
      <w:pPr>
        <w:pStyle w:val="ListBullet"/>
      </w:pPr>
      <w:r>
        <w:t>"While I'd love to proceed, we already have too many people in the office of the samegenderand so we need to pass on you."</w:t>
      </w:r>
    </w:p>
    <w:p>
      <w:pPr>
        <w:pStyle w:val="ListBullet"/>
      </w:pPr>
      <w:r>
        <w:t>"I have to reject you not because of your skills, but because you seem like a grumpy person based on yourphoto."</w:t>
      </w:r>
    </w:p>
    <w:p>
      <w:pPr>
        <w:pStyle w:val="ListBullet"/>
      </w:pPr>
      <w:r>
        <w:t>"I think we should stop with the process as no one else in the office haskidsso you wouldn't fit in."</w:t>
      </w:r>
    </w:p>
    <w:p>
      <w:pPr>
        <w:pStyle w:val="ListBullet"/>
      </w:pPr>
      <w:r>
        <w:t>"I don't think you'd fit in with the British and Canadian people in the office, based on yournationality."</w:t>
      </w:r>
    </w:p>
    <w:p>
      <w:pPr>
        <w:pStyle w:val="ListBullet"/>
      </w:pPr>
      <w:r>
        <w:t>"We like to have fun and we're all single, I'd rather not waste time with someone who ismarried."</w:t>
      </w:r>
    </w:p>
    <w:p>
      <w:pPr>
        <w:pStyle w:val="ListBullet"/>
      </w:pPr>
      <w:r>
        <w:t>"Let's just end it here as there's no one else in the office with yourreligionand we don't want to have any arguments about this."</w:t>
      </w:r>
    </w:p>
    <w:p>
      <w:pPr>
        <w:spacing w:after="160" w:line="276" w:lineRule="auto"/>
      </w:pPr>
      <w:r>
        <w:t>Of course, you will never get a call like this: any company would find themselves in hot water if they admitted to discriminating against you on any of the above. Still, all non-essential personal information you add to your resume adds one more way that biases can kick in—either with the recruiter or the hiring manager. Adding too many personal details can result in a rejection based on bias.</w:t>
      </w:r>
    </w:p>
    <w:p>
      <w:pPr>
        <w:spacing w:after="160" w:line="276" w:lineRule="auto"/>
      </w:pPr>
      <w:r>
        <w:t>Photos are never a thing for US-based positions or US-based tech companies. In tech, you don't need a photo to decide if they should move forward with you: it's about your skills, not your looks. In some countries, non-tech positions require photos, and this somehow got stuck in tech. However, all hiring managers and tech recruiters I've spoken to confirmed that photos add no value. They mentioned photos being distracting, playing to biases, doing more harm than good. If anyone really wants a photo of you, they can look at your LinkedIn profile, where you can decide whether to have one.To visualize how biases kick in, take a look at these two resumes.</w:t>
      </w:r>
    </w:p>
    <w:p>
      <w:pPr>
        <w:spacing w:after="160" w:line="276" w:lineRule="auto"/>
      </w:pPr>
      <w:r>
        <w:t>Resume 1:</w:t>
      </w:r>
    </w:p>
    <w:p>
      <w:pPr>
        <w:spacing w:after="160" w:line="276" w:lineRule="auto"/>
      </w:pPr>
      <w:r>
        <w:t>Resume 2:</w:t>
      </w:r>
    </w:p>
    <w:p>
      <w:pPr>
        <w:spacing w:after="160" w:line="276" w:lineRule="auto"/>
      </w:pPr>
      <w:r>
        <w:t>The two resumes have exactly the same job-related content. Still, with Resume 2,</w:t>
        <w:br/>
        <w:t>many unconscious biases will kick in for any recruiter or hiring manager. Do we really</w:t>
        <w:br/>
        <w:t>want to hire someone who is thisold? Who has two young kids and could perhaps</w:t>
        <w:br/>
        <w:t>bedistractedfrom work? Who might need to relocatewith their family? With the</w:t>
        <w:br/>
        <w:t>first resume, none of these questions even come up, and they certainly don’t distract</w:t>
        <w:br/>
        <w:t>the reader. There, the recruiter and hiring manager skip straight to the skills and</w:t>
        <w:br/>
        <w:t>achievements. They decide to progress with the resume based on its contents, not</w:t>
        <w:br/>
        <w:t>the candidate's personal details.</w:t>
      </w:r>
    </w:p>
    <w:p>
      <w:pPr>
        <w:spacing w:after="160" w:line="276" w:lineRule="auto"/>
      </w:pPr>
      <w:r>
        <w:t>Do not add personal details to your resume that can lead to negative bias during the resume screen. Biases are real, and you never know what unconscious biases you can trigger with the recruiter or hiring manager. Luckily, in tech, the criteria to get hired is based on your skills and your expertise. So do not add photos, date of birth, gender, nationality, and other details. For most resumes, you do not need more than your name and your e-mail address to apply.</w:t>
      </w:r>
    </w:p>
    <w:p>
      <w:pPr>
        <w:pStyle w:val="Heading2"/>
        <w:spacing w:before="320" w:after="120"/>
      </w:pPr>
      <w:r>
        <w:t>Recap: Actions to Improve Your Resume</w:t>
      </w:r>
    </w:p>
    <w:p>
      <w:pPr>
        <w:spacing w:after="160" w:line="276" w:lineRule="auto"/>
      </w:pPr>
      <w:r>
        <w:t>In this chapter, we’ve covered why a simple and consistent resume is easier to review for recruiters and hiring managers. Spelling and following some ground rules are a must, as are not listing unnecessary personal details. To improve your resume, follow these steps:</w:t>
      </w:r>
    </w:p>
    <w:p>
      <w:pPr>
        <w:pStyle w:val="ListNumber"/>
      </w:pPr>
      <w:r>
        <w:t>Choose a template that is simple and consistent. Select one that is easy to scan through. Either choose this from the ones listed in the resume templates at the end of the book, or find another one online.</w:t>
      </w:r>
    </w:p>
    <w:p>
      <w:pPr>
        <w:pStyle w:val="ListNumber"/>
      </w:pPr>
      <w:r>
        <w:t>No photo, date of birth, gender or other personal information. Make sure you remove these pieces of information that can only create bias; that could hurt your chances.</w:t>
      </w:r>
    </w:p>
    <w:p>
      <w:pPr>
        <w:pStyle w:val="ListNumber"/>
      </w:pPr>
      <w:r>
        <w:t>Relevant technologies and work experience on the first page. Do you have your main languages and technologies, as well as your last few positions listed on the first page of the resume? If you don’t yet have work experience, make sure your education details are on this first page.</w:t>
      </w:r>
    </w:p>
    <w:p>
      <w:pPr>
        <w:pStyle w:val="ListNumber"/>
      </w:pPr>
      <w:r>
        <w:t>Dates of your work experience being easy to scan. Can someone quickly tell how many years of total experience you have, looking at the resume? Make sure the dates stand out.</w:t>
      </w:r>
    </w:p>
    <w:p>
      <w:pPr>
        <w:pStyle w:val="ListNumber"/>
      </w:pPr>
      <w:r>
        <w:t>Bullet points. Are you using bullet points to list your experience? Make sure not to use sub-bullet points.</w:t>
      </w:r>
    </w:p>
    <w:p>
      <w:pPr>
        <w:pStyle w:val="ListNumber"/>
      </w:pPr>
      <w:r>
        <w:t>Spell and grammar check. Have you checked your resume not only with a spell check, but also with the freeGrammarly spell checkerand the also freeHemingway Editor? Make sure you fix all issues raised.</w:t>
      </w:r>
    </w:p>
    <w:p>
      <w:pPr>
        <w:pStyle w:val="ListNumber"/>
      </w:pPr>
      <w:r>
        <w:t>PDF format and naming. Is your final resume in a PDF format? Make sure to name it {yourname}_resume.pdf or {yourname}_CV.pdf, so it’s easy for recruiters to identify who this one belongs to. For example, I’d call mine Gergely_Orosz_CV.pdf. Aim to not send resumes that showcase you having multiple versions: avoid calling it MyName_v4.pdf, or MyName_CompanyName.pdf.</w:t>
      </w:r>
    </w:p>
    <w:p>
      <w:r>
        <w:br w:type="page"/>
      </w:r>
    </w:p>
    <w:p>
      <w:pPr>
        <w:pStyle w:val="Heading1"/>
        <w:spacing w:before="480" w:after="280"/>
      </w:pPr>
      <w:r>
        <w:rPr>
          <w:b/>
          <w:color w:val="008A60"/>
          <w:sz w:val="28"/>
        </w:rPr>
        <w:t>Chapter 08</w:t>
        <w:br/>
      </w:r>
      <w:r>
        <w:rPr>
          <w:b/>
          <w:color w:val="0F172A"/>
          <w:sz w:val="40"/>
        </w:rPr>
        <w:t>Chapter 4: Resume Structure</w:t>
      </w:r>
    </w:p>
    <w:p>
      <w:pPr>
        <w:spacing w:after="160" w:line="276" w:lineRule="auto"/>
      </w:pPr>
      <w:r>
        <w:t>There are two types of software developers: ones who have gotten their first full-time job, and ones who are looking to land that first one. Based on which group you are in, recruiters and hiring managers will care about different details.</w:t>
      </w:r>
    </w:p>
    <w:p>
      <w:pPr>
        <w:spacing w:after="160" w:line="276" w:lineRule="auto"/>
      </w:pPr>
      <w:r>
        <w:t>For people without full-time experience, your internships, education details, projects, and achievements are what will set you apart from the many other applicants who are also looking to land their first jobs. As soon as you have that first job, your work experience and the professional skills you use day to day become far more relevant for recruiters and hiring managers.</w:t>
      </w:r>
    </w:p>
    <w:p>
      <w:pPr>
        <w:spacing w:after="160" w:line="276" w:lineRule="auto"/>
      </w:pPr>
      <w:r>
        <w:t>Based on which group you are in, you’ll want to structure your resume differently. And as you spend more time working professionally and start to build up more experience than can fit on a few pages, you’ll have the pleasant problem of deciding which one of your past experiencesnotto talk about.</w:t>
      </w:r>
    </w:p>
    <w:p>
      <w:pPr>
        <w:pStyle w:val="Heading2"/>
        <w:spacing w:before="320" w:after="120"/>
      </w:pPr>
      <w:r>
        <w:t>Structure for Interns, New Grads and Bootcamp Grads</w:t>
      </w:r>
    </w:p>
    <w:p>
      <w:pPr>
        <w:spacing w:after="160" w:line="276" w:lineRule="auto"/>
      </w:pPr>
      <w:r>
        <w:t>When you are a student or new grad, you often feel like you have little to no experience to show. Make the most of what you have, though—and if you are truly low on experience, address this parallel to the application process. Here are the experiences that catch the eyes of people reviewing your CV the most, in priority order:</w:t>
      </w:r>
    </w:p>
    <w:p>
      <w:pPr>
        <w:pStyle w:val="ListNumber"/>
      </w:pPr>
      <w:r>
        <w:t>Real-world work software development experience. If you have been working part-time or full-time as a software developer, list this, together with your accomplishments. Don’t be shy. Show off what you have delivered and how you have already gone above and beyond.</w:t>
      </w:r>
    </w:p>
    <w:p>
      <w:pPr>
        <w:pStyle w:val="ListNumber"/>
      </w:pPr>
      <w:r>
        <w:t>Internships. Be specific on results, impact, and your contribution. People with internships can stand out from the crowd or applicants. Be aware though, that for large tech companies, it is common to see applicants with multiple successful and impactful internships behind them.</w:t>
      </w:r>
    </w:p>
    <w:p>
      <w:pPr>
        <w:pStyle w:val="ListNumber"/>
      </w:pPr>
      <w:r>
        <w:t>Sizeable contribution to real-world (open source) projects. If you are a core or frequent contributor to a project, list this. If you have created a project that now has multiple contributors or many users, show this off. If you are not yet in these categories, perhaps you can join in with an open source project and get some experience that will help you stand out?</w:t>
      </w:r>
    </w:p>
    <w:p>
      <w:pPr>
        <w:pStyle w:val="ListNumber"/>
      </w:pPr>
      <w:r>
        <w:t>Your school details. Especially if the school is well-known and you have high grades, this can be impressive. If you attend a nationally well-known school, add this information to the details section. For example:“Budapest Technology University is the #1 ranked university for Computer Science in Hungary”.</w:t>
      </w:r>
    </w:p>
    <w:p>
      <w:pPr>
        <w:pStyle w:val="ListNumber"/>
      </w:pPr>
      <w:r>
        <w:t>Projects that stand outdue to their impact, such as their complexity, number of users or other impressive metrics.</w:t>
      </w:r>
    </w:p>
    <w:p>
      <w:pPr>
        <w:pStyle w:val="ListNumber"/>
      </w:pPr>
      <w:r>
        <w:t>Tutoring and leadership positions in student groups. If you have already been teaching your peers—as a teaching or lab assistant—that is a great sign of you being able to mentor others. Similarly, if you have led a student group or a project, list this. In both cases, list results, impact, and your contribution.</w:t>
      </w:r>
    </w:p>
    <w:p>
      <w:pPr>
        <w:spacing w:after="160" w:line="276" w:lineRule="auto"/>
      </w:pPr>
      <w:r>
        <w:t>A Possible New Grad Resume Structure</w:t>
      </w:r>
    </w:p>
    <w:p>
      <w:pPr>
        <w:spacing w:after="160" w:line="276" w:lineRule="auto"/>
      </w:pPr>
      <w:r>
        <w:t>Here is a structure that could work well for a new grad, using thePragmatic Engineer’s Resume template:</w:t>
      </w:r>
    </w:p>
    <w:p>
      <w:pPr>
        <w:spacing w:after="160" w:line="276" w:lineRule="auto"/>
      </w:pPr>
      <w:r>
        <w:t>Follow these guidelines for a resume that is easy to scan, with the most relevant parts being closer to the top:</w:t>
      </w:r>
    </w:p>
    <w:p>
      <w:pPr>
        <w:pStyle w:val="ListBullet"/>
      </w:pPr>
      <w:r>
        <w:t>Fit on one page.As a new grad, you should fit on one page. You’ll be up against hundreds of other applicants, and no one reads the second page. As you have more working experience, then a second page will start to make sense.</w:t>
      </w:r>
    </w:p>
    <w:p>
      <w:pPr>
        <w:pStyle w:val="ListBullet"/>
      </w:pPr>
      <w:r>
        <w:t>Work Experience and Internships. If you have some work experience or internships, start with these. Having some work experience is already a great sign, and it can help you stand out.</w:t>
      </w:r>
    </w:p>
    <w:p>
      <w:pPr>
        <w:pStyle w:val="ListBullet"/>
      </w:pPr>
      <w:r>
        <w:t>Projects: you probably don’t have as much work experience, but you likely have projects to mention. Use the results, impact, and your contribution approach to describe why they are important and link to them. Where possible, link to the source code on GitHub—assuming it’s nicely organized, with a good README.</w:t>
      </w:r>
    </w:p>
    <w:p>
      <w:pPr>
        <w:pStyle w:val="ListBullet"/>
      </w:pPr>
      <w:r>
        <w:t>Education. Add details on your (expected) graduation date, details on your major, and list out any relevant or standout activities, grades, awards, and anything else that made you stand out from your peers.</w:t>
      </w:r>
    </w:p>
    <w:p>
      <w:pPr>
        <w:pStyle w:val="ListBullet"/>
      </w:pPr>
      <w:r>
        <w:t>Languages and Technologies section:make sure to add the things you are hands-on with. This should be on the front page.</w:t>
      </w:r>
    </w:p>
    <w:p>
      <w:pPr>
        <w:pStyle w:val="ListBullet"/>
      </w:pPr>
      <w:r>
        <w:t>Interests: it’s nice to add a thing or two that you enjoy doing in your free time. These can be conversation starters on interviews later.</w:t>
      </w:r>
    </w:p>
    <w:p>
      <w:pPr>
        <w:pStyle w:val="ListBullet"/>
      </w:pPr>
      <w:r>
        <w:t>Use an order for sections that highlights your strengths. Recruiters and hiring managers will look for the most relevant things to be towards the top of your resume—ones that indicate that you could be a good fit for the position. For most new grads, this order would often match the above order. However, you might decide to change it, when certain sections carry more weight, or are more relevant to the job you are applying for.</w:t>
      </w:r>
    </w:p>
    <w:p>
      <w:pPr>
        <w:spacing w:after="160" w:line="276" w:lineRule="auto"/>
      </w:pPr>
      <w:r>
        <w:t>Advice when applying to Big Tech: we’ll close with an opinionated set of advicefrom a threadshared by a grad recruiter at Fortune 100 on Twitter. These apply to all places that see hundreds applications per position, so to most of large tech company internships and new grad positions:</w:t>
      </w:r>
    </w:p>
    <w:p>
      <w:pPr>
        <w:pStyle w:val="ListBullet"/>
      </w:pPr>
      <w:r>
        <w:t>Don’t put your address.No one is sending you mail. Your location is only used to see if you’d need to be paid to have to relocate (if you’re within the country) or if you need a visa (if outside the country).</w:t>
      </w:r>
    </w:p>
    <w:p>
      <w:pPr>
        <w:pStyle w:val="ListBullet"/>
      </w:pPr>
      <w:r>
        <w:t>Don’t include an objective statement. It’s clear you’re applying to get an internship/job.</w:t>
      </w:r>
    </w:p>
    <w:p>
      <w:pPr>
        <w:pStyle w:val="ListBullet"/>
      </w:pPr>
      <w:r>
        <w:t>Only include your GPA/grades if they are high.Else this will count against you.</w:t>
      </w:r>
    </w:p>
    <w:p>
      <w:pPr>
        <w:pStyle w:val="ListBullet"/>
      </w:pPr>
      <w:r>
        <w:t>DO include a graduation dateand don’t put things like “2019-present”.</w:t>
      </w:r>
    </w:p>
    <w:p>
      <w:pPr>
        <w:pStyle w:val="ListBullet"/>
      </w:pPr>
      <w:r>
        <w:t>Use a PDF format, not something else.</w:t>
      </w:r>
    </w:p>
    <w:p>
      <w:pPr>
        <w:pStyle w:val="ListBullet"/>
      </w:pPr>
      <w:r>
        <w:t>Use numbersto demonstrate what you did over listing generic responsibilities.</w:t>
      </w:r>
    </w:p>
    <w:p>
      <w:pPr>
        <w:pStyle w:val="ListBullet"/>
      </w:pPr>
      <w:r>
        <w:t>Don’t waste time on a cover letterunless you can send it directly to the hiring manager/recruiter. There’s a high chance it won’t be read</w:t>
      </w:r>
    </w:p>
    <w:p>
      <w:pPr>
        <w:pStyle w:val="ListBullet"/>
      </w:pPr>
      <w:r>
        <w:t>Tailor your resume for the positionand use language that mirrors the job posting. With so many applications, you’ll want your resume to showcase that you’re a fit for what the job asks for.</w:t>
      </w:r>
    </w:p>
    <w:p>
      <w:pPr>
        <w:pStyle w:val="Heading2"/>
        <w:spacing w:before="320" w:after="120"/>
      </w:pPr>
      <w:r>
        <w:t>Structure with Work Experience</w:t>
      </w:r>
    </w:p>
    <w:p>
      <w:pPr>
        <w:spacing w:after="160" w:line="276" w:lineRule="auto"/>
      </w:pPr>
      <w:r>
        <w:t>When you are no longer freshly out of school, follow this structure to make your resume easy to review.</w:t>
      </w:r>
    </w:p>
    <w:p>
      <w:pPr>
        <w:pStyle w:val="ListBullet"/>
      </w:pPr>
      <w:r>
        <w:t>Work Experience at or near the top of the page. Your current title, company, and past few years of work experience is something the recruiter and hiring manager will want to glance at. Make it easy by adding it to the top, or close to it.</w:t>
      </w:r>
    </w:p>
    <w:p>
      <w:pPr>
        <w:pStyle w:val="ListBullet"/>
      </w:pPr>
      <w:r>
        <w:t>Have a Languages and Technologies section on the first pagethat lists the relevant technologies. List things which you are an expert or, at the very least, proficient at. They could be domains, languages, or frameworks that the job description mentions. Don’t bother listing non-relevant technologies, or listing your skill level.</w:t>
      </w:r>
    </w:p>
    <w:p>
      <w:pPr>
        <w:pStyle w:val="ListBullet"/>
      </w:pPr>
      <w:r>
        <w:t>If you have spent a long time at one workplace, list out the key projects you shipped and the titles you’ve held there. Have you been promoted? Treat it as a new “sub-work” section, listing the projects you did at that point.</w:t>
      </w:r>
    </w:p>
    <w:p>
      <w:pPr>
        <w:pStyle w:val="ListBullet"/>
      </w:pPr>
      <w:r>
        <w:t>Education details become less important with seniority. For education, slowly reduce the length of this section, as you have more work experience. With 1-3 years’ experience, it's fine to have details on it, but with 5+ years, you'll likely just want to have your degree, date of graduation, and no more than one standout achievement, if it's still relevant. Summa cum laude can probably stay. GPA, courses, activities should all disappear.</w:t>
      </w:r>
    </w:p>
    <w:p>
      <w:pPr>
        <w:pStyle w:val="ListBullet"/>
      </w:pPr>
      <w:r>
        <w:t>Spend less space on old positions.For people with 10+ years of experience, your work experience beyond 10 years is less interesting. What you did then is not representative of what you do now, and there's little point in listing obsolete technologies. Shorten these sections, and consider removing or skipping ones that are not relevant—especially if you were job-hopping a decade back. The resume should sell you, not show every place you ever worked at.</w:t>
      </w:r>
    </w:p>
    <w:p>
      <w:pPr>
        <w:pStyle w:val="ListBullet"/>
      </w:pPr>
      <w:r>
        <w:t>Extracurricular. Add patents, publications, talks, standout open source projects, published projects, and other areas that could grab attention. In the case of open source and published projects, aim to be specific on why they are important. Close with hobbies and interests to make it personal. Keep the list of hobbies and interests short.</w:t>
      </w:r>
    </w:p>
    <w:p>
      <w:pPr>
        <w:pStyle w:val="ListBullet"/>
      </w:pPr>
      <w:r>
        <w:t>Certifications. If you have certifications relevant to the job or the industry, list them below your work experience. Companies that work with governments that require certain professional certifications might place more focus on these areas. Also, be wary of the potential negative perception from listing a trivial-to-get certification—such as a LinkedIn programming language certification, which is a series of a dozen questions that can be repeated at any time.</w:t>
      </w:r>
    </w:p>
    <w:p>
      <w:pPr>
        <w:pStyle w:val="ListBullet"/>
      </w:pPr>
      <w:r>
        <w:t>Projects: the more work experience you have, the less relevant outside-work projects tend to become. If you have something that really stands out, consider listing it under extracurricular, linking so that people reading the resume can inspect it. Use the results, impact, and your contribution format to explain why the project was relevant and impactful.</w:t>
      </w:r>
    </w:p>
    <w:p>
      <w:pPr>
        <w:pStyle w:val="ListBullet"/>
      </w:pPr>
      <w:r>
        <w:t>Interests: depending on the length of your CV, you can add a few fun things to make your CV more “human”. If you stick with a one-page format and you’re short on space, you can skip this.</w:t>
      </w:r>
    </w:p>
    <w:p>
      <w:pPr>
        <w:pStyle w:val="Heading2"/>
        <w:spacing w:before="320" w:after="120"/>
      </w:pPr>
      <w:r>
        <w:t>Languages and Technologies</w:t>
      </w:r>
    </w:p>
    <w:p>
      <w:pPr>
        <w:spacing w:after="160" w:line="276" w:lineRule="auto"/>
      </w:pPr>
      <w:r>
        <w:t>“What languages and technologies is this person hands-on with?”This is one of the first questions recruiters and hiring managers have when they look at your resume. The easier it is to answer this question, looking at your resume, the better. There are a few common approaches in making this information clear— we’ll look at three different ones.</w:t>
      </w:r>
    </w:p>
    <w:p>
      <w:pPr>
        <w:spacing w:after="160" w:line="276" w:lineRule="auto"/>
      </w:pPr>
      <w:r>
        <w:t>Approach #1: Separate Languages and Technologies Section</w:t>
      </w:r>
    </w:p>
    <w:p>
      <w:pPr>
        <w:spacing w:after="160" w:line="276" w:lineRule="auto"/>
      </w:pPr>
      <w:r>
        <w:t>The most common approach is listing relevant technologies for the position that you are proficient in a separate section. People tend to give this section various titles: Skills, Tech, Tools, and many others. The name is less important; the contents are more so.</w:t>
      </w:r>
    </w:p>
    <w:p>
      <w:pPr>
        <w:spacing w:after="160" w:line="276" w:lineRule="auto"/>
      </w:pPr>
      <w:r>
        <w:t>By moving the languages and technologies you use to a separate section, you make it easy for the recruiter and hiring manager to verify what overlaps you have with the role. You shouldn’t only list the technologies on the job advert, of course: but you shouldn’t go overboard, either. Only list areas where you do have enough knowledge to do work day-to-day. I usually advise against listing the level of expertise, unless you have extremely deep knowledge of a relevant technology. I advise against using a points system as well. Also, avoid listing trivial technologies or ones that are niche, and have nothing to do with the job. Same goes with applications that are trivial to learn. As always, use good judgment.</w:t>
      </w:r>
    </w:p>
    <w:p>
      <w:pPr>
        <w:spacing w:after="160" w:line="276" w:lineRule="auto"/>
      </w:pPr>
      <w:r>
        <w:t>Even when having a separate section to call out relevant languages and technologies, do mention key technologies in your work experience when you talk about specifics. This information will reinforce that you have had hands-on experience with a specific language or a given framework.</w:t>
      </w:r>
    </w:p>
    <w:p>
      <w:pPr>
        <w:spacing w:after="160" w:line="276" w:lineRule="auto"/>
      </w:pPr>
      <w:r>
        <w:t>Before and after: languages and technologies</w:t>
      </w:r>
    </w:p>
    <w:p>
      <w:pPr>
        <w:spacing w:after="160" w:line="276" w:lineRule="auto"/>
      </w:pPr>
      <w:r>
        <w:t>This resume is sent for a job advert for a full stack position. The job advert listed that knowledge of at least one OO language is a must, ideally between JavaScript, Go, or Java. Experience with a popular frontend framework, ideally, React.js, is an advantage, as well as having designed APIs. While not in the job description, the engineering blog describes how this company runs most of its infrastructure off AWS.</w:t>
      </w:r>
    </w:p>
    <w:p>
      <w:pPr>
        <w:spacing w:after="160" w:line="276" w:lineRule="auto"/>
      </w:pPr>
      <w:r>
        <w:t>Before:</w:t>
      </w:r>
    </w:p>
    <w:p>
      <w:pPr>
        <w:spacing w:after="160" w:line="276" w:lineRule="auto"/>
      </w:pPr>
      <w:r>
        <w:t>This section is a dump of all the technologies this person has touched in the past. Some of the listed ones include ones that are implicitly assumed—if you’ve used Java, you likely know how to use an IDE like Eclipse. And some technologies have no relevance: Rational Rose is a tool rarely used outside academia, and phpMyAdmin as a skill raises the question if you can manage PHP without a GUI interface. For Trello and Word: is there anyone who doesn’t know how to use these?</w:t>
      </w:r>
    </w:p>
    <w:p>
      <w:pPr>
        <w:spacing w:after="160" w:line="276" w:lineRule="auto"/>
      </w:pPr>
      <w:r>
        <w:t>The person is also using terms like “expert” and “proficient”. This is a double-edged sword, as it implies that the person is not an expert in other languages. Also, talking with recruiters, the self-evaluation of people means little: several technical recruiters mentioned that people who rated themselves as an expert in a specific language would often get rejected based on not having enough depth, after being grilled in the depths of that language.</w:t>
      </w:r>
    </w:p>
    <w:p>
      <w:pPr>
        <w:spacing w:after="160" w:line="276" w:lineRule="auto"/>
      </w:pPr>
      <w:r>
        <w:t>As a rule of thumb, avoid listing your expertise level. Instead, list only languages that you feel proficient with, and list your strongest languages and technologies first.</w:t>
      </w:r>
    </w:p>
    <w:p>
      <w:pPr>
        <w:spacing w:after="160" w:line="276" w:lineRule="auto"/>
      </w:pPr>
      <w:r>
        <w:t>Improvement areas visualized:</w:t>
      </w:r>
    </w:p>
    <w:p>
      <w:pPr>
        <w:spacing w:after="160" w:line="276" w:lineRule="auto"/>
      </w:pPr>
      <w:r>
        <w:t>After:</w:t>
      </w:r>
    </w:p>
    <w:p>
      <w:pPr>
        <w:spacing w:after="160" w:line="276" w:lineRule="auto"/>
      </w:pPr>
      <w:r>
        <w:t>The revised version is far cleaner. The formatting uses tabs, making it easier to scan. The tools and applications that anyone can pick up in a matter of hours are removed. The list is more relevant for the job description, and the languages that this person was actually hands-on with.</w:t>
      </w:r>
    </w:p>
    <w:p>
      <w:pPr>
        <w:spacing w:after="160" w:line="276" w:lineRule="auto"/>
      </w:pPr>
      <w:r>
        <w:t>After talking with the person, it turned out that they have not used C++ or Perl in years, and they rated themselves as very rusty in these. Removing “old” languages makes sense both because they are not relevant. Also, languages that are no longer used can contribute to age bias - recruiters subconsciously assuming the person applying must either be old, or reluctant to pick up new languages.</w:t>
      </w:r>
    </w:p>
    <w:p>
      <w:pPr>
        <w:spacing w:after="160" w:line="276" w:lineRule="auto"/>
      </w:pPr>
      <w:r>
        <w:t>Approach #2: work experience conveying languages and technologies</w:t>
      </w:r>
    </w:p>
    <w:p>
      <w:pPr>
        <w:spacing w:after="160" w:line="276" w:lineRule="auto"/>
      </w:pPr>
      <w:r>
        <w:t>Another approach is to explicitly call out languages and technologies used at each of your positions, and not have a separate section for this. This approach helps convey the recency of the technologies you used, as opposed to having a big list of technologies—some of which you might not have used in a while.</w:t>
      </w:r>
    </w:p>
    <w:p>
      <w:pPr>
        <w:spacing w:after="160" w:line="276" w:lineRule="auto"/>
      </w:pPr>
      <w:r>
        <w:t>This approach helps convey the recency of knowledge in a particular technology. Hiring managers and technical recruiters will have a better understanding of how up-to-date you likely are with certain stacks. This approach can work better when applying for tech companies hiring generalist software engineers, where it can be an advantage to show that you have moved between languages and stacks in the past.</w:t>
      </w:r>
    </w:p>
    <w:p>
      <w:pPr>
        <w:spacing w:after="160" w:line="276" w:lineRule="auto"/>
      </w:pPr>
      <w:r>
        <w:t>Let’s look at a snippet from a resume using this approach:</w:t>
      </w:r>
    </w:p>
    <w:p>
      <w:pPr>
        <w:spacing w:after="160" w:line="276" w:lineRule="auto"/>
      </w:pPr>
      <w:r>
        <w:t>Weaving in the technologies into the descriptionsis an approach that can also work well. It makes for a more natural reading experience. I would suggest to be consistent in where you mention the technologies, to make these easy to spot. Here is an example of this approach:</w:t>
      </w:r>
    </w:p>
    <w:p>
      <w:pPr>
        <w:spacing w:after="160" w:line="276" w:lineRule="auto"/>
      </w:pPr>
      <w:r>
        <w:t>Approach #3: splitting out not-so-hands-on languages and technologies</w:t>
      </w:r>
    </w:p>
    <w:p>
      <w:pPr>
        <w:spacing w:after="160" w:line="276" w:lineRule="auto"/>
      </w:pPr>
      <w:r>
        <w:t>The downside of having a list of languages and technologies is that it does not differentiate between ones that you are hands-on with, and ones where you would need a refresher. In this case, adding technologies that you are a bit more rusty with—but differentiating these—can be an option.</w:t>
      </w:r>
    </w:p>
    <w:p>
      <w:pPr>
        <w:spacing w:after="160" w:line="276" w:lineRule="auto"/>
      </w:pPr>
      <w:r>
        <w:t>Here’s an example of this, where a person is applying for a position for a company that is heavy on Ruby. They’ve done this in the past and wouldn’t mind picking it up again, but their Ruby knowledge is not on the same level as JavaScript and Java, which they both use day-to-day.</w:t>
      </w:r>
    </w:p>
    <w:p>
      <w:pPr>
        <w:spacing w:after="160" w:line="276" w:lineRule="auto"/>
      </w:pPr>
      <w:r>
        <w:t>Tell a Story</w:t>
      </w:r>
    </w:p>
    <w:p>
      <w:pPr>
        <w:spacing w:after="160" w:line="276" w:lineRule="auto"/>
      </w:pPr>
      <w:r>
        <w:t>Your resume should tell a story backward in time that people can glance at and understand. Take a look at this “story”:</w:t>
      </w:r>
    </w:p>
    <w:p>
      <w:pPr>
        <w:spacing w:after="160" w:line="276" w:lineRule="auto"/>
      </w:pPr>
      <w:r>
        <w:t>It shows progression and clarity. This is the type of clarity you ideally want to convey. Here are a few things you can do to have a clear story:</w:t>
      </w:r>
    </w:p>
    <w:p>
      <w:pPr>
        <w:pStyle w:val="ListBullet"/>
      </w:pPr>
      <w:r>
        <w:t>Make promotions clearly visible. In the above example, it’s easy to see that this person was promoted while working at Skyscanner. Recruiters and hiring managers should see it as well. Getting promoted within a company is an important signal—it shows that you can succeed in creating impact and being recognized by your company. Good hiring managers pick up on this signal, especially because, as a developer, it’s often easier to job hop than get promoted within the organization.</w:t>
      </w:r>
    </w:p>
    <w:p>
      <w:pPr>
        <w:pStyle w:val="ListBullet"/>
      </w:pPr>
      <w:r>
        <w:t>Don’t always stick to your “formal” titles when they describe your role poorly. Some companies have developer titles that sound strange. Like in finance, the Associate title (for a software developer) or the Vice President title (for a senior software developer). If the position does not describe your role well, consider clarifying it and using a description that does. You can also add to it, to clarify the meaning. For example, if your title is Associate, you could write Software Developer (Associate). At a startup, I was “promoted” to take on the Community Manager role on top of being a developer. My title was officially changed to Community Manager. I still regret having my last job title on my resume saying Community Manager, instead of “Software Developer”, which was my actual job—and perhaps mentioning in the description that I extended my role to include community management.</w:t>
      </w:r>
    </w:p>
    <w:p>
      <w:pPr>
        <w:pStyle w:val="ListBullet"/>
      </w:pPr>
      <w:r>
        <w:t>Dec 2013 vs 2013: drop the monthsfor dates that are more than a few years old. In the above example, the dates section was especially easy to scan, as there were no months added. Would have they added more information, if they were there? Hardly. When you have more than 2-3 years’ experience, the people reading your resume won’t care about month-level details. They are noise. So remove this.</w:t>
      </w:r>
    </w:p>
    <w:p>
      <w:pPr>
        <w:pStyle w:val="ListBullet"/>
      </w:pPr>
      <w:r>
        <w:t>Omit work experience that doesn't support your story. I have seen people add non-technical jobs, including pizza delivery, to their profiles. I’ve also seen people with 15 years’ experience listing all 4 internships they had well over a decade ago. Focus on your story and only leave the relevant parts. Talk about yourrecentexperience much more in-depth than early ones.</w:t>
      </w:r>
    </w:p>
    <w:p>
      <w:pPr>
        <w:pStyle w:val="Heading2"/>
        <w:spacing w:before="320" w:after="120"/>
      </w:pPr>
      <w:r>
        <w:t>The Summary Section</w:t>
      </w:r>
    </w:p>
    <w:p>
      <w:pPr>
        <w:spacing w:after="160" w:line="276" w:lineRule="auto"/>
      </w:pPr>
      <w:r>
        <w:t>Many resumes start with a section titled “Summary” or “Profile”. People often add from a sentence to a paragraph of text. Here are a few examples:</w:t>
      </w:r>
    </w:p>
    <w:p>
      <w:pPr>
        <w:pStyle w:val="ListBullet"/>
      </w:pPr>
      <w:r>
        <w:t>An experienced and positive backend developer, who enjoys working on high-performing teams and contributing to open source. Looking for a remote position as a Go developer in a finance company that values open source, hard work and gives back to the community.</w:t>
      </w:r>
    </w:p>
    <w:p>
      <w:pPr>
        <w:pStyle w:val="ListBullet"/>
      </w:pPr>
      <w:r>
        <w:t>Solid yet versatile Software Engineer with more than 12 years experience in developing and leading projects. I hold a BSc in software engineering and am passionate about distributed systems.</w:t>
      </w:r>
    </w:p>
    <w:p>
      <w:pPr>
        <w:pStyle w:val="ListBullet"/>
      </w:pPr>
      <w:r>
        <w:t>I am a software engineer with 5 years’ experience, passionate about technology and microservices. Throughout my career I have built and managed systems from small to large in the automotive, media and restaurant industries. I have worked with product teams, implementing solutions in the cloud and working with several technologies and services.</w:t>
      </w:r>
    </w:p>
    <w:p>
      <w:pPr>
        <w:spacing w:after="160" w:line="276" w:lineRule="auto"/>
      </w:pPr>
      <w:r>
        <w:t>Here’s the thing: recruiters and hiring managers rarely read this section on the first scan, regardless of how much time and effort you put into it. They only do so when they have decided to proceed with your resume. For less experienced candidates, with a few years’ experience, I suggest to not have this section, unless you customize it for the job listing, highlighting things that showcase why you’re a great fit for the position. If your resume doesn’t catch the recruiter’s eye, they won’t read the summary section.</w:t>
      </w:r>
    </w:p>
    <w:p>
      <w:pPr>
        <w:spacing w:after="160" w:line="276" w:lineRule="auto"/>
      </w:pPr>
      <w:r>
        <w:t>An overly ambitious summary section can also backfire. Say you are applying for a developer position and you say in your summary section that you are looking for opportunities to lead. If the hiring manager is not looking for someone with leadership ambitions, they might not call with you, thinking they do not intend to offer this growth opportunity. However, had you left this part out of the summary section, you might have gone through, got the position, then naturally grown into a lead on the team, over time.</w:t>
      </w:r>
    </w:p>
    <w:p>
      <w:pPr>
        <w:spacing w:after="160" w:line="276" w:lineRule="auto"/>
      </w:pPr>
      <w:r>
        <w:t>When you do have a summary section, make it short, and add specific and practical information. For example, mention the years of experience you have, especially if this does not match up with when you graduated. Also, add highlights that showcase why you are a great fit for the position.</w:t>
      </w:r>
    </w:p>
    <w:p>
      <w:pPr>
        <w:spacing w:after="160" w:line="276" w:lineRule="auto"/>
      </w:pPr>
      <w:r>
        <w:t>Cases where the summary section can be helpful:</w:t>
      </w:r>
    </w:p>
    <w:p>
      <w:pPr>
        <w:pStyle w:val="ListBullet"/>
      </w:pPr>
      <w:r>
        <w:t>Senior/standout profilescan greatly benefit from a summary section or a few sentences giving context on your motivation, or what you are looking for. For these profiles, hiring managers will be eager to learn more, andwillactually read this section. For example, suppose you have four years of experience at a well-known tech company and are applying at a smaller one. In that case, the hiring manager will read the summary, where you might mention that you are looking for your next challenge within a high-growth environment, but somewhere smaller than where you currently are.</w:t>
      </w:r>
    </w:p>
    <w:p>
      <w:pPr>
        <w:pStyle w:val="ListBullet"/>
      </w:pPr>
      <w:r>
        <w:t>For fully remote positions, a summary that also mentions that you are only looking for remote positions or that you are highly adept at remote work. This can be useful for the hiring manager.</w:t>
      </w:r>
    </w:p>
    <w:p>
      <w:pPr>
        <w:pStyle w:val="ListBullet"/>
      </w:pPr>
      <w:r>
        <w:t>When changing roles compared to your last title, for example going back from manager to IC, use the summary section to indicate this. Again, your resume will stand out due to your last title, and the recruiter/hiring manager will be curious to know why you are applying. They will read the top-level summary—assuming you make this easy to spot.</w:t>
      </w:r>
    </w:p>
    <w:p>
      <w:pPr>
        <w:pStyle w:val="ListBullet"/>
      </w:pPr>
      <w:r>
        <w:t>With formatting that naturally lends itself to reading this section, and when the section is clear and concise. This is usually the case with resume templates that have lots of whitespace—so the tradeoff is your resume has less information on two pages.</w:t>
      </w:r>
    </w:p>
    <w:p>
      <w:pPr>
        <w:pStyle w:val="Heading2"/>
        <w:spacing w:before="320" w:after="120"/>
      </w:pPr>
      <w:r>
        <w:t>Structure for Senior and Above People</w:t>
      </w:r>
    </w:p>
    <w:p>
      <w:pPr>
        <w:spacing w:after="160" w:line="276" w:lineRule="auto"/>
      </w:pPr>
      <w:r>
        <w:t>When you have more than 10 years of experience and have worked at multiple companies, you start to stand out from the crowd of applicants. At this point, your resume will be read far more often by the hiring manager, and not just the recruiter. And hiring managers will want to understand more of your history, and what you could bring to the table.</w:t>
      </w:r>
    </w:p>
    <w:p>
      <w:pPr>
        <w:spacing w:after="160" w:line="276" w:lineRule="auto"/>
      </w:pPr>
      <w:r>
        <w:t>Here are a few ways you could consider “breaking” the previously suggested principles, to play to your strengths.</w:t>
      </w:r>
    </w:p>
    <w:p>
      <w:pPr>
        <w:spacing w:after="160" w:line="276" w:lineRule="auto"/>
      </w:pPr>
      <w:r>
        <w:t>Do list your major deliverables and accomplishments—and while the two-page limit is not a hard one, try not to go over this length.Keep your resume focused. The one-page resume is for grads, and the two-page resume for everyone else. This is the rule-of-thumb guidance for today’s tech resumes. But when you have more relevant experience to speak to, don’t necessarily be hung up on the two-page limit many guides recommend. List all your experiences that the hiring manager would find relevant—while balancing to stay concise.</w:t>
      </w:r>
    </w:p>
    <w:p>
      <w:pPr>
        <w:spacing w:after="160" w:line="276" w:lineRule="auto"/>
      </w:pPr>
      <w:r>
        <w:t>Consider having a summary section, where you briefly describe the standout part of your experience and what the company would get with you. Tailor this one for the job. While you could consider adding details about your motivation in applying for the position, I advise against this—talking about your motivation will be part of the hiring manager interview. Note that for senior developer positions, having a summary section will rarely be a tiebreaker. The rest of your resume will be.</w:t>
      </w:r>
    </w:p>
    <w:p>
      <w:pPr>
        <w:spacing w:after="160" w:line="276" w:lineRule="auto"/>
      </w:pPr>
      <w:r>
        <w:t>Do have separate resumes for management and IC positions. Experienced engineers can often move between tech lead, engineering manager, and senior engineering roles. And thismanager-engineer pendulumis a great thing. Some of the best staff engineers I’ve worked with have been managers beforehand. However, when crafting a resume, instead of a generic engineer/manager resume, create two separate ones. One should tell the story on why you want to go back to being an engineer in your next role, the other about why you’re a great fit as a manager.</w:t>
      </w:r>
    </w:p>
    <w:p>
      <w:pPr>
        <w:spacing w:after="160" w:line="276" w:lineRule="auto"/>
      </w:pPr>
      <w:r>
        <w:t>Companies rarely hire for hybrid roles. And if a hiring manager receives a resume that is a mix of a senior engineer and manager experience, with no clear story on where to go next, they will likely put it in the “unsure what to do with this one” pile. Tailor your resume and the story towards each type of position—and you’ll get callbacks far more often.</w:t>
      </w:r>
    </w:p>
    <w:p>
      <w:pPr>
        <w:spacing w:after="160" w:line="276" w:lineRule="auto"/>
      </w:pPr>
      <w:r>
        <w:t>Take this example on two resumes for the same person. One is targeted at going back to an independent contributor (IC), and the other on carrying on as a manager. This person is applying for different roles and is genuinely open to both options. They do miss coding day-to-day, but they would not mind staying on the leadership track given the right opportunity.</w:t>
      </w:r>
    </w:p>
    <w:p>
      <w:pPr>
        <w:spacing w:after="160" w:line="276" w:lineRule="auto"/>
      </w:pPr>
      <w:r>
        <w:t>Resume 1—going back to an individual contributor role:</w:t>
      </w:r>
    </w:p>
    <w:p>
      <w:pPr>
        <w:spacing w:after="160" w:line="276" w:lineRule="auto"/>
      </w:pPr>
      <w:r>
        <w:t>Resume 2—staying on the manager track:</w:t>
      </w:r>
    </w:p>
    <w:p>
      <w:pPr>
        <w:spacing w:after="160" w:line="276" w:lineRule="auto"/>
      </w:pPr>
      <w:r>
        <w:t>Note how the two resumes tell a very different story, even though all of the facts in them are 100% correct. They still belong to the same person: but this person focuses on different parts of their journey, with different end goals. A few things to highlight between the two resumes:</w:t>
      </w:r>
    </w:p>
    <w:p>
      <w:pPr>
        <w:pStyle w:val="ListBullet"/>
      </w:pPr>
      <w:r>
        <w:t>Summary tailored for the role.In each case, the summary tells the story of why this person would be a great fit for an individual contributor or an engineering manager position.</w:t>
      </w:r>
    </w:p>
    <w:p>
      <w:pPr>
        <w:pStyle w:val="ListBullet"/>
      </w:pPr>
      <w:r>
        <w:t>Titles amended to tell the story. The title of the person when working at OneDrive was Senior Engineer. However, in practice, they were leading a team from the first day. While the title Senior Engineer works well for the IC story, they amended this title to say “Team Lead, Senior Engineer” for the manager resume. This captures that they have not two, but more than four years of management experience.</w:t>
      </w:r>
    </w:p>
    <w:p>
      <w:pPr>
        <w:pStyle w:val="ListBullet"/>
      </w:pPr>
      <w:r>
        <w:t>Role highlights reflect on the career path. The contents of the Head of Engineering role have little overlap between the two descriptions. This is because, on the IC resume, the person focused on their IC achievements, and for the manager resume, they highlighted the manager achievements.</w:t>
      </w:r>
    </w:p>
    <w:p>
      <w:pPr>
        <w:spacing w:after="160" w:line="276" w:lineRule="auto"/>
      </w:pPr>
      <w:r>
        <w:t>When crafting different resumes, be very-very careful not to bend facts.Your resume will likely make its way around the company. I’ve heard recruiters talk about candidates who had up to 4 different versions of their resumes in the system: and the facts contradicted each other. Needless to say, this person was not invited to interviews after the team discovered that they seem to be fitting their resume to the job adverts, adding things that don’t add up.</w:t>
      </w:r>
    </w:p>
    <w:p>
      <w:pPr>
        <w:pStyle w:val="Heading2"/>
        <w:spacing w:before="320" w:after="120"/>
      </w:pPr>
      <w:r>
        <w:t>Recap: Actions to Improve Your Resume</w:t>
      </w:r>
    </w:p>
    <w:p>
      <w:pPr>
        <w:spacing w:after="160" w:line="276" w:lineRule="auto"/>
      </w:pPr>
      <w:r>
        <w:t>In this chapter, we’ve covered the recommended structure of your resume, based on your experience. You want to convey the most relevant details that recruiters and hiring managers care about on the first page. Telling a story, tailoring a summary section, and listing the relevant languages and technologies are all traits of well-structured resumes.</w:t>
      </w:r>
    </w:p>
    <w:p>
      <w:pPr>
        <w:spacing w:after="160" w:line="276" w:lineRule="auto"/>
      </w:pPr>
      <w:r>
        <w:t>To further improve your resume, consider doing the following checks:</w:t>
      </w:r>
    </w:p>
    <w:p>
      <w:pPr>
        <w:pStyle w:val="ListNumber"/>
      </w:pPr>
      <w:r>
        <w:t>Make sure the sections in your resume come in priority orderbased on your experience level. Have the key details come first: like languages and technologies, work experience and/or education, then projects and other sections. Based on how much experience you have, you might want to switch up the order.</w:t>
      </w:r>
    </w:p>
    <w:p>
      <w:pPr>
        <w:pStyle w:val="ListNumber"/>
      </w:pPr>
      <w:r>
        <w:t>Are you listing relevant languages and technologies?Are you listing the technologies and languages you are comfortable with and those relevant for the role? Are you omitting ones that have no connection with it? Remember that adding an expertise level is not helpful: if anything, use the listing order to highlight ones you are more comfortable with.</w:t>
      </w:r>
    </w:p>
    <w:p>
      <w:pPr>
        <w:pStyle w:val="ListNumber"/>
      </w:pPr>
      <w:r>
        <w:t>Are you telling a storywith your background? Do your titles show progression? Are you visualizing any promotions that you have? Have you clarified non-standard titles? Did you omit work experience that doesn’t support your professional story?</w:t>
      </w:r>
    </w:p>
    <w:p>
      <w:pPr>
        <w:pStyle w:val="ListNumber"/>
      </w:pPr>
      <w:r>
        <w:t>Is your summary section tailored to the position?Assuming you added a summary section, is it concise enough, and does it reflect on the position? Does it talk about specifics, rather than using generic statements?</w:t>
      </w:r>
    </w:p>
    <w:p>
      <w:pPr>
        <w:pStyle w:val="ListNumber"/>
      </w:pPr>
      <w:r>
        <w:t>Are you sharing too many or too few details on your most recent and older work experiences?Your most recent work experience sections should have more details than those further away. Make sure that you adjust the detail to how likely it is that a hiring manager would be interested in these. For details 10-15 years ago, you can start to be concise, or even drop some.</w:t>
      </w:r>
    </w:p>
    <w:p>
      <w:pPr>
        <w:pStyle w:val="ListNumber"/>
      </w:pPr>
      <w:r>
        <w:t>Are dates really easy to read?Is formatting consistent across dates? Do you show the right level of detail, omitting months from years back? Can you improve the dates, making them easier to scan, without dropping key details?</w:t>
      </w:r>
    </w:p>
    <w:p>
      <w:pPr>
        <w:pStyle w:val="ListNumber"/>
      </w:pPr>
      <w:r>
        <w:t>Is your resume length in line with your experience?If you are starting out, can you fit everything on one page? With a few years’ experience, are you fitting in two pages? For leadership positions or ones with over a decade of experience, are you happy with the length? This length should not go above 3 pages, even in cases where you have lots of relevant experience.</w:t>
      </w:r>
    </w:p>
    <w:p>
      <w:r>
        <w:br w:type="page"/>
      </w:r>
    </w:p>
    <w:p>
      <w:pPr>
        <w:pStyle w:val="Heading1"/>
        <w:spacing w:before="480" w:after="280"/>
      </w:pPr>
      <w:r>
        <w:rPr>
          <w:b/>
          <w:color w:val="008A60"/>
          <w:sz w:val="28"/>
        </w:rPr>
        <w:t>Chapter 09</w:t>
        <w:br/>
      </w:r>
      <w:r>
        <w:rPr>
          <w:b/>
          <w:color w:val="0F172A"/>
          <w:sz w:val="40"/>
        </w:rPr>
        <w:t>Chapter 5: Standing Out</w:t>
      </w:r>
    </w:p>
    <w:p>
      <w:pPr>
        <w:spacing w:after="160" w:line="276" w:lineRule="auto"/>
      </w:pPr>
      <w:r>
        <w:t>Your resume will be one of the many applications a recruiter scans through. How do you stand out from the dozens of other applications?</w:t>
      </w:r>
    </w:p>
    <w:p>
      <w:pPr>
        <w:spacing w:after="160" w:line="276" w:lineRule="auto"/>
      </w:pPr>
      <w:r>
        <w:t>If you have a resume that reads very generic, you will not grab much attention. A resume where the hiring manager would have trouble recalling anything specific about your experience, even after carefully reading everything you wrote. A resume where each of your work experiences has an almost identical description of what you did: you built things with technologies and shipped projects that were supposedly important.</w:t>
      </w:r>
    </w:p>
    <w:p>
      <w:pPr>
        <w:spacing w:after="160" w:line="276" w:lineRule="auto"/>
      </w:pPr>
      <w:r>
        <w:t>In this chapter, we’ll cover how you can have your resume stand out by being specific about the work you did. How using numbers can make your work experience shine and grab the attention of hiring managers. We’ll also go through other ways to stand out, like tailoring your resume to the job posting, and how different companies look for different things.</w:t>
      </w:r>
    </w:p>
    <w:p>
      <w:pPr>
        <w:spacing w:after="160" w:line="276" w:lineRule="auto"/>
      </w:pPr>
      <w:r>
        <w:t>Let’s get started by how to talk better about the impact of your work.</w:t>
      </w:r>
    </w:p>
    <w:p>
      <w:pPr>
        <w:pStyle w:val="Heading2"/>
        <w:spacing w:before="320" w:after="120"/>
      </w:pPr>
      <w:r>
        <w:t>Results, Impact and Your Contribution</w:t>
      </w:r>
    </w:p>
    <w:p>
      <w:pPr>
        <w:spacing w:after="160" w:line="276" w:lineRule="auto"/>
      </w:pPr>
      <w:r>
        <w:t>When listing your work and project experiences, focus on what you achieved, as opposed to what you did. For the achievements, try to quantify these with the impact and (business) results. A framework you could use is “Accomplished {impact} as measured by {number} by doing {specific contribution}”. This is similar tothe structure Google encouragesfor resumes. You don't need to use the exact same wording. However, do make the impact clear, what your contribution was, and add specifics where you can.</w:t>
      </w:r>
    </w:p>
    <w:p>
      <w:pPr>
        <w:spacing w:after="160" w:line="276" w:lineRule="auto"/>
      </w:pPr>
      <w:r>
        <w:t>You want to convey that you are self-sufficient, that your work made a difference on your team, and that you are aware of your work's impact. To do so, edit your accomplishments with these points in mind:</w:t>
      </w:r>
    </w:p>
    <w:p>
      <w:pPr>
        <w:pStyle w:val="ListBullet"/>
      </w:pPr>
      <w:r>
        <w:t>Use numbers. Quantify your impact wherever you can. Most resumes do not contain numbers: if you add these specifics, you will stand out. Instead of saying“Built a tool widely adopted by the company”, say“Led a team of 3 developers to build a dependency injection framework that was adopted by 15 teams and all 50+ developers at the company”. Numbers can be several things: number of people on the team, lines of code, code coverage % before and after, SLA changes, revenue generated by the project. They can be number of users, number of installs, number of five-star ratings, number of customer support tickets you proactively resolved, and many others.</w:t>
      </w:r>
    </w:p>
    <w:p>
      <w:pPr>
        <w:pStyle w:val="ListBullet"/>
      </w:pPr>
      <w:r>
        <w:t>Use active languagethat shows what you havedoneand how you have been proactive. Use active verbs like “led”, “managed”, “drove”, “improved”, “rolled out” over passive ones like “improving” or “rolling out”.</w:t>
      </w:r>
    </w:p>
    <w:p>
      <w:pPr>
        <w:pStyle w:val="ListBullet"/>
      </w:pPr>
      <w:r>
        <w:t>Mention specific languages and technologiesthat you used towards the end of your description. Impact and your contribution are more important to convey than the technologies. However, it’s worth calling out what tools you’ve used. Mentioning technologies in this context is more powerful for hiring managers and interviewers who are reading your resume in detail. Make sure that these technologies overlap with the ones you listed in your standalone Languages &amp; Technologies section in your resume.</w:t>
      </w:r>
    </w:p>
    <w:p>
      <w:pPr>
        <w:spacing w:after="160" w:line="276" w:lineRule="auto"/>
      </w:pPr>
      <w:r>
        <w:t>You stand out from the crowd by talking about the impact of your work and how you contributed to it, not just what you did or were responsible for. The more senior you are, the more of an expectation this is, but doing so will make you stand out in all cases. Your resume should showcase how you have consciously and proactively added value through your actions. People who do this are the ones sought after—developers who follow directions are a dime a dozen.</w:t>
      </w:r>
    </w:p>
    <w:p>
      <w:pPr>
        <w:spacing w:after="160" w:line="276" w:lineRule="auto"/>
      </w:pPr>
      <w:r>
        <w:t>Talking about impact and your accomplishments is one of the most underrated approaches in developer resumes. Several senior developers have come to the same conclusion:</w:t>
      </w:r>
    </w:p>
    <w:p>
      <w:pPr>
        <w:pStyle w:val="ListBullet"/>
      </w:pPr>
      <w:r>
        <w:t>“Effective resumes need to contain two things: responsibilities and accomplishments. The first tells the reader what your job was; the second, what your results were. Unfortunately, most people fail at the accomplishments part.”From the articleWhat accomplishments sound like on software engineering resumesby developer and co-creator of Django Jacob-Kaplan Moss.</w:t>
      </w:r>
    </w:p>
    <w:p>
      <w:pPr>
        <w:pStyle w:val="ListBullet"/>
      </w:pPr>
      <w:r>
        <w:t>Are you an Implementer, a Solver, or a Finder? Senior engineers are not implementers, and your resume should convey that you are a Solver or a Finder, argues software developer Itamar Turner-Trauring in the articleTo get a better programming job, explain your problem-solving skills.</w:t>
      </w:r>
    </w:p>
    <w:p>
      <w:pPr>
        <w:pStyle w:val="ListBullet"/>
      </w:pPr>
      <w:r>
        <w:t>“Your goal should be to have at least one number in each bullet point, supporting the story that the text tells. So few resumes have any sort of numbers or statistics on them, you'll put your resume ahead of 90% of the other applicants' resumes.”inTrack your professional stats like a pro athlete to give your resume power, an article by manager, lead and software engineer Andy Lester and author ofLand the Tech Job You Love.</w:t>
      </w:r>
    </w:p>
    <w:p>
      <w:pPr>
        <w:spacing w:after="160" w:line="276" w:lineRule="auto"/>
      </w:pPr>
      <w:r>
        <w:t>Before and after: results and impact</w:t>
      </w:r>
    </w:p>
    <w:p>
      <w:pPr>
        <w:spacing w:after="160" w:line="276" w:lineRule="auto"/>
      </w:pPr>
      <w:r>
        <w:t>Before:</w:t>
      </w:r>
    </w:p>
    <w:p>
      <w:pPr>
        <w:spacing w:after="160" w:line="276" w:lineRule="auto"/>
      </w:pPr>
      <w:r>
        <w:t>While this description is not that bad, it does not talk about specifics that someone who has not worked at the company could understand. It also had no numbers. While a colleague might know what the MyTrinn platform is, and how challenging the work could have been, the recruiter/hiring manager would have no idea. The last sentence isn’t that bad, but it makes it seem like this role was assigned to the person, and the impact of this refactoring is not clear. Finally, the original description reads sloppy by closing the sentence with “etc”.</w:t>
      </w:r>
    </w:p>
    <w:p>
      <w:pPr>
        <w:spacing w:after="160" w:line="276" w:lineRule="auto"/>
      </w:pPr>
      <w:r>
        <w:t>Improvement areas visualized:</w:t>
      </w:r>
    </w:p>
    <w:p>
      <w:pPr>
        <w:spacing w:after="160" w:line="276" w:lineRule="auto"/>
      </w:pPr>
      <w:r>
        <w:t>After:</w:t>
      </w:r>
    </w:p>
    <w:p>
      <w:pPr>
        <w:spacing w:after="160" w:line="276" w:lineRule="auto"/>
      </w:pPr>
      <w:r>
        <w:t>The “after” version adds specifics and describes what this person has done. Specifics include numbers, actions, and specific technologies. This re-edited version conveys that the person applying has moved the needle for the business, can get things done, and it mentions some specific technologies used on the project.</w:t>
      </w:r>
    </w:p>
    <w:p>
      <w:pPr>
        <w:pStyle w:val="Heading2"/>
        <w:spacing w:before="320" w:after="120"/>
      </w:pPr>
      <w:r>
        <w:t>Don't Be Humble</w:t>
      </w:r>
    </w:p>
    <w:p>
      <w:pPr>
        <w:spacing w:after="160" w:line="276" w:lineRule="auto"/>
      </w:pPr>
      <w:r>
        <w:t>Your resume should sell the professional “you” for the position you are applying for. Don’t claim untrue things, but do aim to paint a great picture of yourself for the audience: the recruiter and the hiring manager.</w:t>
      </w:r>
    </w:p>
    <w:p>
      <w:pPr>
        <w:pStyle w:val="ListBullet"/>
      </w:pPr>
      <w:r>
        <w:t>Talk about yourself, not your team. Avoid using “we”and use the first person instead (in most cases, you can drop the “I”). The resume is about you, and what you have brought to the table in the past. And what the company would get by moving forward with you. Note for non-native English speakers that talking about the “we” is the norm when talking about achievements in some languages. Drop this—in an English resume you should always go with the first-person approach.</w:t>
      </w:r>
    </w:p>
    <w:p>
      <w:pPr>
        <w:pStyle w:val="ListBullet"/>
      </w:pPr>
      <w:r>
        <w:t>Be concise butnothumble.Don’t hide your achievements—and when in doubt, inflating them on the borderline will hurt less than hiding them. Your CV needs to make you stand out from an already competitive crowd.</w:t>
      </w:r>
    </w:p>
    <w:p>
      <w:pPr>
        <w:pStyle w:val="ListBullet"/>
      </w:pPr>
      <w:r>
        <w:t>Make your side projects &amp; open-source contributions shine. If you built impressive projects or have great open source contributions, bring attention to these in those sections of your resume. Follow the results-impact-contribution model in calling this out, where you can, as opposed to just linking to your Github profile with no explanation or an app you’ve built. If you don’t sell it, the person reading the CV might not look at it in detail.</w:t>
      </w:r>
    </w:p>
    <w:p>
      <w:pPr>
        <w:pStyle w:val="ListBullet"/>
      </w:pPr>
      <w:r>
        <w:t>Do talk about extracurricular activities adjacent to tech, at the end of your resume. Talk about what their impact was, how they were difficult, and link to high-quality resources that you have created. For example, if you’ve organized a meetup with 100 participants, mention this. If you have a technical blog, link a specific, high-quality article the reader can read. Many resumes are dry, and showing off high-quality or standout activities can make a good resume even better. Be mindful of listing neutral extracurricular activities: ones that won’t trigger bias. For example, when applying for a position in Manchester, UK, listing that you enjoy supporting Chelsea on their away games could trigger unconscious bias, as silly as it might sound.</w:t>
      </w:r>
    </w:p>
    <w:p>
      <w:pPr>
        <w:pStyle w:val="ListBullet"/>
      </w:pPr>
      <w:r>
        <w:t>Mention your learnings. It is relevant to read about why and how you picked up a skill, how it impacted a current role or what you would like to achieve with this in the future. This is information that hands-on recruiters and hiring managers value hearing about, and it also makes the resume more valuable. For example, do mention if you picked up a technology to speed up a project, to stretch yourself, or other reasons. Learning new and useful skills proactively is a positive trait that hiring managers will appreciate. As a hiring manager, I wish I would see more of these learnings mentioned on resumes.</w:t>
      </w:r>
    </w:p>
    <w:p>
      <w:pPr>
        <w:pStyle w:val="ListBullet"/>
      </w:pPr>
      <w:r>
        <w:t>Don’t highlight negativesfrom past experiences. While you should not claim things that are not true, you don’t need to list things that don’t show you in a good light. Failed projects, low GPA scores and other things that come across as negative: you can safely leave these out.</w:t>
      </w:r>
    </w:p>
    <w:p>
      <w:pPr>
        <w:spacing w:after="160" w:line="276" w:lineRule="auto"/>
      </w:pPr>
      <w:r>
        <w:t>Before and after: don’t be humble</w:t>
      </w:r>
    </w:p>
    <w:p>
      <w:pPr>
        <w:spacing w:after="160" w:line="276" w:lineRule="auto"/>
      </w:pPr>
      <w:r>
        <w:t>Before:</w:t>
      </w:r>
    </w:p>
    <w:p>
      <w:pPr>
        <w:spacing w:after="160" w:line="276" w:lineRule="auto"/>
      </w:pPr>
      <w:r>
        <w:t>These are the main issues with this version:</w:t>
      </w:r>
    </w:p>
    <w:p>
      <w:pPr>
        <w:pStyle w:val="ListBullet"/>
      </w:pPr>
      <w:r>
        <w:t>Work experience: much of this undersells the candidate. There are multiple references to the team over the person. It talks passively (“team member”, “took part”) and adds squinting modifiers that make it seem like this person had little contribution (“sometimes”, “occasionally”).</w:t>
      </w:r>
    </w:p>
    <w:p>
      <w:pPr>
        <w:pStyle w:val="ListBullet"/>
      </w:pPr>
      <w:r>
        <w:t>Volunteer experience. In the “before” example, the candidate put quite a few details on their volunteer work: while this is not bad, it lacks data, and is verbose.</w:t>
      </w:r>
    </w:p>
    <w:p>
      <w:pPr>
        <w:pStyle w:val="ListBullet"/>
      </w:pPr>
      <w:r>
        <w:t>bareGo: the description is quite casual (“this project is usually…”) and it doesn’t answer the question on why this project is interesting or challenging.</w:t>
      </w:r>
    </w:p>
    <w:p>
      <w:pPr>
        <w:pStyle w:val="ListBullet"/>
      </w:pPr>
      <w:r>
        <w:t>RESTAPI project: this project has a very generic description. It could hide a “Hello World”-like simple project, or a complex and interesting implementation.</w:t>
      </w:r>
    </w:p>
    <w:p>
      <w:pPr>
        <w:spacing w:after="160" w:line="276" w:lineRule="auto"/>
      </w:pPr>
      <w:r>
        <w:t>Improvement areas visualized:</w:t>
      </w:r>
    </w:p>
    <w:p>
      <w:pPr>
        <w:spacing w:after="160" w:line="276" w:lineRule="auto"/>
      </w:pPr>
      <w:r>
        <w:t>After:</w:t>
      </w:r>
    </w:p>
    <w:p>
      <w:pPr>
        <w:spacing w:after="160" w:line="276" w:lineRule="auto"/>
      </w:pPr>
      <w:r>
        <w:t>The “after” version addresses several issues:</w:t>
      </w:r>
    </w:p>
    <w:p>
      <w:pPr>
        <w:pStyle w:val="ListBullet"/>
      </w:pPr>
      <w:r>
        <w:t>The projects mention more specifics, such as the impact, numbers, and technologies used.</w:t>
      </w:r>
    </w:p>
    <w:p>
      <w:pPr>
        <w:pStyle w:val="ListBullet"/>
      </w:pPr>
      <w:r>
        <w:t>Learnings are mentioned about why this person picked up a new technology like Groovy and Scala, what they achieved and hope to achieve with it.</w:t>
      </w:r>
    </w:p>
    <w:p>
      <w:pPr>
        <w:pStyle w:val="ListBullet"/>
      </w:pPr>
      <w:r>
        <w:t>The volunteer section is far more focused on what the candidate did, and what the results were. “I built up a local group of 500 developers, organized 30+ events and hackathons”. It also left out partnerships—that did not add much to the resume—and instead, pointed to press coverage that gives further credibility to this activity.</w:t>
      </w:r>
    </w:p>
    <w:p>
      <w:pPr>
        <w:pStyle w:val="ListBullet"/>
      </w:pPr>
      <w:r>
        <w:t>The bareGo project now talks about the goal of the project, and the complex problems it solves, calling out the approach. As a hiring manager, I’m ready to click on it to check it out.</w:t>
      </w:r>
    </w:p>
    <w:p>
      <w:pPr>
        <w:pStyle w:val="ListBullet"/>
      </w:pPr>
      <w:r>
        <w:t>RESTAPI with Node also described the project well. It adds more details on the complexity behind the project</w:t>
      </w:r>
    </w:p>
    <w:p>
      <w:pPr>
        <w:pStyle w:val="ListBullet"/>
      </w:pPr>
      <w:r>
        <w:t>by listing the not-so-trivial elements like HATEOAS (Hypermedia as the Engine of Application State) and Content Negotiation. Again, this description definitely grabs any technical hiring manager’s interest.</w:t>
      </w:r>
    </w:p>
    <w:p>
      <w:pPr>
        <w:pStyle w:val="Heading2"/>
        <w:spacing w:before="320" w:after="120"/>
      </w:pPr>
      <w:r>
        <w:t>Write a Resume for That Job</w:t>
      </w:r>
    </w:p>
    <w:p>
      <w:pPr>
        <w:spacing w:after="160" w:line="276" w:lineRule="auto"/>
      </w:pPr>
      <w:r>
        <w:t>If you have no problem getting recruiter calls with your resume, that’s great news. It either means that your profile is a standout one, or that you have little competition in the roles that you apply for.</w:t>
      </w:r>
    </w:p>
    <w:p>
      <w:pPr>
        <w:spacing w:after="160" w:line="276" w:lineRule="auto"/>
      </w:pPr>
      <w:r>
        <w:t>However, for most advertised positions, there are far more qualified job seekers for every tech position than there is headcount. This is great news for recruiters who are seeing lots of inbounds. However, it means you need to put in more work for your resume to grab their attention. To make your resume stand out, you need to write it forthat specificjob description.</w:t>
      </w:r>
    </w:p>
    <w:p>
      <w:pPr>
        <w:spacing w:after="160" w:line="276" w:lineRule="auto"/>
      </w:pPr>
      <w:r>
        <w:t>Create a “master” version of your resume that lists out lots of details in your work experience and projects sections. Use the results, impact and contribution language. Don't worry if this version goes beyond two pages—as long as you’ll be able to trim it down for each job description.</w:t>
      </w:r>
    </w:p>
    <w:p>
      <w:pPr>
        <w:spacing w:after="160" w:line="276" w:lineRule="auto"/>
      </w:pPr>
      <w:r>
        <w:t>Then, create a version of your resume for the specific job description, re-editing it so it uses similar language to what is in the job details. Remove examples that don’t help you with this position, or move them out of the way. If a job description is for an Android role with a focus on Kotlin and you have Android, Kotlin, and web experience, make sure your resume shows your Android and Kotlin contributions—and perhaps move the web experience further down.</w:t>
      </w:r>
    </w:p>
    <w:p>
      <w:pPr>
        <w:spacing w:after="160" w:line="276" w:lineRule="auto"/>
      </w:pPr>
      <w:r>
        <w:t>Before and after: writing a resume for that job</w:t>
      </w:r>
    </w:p>
    <w:p>
      <w:pPr>
        <w:spacing w:after="160" w:line="276" w:lineRule="auto"/>
      </w:pPr>
      <w:r>
        <w:t>Take this excerpt from a job description at Amazon. I added the highlights to point out keywords and key areas that are opportunities to mirror in your resume—assuming you do have experience in these areas. These highlighted phrases are ones that you might consider reflecting on, in your resume.</w:t>
      </w:r>
    </w:p>
    <w:p>
      <w:pPr>
        <w:spacing w:after="160" w:line="276" w:lineRule="auto"/>
      </w:pPr>
      <w:r>
        <w:t>Before:</w:t>
      </w:r>
    </w:p>
    <w:p>
      <w:pPr>
        <w:spacing w:after="160" w:line="276" w:lineRule="auto"/>
      </w:pPr>
      <w:r>
        <w:t>This is not bad—but it is clear how this description is a generic one. It does not reflect on the job description at all. Let’s make it specific for the Amazon listing. Highlights mark the updated phrasing that now mirrors the job description language better. Note that the content of the resume is exactly the same. After the changes, however, it reflects the language that this specific company or job listing uses.</w:t>
      </w:r>
    </w:p>
    <w:p>
      <w:pPr>
        <w:spacing w:after="160" w:line="276" w:lineRule="auto"/>
      </w:pPr>
      <w:r>
        <w:t>After:</w:t>
      </w:r>
    </w:p>
    <w:p>
      <w:pPr>
        <w:spacing w:after="160" w:line="276" w:lineRule="auto"/>
      </w:pPr>
      <w:r>
        <w:t>The person behind the profile is still the same. However, a recruiter that reads both versions will more likely move ahead with the second, tailored version.</w:t>
      </w:r>
    </w:p>
    <w:p>
      <w:pPr>
        <w:pStyle w:val="Heading2"/>
        <w:spacing w:before="320" w:after="120"/>
      </w:pPr>
      <w:r>
        <w:t>Different Companies, Different Focus</w:t>
      </w:r>
    </w:p>
    <w:p>
      <w:pPr>
        <w:spacing w:after="160" w:line="276" w:lineRule="auto"/>
      </w:pPr>
      <w:r>
        <w:t>Top tech companies care far less about the specific languages used, but they do care about software engineering skills. Consultancies and agencies are more interested in very specific technologies and years of experience with those technologies. Tailor your resume for each.</w:t>
      </w:r>
    </w:p>
    <w:p>
      <w:pPr>
        <w:spacing w:after="160" w:line="276" w:lineRule="auto"/>
      </w:pPr>
      <w:r>
        <w:t>Depending on what type of company and what type of developer role you are applying to, recruiters and hiring managers usually pay attention to different parts in your resume. This has to do with the type of people these companies are hiring, and if the role has any specialization. The most common type of companies and roles are these.</w:t>
      </w:r>
    </w:p>
    <w:p>
      <w:pPr>
        <w:spacing w:after="160" w:line="276" w:lineRule="auto"/>
      </w:pPr>
      <w:r>
        <w:t>Tech companies hiring generalist software engineers</w:t>
      </w:r>
    </w:p>
    <w:p>
      <w:pPr>
        <w:spacing w:after="160" w:line="276" w:lineRule="auto"/>
      </w:pPr>
      <w:r>
        <w:t>The “big” tech companies, and fast-growing venture-funded companies, almost always look for developers who are generalists. This is because their tech stack can be varied and change quickly. These companies look for good understanding of at least one programming language, and good knowledge of algorithms, data structures and—for senior candidates—designing systems.</w:t>
      </w:r>
    </w:p>
    <w:p>
      <w:pPr>
        <w:spacing w:after="160" w:line="276" w:lineRule="auto"/>
      </w:pPr>
      <w:r>
        <w:t>A typical job description for this kind of a position could read something like this:</w:t>
      </w:r>
    </w:p>
    <w:p>
      <w:pPr>
        <w:spacing w:after="160" w:line="276" w:lineRule="auto"/>
      </w:pPr>
      <w:r>
        <w:t>To grab the attention for recruiters at these companies, aim to follow these principles:</w:t>
      </w:r>
    </w:p>
    <w:p>
      <w:pPr>
        <w:pStyle w:val="ListBullet"/>
      </w:pPr>
      <w:r>
        <w:t>Do mention programming languagesyou are proficient with,especiallyones that the job description mentions. Knowing a few languages gives a good indication that you’ll be able to pick new ones up on the job, something that is common at these places.</w:t>
      </w:r>
    </w:p>
    <w:p>
      <w:pPr>
        <w:pStyle w:val="ListBullet"/>
      </w:pPr>
      <w:r>
        <w:t>Do tailor your resume to the job description, mentioning areas the job description asks for, assuming you are proficient with it. Data structures and algorithms, computer science fundamentals, object-oriented design, distributed systems, and anything with scale and numbers to prove it are usually the type of experience that catch recruiters’ eyes at these places.</w:t>
      </w:r>
    </w:p>
    <w:p>
      <w:pPr>
        <w:pStyle w:val="ListBullet"/>
      </w:pPr>
      <w:r>
        <w:t>Do focus on impact, and engineering metricsof your work. Strong resumes at these places tend to mention things like RPS for systems people have built, test coverage % increases, cost savings on infrastructure, number of users, number of customer teams, latency reductions and others.</w:t>
      </w:r>
    </w:p>
    <w:p>
      <w:pPr>
        <w:pStyle w:val="ListBullet"/>
      </w:pPr>
      <w:r>
        <w:t>Do mention open source frameworks by the companythat you are familiar with, use, or contribute to. Many of these companies contribute heavily to open source, and you can stand out by being proficient users of some of these—especially when they are lesser-known frameworks.</w:t>
      </w:r>
    </w:p>
    <w:p>
      <w:pPr>
        <w:pStyle w:val="ListBullet"/>
      </w:pPr>
      <w:r>
        <w:t>Don’t list too many technologies, frameworks, tools, databases and others. At these places, hiring managers assume that you can pick up any of these quickly. Also, recruiters are far more sensitive to keyword stuffing: it reduces the value of your resume.</w:t>
      </w:r>
    </w:p>
    <w:p>
      <w:pPr>
        <w:pStyle w:val="ListBullet"/>
      </w:pPr>
      <w:r>
        <w:t>Don’t list trivial toolsthat require little to no engineering knowledge, or that are tied to a given technology. You’ll get a frown from hiring managers when they see Trello or JIRA mentioned. You don’t need to be a software engineer to know these.</w:t>
      </w:r>
    </w:p>
    <w:p>
      <w:pPr>
        <w:spacing w:after="160" w:line="276" w:lineRule="auto"/>
      </w:pPr>
      <w:r>
        <w:t>Companies hiring forthatspecific technology</w:t>
      </w:r>
    </w:p>
    <w:p>
      <w:pPr>
        <w:spacing w:after="160" w:line="276" w:lineRule="auto"/>
      </w:pPr>
      <w:r>
        <w:t>Non-tech-first companies and smaller companies often hire for a specific technology. The tech stack at these places is already set, and very unlikely to change over the next few years. You’ll be able to tell that you are looking at aspecific technologies companyfrom the job description that lists technologies required extensively. These technologies will be the exact stack the company works with—and the stack they are looking to hire for. Here is a typical job description for such a company:</w:t>
      </w:r>
    </w:p>
    <w:p>
      <w:pPr>
        <w:spacing w:after="160" w:line="276" w:lineRule="auto"/>
      </w:pPr>
      <w:r>
        <w:t>The job descriptions for these places are also more traditional, mentioning things like “duties and responsibilities” or “technical expertise” and “delivering code”. To grab the attention for recruiters for these companies, follow these principles with your resume:</w:t>
      </w:r>
    </w:p>
    <w:p>
      <w:pPr>
        <w:pStyle w:val="ListBullet"/>
      </w:pPr>
      <w:r>
        <w:t>Do mention all relevant technologies in the job descriptionthat you are comfortable with—even if you might not be fully proficient with all of them. Many of these companies work with recruiters who are not as technical, and screen for specific technologies or phrases mentioned, as per instructions from the hiring manager.</w:t>
      </w:r>
    </w:p>
    <w:p>
      <w:pPr>
        <w:pStyle w:val="ListBullet"/>
      </w:pPr>
      <w:r>
        <w:t>Do spell out how many years’ experience you havewith the main language the company is looking for. It is worth having a short summary section, listing out this information for the recruiter to see.</w:t>
      </w:r>
    </w:p>
    <w:p>
      <w:pPr>
        <w:pStyle w:val="ListBullet"/>
      </w:pPr>
      <w:r>
        <w:t>Repeat the technologiesyou’ve used, listing them in the work experience section as well. This will confirm both to the recruiter and the hiring manager that you are hands-on with what they are looking for.</w:t>
      </w:r>
    </w:p>
    <w:p>
      <w:pPr>
        <w:pStyle w:val="ListBullet"/>
      </w:pPr>
      <w:r>
        <w:t>Do not list unrelated or trivial technologies. While keyword stuffing is more relevant when applying for these types of companies, don’t go overboard. And do remove technologies that are not relevant.</w:t>
      </w:r>
    </w:p>
    <w:p>
      <w:pPr>
        <w:pStyle w:val="ListBullet"/>
      </w:pPr>
      <w:r>
        <w:t>List relevant technology certificationsyou might have. While tech companies rarely care about certifications, non-tech first companies often see these as a positive sign, assuming the person put in some effort in mastering the language or framework.</w:t>
      </w:r>
    </w:p>
    <w:p>
      <w:pPr>
        <w:pStyle w:val="ListBullet"/>
      </w:pPr>
      <w:r>
        <w:t>Do keep your resume easy to read.Because of the many technologies you might be tempted to mention, it can be tempting to make up sentences just to be able to repeat these. Don’t do this. Many applications coming into these companies are overflowing with keywords, but tell very little. Find that pragmatic line, and your resume will grab the recruiter’s attention, as you have the relevant skills and a clean resume.</w:t>
      </w:r>
    </w:p>
    <w:p>
      <w:pPr>
        <w:spacing w:after="160" w:line="276" w:lineRule="auto"/>
      </w:pPr>
      <w:r>
        <w:t>Agencieshire developers, then contract them out to client work. Unlike other companies who are hiring for a specific position, they might be more flexible when they see additional technologies that they could potentially contract out to clients. The same advice applies for applying for agencies, as it does for non-tech-first companies and smaller companies, with the exception of listing of your skills:</w:t>
      </w:r>
    </w:p>
    <w:p>
      <w:pPr>
        <w:pStyle w:val="ListBullet"/>
      </w:pPr>
      <w:r>
        <w:t>Consider mentioning all technologiesyou are proficient with, not just the ones that are in the job description, when you apply for an agency.</w:t>
      </w:r>
    </w:p>
    <w:p>
      <w:pPr>
        <w:pStyle w:val="ListBullet"/>
      </w:pPr>
      <w:r>
        <w:t>List all certifications for technologiesyou might have, as certifications might make you more attractive for an agency. Agencies know that they can contract people more easily if those people have certifications that prove their value.</w:t>
      </w:r>
    </w:p>
    <w:p>
      <w:pPr>
        <w:pStyle w:val="Heading2"/>
        <w:spacing w:before="320" w:after="120"/>
      </w:pPr>
      <w:r>
        <w:t>Keyword Stuffing</w:t>
      </w:r>
    </w:p>
    <w:p>
      <w:pPr>
        <w:spacing w:after="160" w:line="276" w:lineRule="auto"/>
      </w:pPr>
      <w:r>
        <w:t>Keyword stuffing is a controversial but important topic. At companies where recruiters are not very technical, resume filtering is done by discarding resumes that do not have certain keywords. Recruiters and HR folks will often pattern match either based on expectations from the hiring manager or based on keywords that they have seen lead to offers in the past.</w:t>
      </w:r>
    </w:p>
    <w:p>
      <w:pPr>
        <w:spacing w:after="160" w:line="276" w:lineRule="auto"/>
      </w:pPr>
      <w:r>
        <w:t>Let's take a backend job description that explicitly says that the team uses Java for development. In most cases, resumes without a mention of "Java" or "backend" would be disregarded. For a team working on distributed systems, less hands-on tech recruiters might discard resumes that don't mention anything distributed—even if they might describe working on such systems using phrases like “microservices”, “messaging queues” or “globally fault-tolerant systems”. The recruiter is not a software engineer: they just look for the term "distributed". Note that this practice is less common at large companies with technical recruiters—but it is a thing when screening is done by someone more junior.</w:t>
      </w:r>
    </w:p>
    <w:p>
      <w:pPr>
        <w:spacing w:after="160" w:line="276" w:lineRule="auto"/>
      </w:pPr>
      <w:r>
        <w:t>A workaround is to throw all possibly relevant keywords into the resume. This is called keyword stuffing. You can see it happening with this resume, for example:</w:t>
      </w:r>
    </w:p>
    <w:p>
      <w:pPr>
        <w:spacing w:after="160" w:line="276" w:lineRule="auto"/>
      </w:pPr>
      <w:r>
        <w:t>Keyword stuffing: an example of overdoing it</w:t>
      </w:r>
    </w:p>
    <w:p>
      <w:pPr>
        <w:spacing w:after="160" w:line="276" w:lineRule="auto"/>
      </w:pPr>
      <w:r>
        <w:t>While the person doing this kind of keyword stuffing would think they’ve “covered” all possible technologies, it can make the resume look unprofessional. For places where recruiters are less hands-on, this approach could work, as they might “see” the keywords the job needs. For places where requirements are more clear and recruiters are technical, this strategy will work less well. Even if a recruiter would decide to proceed, as a hiring manager, I would consider putting this resume in the “maybe” pile.</w:t>
      </w:r>
    </w:p>
    <w:p>
      <w:pPr>
        <w:spacing w:after="160" w:line="276" w:lineRule="auto"/>
      </w:pPr>
      <w:r>
        <w:t>So how do you include keywords relevant for the position, while also keeping your resume professional? You do this by including the most relevant keywords—technologies and frameworks—in your resume, but do this in a human-readable way.</w:t>
      </w:r>
    </w:p>
    <w:p>
      <w:pPr>
        <w:spacing w:after="160" w:line="276" w:lineRule="auto"/>
      </w:pPr>
      <w:r>
        <w:t>A good way to have keywords present in your resume, while also keeping it professional is to have a short "Technologies", “Skills” or “Languages and Technologies” section where you list the technologies you are familiar with and are relevant for the job. In your Experience section, sprinkle specifics on the relevant technologies you've used in projects. It's fine to mention the same technology both in the technologies section, as well as under the specific part of the experience. But do ensure the resume stays easy to read.</w:t>
      </w:r>
    </w:p>
    <w:p>
      <w:pPr>
        <w:spacing w:after="160" w:line="276" w:lineRule="auto"/>
      </w:pPr>
      <w:r>
        <w:t>Let’s go back to how to improve that part in the previous resume. We’ll cut down the technologies listed to be relevant to the job description, and mention technologies that were relevant in getting certain projects done:</w:t>
      </w:r>
    </w:p>
    <w:p>
      <w:pPr>
        <w:spacing w:after="160" w:line="276" w:lineRule="auto"/>
      </w:pPr>
      <w:r>
        <w:t>Sensible keywords: cutting down to ones relevant to the position, bringing examples in the work experience section</w:t>
      </w:r>
    </w:p>
    <w:p>
      <w:pPr>
        <w:spacing w:after="160" w:line="276" w:lineRule="auto"/>
      </w:pPr>
      <w:r>
        <w:t>The result is a cleaner resume that still has key technologies listed—in fact, it reinforces the ones that the candidate has more hands-on experience with those technologies.</w:t>
      </w:r>
    </w:p>
    <w:p>
      <w:pPr>
        <w:spacing w:after="160" w:line="276" w:lineRule="auto"/>
      </w:pPr>
      <w:r>
        <w:t>Recruiters will scan for different keywords for different job positions. This is another reason you'll want to create a custom resume forthatjob description. You can tailor your wording and technologies you are proficient with, so recruiters keep reading after they've seen key technologies mentioned.</w:t>
      </w:r>
    </w:p>
    <w:p>
      <w:pPr>
        <w:spacing w:after="160" w:line="276" w:lineRule="auto"/>
      </w:pPr>
      <w:r>
        <w:t>Don't forget: your goal is to get through the initial resume screening where most inbound applications without referrals fail—many of whom are actually qualified for the job, but their resume does not tell the story.</w:t>
      </w:r>
    </w:p>
    <w:p>
      <w:pPr>
        <w:pStyle w:val="Heading2"/>
        <w:spacing w:before="320" w:after="120"/>
      </w:pPr>
      <w:r>
        <w:t>Recap: Actions to Improve Your Resume</w:t>
      </w:r>
    </w:p>
    <w:p>
      <w:pPr>
        <w:spacing w:after="160" w:line="276" w:lineRule="auto"/>
      </w:pPr>
      <w:r>
        <w:t>In this chapter, we’ve gone through ways to have your resume stand out from the crowd. Being specific about your results and impact, and using numbers to convey the value you created is a massive differentiator.</w:t>
      </w:r>
    </w:p>
    <w:p>
      <w:pPr>
        <w:spacing w:after="160" w:line="276" w:lineRule="auto"/>
      </w:pPr>
      <w:r>
        <w:t>Tailoring your resume for the specific position is even more so. Different companies do care about different areas: tech companies hiring general software engineers are more interested in seeing a breadth of skills, while companies hiring for a specific technology care more about expertise with the stack they work with. Tailoring your resume with keywords, doing sensible “keyword stuffing” is an additional step worth considering, to make sure the resume makes it through the ATS system if you don’t have a referral.</w:t>
      </w:r>
    </w:p>
    <w:p>
      <w:pPr>
        <w:spacing w:after="160" w:line="276" w:lineRule="auto"/>
      </w:pPr>
      <w:r>
        <w:t>To make your resume stands out, carry out the following checks.</w:t>
      </w:r>
    </w:p>
    <w:p>
      <w:pPr>
        <w:pStyle w:val="ListNumber"/>
      </w:pPr>
      <w:r>
        <w:t>Numbers and impact in your resume.Do you have some, or most of your results expressed with numbers or percentages? If not, aim to change this. The more specifics, and the more measurable the impact, the more you convey your results.</w:t>
      </w:r>
    </w:p>
    <w:p>
      <w:pPr>
        <w:pStyle w:val="ListNumber"/>
      </w:pPr>
      <w:r>
        <w:t>Are you using active language?Use active verbs that convey whatyoudid, as opposed to things that happened, in a passive setting.</w:t>
      </w:r>
    </w:p>
    <w:p>
      <w:pPr>
        <w:pStyle w:val="ListNumber"/>
      </w:pPr>
      <w:r>
        <w:t>Are you mentioning technologies in your examples?On top of numbers, are you being specific on the tools that you used to achieve some of the results? You don’t need to do this for every part, but repeating technologies that you also list on your languages and technologies section reinforces that you are hands-on with these.</w:t>
      </w:r>
    </w:p>
    <w:p>
      <w:pPr>
        <w:pStyle w:val="ListNumber"/>
      </w:pPr>
      <w:r>
        <w:t>Have you customized your resume for that specific job, creating a specific version?You’ll want to have your resume reflect on the job you are applying for. Are you using similar language to the job description to describe your activities? Are you explicitly calling out technologies and languages in the job description that you are proficient with? Are you using similar active verbs to those the job description contains? Tailoring your resume, together with expressing the impact of your work, are the two most impactful changes you can make.</w:t>
      </w:r>
    </w:p>
    <w:p>
      <w:pPr>
        <w:pStyle w:val="ListNumber"/>
      </w:pPr>
      <w:r>
        <w:t>Are you talking about yourself, not talking about “we” or “the team”?Make sure your resume is about your achievements. Don’t be humble—err on the side of taking credit for the work that you were involved in.</w:t>
      </w:r>
    </w:p>
    <w:p>
      <w:pPr>
        <w:pStyle w:val="ListNumber"/>
      </w:pPr>
      <w:r>
        <w:t>Do you mention impactful, complex or interesting side projects?Are you describing these projects in such a way that it’s easy to understand why they are relevant? Don’t leave off some of your additional achievements that add value to your resume.</w:t>
      </w:r>
    </w:p>
    <w:p>
      <w:pPr>
        <w:pStyle w:val="ListNumber"/>
      </w:pPr>
      <w:r>
        <w:t>Are you applying for a generalist engineering role, or one focused on one specific technology?Differentiate what type of position you are writing your resume for. The two types of companies should have different resumes. Tailor your resume accordingly.</w:t>
      </w:r>
    </w:p>
    <w:p>
      <w:pPr>
        <w:pStyle w:val="ListNumber"/>
      </w:pPr>
      <w:r>
        <w:t>Have you “stuffed” keywords in a sensible way?When comparing the job description and your resume, does your resume contain what could be the main “keywords” that recruiters will look for? Does your resume contain the key languages and technologies listed, the name of the position and the tech stack? If the position asks for a minimum number of years’ experience, does your resume convey this information, directly or indirectly?</w:t>
      </w:r>
    </w:p>
    <w:p>
      <w:r>
        <w:br w:type="page"/>
      </w:r>
    </w:p>
    <w:p>
      <w:pPr>
        <w:pStyle w:val="Heading1"/>
        <w:spacing w:before="480" w:after="280"/>
      </w:pPr>
      <w:r>
        <w:rPr>
          <w:b/>
          <w:color w:val="008A60"/>
          <w:sz w:val="28"/>
        </w:rPr>
        <w:t>Chapter 10</w:t>
        <w:br/>
      </w:r>
      <w:r>
        <w:rPr>
          <w:b/>
          <w:color w:val="0F172A"/>
          <w:sz w:val="40"/>
        </w:rPr>
        <w:t>Chapter 6: Common Mistakes</w:t>
      </w:r>
    </w:p>
    <w:p>
      <w:pPr>
        <w:spacing w:after="160" w:line="276" w:lineRule="auto"/>
      </w:pPr>
      <w:r>
        <w:t>I’ve noticed certain repeating themes I am calling “mistakes” with resumes. These are areas of improvement, which almost always make resumes better. Let’s go through these.</w:t>
      </w:r>
    </w:p>
    <w:p>
      <w:pPr>
        <w:pStyle w:val="Heading2"/>
        <w:spacing w:before="320" w:after="120"/>
      </w:pPr>
      <w:r>
        <w:t>Poor Format</w:t>
      </w:r>
    </w:p>
    <w:p>
      <w:pPr>
        <w:spacing w:after="160" w:line="276" w:lineRule="auto"/>
      </w:pPr>
      <w:r>
        <w:t>I have seen too many resumes where developers had good and relevant experience, but this became hard to understand, due to poor choices in formatting. The most common issues are:</w:t>
      </w:r>
    </w:p>
    <w:p>
      <w:pPr>
        <w:pStyle w:val="ListBullet"/>
      </w:pPr>
      <w:r>
        <w:t>Hard-to-scan resumes. Multi-column resume formats are far harder to scan than the one-column ones. While candidates are often proud of how much information they squeezed on one page, this format often leads to their resume being read in less detail. Simple formats work better.</w:t>
      </w:r>
    </w:p>
    <w:p>
      <w:pPr>
        <w:pStyle w:val="ListBullet"/>
      </w:pPr>
      <w:r>
        <w:t>Too much bolding. Your resume should have little bolding, and that bolding should be consistent, limited to key parts, like dates, titles and companies. I see too many resumes bold out seeminglyrandomparts in the middle of the sentence thatdon’tseem tomake sense. Focus on concise descriptions, and a clean format, and be very careful with bolding within sentences.</w:t>
      </w:r>
    </w:p>
    <w:p>
      <w:pPr>
        <w:pStyle w:val="ListBullet"/>
      </w:pPr>
      <w:r>
        <w:t>Too “flashy” resumes. A developer resume is 95% about the content, 5% about the style. Still, some people go overboard, choosing eye-catching templates, to the point that contrasts can make things hard to read, and recruiters struggle to find relevant information. Resumes like this can work well for design- or UX-heavy positions, though.</w:t>
      </w:r>
    </w:p>
    <w:p>
      <w:pPr>
        <w:pStyle w:val="ListBullet"/>
      </w:pPr>
      <w:r>
        <w:t>Inconsistent formatting. Different font sizes, key information being misaligned or positioning elements with spaces over tabs can all lead to resumes that show amateur formatting. While this itself will not result in a rejection for more senior candidates, it conveys that you don’t have much attention to detail, and don’t know how to present yourself well.</w:t>
      </w:r>
    </w:p>
    <w:p>
      <w:pPr>
        <w:pStyle w:val="ListBullet"/>
      </w:pPr>
      <w:r>
        <w:t>Sloppy phrasesscattered across the resume. For example, using “etc.”, “and so on”, slang or unprofessional language. Use clear and neat grammar, and full sentences.</w:t>
      </w:r>
    </w:p>
    <w:p>
      <w:pPr>
        <w:spacing w:after="160" w:line="276" w:lineRule="auto"/>
      </w:pPr>
      <w:r>
        <w:t>Common mistakes: bolding and inconsistent formatting</w:t>
      </w:r>
    </w:p>
    <w:p>
      <w:pPr>
        <w:spacing w:after="160" w:line="276" w:lineRule="auto"/>
      </w:pPr>
      <w:r>
        <w:t>Take a look at this resume. What seems to be issues that stand out immediately?</w:t>
      </w:r>
    </w:p>
    <w:p>
      <w:pPr>
        <w:spacing w:after="160" w:line="276" w:lineRule="auto"/>
      </w:pPr>
      <w:r>
        <w:t>As a hiring manager, a few things immediately pop out. First, there is far too much bolding. And the things that are bolded are inconsistent. Why is “W4 forms” bolded, when the application is for a tech company where the work has nothing to do with taxes? Second, the formatting is inconsistent. Font sizes are different, and alignment is off. Finally, the language used is sloppy in places.</w:t>
      </w:r>
    </w:p>
    <w:p>
      <w:pPr>
        <w:spacing w:after="160" w:line="276" w:lineRule="auto"/>
      </w:pPr>
      <w:r>
        <w:t>Visualizing the issues:</w:t>
      </w:r>
    </w:p>
    <w:p>
      <w:pPr>
        <w:spacing w:after="160" w:line="276" w:lineRule="auto"/>
      </w:pPr>
      <w:r>
        <w:t>While the content of the resume is decent, these issues convey the perception of a person who doesn’t have good attention to detail. It also makes the resume harder to read and to comprehend.</w:t>
      </w:r>
    </w:p>
    <w:p>
      <w:pPr>
        <w:pStyle w:val="Heading2"/>
        <w:spacing w:before="320" w:after="120"/>
      </w:pPr>
      <w:r>
        <w:t>Forgetting About Your Audience</w:t>
      </w:r>
    </w:p>
    <w:p>
      <w:pPr>
        <w:spacing w:after="160" w:line="276" w:lineRule="auto"/>
      </w:pPr>
      <w:r>
        <w:t>You are writing your resume for recruiters and hiring managers who you do not know. You want to convey your skills and tell a story to them, assuming they know nothing about you. Common mistakes people make include these:</w:t>
      </w:r>
    </w:p>
    <w:p>
      <w:pPr>
        <w:pStyle w:val="ListBullet"/>
      </w:pPr>
      <w:r>
        <w:t>Using internal acronyms and jargon.Avoid using project names and acronyms that are internal and people outside the company don’t understand.“I did QA for the N94 and E70 programs.”The recruiter reading the resume will not know what N94 was—nor would most people outside the company you worked for.</w:t>
      </w:r>
    </w:p>
    <w:p>
      <w:pPr>
        <w:pStyle w:val="ListBullet"/>
      </w:pPr>
      <w:r>
        <w:t>Not reflecting on the job, and not tailoring the resume for the position. Make sure you keep the audience of your resume in mind. The audience is the recruiter who is recruiting forthatspecific position which you are applying for. So, say you are applying for a frontend position and have both frontend and backend experience: in your examples, always start with the frontend ones, not the other way around.</w:t>
      </w:r>
    </w:p>
    <w:p>
      <w:pPr>
        <w:pStyle w:val="ListBullet"/>
      </w:pPr>
      <w:r>
        <w:t>Using cliches over statements backed by evidence. What does the following sentence tell about you?“I am a team player and a fast learner who can hit the ground running.”From the point of the recruiter, it doesn’t give them any information. It doesn’t contain facts, examples or specifics. It is a cliche, in its current form. Use the “results, impact and your contribution” structure in your experiences section instead to demonstrate any traits through what you have delivered. If you really think it’s important to convey these, save them for a cover letter—but even there, back it up by examples. Instead of “I am a team player”, let your actions speak for themselves: “I organized two team offsites and onboarded three new starters.”</w:t>
      </w:r>
    </w:p>
    <w:p>
      <w:pPr>
        <w:pStyle w:val="ListBullet"/>
      </w:pPr>
      <w:r>
        <w:t>Being too verbose. The attention of recruiters is limited: they will glance at your resume for seconds. Avoid large blocks of text or long sentences. Optimize for quick and easy reading. It’s not easy to distill years of experience in a few short sentences. Still, you need to do this, and ruthlessly edit your resume.</w:t>
      </w:r>
    </w:p>
    <w:p>
      <w:pPr>
        <w:pStyle w:val="Heading2"/>
        <w:spacing w:before="320" w:after="120"/>
      </w:pPr>
      <w:r>
        <w:t>Unnecessary Details</w:t>
      </w:r>
    </w:p>
    <w:p>
      <w:pPr>
        <w:spacing w:after="160" w:line="276" w:lineRule="auto"/>
      </w:pPr>
      <w:r>
        <w:t>Many resumes include details that are a waste of space. These are most frequently added because traditional resume templates have them, and candidates assume they should share these details. Here are the most common details that you can skip, in the vast majority of cases.</w:t>
      </w:r>
    </w:p>
    <w:p>
      <w:pPr>
        <w:pStyle w:val="ListBullet"/>
      </w:pPr>
      <w:r>
        <w:t>Photos.Skip the photo is the strong recommendation of this book, due tothe biases it creates. In the rare cases in very few countries where you arerequiredto add a photo, use a professional one that makes you lookgood. Smile on the photo or have a positive vibe and avoid the mugshot-like passport photos that make you look grumpy.</w:t>
      </w:r>
    </w:p>
    <w:p>
      <w:pPr>
        <w:pStyle w:val="ListBullet"/>
      </w:pPr>
      <w:r>
        <w:t>Too many contact details / social profiles. For contact details, don’t share more than four. The most common ones I see are phone, email, LinkedIn, GitHub and website. Choose no more than four of these—and list them so they take up little real estate, on the top of your resume. Anything beyond this is irrelevant. Most recruiters and hiring managers won’t even click through on these ones. I’ve seen resumes that list Skype, Instagram, Twitter, Upwork, Medium—on top of LinkedIn, Github and a website. Stick to very few and relevant links.</w:t>
      </w:r>
    </w:p>
    <w:p>
      <w:pPr>
        <w:pStyle w:val="ListBullet"/>
      </w:pPr>
      <w:r>
        <w:t>Spoken languages. Many resume templates come with a “Languages” section and people who are non-native English speakers keep this separate section that usually says“Languages: Hungarian (mother tongue), English (fluent).”This doesn’t add much value—unless you’re interviewing for a Hungarian company, that is. For a tech resume for an English-first company, people assume you are fluent in English and they care about your programming languages, not the different ones you speak.</w:t>
      </w:r>
    </w:p>
    <w:p>
      <w:pPr>
        <w:pStyle w:val="ListBullet"/>
      </w:pPr>
      <w:r>
        <w:t>Self-rating your skill levelon languages or technologies. Some resumes have stats, percentages, or X out of 5 scores next to languages and technologies. This self-rating can only backfire. First, if you rate yourself as 5/5 or 100%, hiring managers will be dubious. No one really knowseverythingabout a programming language. However, if you rate yourself at 75% or 3 stars, other hiring managers will assume you’re not that proficient. And your rating will be off, anyway. Remove all ratings, and just list things you have proficiency with. If people will want to probe this on the interview, that’s fair game. But that self-rating is not necessary.</w:t>
      </w:r>
    </w:p>
    <w:p>
      <w:pPr>
        <w:pStyle w:val="ListBullet"/>
      </w:pPr>
      <w:r>
        <w:t>List of references or “references available on request”. Both are a waste of space. References will only be important after you pass the interviews. And it is expected in tech that you’ll be able and willing to provide these. Large companies use background checks, and smaller ones follow up themselves, usually after asking you. But save the space from your resume for this.</w:t>
      </w:r>
    </w:p>
    <w:p>
      <w:pPr>
        <w:pStyle w:val="ListBullet"/>
      </w:pPr>
      <w:r>
        <w:t>Quotes from references praising you. Some resumes add quotes from others, such as“Described as ‘executing at extremely high standard’ on previous performance reviews”or quotes from referrals praising you. These look out of place. Your developer resume is about you selling yourself, not adding quotes from others. It’s best to save any quotes for the recommendations section on LinkedIn.</w:t>
      </w:r>
    </w:p>
    <w:p>
      <w:pPr>
        <w:spacing w:after="160" w:line="276" w:lineRule="auto"/>
      </w:pPr>
      <w:r>
        <w:t>Common mistakes: unnecessary details</w:t>
      </w:r>
    </w:p>
    <w:p>
      <w:pPr>
        <w:spacing w:after="160" w:line="276" w:lineRule="auto"/>
      </w:pPr>
      <w:r>
        <w:t>Take a look at the following resume that is for an application for a position in the UK. What sections don’t add much to the content?</w:t>
      </w:r>
    </w:p>
    <w:p>
      <w:pPr>
        <w:spacing w:after="160" w:line="276" w:lineRule="auto"/>
      </w:pPr>
      <w:r>
        <w:t>Outside the core content, not many of the sections do add value. The photo introduces bias. There are far too many contact details and social accounts listed. There’s no reason to add all of these. Spoken languages are unimportant in a market or company where English is the only language spoken. And references don’t have a place on the resume, including praise. Let’s remove all the unnecessary sections:</w:t>
      </w:r>
    </w:p>
    <w:p>
      <w:pPr>
        <w:spacing w:after="160" w:line="276" w:lineRule="auto"/>
      </w:pPr>
      <w:r>
        <w:t>Now we only have information that is relevant for the position: the “meat” of the resume.</w:t>
      </w:r>
    </w:p>
    <w:p>
      <w:pPr>
        <w:pStyle w:val="Heading2"/>
        <w:spacing w:before="320" w:after="120"/>
      </w:pPr>
      <w:r>
        <w:t>Links</w:t>
      </w:r>
    </w:p>
    <w:p>
      <w:pPr>
        <w:spacing w:after="160" w:line="276" w:lineRule="auto"/>
      </w:pPr>
      <w:r>
        <w:t>Links taking up too much attention (coloraturas or space), dead links, pointing to non-high-quality content.</w:t>
      </w:r>
    </w:p>
    <w:p>
      <w:pPr>
        <w:pStyle w:val="ListBullet"/>
      </w:pPr>
      <w:r>
        <w:t>Non-clickable links. I often see links to projects, GitHub or other sites that are not clickable. The recruiter will never copy-and-paste this link, and as a hiring manager, I will also do this once in a blue moon. Make that link clickable like I did this one:https://github.com/gergelyorosz.</w:t>
      </w:r>
    </w:p>
    <w:p>
      <w:pPr>
        <w:pStyle w:val="ListBullet"/>
      </w:pPr>
      <w:r>
        <w:t>Linking to stale GitHub, Linkedin or websites.Many dev resumes have links to GitHub, Linkedin or a website. While most recruiters and hiring managers won’t bother clicking through, the thorough ones will. There are few more disappointing things than seeing that your GitHub is untouched for years, your pinned repos do not have READMEs or that your website was last updated 4 years ago. Link only if they are up to date. Otherwise, save the space and remove it. Contrary to popular belief, you don’t need to have these links on your resume—especially when their contents don’t add value to your current application.</w:t>
      </w:r>
    </w:p>
    <w:p>
      <w:pPr>
        <w:pStyle w:val="ListBullet"/>
      </w:pPr>
      <w:r>
        <w:t>Leaving in the full URL of the link.In some resumes, links to portfolios or projects are pasted in their full length, such ashttps://github.com/gergelyorosz/PythonGettingStarted/blob/master/README.mdDon’t do this. Make links clickable, and hide the full URL behind a name that describes what the link is for. No one will print out your resume, then type in the URL into a browser.</w:t>
      </w:r>
    </w:p>
    <w:p>
      <w:pPr>
        <w:pStyle w:val="ListBullet"/>
      </w:pPr>
      <w:r>
        <w:t>Links standing out too much in color and style.Many resumes leave links as they are, with the default blue color. While this would not be a problem, this is often the only color in the resume, pulling eyes to links that are meant to be details. Consider making links blend in, rather than standing out, by keeping them the same color as text, and underlining them.</w:t>
      </w:r>
    </w:p>
    <w:p>
      <w:pPr>
        <w:spacing w:after="160" w:line="276" w:lineRule="auto"/>
      </w:pPr>
      <w:r>
        <w:t>Common mistakes: links</w:t>
      </w:r>
    </w:p>
    <w:p>
      <w:pPr>
        <w:spacing w:after="160" w:line="276" w:lineRule="auto"/>
      </w:pPr>
      <w:r>
        <w:t>Take a look at a section of this resume, which contains several links.</w:t>
      </w:r>
    </w:p>
    <w:p>
      <w:pPr>
        <w:spacing w:after="160" w:line="276" w:lineRule="auto"/>
      </w:pPr>
      <w:r>
        <w:t>This resume section contains most of the common mistakes with links. The color of them stands out and draws attention to the links instead of the relevant content. The links take up too much space by typing out the full URL. The font for the links stands out—there is little reason to use a distinct font. Let’s address these issues. Note that there’s a lot more to improve on in the resume content. In this example, we'll only improve links and highlighting.</w:t>
      </w:r>
    </w:p>
    <w:p>
      <w:pPr>
        <w:spacing w:after="160" w:line="276" w:lineRule="auto"/>
      </w:pPr>
      <w:r>
        <w:t>With the changes, we’ve removed the highlight colors for the links. Now, these don’t draw any attention. Instead, we can focus on drawing attention to where we’d like the recruiter and hiring manager to look first. In this case, this person chose to focus on the titles, the dates of employment, and the names of the personal projects. There’s also an option to use a highlight color to make the resume even more readable, for example, by coloring the parts that are just section names with a highlight color:</w:t>
      </w:r>
    </w:p>
    <w:p>
      <w:pPr>
        <w:spacing w:after="160" w:line="276" w:lineRule="auto"/>
      </w:pPr>
      <w:r>
        <w:t>We’ve gone from having the default link color highlighting parts of the resume that were unimportant, to the important parts of the resume standing out. Now the “placeholder” information stands out with a color of choice and makes the resume easier to scan. Links are still clickable, and an underline invites people to click them. In practice, recruiters and hiring managers will only click these links after finding the key information they are looking for in the first scan.</w:t>
      </w:r>
    </w:p>
    <w:p>
      <w:pPr>
        <w:pStyle w:val="Heading2"/>
        <w:spacing w:before="320" w:after="120"/>
      </w:pPr>
      <w:r>
        <w:t>Recap: Actions to Improve Your Resume</w:t>
      </w:r>
    </w:p>
    <w:p>
      <w:pPr>
        <w:spacing w:after="160" w:line="276" w:lineRule="auto"/>
      </w:pPr>
      <w:r>
        <w:t>In this chapter, we’ve looked at some of the most common mistakes with developer resumes. Poor format with sloppy phrasing and forgetting about who you are writing for—the recruiter and the hiring manager forthatspecific position—are common ones. Adding unnecessary details, from personal details to spoken languages or a list of references is another one. And drawing the reader’s attention to things that are not really important—for example, by using links that are long and have a standout color—is also something that you’ll want to avoid.</w:t>
      </w:r>
    </w:p>
    <w:p>
      <w:pPr>
        <w:spacing w:after="160" w:line="276" w:lineRule="auto"/>
      </w:pPr>
      <w:r>
        <w:t>Do the following checks to ensure your resume does not have a “classic” mistake that will make a recruiter roll their eyes:</w:t>
      </w:r>
    </w:p>
    <w:p>
      <w:pPr>
        <w:pStyle w:val="ListNumber"/>
      </w:pPr>
      <w:r>
        <w:t>Do you have a photo on your resume?Remove it.</w:t>
      </w:r>
    </w:p>
    <w:p>
      <w:pPr>
        <w:pStyle w:val="ListNumber"/>
      </w:pPr>
      <w:r>
        <w:t>How many contact details and social profile links do you have on your resume?You should have no more than four. Do you need all of these?</w:t>
      </w:r>
    </w:p>
    <w:p>
      <w:pPr>
        <w:pStyle w:val="ListNumber"/>
      </w:pPr>
      <w:r>
        <w:t>Do all the links work on your resume?Click through each of them.</w:t>
      </w:r>
    </w:p>
    <w:p>
      <w:pPr>
        <w:pStyle w:val="ListNumber"/>
      </w:pPr>
      <w:r>
        <w:t>Do all the links point to professional pages on your resume?When you click through, will people see well-formatted, well-written content that conveys the type of work they can expect from you? Ensure this is the case also for your blog, GitHub, LinkedIn and any other links you provide.</w:t>
      </w:r>
    </w:p>
    <w:p>
      <w:pPr>
        <w:pStyle w:val="ListNumber"/>
      </w:pPr>
      <w:r>
        <w:t>Is your resume easy to scan?Give your resume to a friend and ask them to take a look at it for 5 seconds, then tell you their immediate impression. Did they see key details? Did they think it’s too crowded? Or that it has too little information?</w:t>
      </w:r>
    </w:p>
    <w:p>
      <w:pPr>
        <w:pStyle w:val="ListNumber"/>
      </w:pPr>
      <w:r>
        <w:t>Is your resume simple enough?Are you using any “fancy” designs? If so, is this kind of “fanciness” getting in the way of readability? If it’s not in the way of readability, that’s great. However, if it’s making things harder to scan, consider going with something more simple. Note that for frontend, UX or design-heavy positions, some nice flair can be a great touch.</w:t>
      </w:r>
    </w:p>
    <w:p>
      <w:pPr>
        <w:pStyle w:val="ListNumber"/>
      </w:pPr>
      <w:r>
        <w:t>Is the resume concise and to the point?Are you using short sentences? Do you have bullet points with rarely more than two lines?</w:t>
      </w:r>
    </w:p>
    <w:p>
      <w:pPr>
        <w:pStyle w:val="ListNumber"/>
      </w:pPr>
      <w:r>
        <w:t>Are you bolding too much?Aim to not bold anythinginsidea sentence, like in this one. Only bold important things like job title, company name, date, or headers.</w:t>
      </w:r>
    </w:p>
    <w:p>
      <w:pPr>
        <w:pStyle w:val="ListNumber"/>
      </w:pPr>
      <w:r>
        <w:t>Is formatting consistent?Are you using standard font sizes, and aligning with tabs, over spacing things to be approximately close?</w:t>
      </w:r>
    </w:p>
    <w:p>
      <w:pPr>
        <w:pStyle w:val="ListNumber"/>
      </w:pPr>
      <w:r>
        <w:t>Are you using internal company jargon?Do you have project names that only people inside the company would understand? If so, consider changing them to describing the project.</w:t>
      </w:r>
    </w:p>
    <w:p>
      <w:pPr>
        <w:pStyle w:val="ListNumber"/>
      </w:pPr>
      <w:r>
        <w:t>Do you have a (spoken) languages or a references section?You can probably remove both of these.</w:t>
      </w:r>
    </w:p>
    <w:p>
      <w:pPr>
        <w:pStyle w:val="ListNumber"/>
      </w:pPr>
      <w:r>
        <w:t>Do links stand out with a different color or formatting?They shouldn’t. They take away space and attention.</w:t>
      </w:r>
    </w:p>
    <w:p>
      <w:r>
        <w:br w:type="page"/>
      </w:r>
    </w:p>
    <w:p>
      <w:pPr>
        <w:pStyle w:val="Heading1"/>
        <w:spacing w:before="480" w:after="280"/>
      </w:pPr>
      <w:r>
        <w:rPr>
          <w:b/>
          <w:color w:val="008A60"/>
          <w:sz w:val="28"/>
        </w:rPr>
        <w:t>Chapter 11</w:t>
        <w:br/>
      </w:r>
      <w:r>
        <w:rPr>
          <w:b/>
          <w:color w:val="0F172A"/>
          <w:sz w:val="40"/>
        </w:rPr>
        <w:t>Chapter 7: Different Experience Levels, Different Career Paths</w:t>
      </w:r>
    </w:p>
    <w:p>
      <w:pPr>
        <w:spacing w:after="160" w:line="276" w:lineRule="auto"/>
      </w:pPr>
      <w:r>
        <w:t>Depending on how much experience you have had, you’ll want to focus on different areas of your resume. In this chapter, we’ll share specific advice for students, bootcamp grads, career changers, senior and above engineers, tech leads, and engineering managers.</w:t>
      </w:r>
    </w:p>
    <w:p>
      <w:pPr>
        <w:pStyle w:val="Heading2"/>
        <w:spacing w:before="320" w:after="120"/>
      </w:pPr>
      <w:r>
        <w:t>Current college and university students</w:t>
      </w:r>
    </w:p>
    <w:p>
      <w:pPr>
        <w:spacing w:after="160" w:line="276" w:lineRule="auto"/>
      </w:pPr>
      <w:r>
        <w:t>If you are still in school, you are already contributing to your future resume. On top of mastering software development, software engineering and computer science fundamentals, here are a few things you can consider that should help with your future job search.</w:t>
      </w:r>
    </w:p>
    <w:p>
      <w:pPr>
        <w:pStyle w:val="ListBullet"/>
      </w:pPr>
      <w:r>
        <w:t>Apply for internships.One of the best experiences you can have as a student is working as an intern, on real-world problems, in an industry setting. To do so, seek out internships. You usually have to apply well ahead of time, and do your preparation for the interviews. Internships are something I did not do while at college—and I wish I had.</w:t>
      </w:r>
    </w:p>
    <w:p>
      <w:pPr>
        <w:pStyle w:val="ListBullet"/>
      </w:pPr>
      <w:r>
        <w:t>Volunteer for extracurricular campus activities.You will likely have opportunities to help out professors, lead laboratory practices, organize events, and others. Consider stepping up for these. You’ll gain hands-on experience in mentoring others, leading groups, and taking initiative.</w:t>
      </w:r>
    </w:p>
    <w:p>
      <w:pPr>
        <w:pStyle w:val="ListBullet"/>
      </w:pPr>
      <w:r>
        <w:t>Publish your university projects. You’ll undoubtedly have class projects to complete, some involving building working software. Consider putting in some extra effort and publishing these online, for others to be able to download or try. This is especially true for your final projects, which will be more complex than usual.</w:t>
      </w:r>
    </w:p>
    <w:p>
      <w:pPr>
        <w:spacing w:after="160" w:line="276" w:lineRule="auto"/>
      </w:pPr>
      <w:r>
        <w:t>All of these activities will help you grow faster—and these additional experiences can help you stand out when looking for jobs as you graduate. Internships can be a lot more than this, as you might get return offers from when you graduate.</w:t>
      </w:r>
    </w:p>
    <w:p>
      <w:pPr>
        <w:pStyle w:val="Heading2"/>
        <w:spacing w:before="320" w:after="120"/>
      </w:pPr>
      <w:r>
        <w:t>Bootcamp grads</w:t>
      </w:r>
    </w:p>
    <w:p>
      <w:pPr>
        <w:spacing w:after="160" w:line="276" w:lineRule="auto"/>
      </w:pPr>
      <w:r>
        <w:t>As a bootcamp grad, your experience will hardly stand out. While you likely have learned basic software development skills, your time spent studying these concepts will be less than college or university graduates studying software engineering or computer science. You will, most likely, also be competing with several other bootcamp grads for the same position.</w:t>
      </w:r>
    </w:p>
    <w:p>
      <w:pPr>
        <w:spacing w:after="160" w:line="276" w:lineRule="auto"/>
      </w:pPr>
      <w:r>
        <w:t>As a bootcamp grad with no professional software development experience, you will be able to apply to positions where hiring managers are okay with someone with no software development experience. Unfortunately, not all jobs will not be in this category.</w:t>
      </w:r>
    </w:p>
    <w:p>
      <w:pPr>
        <w:spacing w:after="160" w:line="276" w:lineRule="auto"/>
      </w:pPr>
      <w:r>
        <w:t>Projects</w:t>
      </w:r>
    </w:p>
    <w:p>
      <w:pPr>
        <w:spacing w:after="160" w:line="276" w:lineRule="auto"/>
      </w:pPr>
      <w:r>
        <w:t>Projects are one of the key areas where you can stand out and differentiate yourself. Most bootcamp grads will have projects listed that they did as part of their bootcamp course. To stand out, you’ll want to showcase better examples. Consider the following to stand out.</w:t>
      </w:r>
    </w:p>
    <w:p>
      <w:pPr>
        <w:spacing w:after="160" w:line="276" w:lineRule="auto"/>
      </w:pPr>
      <w:r>
        <w:t>1. Publish projects with good READMEson your Github page. Aim for the README to have a good summary, screenshots, details on how to run, and how to test. Take inspiration fromprojects with awesome READMEs.</w:t>
      </w:r>
    </w:p>
    <w:p>
      <w:pPr>
        <w:spacing w:after="160" w:line="276" w:lineRule="auto"/>
      </w:pPr>
      <w:r>
        <w:t>2. Have tests for your project that can be run. Most bootcamp grad projects don’t have automated tests, such as unit tests or end-to-end tests. Many of them have not heard of TDD (Test Driven Development). To learn more about this, see theLearn Test Driven Developmentresource.</w:t>
      </w:r>
    </w:p>
    <w:p>
      <w:pPr>
        <w:spacing w:after="160" w:line="276" w:lineRule="auto"/>
      </w:pPr>
      <w:r>
        <w:t>If you have tests in your project, add a “Running tests” section on your README, to make it clear how anyone can run these. For an example on how to document running tests, seehow this is done in Leaflet.</w:t>
      </w:r>
    </w:p>
    <w:p>
      <w:pPr>
        <w:spacing w:after="160" w:line="276" w:lineRule="auto"/>
      </w:pPr>
      <w:r>
        <w:t>Once you have tests in your code, call this out on your projects. In the project description, mention the code coverage percentage—and see if you can get this higher. Having built a project that is tested will already help you stand out from the crowd.</w:t>
      </w:r>
    </w:p>
    <w:p>
      <w:pPr>
        <w:spacing w:after="160" w:line="276" w:lineRule="auto"/>
      </w:pPr>
      <w:r>
        <w:t>3. Contribute to other open source projects on GitHub. If you get to merge your pull request, you can claim that you’ve contributed to a project used by more than a certain number of developers. Stars on the project is a metric you can use here. For example, for a project with 28,000 stars, you can state:Contributed to the Leaflet, the leading open-source Javascript mobile friendly-interactive library with more than 28,000 developers using it.</w:t>
      </w:r>
    </w:p>
    <w:p>
      <w:pPr>
        <w:spacing w:after="160" w:line="276" w:lineRule="auto"/>
      </w:pPr>
      <w:r>
        <w:t>4. Turn takehome projects and coding challenges into fully-fledged projects.Assuming you make it through the resume screen, a next step will be a coding challenge you need to submit. After submitting this challenge, don’t stop there. Continue the work and publish an even more polished solution online, with code on Github, tests in place, and a nice user experience. Consider spending a little money for a domain and hosting, and have this project be accessible to anyone—and add it to your resume.</w:t>
      </w:r>
    </w:p>
    <w:p>
      <w:pPr>
        <w:spacing w:after="160" w:line="276" w:lineRule="auto"/>
      </w:pPr>
      <w:r>
        <w:t>If your takehome project doesn’t take you to the next round, ask for feedback, and build that feedback into this project. Once you publish a project you’re proud of, you can always send a follow-up to the company, showing them the improved version you’ve built. Don’t hold your breath—but who knows?</w:t>
      </w:r>
    </w:p>
    <w:p>
      <w:pPr>
        <w:spacing w:after="160" w:line="276" w:lineRule="auto"/>
      </w:pPr>
      <w:r>
        <w:t>Before and after: projects</w:t>
      </w:r>
    </w:p>
    <w:p>
      <w:pPr>
        <w:spacing w:after="160" w:line="276" w:lineRule="auto"/>
      </w:pPr>
      <w:r>
        <w:t>Most resume advice in this book shows how to change the phrasing of your experience. This example is different. It shows what happens when you grow your experience and polish your projects while applying for jobs.</w:t>
      </w:r>
    </w:p>
    <w:p>
      <w:pPr>
        <w:spacing w:after="160" w:line="276" w:lineRule="auto"/>
      </w:pPr>
      <w:r>
        <w:t>As a bootcamp grad, it’s hard to stand out with the basic bootcamp projects. However, if you invest time during your job search to improve your projects—for example, by adding tests—, contribute to open source projects, or to do a paid project on a freelancing site, this can make a large difference.</w:t>
      </w:r>
    </w:p>
    <w:p>
      <w:pPr>
        <w:spacing w:after="160" w:line="276" w:lineRule="auto"/>
      </w:pPr>
      <w:r>
        <w:t>Before:</w:t>
      </w:r>
    </w:p>
    <w:p>
      <w:pPr>
        <w:spacing w:after="160" w:line="276" w:lineRule="auto"/>
      </w:pPr>
      <w:r>
        <w:t>After:</w:t>
      </w:r>
    </w:p>
    <w:p>
      <w:pPr>
        <w:spacing w:after="160" w:line="276" w:lineRule="auto"/>
      </w:pPr>
      <w:r>
        <w:t>What happened between these two versions? Five months, actually, while this person was job hunting and growing their skills. Here’s how the additional projects came about.</w:t>
      </w:r>
    </w:p>
    <w:p>
      <w:pPr>
        <w:spacing w:after="160" w:line="276" w:lineRule="auto"/>
      </w:pPr>
      <w:r>
        <w:t>1. Contributed to popular open source projects.This person looked through thelist of beginner-friendly open source projects, filtering to their strongest language, JavaScript. After finding ones that had the most beginner-friendly issues, they spent time playing with the project, reading past pull requests, and finally, making some first changes. This was a lot of back-and-forths, but lots of learnings. This open source contribution now stands out and the person is more confident in their skills.</w:t>
      </w:r>
    </w:p>
    <w:p>
      <w:pPr>
        <w:spacing w:after="160" w:line="276" w:lineRule="auto"/>
      </w:pPr>
      <w:r>
        <w:t>2. Published one of their takehome challenges as a fully-fledged project.One of the takehome challenges was building an image search app that uses the Flickr API. They completed the challenge—though they did not get to the next interview stage, unfortunately. Still, this person took this project as an opportunity to turn it into a production-ready product, with more features, unit and UI tests, and integrated Flickr, Giphy, and Unsplash image sources.</w:t>
      </w:r>
    </w:p>
    <w:p>
      <w:pPr>
        <w:spacing w:after="160" w:line="276" w:lineRule="auto"/>
      </w:pPr>
      <w:r>
        <w:t>They also bought a domain to run the service on to make it stand out. The domain cost $15—a good investment for the job search. They made it look and feel professional, tested it with their friends, and submitted the finished work and code to a Reddit forum for feedback.</w:t>
      </w:r>
    </w:p>
    <w:p>
      <w:pPr>
        <w:spacing w:after="160" w:line="276" w:lineRule="auto"/>
      </w:pPr>
      <w:r>
        <w:t>3. Landed a paid project on a freelancing site.While job searching, this person responded to multiple projects on freelancing sites. They ended up getting a project with an insurance comparison small business. The project was difficult, and the client argued about the price. As this person's main goal was to get experience, they decided to not care about making a profit. Instead, they delivered high-quality work.</w:t>
      </w:r>
    </w:p>
    <w:p>
      <w:pPr>
        <w:spacing w:after="160" w:line="276" w:lineRule="auto"/>
      </w:pPr>
      <w:r>
        <w:t>They published screenshots and code snippets of the work on their portfolio page afterward. The nice thing about paid projects is how real customers use them. Also, you don’t have to disclose how much—or how little—you got paid.</w:t>
      </w:r>
    </w:p>
    <w:p>
      <w:pPr>
        <w:spacing w:after="160" w:line="276" w:lineRule="auto"/>
      </w:pPr>
      <w:r>
        <w:t>4. Turned one of their coding challenge interview learnings into a public project. This person struggled with a few of the coding challenges, especially when it came to using data structures. So they decided to practice them in public and implemented several data types, with tests, and published them with a tidy README. Not only did they learn these structures better, they now have a project to show for it!</w:t>
      </w:r>
    </w:p>
    <w:p>
      <w:pPr>
        <w:spacing w:after="160" w:line="276" w:lineRule="auto"/>
      </w:pPr>
      <w:r>
        <w:t>I did exactly this on an earlier job search withSwiftAlgorithmsAndDataStructures. You can also find several other examples on implementing the most popular data structures and algorithms in a given language, for exampleusing JavaScriptand hundreds of otherson GitHub.</w:t>
      </w:r>
    </w:p>
    <w:p>
      <w:pPr>
        <w:pStyle w:val="Heading2"/>
        <w:spacing w:before="320" w:after="120"/>
      </w:pPr>
      <w:r>
        <w:t>Career Changers</w:t>
      </w:r>
    </w:p>
    <w:p>
      <w:pPr>
        <w:spacing w:after="160" w:line="276" w:lineRule="auto"/>
      </w:pPr>
      <w:r>
        <w:t>When you’ve changed careers from another profession to software development, most of the advice for bootcamp resumes apply—assuming you have some kind of bootcamp training behind you. Regardless if you have it or not, you’ll have lots of past work experience—that will likely have little to do with software development.</w:t>
      </w:r>
    </w:p>
    <w:p>
      <w:pPr>
        <w:spacing w:after="160" w:line="276" w:lineRule="auto"/>
      </w:pPr>
      <w:r>
        <w:t>Here’s advice to put a good resume together.</w:t>
      </w:r>
    </w:p>
    <w:p>
      <w:pPr>
        <w:pStyle w:val="ListBullet"/>
      </w:pPr>
      <w:r>
        <w:t>Have a summary that explains that you’ve changed careersand your motivation. It’s helpful for recruiters and hiring managers to have the context that they’re reading a resume of someone who has recently changed into software development.</w:t>
      </w:r>
    </w:p>
    <w:p>
      <w:pPr>
        <w:pStyle w:val="ListBullet"/>
      </w:pPr>
      <w:r>
        <w:t>List languages, projects, or portfoliotowards the top of your resume that show that you’re a hands-on software developer. Aim to link working projects and source code, where you can.</w:t>
      </w:r>
    </w:p>
    <w:p>
      <w:pPr>
        <w:pStyle w:val="ListBullet"/>
      </w:pPr>
      <w:r>
        <w:t>Link to working projects and source codewhere you can. As a career changer with no years-long university education, you’ll need to have projects to prove to the hiring manager that you know how to build software, and an interview would not be a waste of time for them. Follow the advice listed for bootcamp grads to beef up the projects you can present.</w:t>
      </w:r>
    </w:p>
    <w:p>
      <w:pPr>
        <w:pStyle w:val="ListBullet"/>
      </w:pPr>
      <w:r>
        <w:t>For your past work experience, be concise in summarizing it. Have a one-sentence summary on the job itself, and focus any additional bullet points on skills that could be transferable to software development. Proactively learning about new things, teamwork, mentoring, or public speaking could be good examples.</w:t>
      </w:r>
    </w:p>
    <w:p>
      <w:pPr>
        <w:pStyle w:val="ListBullet"/>
      </w:pPr>
      <w:r>
        <w:t>Have a short resume. Try to fit on one page—and don’t go beyond one and a half pages. You might be itching to share more about your past positions, but the recruiters and hiring managers won’t care much. They’ll be far more interested in your standout projects and any relevant experience you might have. Similar to how new grads rarely go over one page, aim to do the same.</w:t>
      </w:r>
    </w:p>
    <w:p>
      <w:pPr>
        <w:spacing w:after="160" w:line="276" w:lineRule="auto"/>
      </w:pPr>
      <w:r>
        <w:t>An example career changer resume is this one:</w:t>
      </w:r>
    </w:p>
    <w:p>
      <w:pPr>
        <w:spacing w:after="160" w:line="276" w:lineRule="auto"/>
      </w:pPr>
      <w:r>
        <w:t>This resume focuses on the right details. It starts with a short summary, giving context about the previous profession of this person. As this person doesn’t have full-time working experience as a software engineer, the next section is about languages they are proficient with, and the projects they’ve built. The emphasis—and bolding—is on the technologies. This is what the recruiters will be most interested in.</w:t>
      </w:r>
    </w:p>
    <w:p>
      <w:pPr>
        <w:spacing w:after="160" w:line="276" w:lineRule="auto"/>
      </w:pPr>
      <w:r>
        <w:t>After this section, there’s a brief experience of the work summary. In this case, there are no software engineering related positions, and the resume keeps it short. There’s one sentence about the position and another about some skills that could be relevant for developers. This person led a training initiative, and they mentored and coached people.</w:t>
      </w:r>
    </w:p>
    <w:p>
      <w:pPr>
        <w:spacing w:after="160" w:line="276" w:lineRule="auto"/>
      </w:pPr>
      <w:r>
        <w:t>The resume closes with education. The software development related education has more details, as that’s the more relevant one. If this person had related courses or certifications, listing those here would also be a good idea. Listing non-software-related university degrees is good practice: degrees, even from different fields, are usually worth sharing.</w:t>
      </w:r>
    </w:p>
    <w:p>
      <w:pPr>
        <w:pStyle w:val="Heading2"/>
        <w:spacing w:before="320" w:after="120"/>
      </w:pPr>
      <w:r>
        <w:t>Career Breaks</w:t>
      </w:r>
    </w:p>
    <w:p>
      <w:pPr>
        <w:spacing w:after="160" w:line="276" w:lineRule="auto"/>
      </w:pPr>
      <w:r>
        <w:t>You might have gone for many months—or years—without a full-time job, after leaving or being let go. This might be because you did not want to pursue regular employment, or because you could not find a suitable job at a time. Either way, there’s a gap on your resume. How do you present this?</w:t>
      </w:r>
    </w:p>
    <w:p>
      <w:pPr>
        <w:spacing w:after="160" w:line="276" w:lineRule="auto"/>
      </w:pPr>
      <w:r>
        <w:t>While there is no “one size fits all” advice, here are a few good approaches:</w:t>
      </w:r>
    </w:p>
    <w:p>
      <w:pPr>
        <w:pStyle w:val="ListBullet"/>
      </w:pPr>
      <w:r>
        <w:t>For a career break that was more than a few years ago, you don’t need to explain it. Hiring managers and recruiters will rarely care for breaks that happened more than 4 or 5 years ago. Even if they do, this would come up during a screening call, and shouldn’t make a difference for the resume screening. Don’t waste the space explaining it.</w:t>
      </w:r>
    </w:p>
    <w:p>
      <w:pPr>
        <w:pStyle w:val="ListBullet"/>
      </w:pPr>
      <w:r>
        <w:t>For a recent career break that does not lead up to the present, use good judgment on whether you want to add it or not, and how to tell your story. As you have been employed up to now, a gap from earlier might not be as relevant. Still, you might decide to give clarification.</w:t>
      </w:r>
    </w:p>
    <w:p>
      <w:pPr>
        <w:pStyle w:val="ListBullet"/>
      </w:pPr>
      <w:r>
        <w:t>For a recent career break leading up to the present, tell a story.If you have been out of a full-time job, take the lead with the narrative. You’ll want the resume to say something similar to what you’d answer to the hiring manager if they’d ask about this break. Here are a few career break examples that are clear to understand:</w:t>
      </w:r>
    </w:p>
    <w:p>
      <w:pPr>
        <w:spacing w:after="160" w:line="276" w:lineRule="auto"/>
      </w:pPr>
      <w:r>
        <w:t>Career breaks are not unique to tech, and as such, advice on how to present these are not unique, either. The articleHow to explain the time off during your career breakon Monster UK gives some good suggestions on how to word specific situations:</w:t>
      </w:r>
    </w:p>
    <w:p>
      <w:pPr>
        <w:spacing w:after="160" w:line="276" w:lineRule="auto"/>
      </w:pPr>
      <w:r>
        <w:t>You went traveling: “I fulfilled my life-long dream of traveling through South America for six months, where I improved my Spanish and gained an understanding of different cultures.”</w:t>
      </w:r>
    </w:p>
    <w:p>
      <w:pPr>
        <w:spacing w:after="160" w:line="276" w:lineRule="auto"/>
      </w:pPr>
      <w:r>
        <w:t>You wanted a fresh start: “I chose to take time off work to pursue my interest in painting and had the time to decide on a new career path that really fits my personal goals.”</w:t>
      </w:r>
    </w:p>
    <w:p>
      <w:pPr>
        <w:spacing w:after="160" w:line="276" w:lineRule="auto"/>
      </w:pPr>
      <w:r>
        <w:t>You were ill: “I took time off work due to a lengthy illness, but the time off allowed me to fully regain fitness for the long-term and I became involved in volunteering at a local charity shop to get me back into the swing of work.”</w:t>
      </w:r>
    </w:p>
    <w:p>
      <w:pPr>
        <w:spacing w:after="160" w:line="276" w:lineRule="auto"/>
      </w:pPr>
      <w:r>
        <w:t>You were caring for someone else: “I took time off to care for my brother, who has now made a full recovery.”</w:t>
      </w:r>
    </w:p>
    <w:p>
      <w:pPr>
        <w:pStyle w:val="Heading2"/>
        <w:spacing w:before="320" w:after="120"/>
      </w:pPr>
      <w:r>
        <w:t>Study Related Career Breaks</w:t>
      </w:r>
    </w:p>
    <w:p>
      <w:pPr>
        <w:spacing w:after="160" w:line="276" w:lineRule="auto"/>
      </w:pPr>
      <w:r>
        <w:t>For a career break where you spent time learning new skills—technologies, languages—it’s a good idea to add this similar to a work experience, with proof that you’ve mastered these skills. Work that is in production always speaks more than completing a course, or doing self-study. Aim to use the results and impact framework, to quantify why a project you completed was interesting or difficult.</w:t>
      </w:r>
    </w:p>
    <w:p>
      <w:pPr>
        <w:spacing w:after="160" w:line="276" w:lineRule="auto"/>
      </w:pPr>
      <w:r>
        <w:t>Most people will create portfolio projects as an outcome of their studies. While this is not bad, it’s both very common, and building a project that’s used by only you is not a strong indication of what you can do on the job. If you want to stand out, go beyond this. Prove that you mastered a technology by shipping something in production, teaching what you learned—writing articles, mentoring others—or contributing to open source projects using the same technology.</w:t>
      </w:r>
    </w:p>
    <w:p>
      <w:pPr>
        <w:spacing w:after="160" w:line="276" w:lineRule="auto"/>
      </w:pPr>
      <w:r>
        <w:t>While the above example looks fine, recruiters and hiring managers will usually value work experience above taking time to study full-time. When taking a career break to study, consider doing a freelance project on your new tech stack—even if not highly paid, or paid at all—to showcase delivering real-world work. You can then transform your experience to showcase freelancing, instead of a break.</w:t>
      </w:r>
    </w:p>
    <w:p>
      <w:pPr>
        <w:spacing w:after="160" w:line="276" w:lineRule="auto"/>
      </w:pPr>
      <w:r>
        <w:t>“Freelancing” speaks to a specialist who is able to deliver in production. It’s a stronger indication of working knowledge of a technology than self study is. This experience will be valued more by people screening your resume, than if you only had self-study listed. When you freelance, you sometimes cannot name the client. In other cases, you don’t want to. If you struggle to find freelance work, you can offer to help out a friend or a small business owner for free or at a steep discount, building a feature they need that ships in production. Take this example, which is a stronger resume than the previous one:</w:t>
      </w:r>
    </w:p>
    <w:p>
      <w:pPr>
        <w:pStyle w:val="Heading2"/>
        <w:spacing w:before="320" w:after="120"/>
      </w:pPr>
      <w:r>
        <w:t>Senior and Above Engineers</w:t>
      </w:r>
    </w:p>
    <w:p>
      <w:pPr>
        <w:spacing w:after="160" w:line="276" w:lineRule="auto"/>
      </w:pPr>
      <w:r>
        <w:t>The more experienced a software engineer you are, the more likely you will stand out based on your experience and past titles. Depending on the type of companies you are applying to, consider the following.</w:t>
      </w:r>
    </w:p>
    <w:p>
      <w:pPr>
        <w:spacing w:after="160" w:line="276" w:lineRule="auto"/>
      </w:pPr>
      <w:r>
        <w:t>When you have a senior title, but not more than a few years’ work experience, some companies will focus more on the years of experience than your current title itself. If you have been promoted, make this promotion visible from your resume. Be clear about your work's results and impact to give context on the output you have delivered.</w:t>
      </w:r>
    </w:p>
    <w:p>
      <w:pPr>
        <w:spacing w:after="160" w:line="276" w:lineRule="auto"/>
      </w:pPr>
      <w:r>
        <w:t>With more than 8-10 years of experience, you likely have worked with several different technologies. Your challenge will be to keep your resume relevant to the position you are applying for.</w:t>
      </w:r>
    </w:p>
    <w:p>
      <w:pPr>
        <w:pStyle w:val="ListBullet"/>
      </w:pPr>
      <w:r>
        <w:t>Add a summary sectiontailored for the position. You are experienced enough that both the recruiter and the hiring manager will be interested in your motivation and how you can help their team.</w:t>
      </w:r>
    </w:p>
    <w:p>
      <w:pPr>
        <w:pStyle w:val="ListBullet"/>
      </w:pPr>
      <w:r>
        <w:t>Mention “soft” achievements on top of the business results.These can include mentoring more junior developers, leading teams, and other activities where you have helped others. Many companies will look for seniors who have a track record of not only doing their work but also helping people around them.</w:t>
      </w:r>
    </w:p>
    <w:p>
      <w:pPr>
        <w:pStyle w:val="ListBullet"/>
      </w:pPr>
      <w:r>
        <w:t>Mention not only impact but also your influence.On top of the business impact, you can mention what kind of impression you made with your work and what teams or organizations you influenced for specific outcomes. The more senior you are, the more you are expected to be able to influence. For example, staff-level engineers at the likes of Facebook, Google, and similar companies are expected to influence multiple teams. Recruiters at these places might be looking for these kinds of track records.</w:t>
      </w:r>
    </w:p>
    <w:p>
      <w:pPr>
        <w:pStyle w:val="ListBullet"/>
      </w:pPr>
      <w:r>
        <w:t>Move the Education section to the second page.You should have more than enough work experience to fill up one page, and education becomes less important at this level. Also, by moving it off the first page, you can reduce age bias. The person reading your resume won’t be able to think about your age on the first page—they can only do the math of looking at your graduation date on the second page. And by this time, they have probably decided whether you are qualified, based on your skills.</w:t>
      </w:r>
    </w:p>
    <w:p>
      <w:pPr>
        <w:pStyle w:val="ListBullet"/>
      </w:pPr>
      <w:r>
        <w:t>For Education, only keep standout details.Your education section should be a line or two, with the name of the school, degree, and date. Only keep standout achievements such as summa com laude, perfect GPA, or a relevant specialization. Other details will be irrelevant for the hiring manager, in this timeframe.</w:t>
      </w:r>
    </w:p>
    <w:p>
      <w:pPr>
        <w:pStyle w:val="ListBullet"/>
      </w:pPr>
      <w:r>
        <w:t>Make your earlier work experiences more concise.The further in the past your work experience, the less relevant it is. You should take up proportionally less space for positions in the past, reducing the information you share.</w:t>
      </w:r>
    </w:p>
    <w:p>
      <w:pPr>
        <w:spacing w:after="160" w:line="276" w:lineRule="auto"/>
      </w:pPr>
      <w:r>
        <w:t>With plenty of relevant experience, you can also consider sidestepping the direct application channel. Try to find the recruiter and hiring manager on LinkedIn, and directly messaging them, inquiring about applying. For more experienced engineers, the people doing the hiring are more likely to respond. Once you have a point of contact, you can follow up on your application progress more easily.</w:t>
      </w:r>
    </w:p>
    <w:p>
      <w:pPr>
        <w:pStyle w:val="Heading2"/>
        <w:spacing w:before="320" w:after="120"/>
      </w:pPr>
      <w:r>
        <w:t>Tech Leads</w:t>
      </w:r>
    </w:p>
    <w:p>
      <w:pPr>
        <w:spacing w:after="160" w:line="276" w:lineRule="auto"/>
      </w:pPr>
      <w:r>
        <w:t>The role of “tech lead” is often advertised as technical team lead, team lead or technical delivery lead. Unlike a senior engineer, these lead roles focus less on technical contribution, and more on delivery and team leadership duties. While an engineering manager might be responsible for several teams, a tech lead focuses on just one team. There can be a few companies that advertise this role as an engineering manager one, in cases when they mean to define aTech Lead EM archetypeas Patrick Kua describes in the5 Engineering Manager Archetypesarticle.</w:t>
      </w:r>
    </w:p>
    <w:p>
      <w:pPr>
        <w:spacing w:after="160" w:line="276" w:lineRule="auto"/>
      </w:pPr>
      <w:r>
        <w:t>When applying for tech lead positions, follow these pointers as guidance.</w:t>
      </w:r>
    </w:p>
    <w:p>
      <w:pPr>
        <w:pStyle w:val="ListBullet"/>
      </w:pPr>
      <w:r>
        <w:t>Showcase how you helped teams that went beyond what senior engineers do.Hiring managers for these roles will have different problems they need to solve than those recruiting for (senior) engineers. They may feel the team is behind on delivery, or the team may be struggling with high turnover, or they may be delivering poor quality—but they hire a tech lead when the problem isn’t solvable by adding more people to deliver code. Did you speed up delivery on your past team? Improve quality? Repaired stakeholder relationships? Make all of this clear on your resume.</w:t>
      </w:r>
    </w:p>
    <w:p>
      <w:pPr>
        <w:pStyle w:val="ListBullet"/>
      </w:pPr>
      <w:r>
        <w:t>Give examples on how you made your team successful.You will be expected to have a track record of making teams better. Make the evidence easy to find.</w:t>
      </w:r>
    </w:p>
    <w:p>
      <w:pPr>
        <w:pStyle w:val="ListBullet"/>
      </w:pPr>
      <w:r>
        <w:t>Talk specifics, and give context. Recruiters will be interested in the size and make-up of the team (e.g. “2 front-end engineers, 2 back-end engineers and 1 test automation engineer”), the context within which the team operates (“part of a 50 FTE team building…”), and the major technical choices. Make these clear.</w:t>
      </w:r>
    </w:p>
    <w:p>
      <w:pPr>
        <w:pStyle w:val="ListBullet"/>
      </w:pPr>
      <w:r>
        <w:t>Outcomes, as well as activities.Talk about both in your resume. It’s reassuring to know you ran the daily scrums, but did the team deliver on time? If you can, make sure your resume includes proof points for delivery (“managed a team that delivered project x, on time and on budget”), team leadership (“coached and mentored 2 graduates who became senior engineers”), and technical leadership (“worked with the architecture team to deliver essential component x”).</w:t>
      </w:r>
    </w:p>
    <w:p>
      <w:pPr>
        <w:spacing w:after="160" w:line="276" w:lineRule="auto"/>
      </w:pPr>
      <w:r>
        <w:t>You will probably find fewer tech lead positions advertised compared to senior engineer and engineering manager ones. You might decide to apply for these positions as well. You should create a separate senior engineer and a separate engineering manager resume for these positions, highlighting your work experience relevant for each track.</w:t>
      </w:r>
    </w:p>
    <w:p>
      <w:pPr>
        <w:pStyle w:val="Heading2"/>
        <w:spacing w:before="320" w:after="120"/>
      </w:pPr>
      <w:r>
        <w:t>Engineering Managers</w:t>
      </w:r>
    </w:p>
    <w:p>
      <w:pPr>
        <w:spacing w:after="160" w:line="276" w:lineRule="auto"/>
      </w:pPr>
      <w:r>
        <w:t>When applying for engineering manager roles, it is common to expect that you’ve had an engineering manager, tech lead, or similar position with your previous jobs. Assuming you have this, the below advice can help with your resume.</w:t>
      </w:r>
    </w:p>
    <w:p>
      <w:pPr>
        <w:pStyle w:val="ListBullet"/>
      </w:pPr>
      <w:r>
        <w:t>Tell a story. Engineering managers need to be good storytellers—and your resume should showcase this. Tell the story of how you made teams better, how you achieved great results, and what you’ll help the organization to achieve, should you join.</w:t>
      </w:r>
    </w:p>
    <w:p>
      <w:pPr>
        <w:pStyle w:val="ListBullet"/>
      </w:pPr>
      <w:r>
        <w:t>Be familiar with the values of the company. Engineering managers are never hired in a vacuum: they are hired to keep teams in the organization thriving and to take them to the next level. Do your research on what the culture of the organization is. Think about which of these values you already represent. Reflect on them when you talk about your past achievements.</w:t>
      </w:r>
    </w:p>
    <w:p>
      <w:pPr>
        <w:pStyle w:val="ListBullet"/>
      </w:pPr>
      <w:r>
        <w:t>Have a strong and relevant summary. As an engineering manager, your summary is your cover letter. Craft it carefully, tailor it to the position you apply to. Avoid buzzwords and overly generic summaries. Have it represent you well.</w:t>
      </w:r>
    </w:p>
    <w:p>
      <w:pPr>
        <w:pStyle w:val="ListBullet"/>
      </w:pPr>
      <w:r>
        <w:t>Role fit is very much a two-way street—don’t force it too much. Getting your next job as a senior engineer would likely be much easier than as an engineering manager. Teams and companies look for a specific fit to fill the manager gap they have. While you might be tempted to edit your resume to make it seem you’d be this fit, think carefully. Your goal should be to only progress to a hiring manager conversation at places where you can play to your strengths. This is why being clear on the environments in which you deliver the best results is so important.</w:t>
      </w:r>
    </w:p>
    <w:p>
      <w:pPr>
        <w:pStyle w:val="ListBullet"/>
      </w:pPr>
      <w:r>
        <w:t>Make your achievements not just about the business results, but also about the team. You’ve shipped impactful projects, achieved challenging OKRs, and took a cross-team initiative to launch a key project. That’s all great. What about your team? How did you support people? Did you help people get promoted? Were you able to hire for diversity? Did you have low attrition? Were you a coach or mentor to people outside your team? People are at the heart of engineering management—paint the full picture of how you did here.</w:t>
      </w:r>
    </w:p>
    <w:p>
      <w:pPr>
        <w:pStyle w:val="ListBullet"/>
      </w:pPr>
      <w:r>
        <w:t>Get inspired by others’ LinkedIn. Writing a good engineering resume is hard, as there are few examples and resources. Get more inspiration is by browsing the LinkedIn profiles of fellow engineering managers. See how they talk about their work, impact, and results.</w:t>
      </w:r>
    </w:p>
    <w:p>
      <w:pPr>
        <w:pStyle w:val="ListBullet"/>
      </w:pPr>
      <w:r>
        <w:t>Reach out for a chat with the hiring manager. As an engineering manager, it’s easier to have an introductory chat with the recruiter or hiring manager, compared to most developer roles. Consider reaching out this way before directly applying.</w:t>
      </w:r>
    </w:p>
    <w:p>
      <w:pPr>
        <w:spacing w:after="160" w:line="276" w:lineRule="auto"/>
      </w:pPr>
      <w:r>
        <w:t>Neville Kuyt, who has been leading teams for over two decades, shares his additional advice:</w:t>
      </w:r>
    </w:p>
    <w:p>
      <w:pPr>
        <w:pStyle w:val="ListBullet"/>
      </w:pPr>
      <w:r>
        <w:t>Have a summary that positions you for a specific niche.Back these claims up in your work experience section. Many summaries are full of buzzwords, and they could be so generic that they could apply to anyone. You’ll want to aim for the opposite.</w:t>
      </w:r>
    </w:p>
    <w:p>
      <w:pPr>
        <w:pStyle w:val="ListBullet"/>
      </w:pPr>
      <w:r>
        <w:t>Talk about the type of challenges you are a perfect fit to solve.Take a step back and think about what types of problems made you achieve your best results. Capture these challenges in your summary. Then back it up with evidence in your work history.</w:t>
      </w:r>
    </w:p>
    <w:p>
      <w:pPr>
        <w:pStyle w:val="ListBullet"/>
      </w:pPr>
      <w:r>
        <w:t>Target the right types of companiesin your applications. Are you someone who thrives in a large organization, driving alignment? Someone who does well in early-stage startups, where being hands-on is a must? Apply for the positions where you would—or have—done well.</w:t>
      </w:r>
    </w:p>
    <w:p>
      <w:pPr>
        <w:spacing w:after="160" w:line="276" w:lineRule="auto"/>
      </w:pPr>
      <w:r>
        <w:t>Get more feedbackand look for other ways to do so. If you have engineering manager peers or friends, ask for their input for your resume. As an engineering manager, you can get resume feedback advice from fellow managers in the #vet-my-resume channel inRands Leadership Slack. If you are not a member, you’ll have to join this community first. Please, read the Code of Conduct, follow it, and contribute back to this community. I suggest joining the community well before you’d need feedback on your resume and participating in other discussions.</w:t>
      </w:r>
    </w:p>
    <w:p>
      <w:r>
        <w:br w:type="page"/>
      </w:r>
    </w:p>
    <w:p>
      <w:pPr>
        <w:pStyle w:val="Heading1"/>
        <w:spacing w:before="480" w:after="280"/>
      </w:pPr>
      <w:r>
        <w:rPr>
          <w:b/>
          <w:color w:val="008A60"/>
          <w:sz w:val="28"/>
        </w:rPr>
        <w:t>Chapter 12</w:t>
        <w:br/>
      </w:r>
      <w:r>
        <w:rPr>
          <w:b/>
          <w:color w:val="0F172A"/>
          <w:sz w:val="40"/>
        </w:rPr>
        <w:t>Chapter 8: Exercises to Polish Your Resume</w:t>
      </w:r>
    </w:p>
    <w:p>
      <w:pPr>
        <w:spacing w:after="160" w:line="276" w:lineRule="auto"/>
      </w:pPr>
      <w:r>
        <w:t>Once you have created your “master” resume, here are a few exercises to tweak it</w:t>
      </w:r>
    </w:p>
    <w:p>
      <w:pPr>
        <w:pStyle w:val="Heading2"/>
        <w:spacing w:before="320" w:after="120"/>
      </w:pPr>
      <w:r>
        <w:t>Write Two Different Resumes</w:t>
      </w:r>
    </w:p>
    <w:p>
      <w:pPr>
        <w:spacing w:after="160" w:line="276" w:lineRule="auto"/>
      </w:pPr>
      <w:r>
        <w:t>The people who write great resumes have written several of them. The people whose resumes are not fantastic usually keep tweaking and tweaking the same one. Do this challenge to have a significantly better resume.</w:t>
      </w:r>
    </w:p>
    <w:p>
      <w:pPr>
        <w:spacing w:after="160" w:line="276" w:lineRule="auto"/>
      </w:pPr>
      <w:r>
        <w:t>First, write a resume using your preferred template. You have probably already done this. Then, start fresh, using a completely different template. It can be a template you’re not in love with; but it should be different. Put away your existing resume; you’re not allowed to cheat.</w:t>
      </w:r>
    </w:p>
    <w:p>
      <w:pPr>
        <w:spacing w:after="160" w:line="276" w:lineRule="auto"/>
      </w:pPr>
      <w:r>
        <w:t>Write a brand new resume, aiming to write a completely different one. Don’t repeat the achievements that you have written on your previous one; come up with different ones. Change the structure. Be bold with using colors. Come up with something very different.</w:t>
      </w:r>
    </w:p>
    <w:p>
      <w:pPr>
        <w:spacing w:after="160" w:line="276" w:lineRule="auto"/>
      </w:pPr>
      <w:r>
        <w:t>Now, compare the two. What are things you could use from this second one that seem pretty good? With two very different resumes, come up with a third, where you take the things that you like from both resumes. You’ll not only have a better resume—but you now have a lot more details to choose from when you customize your resume for the specific job listings.</w:t>
      </w:r>
    </w:p>
    <w:p>
      <w:pPr>
        <w:pStyle w:val="Heading2"/>
        <w:spacing w:before="320" w:after="120"/>
      </w:pPr>
      <w:r>
        <w:t>Find Out the Impact of Your Past Projects</w:t>
      </w:r>
    </w:p>
    <w:p>
      <w:pPr>
        <w:spacing w:after="160" w:line="276" w:lineRule="auto"/>
      </w:pPr>
      <w:r>
        <w:t>Many resumes list out responsibilities, but they don’t mention impact or specifics. They might say “Built and shipped the website rewrite for MyCompany”, but they don’t talk about how many people viewed the website, how much incremental revenue it generated, by what percentage did the loading times improve, by what percentage did the codebase shrink, and so on. In many cases, this is because the person writing the resume is also unaware of the actual impact.</w:t>
      </w:r>
    </w:p>
    <w:p>
      <w:pPr>
        <w:spacing w:after="160" w:line="276" w:lineRule="auto"/>
      </w:pPr>
      <w:r>
        <w:t>So find it out. For your current position, ask around on your team and through your manager. What is the expected impact of the project? Or what was the impact of the launch? For past positions, reach out to your old team or previous managers and ask about the impact. They might have better pointers on what this was.</w:t>
      </w:r>
    </w:p>
    <w:p>
      <w:pPr>
        <w:spacing w:after="160" w:line="276" w:lineRule="auto"/>
      </w:pPr>
      <w:r>
        <w:t>Finally, if you don’t have an exact impact, estimate to a good approximation. Can you give a rough percentage on the improvement made? A rough estimate on from what number to what number things changed? With impact, you don’t need to be exact. “Close enough” is better than nothing.</w:t>
      </w:r>
    </w:p>
    <w:p>
      <w:pPr>
        <w:pStyle w:val="Heading2"/>
        <w:spacing w:before="320" w:after="120"/>
      </w:pPr>
      <w:r>
        <w:t>Do a Grammar Check, Not Just a Spellcheck</w:t>
      </w:r>
    </w:p>
    <w:p>
      <w:pPr>
        <w:spacing w:after="160" w:line="276" w:lineRule="auto"/>
      </w:pPr>
      <w:r>
        <w:t>Your resume should read naturally: no typos, and clear grammar. The sentences should be short and easy to read. For grammar check, you can use the free version ofGrammarly spell checker. For easy to read text and sentences, use the freeHemingway Editor. Don’t only rely on these tools, though: re-read, re-read, re-read your resume.</w:t>
      </w:r>
    </w:p>
    <w:p>
      <w:pPr>
        <w:spacing w:after="160" w:line="276" w:lineRule="auto"/>
      </w:pPr>
      <w:r>
        <w:t>The Hemingway Editor—an excellent tool to make your resume easy to read.</w:t>
      </w:r>
    </w:p>
    <w:p>
      <w:pPr>
        <w:pStyle w:val="Heading2"/>
        <w:spacing w:before="320" w:after="120"/>
      </w:pPr>
      <w:r>
        <w:t>Ask for Friends or Family to Proofread</w:t>
      </w:r>
    </w:p>
    <w:p>
      <w:pPr>
        <w:spacing w:after="160" w:line="276" w:lineRule="auto"/>
      </w:pPr>
      <w:r>
        <w:t>As you write your resume, you will develop tunnel vision and ignore obvious inconsistencies or mistakes. Get a fresh pair of eyes to read through your resume, someone who can catch things that don’t look or sound right.</w:t>
      </w:r>
    </w:p>
    <w:p>
      <w:pPr>
        <w:spacing w:after="160" w:line="276" w:lineRule="auto"/>
      </w:pPr>
      <w:r>
        <w:t>Ask a friend or a family member to read through your resume thoroughly and give you feedback. You’ll get feedback on things—grammatical issues, typos, logical mistakes—that you would have otherwise missed.</w:t>
      </w:r>
    </w:p>
    <w:p>
      <w:pPr>
        <w:pStyle w:val="Heading2"/>
        <w:spacing w:before="320" w:after="120"/>
      </w:pPr>
      <w:r>
        <w:t>Get Feedback on the Internet</w:t>
      </w:r>
    </w:p>
    <w:p>
      <w:pPr>
        <w:spacing w:after="160" w:line="276" w:lineRule="auto"/>
      </w:pPr>
      <w:r>
        <w:t>There are several forums where you can get feedback on your tech resume—for free. As with most things free, don’t get your hopes up too high. These are forums where members do a favor for giving any feedback. My suggestion is to join these communities well ahead of time, read feedback on other resumes, and treat the advice with a grain of salt.</w:t>
      </w:r>
    </w:p>
    <w:p>
      <w:pPr>
        <w:spacing w:after="160" w:line="276" w:lineRule="auto"/>
      </w:pPr>
      <w:r>
        <w:t>Remove personal information from resumesyou submit to forums like this, as the resume might be circulated well beyond your control.</w:t>
      </w:r>
    </w:p>
    <w:p>
      <w:pPr>
        <w:pStyle w:val="ListBullet"/>
      </w:pPr>
      <w:r>
        <w:t>Reddit has regularresume advice threads on CS Career questions. This forum is meant for new grads.</w:t>
      </w:r>
    </w:p>
    <w:p>
      <w:pPr>
        <w:pStyle w:val="ListBullet"/>
      </w:pPr>
      <w:r>
        <w:t>Reddit has a generalresume review subwhere you can get feedback on your CV/resume.</w:t>
      </w:r>
    </w:p>
    <w:p>
      <w:pPr>
        <w:pStyle w:val="ListBullet"/>
      </w:pPr>
      <w:r>
        <w:t>If you are an engineering manager, you can get resume feedbackwithin the Rands Slack channel.</w:t>
      </w:r>
    </w:p>
    <w:p>
      <w:pPr>
        <w:pStyle w:val="ListBullet"/>
      </w:pPr>
      <w:r>
        <w:t>Search for resume review offers from fellow members of the tech community. Dev.to had aresume review threadand people occasionally offer to give feedback on Twitter and on LinkedIn.</w:t>
      </w:r>
    </w:p>
    <w:p>
      <w:pPr>
        <w:pStyle w:val="Heading2"/>
        <w:spacing w:before="320" w:after="120"/>
      </w:pPr>
      <w:r>
        <w:t>Keyword Check for That Position</w:t>
      </w:r>
    </w:p>
    <w:p>
      <w:pPr>
        <w:spacing w:after="160" w:line="276" w:lineRule="auto"/>
      </w:pPr>
      <w:r>
        <w:t>When submitting a resume for a specific position, if your resume mentions things that are considered keywords in a job, you’ll be more likely to stand out. For example, for a Java backend position, you’ll want Java and backend mentioned—assuming you have experience with both.</w:t>
      </w:r>
    </w:p>
    <w:p>
      <w:pPr>
        <w:spacing w:after="160" w:line="276" w:lineRule="auto"/>
      </w:pPr>
      <w:r>
        <w:t>A possible way to do this review is for you to compare the job description and your resume. There are services that offer a more detailed scan. Most of this scan is guesswork, but it can give you a sense of how much words overlap your resume and the job posting has.</w:t>
      </w:r>
    </w:p>
    <w:p>
      <w:pPr>
        <w:spacing w:after="160" w:line="276" w:lineRule="auto"/>
      </w:pPr>
      <w:r>
        <w:t>I hesitate to wholeheartedly recommend ATS scan services, as most of these scans are based on ATS fallacies, and optimize to make you pay up for ATS optimization, that will not be particularly helpful. See theATS Myths Busted sectionon more details on why most of the claims made by these sites do not apply to tech positions.</w:t>
      </w:r>
    </w:p>
    <w:p>
      <w:pPr>
        <w:spacing w:after="160" w:line="276" w:lineRule="auto"/>
      </w:pPr>
      <w:r>
        <w:t>Still, doing a quick check with JobScan ATS scan can give you some pointers on the overlap between your resume and the position. Keep in mind that most of the ATS scores are guesswork, and ATSes will not reject your resume. And I donotrecommend upgrading to JobScan Premium for tech roles, as much as the site tries to upsell to do this. For example, you will always see a lower than 100% “match rate” in this scan that incentivizes opening your wallet and pay for advice that will likely be irrelevant with tech roles.</w:t>
      </w:r>
    </w:p>
    <w:p>
      <w:pPr>
        <w:spacing w:after="160" w:line="276" w:lineRule="auto"/>
      </w:pPr>
      <w:r>
        <w:t>The JobScan ATS Check. Much of it won’t apply to how tech companies use ATSes. It</w:t>
        <w:br/>
        <w:t>could give you ideas on how to tailor your resume for the job description, though.</w:t>
      </w:r>
    </w:p>
    <w:p>
      <w:pPr>
        <w:pStyle w:val="Heading2"/>
        <w:spacing w:before="320" w:after="120"/>
      </w:pPr>
      <w:r>
        <w:t>Recap: Actions to Improve Your Resume</w:t>
      </w:r>
    </w:p>
    <w:p>
      <w:pPr>
        <w:spacing w:after="160" w:line="276" w:lineRule="auto"/>
      </w:pPr>
      <w:r>
        <w:t>In this chapter, we’ve covered additional exercises to make your resume better. Consider doing multiple or all of these to make your resume even better.</w:t>
      </w:r>
    </w:p>
    <w:p>
      <w:pPr>
        <w:pStyle w:val="ListNumber"/>
      </w:pPr>
      <w:r>
        <w:t>Write two very different resumes, then come up with a third one, combining the best parts from each one.</w:t>
      </w:r>
    </w:p>
    <w:p>
      <w:pPr>
        <w:pStyle w:val="ListNumber"/>
      </w:pPr>
      <w:r>
        <w:t>Find out the impact of your past projects and add them to your resume. Reach out to past colleagues, or do a rough estimation. A close enough estimation is better than no specifics.</w:t>
      </w:r>
    </w:p>
    <w:p>
      <w:pPr>
        <w:pStyle w:val="ListNumber"/>
      </w:pPr>
      <w:r>
        <w:t>Do a grammar check, not just a spell check. Use tools likeGrammarlyor theHemingway Editorto do so.</w:t>
      </w:r>
    </w:p>
    <w:p>
      <w:pPr>
        <w:pStyle w:val="ListNumber"/>
      </w:pPr>
      <w:r>
        <w:t>Ask friends and family for proofreading. You’ll get a fresh pair of eyes, and valuable feedback on things that you might have missed.</w:t>
      </w:r>
    </w:p>
    <w:p>
      <w:pPr>
        <w:pStyle w:val="ListNumber"/>
      </w:pPr>
      <w:r>
        <w:t>Seek out feedback on the internet from community forums. Don’t forget to anonymize your resume first. Treat this feedback with a grain of salt, though.</w:t>
      </w:r>
    </w:p>
    <w:p>
      <w:pPr>
        <w:pStyle w:val="ListNumber"/>
      </w:pPr>
      <w:r>
        <w:t>Do a keyword check for your resume. Use either an automated tool or just “pretend” to be the screening software, looking for keywords that you pick up from the job description.</w:t>
      </w:r>
    </w:p>
    <w:p>
      <w:r>
        <w:br w:type="page"/>
      </w:r>
    </w:p>
    <w:p>
      <w:pPr>
        <w:pStyle w:val="Heading1"/>
        <w:spacing w:before="480" w:after="280"/>
      </w:pPr>
      <w:r>
        <w:rPr>
          <w:b/>
          <w:color w:val="008A60"/>
          <w:sz w:val="28"/>
        </w:rPr>
        <w:t>Chapter 13</w:t>
        <w:br/>
      </w:r>
      <w:r>
        <w:rPr>
          <w:b/>
          <w:color w:val="0F172A"/>
          <w:sz w:val="40"/>
        </w:rPr>
        <w:t>Chapter 9: Beyond the Resume</w:t>
      </w:r>
    </w:p>
    <w:p>
      <w:pPr>
        <w:spacing w:after="160" w:line="276" w:lineRule="auto"/>
      </w:pPr>
      <w:r>
        <w:t>Your resume is not the only thing that can get you to a recruiter call: cover letters, your LinkedIn profile and a few others are worth paying attention to.</w:t>
      </w:r>
    </w:p>
    <w:p>
      <w:pPr>
        <w:pStyle w:val="Heading2"/>
        <w:spacing w:before="320" w:after="120"/>
      </w:pPr>
      <w:r>
        <w:t>LinkedIn Profile</w:t>
      </w:r>
    </w:p>
    <w:p>
      <w:pPr>
        <w:spacing w:after="160" w:line="276" w:lineRule="auto"/>
      </w:pPr>
      <w:r>
        <w:t>Resumes and LinkedIn profiles are like the yin and yang. You directly apply with a resume, and opportunities can come and find you with your LinkedIn profile. It’s smart to invest equally in both.</w:t>
      </w:r>
    </w:p>
    <w:p>
      <w:pPr>
        <w:spacing w:after="160" w:line="276" w:lineRule="auto"/>
      </w:pPr>
      <w:r>
        <w:t>The good news is, once you have spent time polishing one, you can reuse much of the content for the other. There are a few differences that are worth keeping in mind with LinkedIn, though.</w:t>
      </w:r>
    </w:p>
    <w:p>
      <w:pPr>
        <w:spacing w:after="160" w:line="276" w:lineRule="auto"/>
      </w:pPr>
      <w:r>
        <w:t>Most of these differences come from how recruiters use LinkedIn most of the time: by looking at the LinkedIn search view. They set out to find candidates who match a specific skillset, in a certain location, and might narrow down to other filters: companies, schools, and others. Here how recruiters will see your profile in the LinkedIn recruiter search view:</w:t>
      </w:r>
    </w:p>
    <w:p>
      <w:pPr>
        <w:spacing w:after="160" w:line="276" w:lineRule="auto"/>
      </w:pPr>
      <w:r>
        <w:t>The LinkedIn recruiter search view, and the key details recruiters immediately glance at.</w:t>
      </w:r>
    </w:p>
    <w:p>
      <w:pPr>
        <w:spacing w:after="160" w:line="276" w:lineRule="auto"/>
      </w:pPr>
      <w:r>
        <w:t>To optimize your “search card", consider following these steps:</w:t>
      </w:r>
    </w:p>
    <w:p>
      <w:pPr>
        <w:pStyle w:val="ListBullet"/>
      </w:pPr>
      <w:r>
        <w:t>Set a headline to represent what youwantto be found for. This line is the first thing a recruiter will see, and it should summarize the message you’d like to convey. Why should someone click on your profile? If you do not set anything to your headline, your current position will appear here.</w:t>
      </w:r>
    </w:p>
    <w:p>
      <w:pPr>
        <w:pStyle w:val="ListBullet"/>
      </w:pPr>
      <w:r>
        <w:t>Tweak your current positionto describe your role better. LinkedIn is not your resume, and your current position does not have to be your official title, as per your work contract. For example, if you are leading a team as a frontend developer, you could have your current title on LinkedIn say “Frontend lead” or “Frontend team lead”, even if your official title at work is "Software Developer". Similarly, you can change your current title to say “Backend engineer specializing in Go” if this is both what you do and how you'd like recruiters searching on LinkedIn to find you.</w:t>
      </w:r>
    </w:p>
    <w:p>
      <w:pPr>
        <w:pStyle w:val="ListBullet"/>
      </w:pPr>
      <w:r>
        <w:t>Mention keywords in your summary and job descriptionsthat recruiters could search for. These include technologies, frameworks, and engineering practices.</w:t>
      </w:r>
    </w:p>
    <w:p>
      <w:pPr>
        <w:pStyle w:val="ListBullet"/>
      </w:pPr>
      <w:r>
        <w:t>Use a professional-looking photothat makes you look good. A professional photo is one where your face can be seen clearly, with no one else in the picture. Note that you don’tneedto have any photo on your profile, especially as photos can encourage biases. Also, no photo is better than a poor photo, where you look grumpy or unfriendly.</w:t>
      </w:r>
    </w:p>
    <w:p>
      <w:pPr>
        <w:pStyle w:val="ListBullet"/>
      </w:pPr>
      <w:r>
        <w:t>Have a summary that sells you.Unlike with your resume, where recruiters and hiring managers barely look at your summary, on LinkedIn they are more likely to do so. As a hiring manager, I read the summary section and the last one or two job descriptions. So go for a longer summary, up to two paragraphs, where you describe the value you can bring and your motivation.</w:t>
      </w:r>
    </w:p>
    <w:p>
      <w:pPr>
        <w:pStyle w:val="ListBullet"/>
      </w:pPr>
      <w:r>
        <w:t>It’s fine to be more verbose on your LinkedIn than you would on your resume. The nice thing about LinkedIn is you don’t have to fit everything on one page. In fact, with more content, you could rank higher in search results than if you kept things concise.</w:t>
      </w:r>
    </w:p>
    <w:p>
      <w:pPr>
        <w:pStyle w:val="ListBullet"/>
      </w:pPr>
      <w:r>
        <w:t>Omit work experience that doesn't support your professional career story.Similar to your resume, your LinkedIn profile should tell a good story of your professional side. Remove positions that don’t strengthen this image. For example, if you did a part-time job years back that has nothing to do with your current profession, it probably will not add anything to your career. Don’t have this kind of noise.</w:t>
      </w:r>
    </w:p>
    <w:p>
      <w:pPr>
        <w:spacing w:after="160" w:line="276" w:lineRule="auto"/>
      </w:pPr>
      <w:r>
        <w:t>How recruiters do Boolean searches</w:t>
      </w:r>
    </w:p>
    <w:p>
      <w:pPr>
        <w:spacing w:after="160" w:line="276" w:lineRule="auto"/>
      </w:pPr>
      <w:r>
        <w:t>To optimize your LinkedIn profile for recruiter searches, let’s take a look behind the scenes on how recruiters search for candidates. They use the technique called Boolean search, something that should ring familiar to most developers. Using a series of AND, OR, and NOT operators, they filter details. Here are a couple of possible searches recruiters might use:</w:t>
      </w:r>
    </w:p>
    <w:p>
      <w:pPr>
        <w:pStyle w:val="ListBullet"/>
      </w:pPr>
      <w:r>
        <w:t>Software developer:“software developer” OR “software engineer”</w:t>
      </w:r>
    </w:p>
    <w:p>
      <w:pPr>
        <w:pStyle w:val="ListBullet"/>
      </w:pPr>
      <w:r>
        <w:t>Fullstack developer with React.js and Python experience:”React.js” AND “Python”for a simple search(“developer” OR “engineer”) NOT “manager” AND React.js” AND “Python”for a more sophisticated search</w:t>
      </w:r>
    </w:p>
    <w:p>
      <w:pPr>
        <w:pStyle w:val="ListBullet"/>
      </w:pPr>
      <w:r>
        <w:t>Frontend developer with React or similar experience:(“frontend developer” OR “front-end developer”) AND (“javascript” or “typescript”) AND (“react” OR “reactjs” OR “vue” OR “vuejs” OR “angular” OR “angularjs”)</w:t>
      </w:r>
    </w:p>
    <w:p>
      <w:pPr>
        <w:spacing w:after="160" w:line="276" w:lineRule="auto"/>
      </w:pPr>
      <w:r>
        <w:t>Recruiters will often Boolean search for keywords that are in the job description that the hiring manager gives them. So taking this example from a job description, highlighting possible keywords:</w:t>
      </w:r>
    </w:p>
    <w:p>
      <w:pPr>
        <w:pStyle w:val="ListBullet"/>
      </w:pPr>
      <w:r>
        <w:t>Computer Science fundamentals in data structures, algorithm design, problem solving, and complexity analysis</w:t>
      </w:r>
    </w:p>
    <w:p>
      <w:pPr>
        <w:pStyle w:val="ListBullet"/>
      </w:pPr>
      <w:r>
        <w:t>Proficiency in at least one modern programming language such as C, C++, Java, or Perl</w:t>
      </w:r>
    </w:p>
    <w:p>
      <w:pPr>
        <w:spacing w:after="160" w:line="276" w:lineRule="auto"/>
      </w:pPr>
      <w:r>
        <w:t>A recruiter could create these Boolean searches:</w:t>
      </w:r>
    </w:p>
    <w:p>
      <w:pPr>
        <w:pStyle w:val="ListBullet"/>
      </w:pPr>
      <w:r>
        <w:t>Focus on languages:“C” OR “C++” OR “Java” OR “Perl”</w:t>
      </w:r>
    </w:p>
    <w:p>
      <w:pPr>
        <w:pStyle w:val="ListBullet"/>
      </w:pPr>
      <w:r>
        <w:t>CS fundamentals and languages:(“data structures” OR “algorithm” OR “algorithms” OR “design”) AND (“C” OR “C++” OR “Java” OR “Perl” OR “object oriented”)</w:t>
      </w:r>
    </w:p>
    <w:p>
      <w:pPr>
        <w:spacing w:after="160" w:line="276" w:lineRule="auto"/>
      </w:pPr>
      <w:r>
        <w:t>If your profile contains these phrases, you’ll appear in the results. The closer the match—for example, when matching in the headline—and the closer you are in your network with the recruiter, the higher you will rank on the search results.</w:t>
      </w:r>
    </w:p>
    <w:p>
      <w:pPr>
        <w:spacing w:after="160" w:line="276" w:lineRule="auto"/>
      </w:pPr>
      <w:r>
        <w:t>Optimizing LinkedIn when job searching</w:t>
      </w:r>
    </w:p>
    <w:p>
      <w:pPr>
        <w:spacing w:after="160" w:line="276" w:lineRule="auto"/>
      </w:pPr>
      <w:r>
        <w:t>When you are either actively job searching or are getting ready to start, consider the following:</w:t>
      </w:r>
    </w:p>
    <w:p>
      <w:pPr>
        <w:pStyle w:val="ListBullet"/>
      </w:pPr>
      <w:r>
        <w:t>Signaling you’re open for opportunities: don’t do this in your headline.Do not add “Looking for opportunities”, “Open for a new role” or something similar in your Headline. This won’t add much value, and it will take up valuable space that you could use to sell yourself and highlight your skills. Instead, activate the Open to Job Opportunities feature in your LinkedIn profile:</w:t>
      </w:r>
    </w:p>
    <w:p>
      <w:pPr>
        <w:pStyle w:val="ListBullet"/>
      </w:pPr>
      <w:r>
        <w:t>Always have a current position listed, even if you don’t currently have a job. LinkedIn ranks your profile lower when you do not have a current position.Kathy Bernard, who specializes in optimizing LinkedIn profiles, advises to always fill out something as content here—even if you don't have a job right now. As a developer, you can tailor this current position to showcase the technologies and languages you are an expert in. For a few more pointers, see her article:Unemployed? Create a “current” role on LinkedIn.</w:t>
      </w:r>
    </w:p>
    <w:p>
      <w:pPr>
        <w:pStyle w:val="ListBullet"/>
      </w:pPr>
      <w:r>
        <w:t>Add more headline details.Consider using the “|” separator character to add more information to your headline, such as key skills or technologies you’d like to be found for. For example, a headline could be:Full-stack dev with 5 years experience | Go, Java, JavaScript, React, Swing | Distributed systems, developer tooling &amp; fluid user interfaces.A tailored headline will rank your profile higher with keyword searches and grab the recruiter's attention better.</w:t>
      </w:r>
    </w:p>
    <w:p>
      <w:pPr>
        <w:pStyle w:val="ListBullet"/>
      </w:pPr>
      <w:r>
        <w:t>Connect with more people on LinkedIn, including recruiters. The closer you are connections-wise to the recruiter doing the search, the higher your profile will rank. As you start your job search, do consider adding current and former colleagues and recruiters who have previously reached out to you.</w:t>
      </w:r>
    </w:p>
    <w:p>
      <w:pPr>
        <w:pStyle w:val="ListBullet"/>
      </w:pPr>
      <w:r>
        <w:t>Consider updating your location when you have a definite destination in mind to move to. Location is often a filter that recruiters use. If you are ready to move to a city or a country, you can update your location, so you show up as a local candidate. Use good judgment, especially for cases when you’d need a visa to move. Updating a location will most likely result in more inbound messages from local companies. Once you have a reachout, you can confirm if the company sponsors visas before investing more time in the process.</w:t>
      </w:r>
    </w:p>
    <w:p>
      <w:pPr>
        <w:pStyle w:val="ListBullet"/>
      </w:pPr>
      <w:r>
        <w:t>Use Boolean search when searching for jobs. It’s not just recruiters who can do Boolean searches: on job sites like LinkedIn, you can do so as well. You can use AND, OR and NOT for phrases, and parenthetical search. For example, you could use the following search string to look for non-senior frontend jobs, for companies not building on top of the Laravel framework:(frontend OR javascript OR react) AND NOT (senior or laravel)Narrow your search to fewer opportunities that are a better match for what you are looking for, or your skillset. This will help you apply in a more focused way.</w:t>
      </w:r>
    </w:p>
    <w:p>
      <w:pPr>
        <w:pStyle w:val="Heading2"/>
        <w:spacing w:before="320" w:after="120"/>
      </w:pPr>
      <w:r>
        <w:t>GitHub</w:t>
      </w:r>
    </w:p>
    <w:p>
      <w:pPr>
        <w:spacing w:after="160" w:line="276" w:lineRule="auto"/>
      </w:pPr>
      <w:r>
        <w:t>There is no expectation of having GitHub on your resume, regardless of how many resumes and resume templates you might see these included in. As a hiring manager, I never explicitly look for either. It is a nice bonus to see it, though, and as a hiring manager, I frequently click through to check it out.</w:t>
      </w:r>
    </w:p>
    <w:p>
      <w:pPr>
        <w:spacing w:after="160" w:line="276" w:lineRule="auto"/>
      </w:pPr>
      <w:r>
        <w:t>Other hiring managers confirmed the same: they are more likely to click through and check out these profiles after the first scan. Recruiters are somewhat less likely to do so: though the more technical the recruiter, the more inclined they are to take a look. Should you make it to the onsite, developers who would be interviewing you often click through and bring up the projects as talking points on the interview. Which brings us to the most important rule of linking to GitHub.</w:t>
      </w:r>
    </w:p>
    <w:p>
      <w:pPr>
        <w:spacing w:after="160" w:line="276" w:lineRule="auto"/>
      </w:pPr>
      <w:r>
        <w:t>Only include a GitHub link if there is something you are proud to show offon these sites. Do not link to an empty Github profile or one that has poor code visible.</w:t>
      </w:r>
    </w:p>
    <w:p>
      <w:pPr>
        <w:spacing w:after="160" w:line="276" w:lineRule="auto"/>
      </w:pPr>
      <w:r>
        <w:t>Clean up your GitHub profile to describe the work that people will find there if you do link it. Add proper READMEs to your main projects that give context on what the project does, highlighting relevant code, setup, or configuration.</w:t>
      </w:r>
    </w:p>
    <w:p>
      <w:pPr>
        <w:spacing w:after="160" w:line="276" w:lineRule="auto"/>
      </w:pPr>
      <w:r>
        <w:t>As a hiring manager, here is what I look for when browsing through a GitHub profile:</w:t>
      </w:r>
    </w:p>
    <w:p>
      <w:pPr>
        <w:pStyle w:val="ListBullet"/>
      </w:pPr>
      <w:r>
        <w:t>Context: what side projects has this person published? What do they do? Do the pinned projects have a clear description on the profile page? When clicking into the project, is there a clear README that describes the project: how to run it and how to test it?</w:t>
      </w:r>
    </w:p>
    <w:p>
      <w:pPr>
        <w:pStyle w:val="ListBullet"/>
      </w:pPr>
      <w:r>
        <w:t>Code quality: how is this? Does it follow best practices? Is naming decent, the code easy to read and clean?</w:t>
      </w:r>
    </w:p>
    <w:p>
      <w:pPr>
        <w:pStyle w:val="ListBullet"/>
      </w:pPr>
      <w:r>
        <w:t>Testing: does the project have unit or integration tests? If they do, I know this person is aware of testing and has at least played around with it.</w:t>
      </w:r>
    </w:p>
    <w:p>
      <w:pPr>
        <w:pStyle w:val="ListBullet"/>
      </w:pPr>
      <w:r>
        <w:t>Contributing to larger projects: what larger open source projects have they contributed to? I sometimes look at pull requests, and the comments on the pull request, if it’s easy to find.</w:t>
      </w:r>
    </w:p>
    <w:p>
      <w:pPr>
        <w:pStyle w:val="ListBullet"/>
      </w:pPr>
      <w:r>
        <w:t>Standout repositories: if there is a repository that has a large number of stars, and lots of activity, how does this developer handle pull requests, and how do they respond to issues? This can give some good, positive indication on their collaboration skills, similar to contributions to larger projects.</w:t>
      </w:r>
    </w:p>
    <w:p>
      <w:pPr>
        <w:pStyle w:val="ListBullet"/>
      </w:pPr>
      <w:r>
        <w:t>Things I don’t pay attention to are contributions in the last year, followers, numbers of repositories, and other statistics that have little to do with code quality.</w:t>
      </w:r>
    </w:p>
    <w:p>
      <w:pPr>
        <w:spacing w:after="160" w:line="276" w:lineRule="auto"/>
      </w:pPr>
      <w:r>
        <w:t>To optimize your GitHub profilethat you are linking on your resume, follow these few steps:</w:t>
      </w:r>
    </w:p>
    <w:p>
      <w:pPr>
        <w:pStyle w:val="ListBullet"/>
      </w:pPr>
      <w:r>
        <w:t>Create a README for your profileand summarize things that a hiring manager should know about you, pointing to standout projects. To create a personal README, create a repo with the same name as your username, and initialize it with a README:Then take inspiration from other developer READMEs in creating yours from lists</w:t>
        <w:br/>
        <w:t>like:Awesome Github Profile READMEsbyAbhishek NaiduAwesome Profile README templatesbyKautuk KundanAwesome Readme TemplatesbyElango Sundar</w:t>
      </w:r>
    </w:p>
    <w:p>
      <w:pPr>
        <w:pStyle w:val="ListBullet"/>
      </w:pPr>
      <w:r>
        <w:t>Pin the “best” repositories on your profile—up to six of them. You can control which repositories are shown on your profile. Hiring managers will most likely only click on a few of these, so make them count.</w:t>
      </w:r>
    </w:p>
    <w:p>
      <w:pPr>
        <w:pStyle w:val="ListBullet"/>
      </w:pPr>
      <w:r>
        <w:t>Fill out descriptionsfor each of the pinned projects in the repo’s description field. The description should make it clear what the project does and why it is interesting. You can make the descriptions fun: your goal is for the person to check out the repository.</w:t>
      </w:r>
    </w:p>
    <w:p>
      <w:pPr>
        <w:pStyle w:val="ListBullet"/>
      </w:pPr>
      <w:r>
        <w:t>Have great READMEs for your pinned projects. At the very least, the README should describe what the project does and how to use it. Better READMEs have code examples, show how to configure, or list further improvements. Browse READMEs of popular projects and consider improving your README to be more similar to them. You can use theREADME scoretool to get feedback on areas you could further improve.</w:t>
      </w:r>
    </w:p>
    <w:p>
      <w:pPr>
        <w:pStyle w:val="Heading2"/>
        <w:spacing w:before="320" w:after="120"/>
      </w:pPr>
      <w:r>
        <w:t>Technical Blogs</w:t>
      </w:r>
    </w:p>
    <w:p>
      <w:pPr>
        <w:spacing w:after="160" w:line="276" w:lineRule="auto"/>
      </w:pPr>
      <w:r>
        <w:t>Do you know what percentage of candidates write technical blogs? Only a fraction of all resumes I’ve seen. So if you happen to write one, you’ll already have something to stand out with—assuming you add it to your resume. However, don’tjustadd your technical blog to your resume. Similar to your GitHub, be deliberate about what the one or two articles you’d want a hiring manager to read.</w:t>
      </w:r>
    </w:p>
    <w:p>
      <w:pPr>
        <w:spacing w:after="160" w:line="276" w:lineRule="auto"/>
      </w:pPr>
      <w:r>
        <w:t>Before and after: technical blogs</w:t>
      </w:r>
    </w:p>
    <w:p>
      <w:pPr>
        <w:spacing w:after="160" w:line="276" w:lineRule="auto"/>
      </w:pPr>
      <w:r>
        <w:t>Take these two resume examples. The first example is from a resume where the person is applying for a frontend position that is asking for some experience with Angular.</w:t>
      </w:r>
    </w:p>
    <w:p>
      <w:pPr>
        <w:spacing w:after="160" w:line="276" w:lineRule="auto"/>
      </w:pPr>
      <w:r>
        <w:t>Before:</w:t>
      </w:r>
    </w:p>
    <w:p>
      <w:pPr>
        <w:spacing w:after="160" w:line="276" w:lineRule="auto"/>
      </w:pPr>
      <w:r>
        <w:t>After:</w:t>
      </w:r>
    </w:p>
    <w:p>
      <w:pPr>
        <w:spacing w:after="160" w:line="276" w:lineRule="auto"/>
      </w:pPr>
      <w:r>
        <w:t>In the “before” version, when the hiring manager clicks on the link, they are taken to the linked Dev.to blog. On this page, the last two articles are non-technical posts, and buried many pages down are two solid articles about Angular.</w:t>
      </w:r>
    </w:p>
    <w:p>
      <w:pPr>
        <w:spacing w:after="160" w:line="276" w:lineRule="auto"/>
      </w:pPr>
      <w:r>
        <w:t>The “after” version does a much better job guiding the hiring manager to the post you want them to read. And they don’t even need to click through to think, “okay, so this person doesn’t only say they know Angular: they’ve proven it, by blogging about it.”</w:t>
      </w:r>
    </w:p>
    <w:p>
      <w:pPr>
        <w:spacing w:after="160" w:line="276" w:lineRule="auto"/>
      </w:pPr>
      <w:r>
        <w:t>Add links to the most relevant one or two technical articlesthat you have authored in your resume, describing what they are about, similar to the above example. Doing this over “just” listing your blog will let you control more what you’d like to show. You’ll also guide your reader better, having them start reading some of your best or most relevant content, should they click through.</w:t>
      </w:r>
    </w:p>
    <w:p>
      <w:pPr>
        <w:pStyle w:val="Heading2"/>
        <w:spacing w:before="320" w:after="120"/>
      </w:pPr>
      <w:r>
        <w:t>StackOverflow, Twitter, Instagram, Quora and Other Social Sites</w:t>
      </w:r>
    </w:p>
    <w:p>
      <w:pPr>
        <w:spacing w:after="160" w:line="276" w:lineRule="auto"/>
      </w:pPr>
      <w:r>
        <w:t>StackOverflow is the only other piece of content that I’d suggest to include: but only if you are active on the site, and your profile supports the story you want to tell. For example, if you are a JavaScript expert and have many JavaScript-related badges, this can support your credibility as someone who knows this technology. As a hiring manager, I click through far less to StackOverflow links in the resume than I do to GitHub, though.</w:t>
      </w:r>
    </w:p>
    <w:p>
      <w:pPr>
        <w:spacing w:after="160" w:line="276" w:lineRule="auto"/>
      </w:pPr>
      <w:r>
        <w:t>For other social media like Twitter, Instagram, Quora and others: I discourage linking to these on your resume. These mediums do a poor job conveying professional value to the hiring manager and the recruiter.</w:t>
      </w:r>
    </w:p>
    <w:p>
      <w:pPr>
        <w:pStyle w:val="Heading2"/>
        <w:spacing w:before="320" w:after="120"/>
      </w:pPr>
      <w:r>
        <w:t>Cover Letters</w:t>
      </w:r>
    </w:p>
    <w:p>
      <w:pPr>
        <w:spacing w:after="160" w:line="276" w:lineRule="auto"/>
      </w:pPr>
      <w:r>
        <w:t>Big tech companies rarely ask for cover letters—they will only look at your resume. Small and mid-sized companies allow attaching these, but very few explicitly ask for it. Most tech recruiters I’ve talked with don’t ask for it, and even if sent separately, rarely read them.</w:t>
      </w:r>
    </w:p>
    <w:p>
      <w:pPr>
        <w:spacing w:after="160" w:line="276" w:lineRule="auto"/>
      </w:pPr>
      <w:r>
        <w:t>Cover letters in tech matter at companies where the hiring manager does the resume screening. These are typically smaller companies, often startups, which see fewer applicants for roles. As such, I suggest prioritizing writing cover letters to smaller companies only, or in cases where you know you can reach the hiring manager directly.</w:t>
      </w:r>
    </w:p>
    <w:p>
      <w:pPr>
        <w:spacing w:after="160" w:line="276" w:lineRule="auto"/>
      </w:pPr>
      <w:r>
        <w:t>Also, your tailored resume for the position should already be a cover letter. If you follow the advice in the sectionWrite a Resume for That Job, the cover letter will be less relevant. You never know if the cover letter will be read or forwarded, but as long as you progress in the hiring process, your resume will always be.</w:t>
      </w:r>
    </w:p>
    <w:p>
      <w:pPr>
        <w:spacing w:after="160" w:line="276" w:lineRule="auto"/>
      </w:pPr>
      <w:r>
        <w:t>Tailor your cover letter styleto the company and country that you are applying for. For a young startup in the US, a more casual and outspoken style might work better. For a large company in the UK or Australia, a more reserved approach could work better. For inspiration, see the following cover letter examples:</w:t>
      </w:r>
    </w:p>
    <w:p>
      <w:pPr>
        <w:pStyle w:val="ListBullet"/>
      </w:pPr>
      <w:r>
        <w:t>A developer cover letterby principal data engineer Nick Larsen, published on the Stack Overflow blog.</w:t>
      </w:r>
    </w:p>
    <w:p>
      <w:pPr>
        <w:pStyle w:val="ListBullet"/>
      </w:pPr>
      <w:r>
        <w:t>A punchy junior developer cover lettercase study by engineer Lou Bichard.</w:t>
      </w:r>
    </w:p>
    <w:p>
      <w:pPr>
        <w:pStyle w:val="ListBullet"/>
      </w:pPr>
      <w:r>
        <w:t>A non-traditional cover letterby engineer Santiago Valdarrama. A cover letter like this could work better in the US and for less traditional companies and hiring managers.</w:t>
      </w:r>
    </w:p>
    <w:p>
      <w:pPr>
        <w:spacing w:after="160" w:line="276" w:lineRule="auto"/>
      </w:pPr>
      <w:r>
        <w:t>Personal cover letters over templated ones</w:t>
      </w:r>
    </w:p>
    <w:p>
      <w:pPr>
        <w:spacing w:after="160" w:line="276" w:lineRule="auto"/>
      </w:pPr>
      <w:r>
        <w:t>When you decide to write a cover letter, an immediate strategy is to find a good template, then use that. If you search for cover letter templates, they all look somewhat similar, something like this one:</w:t>
      </w:r>
    </w:p>
    <w:p>
      <w:pPr>
        <w:spacing w:after="160" w:line="276" w:lineRule="auto"/>
      </w:pPr>
      <w:r>
        <w:t>Templated cover letters will frequently get ignored in tech. They don’t give much more information than your resume. In the example above, almost everything listed in the cover letter is probably part of the CV the person submitted.</w:t>
      </w:r>
    </w:p>
    <w:p>
      <w:pPr>
        <w:spacing w:after="160" w:line="276" w:lineRule="auto"/>
      </w:pPr>
      <w:r>
        <w:t>Instead of a template, consider spending more time to write a highly personalized cover letter forthatposition andthatcompany.Do this only for cases where there’s a chance the person would read this. So do this when reaching out directly to the hiring manager, or applying for smaller companies.</w:t>
      </w:r>
    </w:p>
    <w:p>
      <w:pPr>
        <w:spacing w:after="160" w:line="276" w:lineRule="auto"/>
      </w:pPr>
      <w:r>
        <w:t>Consider this highly personalized cover letter, shared by software engineerSantiago Valdarrama, tailored for a US-based startup:</w:t>
      </w:r>
    </w:p>
    <w:p>
      <w:pPr>
        <w:spacing w:after="160" w:line="276" w:lineRule="auto"/>
      </w:pPr>
      <w:r>
        <w:t>As a hiring manager working at an outspoken company that challenges the status quo, and takes on bold bets, receiving an inbound cover letter like this would immediately want to learn more about this person.</w:t>
      </w:r>
    </w:p>
    <w:p>
      <w:pPr>
        <w:spacing w:after="160" w:line="276" w:lineRule="auto"/>
      </w:pPr>
      <w:r>
        <w:t>Here’s what this cover letter gets right:</w:t>
      </w:r>
    </w:p>
    <w:p>
      <w:pPr>
        <w:pStyle w:val="ListBullet"/>
      </w:pPr>
      <w:r>
        <w:t>It talks about the company first, the applicant second.The letter shows the person understands the company values they are applying for. The letter shows they have researched, followed, and know the company, and identify with its mission.</w:t>
      </w:r>
    </w:p>
    <w:p>
      <w:pPr>
        <w:pStyle w:val="ListBullet"/>
      </w:pPr>
      <w:r>
        <w:t>It’s sincere and passionate.This letter was not copy-pasted with the usual phrases. A person spent a good amount of time writing down their thoughts. It articulates both why this person is excited about the company and what they have to offer.</w:t>
      </w:r>
    </w:p>
    <w:p>
      <w:pPr>
        <w:pStyle w:val="ListBullet"/>
      </w:pPr>
      <w:r>
        <w:t>It’s well-written, with high-energy coming across. The cover letter has been edited to be easy to read, bolding added to the right places. The writing makes their excitement come across clearly. Reading it, I can feel it coming across! While many cover letters sound boring, this one stands out due to its energy.</w:t>
      </w:r>
    </w:p>
    <w:p>
      <w:pPr>
        <w:pStyle w:val="ListBullet"/>
      </w:pPr>
      <w:r>
        <w:t>It’s bold and concise. “Let me make my case by contrasting who I am and who I am not” is a bold statement. The cover letter is concise in that the applicant only shares two opposite descriptions of themselves. Still, they give an excellent glance at why they could fit well into the team.</w:t>
      </w:r>
    </w:p>
    <w:p>
      <w:pPr>
        <w:spacing w:after="160" w:line="276" w:lineRule="auto"/>
      </w:pPr>
      <w:r>
        <w:t>This cover letter also breaks some unwritten rulesthat many hiring managers are used to.</w:t>
      </w:r>
    </w:p>
    <w:p>
      <w:pPr>
        <w:pStyle w:val="ListBullet"/>
      </w:pPr>
      <w:r>
        <w:t>It does come across as over the topin its style. The style is also what grabs attention. Some hiring managers might decide that it’s a bit too much, and too pushy - especially if the company is a more conservative one. From the sounds of it, the application is for a startup, where this kind of enthusiasm could work well.</w:t>
      </w:r>
    </w:p>
    <w:p>
      <w:pPr>
        <w:pStyle w:val="ListBullet"/>
      </w:pPr>
      <w:r>
        <w:t>It portrays an overly enthusiastic, somewhat junior applicant.While this could be fine in many cases - especially if this is your experience - this approach would work poorly if you’re applying for a staff or principal engineering position. Do be mindful of how you want yourself portrayed when you write your cover letter.</w:t>
      </w:r>
    </w:p>
    <w:p>
      <w:pPr>
        <w:pStyle w:val="ListBullet"/>
      </w:pPr>
      <w:r>
        <w:t>The tone might not be suitable outside the US. Different regions call for different tones, even to stand out. This letter would end up in the bin for a more traditional company in the UK or Australia, where a professional tone is an unwritten expectation.</w:t>
      </w:r>
    </w:p>
    <w:p>
      <w:pPr>
        <w:spacing w:after="160" w:line="276" w:lineRule="auto"/>
      </w:pPr>
      <w:r>
        <w:t>Use good judgment when writing a cover letter. But don’t forget that your goal is to get your foot in the door - assuming your skills are a good match. For the smaller companies that would read a cover letter, a tactful and personalized approach could make the difference.</w:t>
      </w:r>
    </w:p>
    <w:p>
      <w:pPr>
        <w:pStyle w:val="Heading2"/>
        <w:spacing w:before="320" w:after="120"/>
      </w:pPr>
      <w:r>
        <w:t>Recap: Actions to Improve Your Application Beyond the Resume</w:t>
      </w:r>
    </w:p>
    <w:p>
      <w:pPr>
        <w:spacing w:after="160" w:line="276" w:lineRule="auto"/>
      </w:pPr>
      <w:r>
        <w:t>In this chapter, we went through why LinkedIn, GitHub, StackOverflow, technical blogs and cover letters can also play a part in your application process. Of all of these, LinkedIn, GitHub and technical blogs are usually the most relevant ones for software developers. To increase the chances of a recruiter call, do the following exercises:</w:t>
      </w:r>
    </w:p>
    <w:p>
      <w:pPr>
        <w:pStyle w:val="ListBullet"/>
      </w:pPr>
      <w:r>
        <w:t>Update your LinkedIn based on what you want recruiters to find you for, not necessarily what you are working on right now. Update your headline accordingly, and tweak your positions to better describe the story you want to tell. Mention keywords in your description that you want to be found for.</w:t>
      </w:r>
    </w:p>
    <w:p>
      <w:pPr>
        <w:pStyle w:val="ListBullet"/>
      </w:pPr>
      <w:r>
        <w:t>Make sure your LinkedIn is professional. If you choose to go with a photo, have a good one. Omit work experience that does not add to your career story.</w:t>
      </w:r>
    </w:p>
    <w:p>
      <w:pPr>
        <w:pStyle w:val="ListBullet"/>
      </w:pPr>
      <w:r>
        <w:t>If you are looking for a job, change your settings on LinkedIn to indicate this. Have a current position added even if you don’t currently have a job, update your position based on where you are looking and grow your network on LinkedIn.</w:t>
      </w:r>
    </w:p>
    <w:p>
      <w:pPr>
        <w:pStyle w:val="ListBullet"/>
      </w:pPr>
      <w:r>
        <w:t>Make your GitHub account sell youby handpicking projects you want to display on the landing page, and ensuring these projects are high quality. All projects should have good READMEs and aim to showcase code that you are proud of.</w:t>
      </w:r>
    </w:p>
    <w:p>
      <w:pPr>
        <w:pStyle w:val="ListBullet"/>
      </w:pPr>
      <w:r>
        <w:t>Call out specific blog articles on your resume, rather than just linking to your blog. Mention articles that are relevant for the position you are applying for, or ones that stand out for one reason or another.</w:t>
      </w:r>
    </w:p>
    <w:p>
      <w:pPr>
        <w:pStyle w:val="ListBullet"/>
      </w:pPr>
      <w:r>
        <w:t>If writing a cover letter, tailor it to the position. Be brief, but clear about why you would be a good fit for this role and mention what skills you bring, with examples.</w:t>
      </w:r>
    </w:p>
    <w:p>
      <w:r>
        <w:br w:type="page"/>
      </w:r>
    </w:p>
    <w:p>
      <w:pPr>
        <w:pStyle w:val="Heading1"/>
        <w:spacing w:before="480" w:after="280"/>
      </w:pPr>
      <w:r>
        <w:rPr>
          <w:b/>
          <w:color w:val="008A60"/>
          <w:sz w:val="28"/>
        </w:rPr>
        <w:t>Chapter 14</w:t>
        <w:br/>
      </w:r>
      <w:r>
        <w:rPr>
          <w:b/>
          <w:color w:val="0F172A"/>
          <w:sz w:val="40"/>
        </w:rPr>
        <w:t>PART 3: EXAMPLES AND INSPIRATION</w:t>
      </w:r>
    </w:p>
    <w:p>
      <w:pPr>
        <w:spacing w:after="160" w:line="276" w:lineRule="auto"/>
      </w:pPr>
      <w:r>
        <w:t>We’ve covered everything there is to know about writing a good developer resume. In Part 1, we went through the context on why resumes are important and how the hiring process works at most companies. Part 2 gave actionable advice on how to write a good resume, with examples on how to improve parts of a developer resume.</w:t>
      </w:r>
    </w:p>
    <w:p>
      <w:pPr>
        <w:spacing w:after="160" w:line="276" w:lineRule="auto"/>
      </w:pPr>
      <w:r>
        <w:t>What you have not seen is something to get started with: templates or example resumes. This section is where we cover these.</w:t>
      </w:r>
    </w:p>
    <w:p>
      <w:pPr>
        <w:spacing w:after="160" w:line="276" w:lineRule="auto"/>
      </w:pPr>
      <w:r>
        <w:t>Chapter 10: Good Resume Templatescovers the principles on what makes for templates that are considered good and easy to read.</w:t>
      </w:r>
    </w:p>
    <w:p>
      <w:pPr>
        <w:spacing w:after="160" w:line="276" w:lineRule="auto"/>
      </w:pPr>
      <w:r>
        <w:t>Chapter 11: Resume Templatesgoes through the three resume templates that come with the book. We also analyze another eight resume templates that are popular with software developers, going through the good and bad characteristics of them.</w:t>
      </w:r>
    </w:p>
    <w:p>
      <w:pPr>
        <w:spacing w:after="160" w:line="276" w:lineRule="auto"/>
      </w:pPr>
      <w:r>
        <w:t>Chapter 12: Resume Improvements and Examplestakes real resumes from developers who were looking for a job, analyzes them and shows improved versions people crafted after taking advice from this book. Personal details for all the resumes changed to anonymize the resume.</w:t>
      </w:r>
    </w:p>
    <w:p>
      <w:pPr>
        <w:spacing w:after="160" w:line="276" w:lineRule="auto"/>
      </w:pPr>
      <w:r>
        <w:t>Chapter 13: Advice for Hiring Managers on Running a Good Screening Processis for any current or future hiring manager—even if you are not one today, one day this could be you! We’ll summarize ways to build a better resume screening process, to be inclusive of people whose resume would not represent them well.</w:t>
      </w:r>
    </w:p>
    <w:p>
      <w:r>
        <w:br w:type="page"/>
      </w:r>
    </w:p>
    <w:p>
      <w:pPr>
        <w:pStyle w:val="Heading1"/>
        <w:spacing w:before="480" w:after="280"/>
      </w:pPr>
      <w:r>
        <w:rPr>
          <w:b/>
          <w:color w:val="008A60"/>
          <w:sz w:val="28"/>
        </w:rPr>
        <w:t>Chapter 15</w:t>
        <w:br/>
      </w:r>
      <w:r>
        <w:rPr>
          <w:b/>
          <w:color w:val="0F172A"/>
          <w:sz w:val="40"/>
        </w:rPr>
        <w:t>Chapter 10: Good Resume Template Principles</w:t>
      </w:r>
    </w:p>
    <w:p>
      <w:pPr>
        <w:spacing w:after="160" w:line="276" w:lineRule="auto"/>
      </w:pPr>
      <w:r>
        <w:t>Before choosing a resume template, it’s important to understand what principles make for a good template. A good template is one that will help with the goal that you had writing a resume: conveying the information that you intended to communicate in a way that the recruiter or hiring manager can quickly understand.</w:t>
      </w:r>
    </w:p>
    <w:p>
      <w:pPr>
        <w:spacing w:after="160" w:line="276" w:lineRule="auto"/>
      </w:pPr>
      <w:r>
        <w:t>In a world where a recruiter receives one application to review per day, resume templates wouldn’t matter. In fact, most of this guide would be of little use. The recruiter would take their time, read the whole resume, and probably still give you a call to find out if there is any way you’d be qualified for the position. I mean, you are one of the very few applicants!</w:t>
      </w:r>
    </w:p>
    <w:p>
      <w:pPr>
        <w:spacing w:after="160" w:line="276" w:lineRule="auto"/>
      </w:pPr>
      <w:r>
        <w:t>However, in reality, recruiters and hiring managers often have dozens or hundreds of resumes to go through. They become really efficient at doing so. If a resume proves to be too much work to find key pieces of information, then it’s down to luck if they will take this time, or just move to the next one.</w:t>
      </w:r>
    </w:p>
    <w:p>
      <w:pPr>
        <w:spacing w:after="160" w:line="276" w:lineRule="auto"/>
      </w:pPr>
      <w:r>
        <w:t>Good resume templates are made tailored for recruiters and hiring managers—not for job seekers. It makes the job of these recruiters and hiring managers in finding key pieces of information as effortless as possible.</w:t>
      </w:r>
    </w:p>
    <w:p>
      <w:pPr>
        <w:pStyle w:val="Heading2"/>
        <w:spacing w:before="320" w:after="120"/>
      </w:pPr>
      <w:r>
        <w:t>Good Resume Template Layout and Principles</w:t>
      </w:r>
    </w:p>
    <w:p>
      <w:pPr>
        <w:spacing w:after="160" w:line="276" w:lineRule="auto"/>
      </w:pPr>
      <w:r>
        <w:t>A good resume template is easy to read. They are easy to read because they follow common conventions that people are used to. Things that people are used to when reading nonfiction are these:</w:t>
      </w:r>
    </w:p>
    <w:p>
      <w:pPr>
        <w:pStyle w:val="ListBullet"/>
      </w:pPr>
      <w:r>
        <w:t>Top to bottom reading.We start at the top and make our way downwards. This is how we read books and magazines.</w:t>
      </w:r>
    </w:p>
    <w:p>
      <w:pPr>
        <w:pStyle w:val="ListBullet"/>
      </w:pPr>
      <w:r>
        <w:t>Important things first, less important things towards the end. Good nonfiction reading materials start with an introduction that sets the context and often explains the chapters to come. For a resume, in a somewhat similar fashion, the most relevant things should be towards the top, with the less relevant things on the later pages.</w:t>
      </w:r>
    </w:p>
    <w:p>
      <w:pPr>
        <w:pStyle w:val="ListBullet"/>
      </w:pPr>
      <w:r>
        <w:t>Strategic use of colors and bolding. Bolding can draw attention.Colors can also pull your attention. Use both of these in a strategic way to guide the reader on things that you’d like to stand out.</w:t>
      </w:r>
    </w:p>
    <w:p>
      <w:pPr>
        <w:spacing w:after="160" w:line="276" w:lineRule="auto"/>
      </w:pPr>
      <w:r>
        <w:t>Let’s look at the two most popular layouts, and how they help with these principles.</w:t>
      </w:r>
    </w:p>
    <w:p>
      <w:pPr>
        <w:pStyle w:val="Heading2"/>
        <w:spacing w:before="320" w:after="120"/>
      </w:pPr>
      <w:r>
        <w:t>The Top-Down Layout</w:t>
      </w:r>
    </w:p>
    <w:p>
      <w:pPr>
        <w:spacing w:after="160" w:line="276" w:lineRule="auto"/>
      </w:pPr>
      <w:r>
        <w:t>The format that all recruiters in tech will be vastly familiar with is the LinkedIn profile format. They read profiles like this day in, day out. Here’s what the LinkedIn profile layout looks like when recruiters view candidates:</w:t>
      </w:r>
    </w:p>
    <w:p>
      <w:pPr>
        <w:spacing w:after="160" w:line="276" w:lineRule="auto"/>
      </w:pPr>
      <w:r>
        <w:t>Resume templates that follow this format in their layout are a safe bet. Do keep in mind that LinkedIn follows a generic format for resumes. For software developers, languages &amp; technologies are especially important. This is something that LinkedIn won’t place emphasis on, but you should, in your resume. An adjusted format that works better for developers, yet be familiar in layout for recruiters is this one:</w:t>
      </w:r>
    </w:p>
    <w:p>
      <w:pPr>
        <w:spacing w:after="160" w:line="276" w:lineRule="auto"/>
      </w:pPr>
      <w:r>
        <w:t>Top-down layouts work well for multi-page resumes as well. The only possible downside of this format is that it seemingly does not maximize the space on a page as efficiently as a multi-column layout. Still, given how familiar and easy to read this format is, there is little reason not to use it for your resume.</w:t>
      </w:r>
    </w:p>
    <w:p>
      <w:pPr>
        <w:pStyle w:val="Heading2"/>
        <w:spacing w:before="320" w:after="120"/>
      </w:pPr>
      <w:r>
        <w:t>Two-Column Layouts</w:t>
      </w:r>
    </w:p>
    <w:p>
      <w:pPr>
        <w:spacing w:after="160" w:line="276" w:lineRule="auto"/>
      </w:pPr>
      <w:r>
        <w:t>Another popular layout is a two-column one. The goal of this layout is to maximize space for one-page resumes. Here’s how a layout could look:</w:t>
      </w:r>
    </w:p>
    <w:p>
      <w:pPr>
        <w:spacing w:after="160" w:line="276" w:lineRule="auto"/>
      </w:pPr>
      <w:r>
        <w:t>While this template seemingly does maximize space, it does this at the expense of readability. The reader needs to read top to bottom, then start again, going left to right. Also, in this format, it becomes confusing for recruiters to know where to look for key information like education or work experience. Ten resumes with two-column layouts will have their columns in ten different orders. Take a look at these two two-column resume examples, both popular layouts:</w:t>
      </w:r>
    </w:p>
    <w:p>
      <w:pPr>
        <w:spacing w:after="160" w:line="276" w:lineRule="auto"/>
      </w:pPr>
      <w:r>
        <w:t>The columns are in a different order, even compared to the first example. This makes it harder for recruiters to find the key pieces of information that they are looking for—and that is so easy to spot in the top-to-down resume format.</w:t>
      </w:r>
    </w:p>
    <w:p>
      <w:pPr>
        <w:spacing w:after="160" w:line="276" w:lineRule="auto"/>
      </w:pPr>
      <w:r>
        <w:t>The biggest drawback of the two-column resume is how it discourages sharing sufficient details on your experience, both for work experience and for projects. None of the two-column designs cater for sharing several bullet points per position. None of the two-column layouts incentivize going beyond one page for your resume. This resume format is more likely to be filled with buzzwords and cliches than to describe the impact of your work with the technologies you use.</w:t>
      </w:r>
    </w:p>
    <w:p>
      <w:pPr>
        <w:spacing w:after="160" w:line="276" w:lineRule="auto"/>
      </w:pPr>
      <w:r>
        <w:t>Two-column layouts can be a great choice in cases where your resume layout is part of the application, such as for design or UX positions. In industries outside of software engineering, they might also work. However, for software developers, there is no advantage to using this layout—you’ll only experience drawbacks if choosing this format.</w:t>
      </w:r>
    </w:p>
    <w:p>
      <w:pPr>
        <w:pStyle w:val="Heading2"/>
        <w:spacing w:before="320" w:after="120"/>
      </w:pPr>
      <w:r>
        <w:t>How Recruiters and Hiring Managers Scan Resumes</w:t>
      </w:r>
    </w:p>
    <w:p>
      <w:pPr>
        <w:spacing w:after="160" w:line="276" w:lineRule="auto"/>
      </w:pPr>
      <w:r>
        <w:t>Before jumping into analyzing specific resume templates, let’s understand how recruiters and hiring managers scan resumes. In the first few seconds, they want to get a few key details from a resume:</w:t>
      </w:r>
    </w:p>
    <w:p>
      <w:pPr>
        <w:pStyle w:val="ListBullet"/>
      </w:pPr>
      <w:r>
        <w:t>Years of experience and datesof your employment.</w:t>
      </w:r>
    </w:p>
    <w:p>
      <w:pPr>
        <w:pStyle w:val="ListBullet"/>
      </w:pPr>
      <w:r>
        <w:t>Key technologiesthat are relevant for the role, and whether you have some proficiency with them.</w:t>
      </w:r>
    </w:p>
    <w:p>
      <w:pPr>
        <w:pStyle w:val="ListBullet"/>
      </w:pPr>
      <w:r>
        <w:t>Titles and companieswhere you worked.</w:t>
      </w:r>
    </w:p>
    <w:p>
      <w:pPr>
        <w:pStyle w:val="ListBullet"/>
      </w:pPr>
      <w:r>
        <w:t>Locationwhere you are based right now. Are you local? Within an area that needs no visa? Somewhere where you’d likely need a visa and/or relocation?</w:t>
      </w:r>
    </w:p>
    <w:p>
      <w:pPr>
        <w:spacing w:after="160" w:line="276" w:lineRule="auto"/>
      </w:pPr>
      <w:r>
        <w:t>Let’s visualize what recruiters actually see from your resume in the first few seconds. Here is the resume:</w:t>
      </w:r>
    </w:p>
    <w:p>
      <w:pPr>
        <w:spacing w:after="160" w:line="276" w:lineRule="auto"/>
      </w:pPr>
      <w:r>
        <w:t>Here is what the recruiter will scan for in the first few seconds:</w:t>
      </w:r>
    </w:p>
    <w:p>
      <w:pPr>
        <w:spacing w:after="160" w:line="276" w:lineRule="auto"/>
      </w:pPr>
      <w:r>
        <w:t>From this first scan, the recruiter notes how the candidate has at least two years’ experience. Assuming this matches the guidance for experience from the hiring manager, they’ll keep scanning. In the next part of the scan, they will glance to see if there are relevant technologies listed, and take a glance at the titles:</w:t>
      </w:r>
    </w:p>
    <w:p>
      <w:pPr>
        <w:spacing w:after="160" w:line="276" w:lineRule="auto"/>
      </w:pPr>
      <w:r>
        <w:t>After this scan, the recruiter has the following details:</w:t>
      </w:r>
    </w:p>
    <w:p>
      <w:pPr>
        <w:pStyle w:val="ListBullet"/>
      </w:pPr>
      <w:r>
        <w:t>Location of where you are based right now</w:t>
      </w:r>
    </w:p>
    <w:p>
      <w:pPr>
        <w:pStyle w:val="ListBullet"/>
      </w:pPr>
      <w:r>
        <w:t>Years of experience</w:t>
      </w:r>
    </w:p>
    <w:p>
      <w:pPr>
        <w:pStyle w:val="ListBullet"/>
      </w:pPr>
      <w:r>
        <w:t>Key technologies that are relevant for the role</w:t>
      </w:r>
    </w:p>
    <w:p>
      <w:pPr>
        <w:pStyle w:val="ListBullet"/>
      </w:pPr>
      <w:r>
        <w:t>Titles and companies where you worked</w:t>
      </w:r>
    </w:p>
    <w:p>
      <w:pPr>
        <w:spacing w:after="160" w:line="276" w:lineRule="auto"/>
      </w:pPr>
      <w:r>
        <w:t>If most of these match what the job requires, the recruiter will now start to read your resume, top to bottom. They will still only do a short scan, looking for anything relevant for the role, or that grabs their attention:</w:t>
      </w:r>
    </w:p>
    <w:p>
      <w:pPr>
        <w:spacing w:after="160" w:line="276" w:lineRule="auto"/>
      </w:pPr>
      <w:r>
        <w:t>Only after this scan would the recruiter or hiring manager look at the second page,</w:t>
        <w:br/>
        <w:t>or read more in-depth.This assumes that what they have seen matches what they</w:t>
        <w:br/>
        <w:t>are looking for—or they’ve found enough standout information in other areas. These</w:t>
        <w:br/>
        <w:t>would indicate this candidate could be worth spending more time on, even if they</w:t>
        <w:br/>
        <w:t>don’t have every requirement that the hiring manager is looking for.</w:t>
      </w:r>
    </w:p>
    <w:p>
      <w:pPr>
        <w:spacing w:after="160" w:line="276" w:lineRule="auto"/>
      </w:pPr>
      <w:r>
        <w:t>A good template simply makes these key pieces of information very easy to find—and it can also guide the attention of the recruiter to a few additional pieces of information. This means that the recruiter gets all this information much quicker, and they can spend more timeactuallyreading the information you want to share with them.</w:t>
      </w:r>
    </w:p>
    <w:p>
      <w:pPr>
        <w:spacing w:after="160" w:line="276" w:lineRule="auto"/>
      </w:pPr>
      <w:r>
        <w:t>A good resume is a combination of an easy-to-read template and easy-to-digest content specific to the role you are applying for.</w:t>
      </w:r>
    </w:p>
    <w:p>
      <w:pPr>
        <w:pStyle w:val="Heading2"/>
        <w:spacing w:before="320" w:after="120"/>
      </w:pPr>
      <w:r>
        <w:t>The Results of Using a Good Resume Template</w:t>
      </w:r>
    </w:p>
    <w:p>
      <w:pPr>
        <w:spacing w:after="160" w:line="276" w:lineRule="auto"/>
      </w:pPr>
      <w:r>
        <w:t>Let’s take a look at how a good template can help visualize key pieces of information. Here is the updated resume, using a different top-to-bottom template. The resume contents have also been updated, applying the practices in this book, like being more specific on the impact of the candidate’s work.</w:t>
      </w:r>
    </w:p>
    <w:p>
      <w:pPr>
        <w:spacing w:after="160" w:line="276" w:lineRule="auto"/>
      </w:pPr>
      <w:r>
        <w:t>In the first scan, the recruiter will look for the same pieces of information as before. However, these are all much easier to find, as they stand out clearly:</w:t>
      </w:r>
    </w:p>
    <w:p>
      <w:pPr>
        <w:spacing w:after="160" w:line="276" w:lineRule="auto"/>
      </w:pPr>
      <w:r>
        <w:t>The recruiter does not need to actively search for any of this information and they get all of this at the first glance. This means that they have more time to spend on actually reading the resume. And, as the content is well written, this is an easier task as well:</w:t>
      </w:r>
    </w:p>
    <w:p>
      <w:pPr>
        <w:spacing w:after="160" w:line="276" w:lineRule="auto"/>
      </w:pPr>
      <w:r>
        <w:t>The difference between a resume with a good template and good content and one withoutis how likely it is that the recruiter will get the information you are trying to convey. When you use a format that is harder to read, the recruiter will have to work hard. This means that your chances will be down to luck. If the recruiter reads your resume as one of the first of 100+ applications, they will probably take more time. However, if it comes later, they might just set it aside, as they are getting tired and are under time pressure.</w:t>
      </w:r>
    </w:p>
    <w:p>
      <w:pPr>
        <w:spacing w:after="160" w:line="276" w:lineRule="auto"/>
      </w:pPr>
      <w:r>
        <w:t>With a well-written resume, even recruiters that are tired or in a hurry will get the information they need. With that, let’s look at specific resume templates: both ones that we’d recommend developers to use, as well as analyzing why some popular ones do not work that well.</w:t>
      </w:r>
    </w:p>
    <w:p>
      <w:pPr>
        <w:pStyle w:val="Heading2"/>
        <w:spacing w:before="320" w:after="120"/>
      </w:pPr>
      <w:r>
        <w:t>Recap: Good Resume Template Principles</w:t>
      </w:r>
    </w:p>
    <w:p>
      <w:pPr>
        <w:spacing w:after="160" w:line="276" w:lineRule="auto"/>
      </w:pPr>
      <w:r>
        <w:t>In this chapter, we went through what characteristics good developer resume templates share, and why. When choosing a resume template, aim to have them satisfy these principles:</w:t>
      </w:r>
    </w:p>
    <w:p>
      <w:pPr>
        <w:pStyle w:val="ListBullet"/>
      </w:pPr>
      <w:r>
        <w:t>Top to bottom reading.Easy-to-read templates can be scanned in one go, from top to bottom.</w:t>
      </w:r>
    </w:p>
    <w:p>
      <w:pPr>
        <w:pStyle w:val="ListBullet"/>
      </w:pPr>
      <w:r>
        <w:t>Single column layout.Two-column and multi-column layouts can look neat, but they are more difficult for recruiters to read. These layouts also make it harder to share enough information about your work experience and projects. A single-column layout has none of these drawbacks.</w:t>
      </w:r>
    </w:p>
    <w:p>
      <w:pPr>
        <w:pStyle w:val="ListBullet"/>
      </w:pPr>
      <w:r>
        <w:t>Important things first, less important things towards the end. Things relevant for the position should be towards the top; choose sections accordingly.</w:t>
      </w:r>
    </w:p>
    <w:p>
      <w:pPr>
        <w:pStyle w:val="ListBullet"/>
      </w:pPr>
      <w:r>
        <w:t>Strategic use of colors and bolding. Use bolding and colors to draw attention—and do this consistently.</w:t>
      </w:r>
    </w:p>
    <w:p>
      <w:r>
        <w:br w:type="page"/>
      </w:r>
    </w:p>
    <w:p>
      <w:pPr>
        <w:pStyle w:val="Heading1"/>
        <w:spacing w:before="480" w:after="280"/>
      </w:pPr>
      <w:r>
        <w:rPr>
          <w:b/>
          <w:color w:val="008A60"/>
          <w:sz w:val="28"/>
        </w:rPr>
        <w:t>Chapter 16</w:t>
        <w:br/>
      </w:r>
      <w:r>
        <w:rPr>
          <w:b/>
          <w:color w:val="0F172A"/>
          <w:sz w:val="40"/>
        </w:rPr>
        <w:t>Chapter 11: Resume Templates</w:t>
      </w:r>
    </w:p>
    <w:p>
      <w:pPr>
        <w:spacing w:after="160" w:line="276" w:lineRule="auto"/>
      </w:pPr>
      <w:r>
        <w:t>A template is great help in getting started with a resume. It’s good practice to start with a tried and proven template, then customize it to your own style and preferences. In this section, we’ll review popular templates among developers—and analyze them with pros, cons and ways to improve the template, should you choose to use it.</w:t>
      </w:r>
    </w:p>
    <w:p>
      <w:pPr>
        <w:spacing w:after="160" w:line="276" w:lineRule="auto"/>
      </w:pPr>
      <w:r>
        <w:t>There is no such thing as a perfect template. And a template is not worth much without great content—content that you will need to write.</w:t>
      </w:r>
    </w:p>
    <w:p>
      <w:pPr>
        <w:pStyle w:val="Heading2"/>
        <w:spacing w:before="320" w:after="120"/>
      </w:pPr>
      <w:r>
        <w:t>Resume Generators vs Resume Templates</w:t>
      </w:r>
    </w:p>
    <w:p>
      <w:pPr>
        <w:spacing w:after="160" w:line="276" w:lineRule="auto"/>
      </w:pPr>
      <w:r>
        <w:t>There are several resume generator sites, like resume.io, EnhanCV, VisualCV, Resume Now, Europass and many more. Apart from Europass, all of these are paid solutions. In return for your money, they promise to generate resumes that are more professional and are proven to work. Their value proposition is that by using these services, you will increase your chances of getting your position.</w:t>
      </w:r>
    </w:p>
    <w:p>
      <w:pPr>
        <w:spacing w:after="160" w:line="276" w:lineRule="auto"/>
      </w:pPr>
      <w:r>
        <w:t>Unfortunately, almost all resume generator sites work poorly for software developer resumes: and this is because they are optimized for resumes for everyone. Most sites try to cater from finance professionals to accounting, to teachers all the way to sales people. Take the example of resume.io and the range of professions they claim to cater for:</w:t>
      </w:r>
    </w:p>
    <w:p>
      <w:pPr>
        <w:spacing w:after="160" w:line="276" w:lineRule="auto"/>
      </w:pPr>
      <w:r>
        <w:t>Out of 277 resume templates, 10 are focused on tech, and 3 on software development. Still, as I reviewed all these templates, none were a choice I would strongly recommend as a technical hiring manager:</w:t>
      </w:r>
    </w:p>
    <w:p>
      <w:pPr>
        <w:spacing w:after="160" w:line="276" w:lineRule="auto"/>
      </w:pPr>
      <w:r>
        <w:t>Almost all resume sites use content writers to craft software developer resumes- and these resumes are not checked with engineering managers or recruiters in tech. This shows very clearly when you look at the specific examples. Take the Programmer resume example of resume.io:</w:t>
      </w:r>
    </w:p>
    <w:p>
      <w:pPr>
        <w:spacing w:after="160" w:line="276" w:lineRule="auto"/>
      </w:pPr>
      <w:r>
        <w:t>This resume template—supposedly created by professionals—has nothing to do with a software developer resume. It doesn’t have a single programming language listed. Yet it has spoken languages on the template. The skills section doesn’t even pass the buzzword bingo. And the template, with its two-column layout, is a poor choice for the resume.</w:t>
      </w:r>
    </w:p>
    <w:p>
      <w:pPr>
        <w:spacing w:after="160" w:line="276" w:lineRule="auto"/>
      </w:pPr>
      <w:r>
        <w:t>The criteria of a decent resume generator siteshould be this:</w:t>
      </w:r>
    </w:p>
    <w:p>
      <w:pPr>
        <w:pStyle w:val="ListNumber"/>
      </w:pPr>
      <w:r>
        <w:t>Resume templates optimized for hiring managers. Are the templates created with the actual audience and easy readability in mind?</w:t>
      </w:r>
    </w:p>
    <w:p>
      <w:pPr>
        <w:pStyle w:val="ListNumber"/>
      </w:pPr>
      <w:r>
        <w:t>Testimonials from real hiring managers. While many resume generators and resume services claim that they’ll help you score more callbacks, I would expect any paid solution to back this up with real hiring managers or recruiters in their industry.</w:t>
      </w:r>
    </w:p>
    <w:p>
      <w:pPr>
        <w:pStyle w:val="ListNumber"/>
      </w:pPr>
      <w:r>
        <w:t>Real, successful resume examples. Similar to testimonials from hiring managers, you should be vary of paying up, if a site doesn’t showcase real—even if anonymized—resume examples that got people hired.</w:t>
      </w:r>
    </w:p>
    <w:p>
      <w:pPr>
        <w:pStyle w:val="ListNumber"/>
      </w:pPr>
      <w:r>
        <w:t>For paid services: clear pricing and value proposition.Several resume sites have “bait pricing” where they advertise as free, then follow dark patterns to charge. Some have unclear pricing tiers. If and when you pay, the value proposition should be clear. What do you get for your money, beyond a PDF resume?</w:t>
      </w:r>
    </w:p>
    <w:p>
      <w:pPr>
        <w:pStyle w:val="ListNumber"/>
      </w:pPr>
      <w:r>
        <w:t>Not quoting ATS myths and other false facts. You can identify resume sites that try to sell resume templates and services without industry expertise. These sites typically quote things like "75% of resumes are never seen by humans" and otherATS Mythsin order to upsell their service.</w:t>
      </w:r>
    </w:p>
    <w:p>
      <w:pPr>
        <w:spacing w:after="160" w:line="276" w:lineRule="auto"/>
      </w:pPr>
      <w:r>
        <w:t>I’ve searched extensively among resume generator sites, and most do not satisfy these requirements for software developer resumes. In my search, I’ve uncovered one that does so:Standard Resume. Not surprisingly, software engineers founded this site, built it for people in tech and in collaboration with technical hiring managers.</w:t>
      </w:r>
    </w:p>
    <w:p>
      <w:pPr>
        <w:pStyle w:val="Heading2"/>
        <w:spacing w:before="320" w:after="120"/>
      </w:pPr>
      <w:r>
        <w:t>Standard Resume: By Developers, for Developers</w:t>
      </w:r>
    </w:p>
    <w:p>
      <w:pPr>
        <w:spacing w:after="160" w:line="276" w:lineRule="auto"/>
      </w:pPr>
      <w:r>
        <w:t>Standard Resumeis a resume generator site that lacks all the marketing promises that every other site does. However, they have what no other site has: real resume examples of software developers and engineering managers who used their service to craft resumes that got them jobs at the likes of Dropbox, Ebay, Facebook, Amazon and many others.</w:t>
      </w:r>
    </w:p>
    <w:p>
      <w:pPr>
        <w:spacing w:after="160" w:line="276" w:lineRule="auto"/>
      </w:pPr>
      <w:r>
        <w:t>This resume site was founded by a group of techies working together at a SF startup. They used the MVP of the product to apply for jobs, and got offers from Dropbox and Metalab. In building the early version of Standard Resume, they wanted to solve for problems that no other resume generator on the market had an answer for:</w:t>
      </w:r>
    </w:p>
    <w:p>
      <w:pPr>
        <w:pStyle w:val="ListBullet"/>
      </w:pPr>
      <w:r>
        <w:t>Generate both a web resume and a pdf one. Sending over a PDF can be a hassle, especially when you are reaching out on LinkedIn. Standard Resume was built so you can send a link that renders your resume with the same layout as the PDF.</w:t>
      </w:r>
    </w:p>
    <w:p>
      <w:pPr>
        <w:pStyle w:val="ListBullet"/>
      </w:pPr>
      <w:r>
        <w:t>Track views of your (web) resume. How can you tell if someone has read your resume? By tracking if they visited the link you sent over.</w:t>
      </w:r>
    </w:p>
    <w:p>
      <w:pPr>
        <w:pStyle w:val="ListBullet"/>
      </w:pPr>
      <w:r>
        <w:t>Import your details from LinkedInto your resume to make it quicker to build your CV.</w:t>
      </w:r>
    </w:p>
    <w:p>
      <w:pPr>
        <w:spacing w:after="160" w:line="276" w:lineRule="auto"/>
      </w:pPr>
      <w:r>
        <w:t>I recommend using eitherStandard Resume, or one of the templates below to build your resume. While Standard Resume is a paid subscription, the biggest benefits of it are these:</w:t>
      </w:r>
    </w:p>
    <w:p>
      <w:pPr>
        <w:pStyle w:val="ListNumber"/>
      </w:pPr>
      <w:r>
        <w:t>The cleanest tech resume layouts I’ve seen. You cannot “cram” the fonts, as UX professionals designed spacing for the resume templates. Almost everyone plays around with font sizes on templates, and the result is often a resume that feels crammed and unprofessional. I’ve had several people ask me if they can make the font size smaller on one of the other templates. With this solution, you need to worry about the content, not the design.</w:t>
      </w:r>
    </w:p>
    <w:p>
      <w:pPr>
        <w:pStyle w:val="ListNumber"/>
      </w:pPr>
      <w:r>
        <w:t>A web-only resume versionthat you can send over even before formally applying for a job. If you DM people, reach out on LinkedIn, you often can’t send a PDF resume. But you can send a web link that has the same contents.</w:t>
      </w:r>
    </w:p>
    <w:p>
      <w:pPr>
        <w:pStyle w:val="ListNumber"/>
      </w:pPr>
      <w:r>
        <w:t>Web resume view tracking, so you get a sense if someone has actually viewed the resume you shared over a link.</w:t>
      </w:r>
    </w:p>
    <w:p>
      <w:pPr>
        <w:pStyle w:val="ListNumber"/>
      </w:pPr>
      <w:r>
        <w:t>Real resume examples of real developers and engineering managerswho actually got jobs at tech companies with that resume. Almost all other resume sites fail to show real developer resume examples of people working at well-known tech companies. With Standard Resume, you canbrowse real resumesfor software engineers, iOS, frontend developers, data scientists, engineering managers and other professions who have successfully used the service.</w:t>
      </w:r>
    </w:p>
    <w:p>
      <w:pPr>
        <w:spacing w:after="160" w:line="276" w:lineRule="auto"/>
      </w:pPr>
      <w:r>
        <w:t>It should be of little surprise that almost all Standard Resume templates are single-column and all templates have a heavy focus on spacing and typography—another thing that sets it apart from other sites. As a hiring manager, all of these layouts are easy—even pleasant—to read.</w:t>
      </w:r>
    </w:p>
    <w:p>
      <w:pPr>
        <w:spacing w:after="160" w:line="276" w:lineRule="auto"/>
      </w:pPr>
      <w:r>
        <w:t>I came across Standard Resume while researching resume generator sites. I was about to close with the recommendation ofnotrecommending any resume generators for tech resumes. However, the clean approach Standard Resume takes, and the easy to read templates made me change my mind. I reached out to the team, offering feedback on the resume templates, and listed things I missed from the existing ones. We collaborated and helped them create the Parker and Venables themes based on my existing resume templates. These two themes are ones that I would recommend for software engineers - and we’ll review them in this chapter.</w:t>
      </w:r>
    </w:p>
    <w:p>
      <w:pPr>
        <w:pStyle w:val="Heading2"/>
        <w:spacing w:before="320" w:after="120"/>
      </w:pPr>
      <w:r>
        <w:t>Template Reviews</w:t>
      </w:r>
    </w:p>
    <w:p>
      <w:pPr>
        <w:spacing w:after="160" w:line="276" w:lineRule="auto"/>
      </w:pPr>
      <w:r>
        <w:t>In the second half of the chapter, we’ll review both resume templates created for the book, as well as popular resume templates. The reviews all follow this format:</w:t>
      </w:r>
    </w:p>
    <w:p>
      <w:pPr>
        <w:pStyle w:val="ListBullet"/>
      </w:pPr>
      <w:r>
        <w:t>Linkto the template or site that provides the template.</w:t>
      </w:r>
    </w:p>
    <w:p>
      <w:pPr>
        <w:pStyle w:val="ListBullet"/>
      </w:pPr>
      <w:r>
        <w:t>Rating for software developers: assessment on how well the template follows principles for good developer templates.</w:t>
      </w:r>
    </w:p>
    <w:p>
      <w:pPr>
        <w:pStyle w:val="ListBullet"/>
      </w:pPr>
      <w:r>
        <w:t>The good: positive highlights on the resume format. Even if you don’t use the template, you could take inspiration from the good parts.</w:t>
      </w:r>
    </w:p>
    <w:p>
      <w:pPr>
        <w:pStyle w:val="ListBullet"/>
      </w:pPr>
      <w:r>
        <w:t>The bad: characteristics that could be a disadvantage when working with the template.</w:t>
      </w:r>
    </w:p>
    <w:p>
      <w:pPr>
        <w:pStyle w:val="ListBullet"/>
      </w:pPr>
      <w:r>
        <w:t>Ways to improve it:ideas and suggestions on either improving or customizing the template.</w:t>
      </w:r>
    </w:p>
    <w:p>
      <w:pPr>
        <w:spacing w:after="160" w:line="276" w:lineRule="auto"/>
      </w:pPr>
      <w:r>
        <w:t>Keep in mind that as most of these templates are popular, people likely had success with all of them, with the right content when applying for a position where they were a match for. Thecontentof your resume is more important than the template itself.</w:t>
      </w:r>
    </w:p>
    <w:p>
      <w:pPr>
        <w:pStyle w:val="Heading2"/>
        <w:spacing w:before="320" w:after="120"/>
      </w:pPr>
      <w:r>
        <w:t>Recommended Resume Templates</w:t>
      </w:r>
    </w:p>
    <w:p>
      <w:pPr>
        <w:spacing w:after="160" w:line="276" w:lineRule="auto"/>
      </w:pPr>
      <w:r>
        <w:t>The following resume templates are all solid—and proven—choices for software engineers and engineering managers:</w:t>
      </w:r>
    </w:p>
    <w:p>
      <w:pPr>
        <w:pStyle w:val="ListBullet"/>
      </w:pPr>
      <w:r>
        <w:t>The Pragmatic Engineer’s resume template</w:t>
      </w:r>
    </w:p>
    <w:p>
      <w:pPr>
        <w:pStyle w:val="ListBullet"/>
      </w:pPr>
      <w:r>
        <w:t>Standard Resume: Parker template</w:t>
      </w:r>
    </w:p>
    <w:p>
      <w:pPr>
        <w:pStyle w:val="ListBullet"/>
      </w:pPr>
      <w:r>
        <w:t>The Mono Engineers’ resume template</w:t>
      </w:r>
    </w:p>
    <w:p>
      <w:pPr>
        <w:pStyle w:val="ListBullet"/>
      </w:pPr>
      <w:r>
        <w:t>Markdown to PDF resume template</w:t>
      </w:r>
    </w:p>
    <w:p>
      <w:pPr>
        <w:pStyle w:val="ListBullet"/>
      </w:pPr>
      <w:r>
        <w:t>The Experienced Engineer’s resume template</w:t>
      </w:r>
    </w:p>
    <w:p>
      <w:pPr>
        <w:pStyle w:val="ListBullet"/>
      </w:pPr>
      <w:r>
        <w:t>Standard Resume: Venables template</w:t>
      </w:r>
    </w:p>
    <w:p>
      <w:pPr>
        <w:pStyle w:val="ListBullet"/>
      </w:pPr>
      <w:r>
        <w:t>CareerCup resume template</w:t>
      </w:r>
    </w:p>
    <w:p>
      <w:pPr>
        <w:spacing w:after="160" w:line="276" w:lineRule="auto"/>
      </w:pPr>
      <w:r>
        <w:t>Let’s take a closer look at each of them.</w:t>
      </w:r>
    </w:p>
    <w:p>
      <w:pPr>
        <w:spacing w:after="160" w:line="276" w:lineRule="auto"/>
      </w:pPr>
      <w:r>
        <w:t>The Pragmatic Engineer’s Resume Template</w:t>
      </w:r>
    </w:p>
    <w:p>
      <w:pPr>
        <w:spacing w:after="160" w:line="276" w:lineRule="auto"/>
      </w:pPr>
      <w:r>
        <w:t>The Pragmatic Engineer's Resume Templateis a clean template that is a good choice to use for developers.</w:t>
      </w:r>
    </w:p>
    <w:p>
      <w:pPr>
        <w:spacing w:after="160" w:line="276" w:lineRule="auto"/>
      </w:pPr>
      <w:r>
        <w:t>Standard Resume Parker Template (Paid)</w:t>
      </w:r>
    </w:p>
    <w:p>
      <w:pPr>
        <w:spacing w:after="160" w:line="276" w:lineRule="auto"/>
      </w:pPr>
      <w:r>
        <w:t>The Parker resume templatefromStandard Resumeis the “porting” of The Pragmatic Engineer’s Resume template to this resume builder. I collaborated with the Standard Resume team in building this template. I find this template slightly more readable and better formatted than The Pragmatic Engineer’s Resume Template, thanks to the touch up from the Standard Resume design team.</w:t>
      </w:r>
    </w:p>
    <w:p>
      <w:pPr>
        <w:spacing w:after="160" w:line="276" w:lineRule="auto"/>
      </w:pPr>
      <w:r>
        <w:t>The Mono Engineer’s Resume Template</w:t>
      </w:r>
    </w:p>
    <w:p>
      <w:pPr>
        <w:spacing w:after="160" w:line="276" w:lineRule="auto"/>
      </w:pPr>
      <w:r>
        <w:t>The Mono Engineer's Resume Templateis a slight modification to the Pragmatic Engineer’s Resume template.</w:t>
      </w:r>
    </w:p>
    <w:p>
      <w:pPr>
        <w:spacing w:after="160" w:line="276" w:lineRule="auto"/>
      </w:pPr>
      <w:r>
        <w:t>Markdown to PDF Resume Template</w:t>
      </w:r>
    </w:p>
    <w:p>
      <w:pPr>
        <w:spacing w:after="160" w:line="276" w:lineRule="auto"/>
      </w:pPr>
      <w:r>
        <w:t>Markdown to PDF resume template generatorby Mike Lee Williams is a neat way to use Markdown as the source of truth for your resume and to store different versions on GitHub. The default style is similar to the Mono Engineer’s Resume template, and you can customize it further.</w:t>
      </w:r>
    </w:p>
    <w:p>
      <w:pPr>
        <w:spacing w:after="160" w:line="276" w:lineRule="auto"/>
      </w:pPr>
      <w:r>
        <w:t>The Experienced Engineer’s Resume Template</w:t>
      </w:r>
    </w:p>
    <w:p>
      <w:pPr>
        <w:spacing w:after="160" w:line="276" w:lineRule="auto"/>
      </w:pPr>
      <w:r>
        <w:t>The Experienced Engineer's Resume Templateis a template designed as a two-page template for experienced developers with standout experience. It works well for above senior candidates (principal, staff, distinguished engineers), people with standout companies on their resume, or for people with additional standout contributions (e.g. open source projects or contributions).</w:t>
      </w:r>
    </w:p>
    <w:p>
      <w:pPr>
        <w:spacing w:after="160" w:line="276" w:lineRule="auto"/>
      </w:pPr>
      <w:r>
        <w:t>Standard Resume Venables Template (Paid)</w:t>
      </w:r>
    </w:p>
    <w:p>
      <w:pPr>
        <w:spacing w:after="160" w:line="276" w:lineRule="auto"/>
      </w:pPr>
      <w:r>
        <w:t>The Venables resume templatefromStandard Resumeis the “porting” of The Experienced Engineer’s Resume template to this resume builder. As with the Parker template, I also collaborated with Standard Resume in building it. I’m pleased with the result, which has better spacing than The Experienced Engineer’s Resume Template and more color customization options.</w:t>
      </w:r>
    </w:p>
    <w:p>
      <w:pPr>
        <w:spacing w:after="160" w:line="276" w:lineRule="auto"/>
      </w:pPr>
      <w:r>
        <w:t>CareerCup Resume Template</w:t>
      </w:r>
    </w:p>
    <w:p>
      <w:pPr>
        <w:spacing w:after="160" w:line="276" w:lineRule="auto"/>
      </w:pPr>
      <w:r>
        <w:t>The CareerCup resume template is common to see used both for Silicon Valley software engineers and people applying for tech companies in the US. The template was created by Gayle Laakmann McDowell, author ofCracking the Coding Interview.</w:t>
      </w:r>
    </w:p>
    <w:p>
      <w:pPr>
        <w:pStyle w:val="Heading2"/>
        <w:spacing w:before="320" w:after="120"/>
      </w:pPr>
      <w:r>
        <w:t>Other Resume Templates</w:t>
      </w:r>
    </w:p>
    <w:p>
      <w:pPr>
        <w:spacing w:after="160" w:line="276" w:lineRule="auto"/>
      </w:pPr>
      <w:r>
        <w:t>There are other resume templates that are not great choices for a developer or engineering manager resume for different reasons. We’ll look at the ones that I’ve seen most frequently used by people:</w:t>
      </w:r>
    </w:p>
    <w:p>
      <w:pPr>
        <w:pStyle w:val="ListBullet"/>
      </w:pPr>
      <w:r>
        <w:t>Google Docs: Serif resume template</w:t>
      </w:r>
    </w:p>
    <w:p>
      <w:pPr>
        <w:pStyle w:val="ListBullet"/>
      </w:pPr>
      <w:r>
        <w:t>Google Docs: Swiss resume template</w:t>
      </w:r>
    </w:p>
    <w:p>
      <w:pPr>
        <w:pStyle w:val="ListBullet"/>
      </w:pPr>
      <w:r>
        <w:t>Canva resume templates</w:t>
      </w:r>
    </w:p>
    <w:p>
      <w:pPr>
        <w:pStyle w:val="ListBullet"/>
      </w:pPr>
      <w:r>
        <w:t>Resume.io: software engineer template</w:t>
      </w:r>
    </w:p>
    <w:p>
      <w:pPr>
        <w:pStyle w:val="ListBullet"/>
      </w:pPr>
      <w:r>
        <w:t>Resume.io: web developer template with skill points</w:t>
      </w:r>
    </w:p>
    <w:p>
      <w:pPr>
        <w:pStyle w:val="ListBullet"/>
      </w:pPr>
      <w:r>
        <w:t>VisualCV: Standard template</w:t>
      </w:r>
    </w:p>
    <w:p>
      <w:pPr>
        <w:pStyle w:val="ListBullet"/>
      </w:pPr>
      <w:r>
        <w:t>EnhanCV: software engineer template</w:t>
      </w:r>
    </w:p>
    <w:p>
      <w:pPr>
        <w:pStyle w:val="ListBullet"/>
      </w:pPr>
      <w:r>
        <w:t>Europass CV</w:t>
      </w:r>
    </w:p>
    <w:p>
      <w:pPr>
        <w:spacing w:after="160" w:line="276" w:lineRule="auto"/>
      </w:pPr>
      <w:r>
        <w:t>Although I hesitate to recommend these templates, they could work well enough when addressing their drawbacks, or for certain use cases. Don’t forget that the resume contents matter more than the template itself.</w:t>
      </w:r>
    </w:p>
    <w:p>
      <w:pPr>
        <w:spacing w:after="160" w:line="276" w:lineRule="auto"/>
      </w:pPr>
      <w:r>
        <w:t>Let’s review the templates, analyzing both the issues, as well as their strengths.</w:t>
      </w:r>
    </w:p>
    <w:p>
      <w:pPr>
        <w:spacing w:after="160" w:line="276" w:lineRule="auto"/>
      </w:pPr>
      <w:r>
        <w:t>Google Docs Serif Resume Template</w:t>
      </w:r>
    </w:p>
    <w:p>
      <w:pPr>
        <w:spacing w:after="160" w:line="276" w:lineRule="auto"/>
      </w:pPr>
      <w:r>
        <w:t>I am not a fan of two-column resumes, as they make it hard to scan from top to bottom and they squeeze the space you can add for your experiences. However, if you go with one, theGoogle Docs Serif resumeis still an okay choice. It is not specific to software development, so I would change “Skills” to “Technologies” and remove the Awards / Languages.</w:t>
      </w:r>
    </w:p>
    <w:p>
      <w:pPr>
        <w:spacing w:after="160" w:line="276" w:lineRule="auto"/>
      </w:pPr>
      <w:r>
        <w:t>Google Docs Swiss Resume Template</w:t>
      </w:r>
    </w:p>
    <w:p>
      <w:pPr>
        <w:spacing w:after="160" w:line="276" w:lineRule="auto"/>
      </w:pPr>
      <w:r>
        <w:t>While I do not recommend using theGoogle Docs Swiss resumeas is. What I like about this template is the order of the sections. Otherwise, this template is not a good choice for a software developer’s resume.</w:t>
      </w:r>
    </w:p>
    <w:p>
      <w:pPr>
        <w:spacing w:after="160" w:line="276" w:lineRule="auto"/>
      </w:pPr>
      <w:r>
        <w:t>Canva Resume Templates (Paid)</w:t>
      </w:r>
    </w:p>
    <w:p>
      <w:pPr>
        <w:spacing w:after="160" w:line="276" w:lineRule="auto"/>
      </w:pPr>
      <w:r>
        <w:t>If you have a subscription toCanva Pro, you have the option of using hundreds of resume templates, included in the subscription. I’ve done many of the illustrations in this bookwith Canva, and Canva is gaining more and more popularity, thanks to a good price-for-value monthly pricing.</w:t>
      </w:r>
    </w:p>
    <w:p>
      <w:pPr>
        <w:spacing w:after="160" w:line="276" w:lineRule="auto"/>
      </w:pPr>
      <w:r>
        <w:t>Resume.io Software Engineer Template (Paid)</w:t>
      </w:r>
    </w:p>
    <w:p>
      <w:pPr>
        <w:spacing w:after="160" w:line="276" w:lineRule="auto"/>
      </w:pPr>
      <w:r>
        <w:t>TheSoftware Developer Resume templateby resume.io is similar in style to theGoogle Docs Serif resumeand it comes with the same issues as that one.</w:t>
      </w:r>
    </w:p>
    <w:p>
      <w:pPr>
        <w:spacing w:after="160" w:line="276" w:lineRule="auto"/>
      </w:pPr>
      <w:r>
        <w:t>Skills Points and the Resume.io Web Developer Template (Paid)</w:t>
      </w:r>
    </w:p>
    <w:p>
      <w:pPr>
        <w:spacing w:after="160" w:line="276" w:lineRule="auto"/>
      </w:pPr>
      <w:r>
        <w:t>TheWeb Developer Resume templateby resume.io is worth calling out for the pointed skills section—and why following skills scoring is not a great idea.</w:t>
      </w:r>
    </w:p>
    <w:p>
      <w:pPr>
        <w:spacing w:after="160" w:line="276" w:lineRule="auto"/>
      </w:pPr>
      <w:r>
        <w:t>On the points system</w:t>
      </w:r>
    </w:p>
    <w:p>
      <w:pPr>
        <w:spacing w:after="160" w:line="276" w:lineRule="auto"/>
      </w:pPr>
      <w:r>
        <w:t>Similar to how a profile photo won’t help your resume, star ratings can only work against you. Drop the ratings and keep all technologies relevant for the position that you are proficient with.</w:t>
      </w:r>
    </w:p>
    <w:p>
      <w:pPr>
        <w:spacing w:after="160" w:line="276" w:lineRule="auto"/>
      </w:pPr>
      <w:r>
        <w:t>VisualCV Standard Template (Paid)</w:t>
      </w:r>
    </w:p>
    <w:p>
      <w:pPr>
        <w:spacing w:after="160" w:line="276" w:lineRule="auto"/>
      </w:pPr>
      <w:r>
        <w:t>TheVisualCV standard templateshares a lot of the good with the CareerCup resume. It’s a solid alternative to that one—except for the fact that you have to pay to have the VisualCV branding removed.</w:t>
      </w:r>
    </w:p>
    <w:p>
      <w:pPr>
        <w:spacing w:after="160" w:line="276" w:lineRule="auto"/>
      </w:pPr>
      <w:r>
        <w:t>EnhanCV Software Engineer Resume (Paid)</w:t>
      </w:r>
    </w:p>
    <w:p>
      <w:pPr>
        <w:spacing w:after="160" w:line="276" w:lineRule="auto"/>
      </w:pPr>
      <w:r>
        <w:t>I do not recommend the EnhanCVSoftware Engineer resumeand am listing it here to showcase the dangers of resume sites that create resumes that job seekers find pretty. I listed this format as a cautionary example.</w:t>
      </w:r>
    </w:p>
    <w:p>
      <w:pPr>
        <w:spacing w:after="160" w:line="276" w:lineRule="auto"/>
      </w:pPr>
      <w:r>
        <w:t>EuroPass CV</w:t>
      </w:r>
    </w:p>
    <w:p>
      <w:pPr>
        <w:spacing w:after="160" w:line="276" w:lineRule="auto"/>
      </w:pPr>
      <w:r>
        <w:t>Avoid this CV template in applying for tech jobs. The biggest sin of this format is encouraging adding all the details that lead to biases: photos, birth dates, gender, and so on. The Europass format is alsonotrequired to apply to jobs in Europe—contrary to what some people incorrectly assume.</w:t>
      </w:r>
    </w:p>
    <w:p>
      <w:pPr>
        <w:spacing w:after="160" w:line="276" w:lineRule="auto"/>
      </w:pPr>
      <w:r>
        <w:t>Every tech recruiter I’ve spoken with advised to not use this format- and I advise the same. The Europass format was created by a working group within the European Commission. Though I could not confirm this officially, several recruiters mentioned hearing that there was no recruiter, HR specialist or job seeker in this committee.</w:t>
      </w:r>
    </w:p>
    <w:p>
      <w:r>
        <w:br w:type="page"/>
      </w:r>
    </w:p>
    <w:p>
      <w:pPr>
        <w:pStyle w:val="Heading1"/>
        <w:spacing w:before="480" w:after="280"/>
      </w:pPr>
      <w:r>
        <w:rPr>
          <w:b/>
          <w:color w:val="008A60"/>
          <w:sz w:val="28"/>
        </w:rPr>
        <w:t>Chapter 17</w:t>
        <w:br/>
      </w:r>
      <w:r>
        <w:rPr>
          <w:b/>
          <w:color w:val="0F172A"/>
          <w:sz w:val="40"/>
        </w:rPr>
        <w:t>Chapter 12: Resume Improvement Examples</w:t>
      </w:r>
    </w:p>
    <w:p>
      <w:pPr>
        <w:spacing w:after="160" w:line="276" w:lineRule="auto"/>
      </w:pPr>
      <w:r>
        <w:t>This section is a collection of real resumes that you can use as inspiration when writing yours. Remember that your resume should be aboutyourexperience, tailored for thespecificposition you are applying for.</w:t>
      </w:r>
    </w:p>
    <w:p>
      <w:pPr>
        <w:spacing w:after="160" w:line="276" w:lineRule="auto"/>
      </w:pPr>
      <w:r>
        <w:t>I started writing this book after offering to review resumes for software developers who were looking for jobs. Having received too many requests for me to review in-depth, I started to send an early version of this book as feedback for people—this book was at 30 pages, so much shorter than it is today!</w:t>
      </w:r>
    </w:p>
    <w:p>
      <w:pPr>
        <w:spacing w:after="160" w:line="276" w:lineRule="auto"/>
      </w:pPr>
      <w:r>
        <w:t>The below examples are real resumes that I received. They were often ones where the author was not receiving the type of response rate they were hoping for. You’ll read the initial analysis of the resume, then see the improved version that the author ended up using as their “master” resume.</w:t>
      </w:r>
    </w:p>
    <w:p>
      <w:pPr>
        <w:spacing w:after="160" w:line="276" w:lineRule="auto"/>
      </w:pPr>
      <w:r>
        <w:t>All examples are anonymized: names of people, companies, schools, locations and dates have been altered to not allow tracking back to the original author. The other features of the resume are as they were—giving you an idea of some typical areas that you could also address with your current resume.</w:t>
      </w:r>
    </w:p>
    <w:p>
      <w:pPr>
        <w:spacing w:after="160" w:line="276" w:lineRule="auto"/>
      </w:pPr>
      <w:r>
        <w:t>Resist copying anything one-for-one from these examples.These resumes are someone else’s experience. Use these to get inspiration, and see if your resume has similar improvement opportunities.</w:t>
      </w:r>
    </w:p>
    <w:p>
      <w:pPr>
        <w:pStyle w:val="Heading2"/>
        <w:spacing w:before="320" w:after="120"/>
      </w:pPr>
      <w:r>
        <w:t>Software Engineer with 2 Years Experience</w:t>
      </w:r>
    </w:p>
    <w:p>
      <w:pPr>
        <w:spacing w:after="160" w:line="276" w:lineRule="auto"/>
      </w:pPr>
      <w:r>
        <w:t>The below resume is one for a person with a few years’ experience, who intended to apply for Facebook’s Rotational Engineering Program. Here is the description of the position, and the requirement details:</w:t>
      </w:r>
    </w:p>
    <w:p>
      <w:pPr>
        <w:spacing w:after="160" w:line="276" w:lineRule="auto"/>
      </w:pPr>
      <w:r>
        <w:t>The original resume</w:t>
      </w:r>
    </w:p>
    <w:p>
      <w:pPr>
        <w:spacing w:after="160" w:line="276" w:lineRule="auto"/>
      </w:pPr>
      <w:r>
        <w:t>Analysis of the resume</w:t>
      </w:r>
    </w:p>
    <w:p>
      <w:pPr>
        <w:spacing w:after="160" w:line="276" w:lineRule="auto"/>
      </w:pPr>
      <w:r>
        <w:t>Overall, this is not a bad resume—but there are many improvements that could make it a much stronger one for this position.</w:t>
      </w:r>
    </w:p>
    <w:p>
      <w:pPr>
        <w:spacing w:after="160" w:line="276" w:lineRule="auto"/>
      </w:pPr>
      <w:r>
        <w:t>The good</w:t>
      </w:r>
    </w:p>
    <w:p>
      <w:pPr>
        <w:pStyle w:val="ListBullet"/>
      </w:pPr>
      <w:r>
        <w:t>Key details on the first page. Languages &amp; technologies, as well as work experience, are listed on the first page.</w:t>
      </w:r>
    </w:p>
    <w:p>
      <w:pPr>
        <w:pStyle w:val="ListBullet"/>
      </w:pPr>
      <w:r>
        <w:t>Good amount of personal details. This resume doesn’t share too many unnecessary personal details.</w:t>
      </w:r>
    </w:p>
    <w:p>
      <w:pPr>
        <w:pStyle w:val="ListBullet"/>
      </w:pPr>
      <w:r>
        <w:t>A decent template and usage of bullet points. The template helps with good usage of space, and bullet points make it easy to read the statements.</w:t>
      </w:r>
    </w:p>
    <w:p>
      <w:pPr>
        <w:spacing w:after="160" w:line="276" w:lineRule="auto"/>
      </w:pPr>
      <w:r>
        <w:t>Improvement areas</w:t>
      </w:r>
    </w:p>
    <w:p>
      <w:pPr>
        <w:pStyle w:val="ListBullet"/>
      </w:pPr>
      <w:r>
        <w:t>Overly generous spacing.The margins on the sides of the resume were unusually large—reducing the space of what would fit on each of the pages. While good spacing can benefit resumes, there is no reason to have very large spacing on the top and the side.</w:t>
      </w:r>
    </w:p>
    <w:p>
      <w:pPr>
        <w:pStyle w:val="ListBullet"/>
      </w:pPr>
      <w:r>
        <w:t>Consistency. Formatting is not consistent, and it brings a sloppy feel for the resume. Font sizes and alignment are different in different sections.</w:t>
      </w:r>
    </w:p>
    <w:p>
      <w:pPr>
        <w:pStyle w:val="ListBullet"/>
      </w:pPr>
      <w:r>
        <w:t>Drawing focus to the wrong thing.This resume has many links—the person linked to all their previous companies. When glancing at the resume, the recruiter’s attention is immediately drawn to the names of companies. However, it would be smarter to draw attention to the title of the engineer and the date. A different template could help with this, as would toning down link colors.</w:t>
      </w:r>
    </w:p>
    <w:p>
      <w:pPr>
        <w:pStyle w:val="ListBullet"/>
      </w:pPr>
      <w:r>
        <w:t>The impact of the work. Within the work experience, there could be more specific impact mentioned about the person's work. There are some specifics, but there are also a lot of phrases like “Built a mobile app”, without explaining what was impactful, challenging or interesting about it.</w:t>
      </w:r>
    </w:p>
    <w:p>
      <w:pPr>
        <w:pStyle w:val="ListBullet"/>
      </w:pPr>
      <w:r>
        <w:t>Linking to company websites. The links to company websites drew attention but brought little value. If a recruiter or hiring manager wants to look up the company, they can do so without a link, just by searching for the company name. Besides, the company landing page does not convey much relevant information.</w:t>
      </w:r>
    </w:p>
    <w:p>
      <w:pPr>
        <w:pStyle w:val="ListBullet"/>
      </w:pPr>
      <w:r>
        <w:t>Splitting out a 3-month position at MennoMark. This person got promoted after a few months at MennoMark. They decided to split this 3-month-long position out into separate sections. Because of how fast this promotion was, they could just ignore this short position, not mentioning it.</w:t>
      </w:r>
    </w:p>
    <w:p>
      <w:pPr>
        <w:spacing w:after="160" w:line="276" w:lineRule="auto"/>
      </w:pPr>
      <w:r>
        <w:t>The refactored resume</w:t>
      </w:r>
    </w:p>
    <w:p>
      <w:pPr>
        <w:spacing w:after="160" w:line="276" w:lineRule="auto"/>
      </w:pPr>
      <w:r>
        <w:t>Analysis of the refactored resume</w:t>
      </w:r>
    </w:p>
    <w:p>
      <w:pPr>
        <w:spacing w:after="160" w:line="276" w:lineRule="auto"/>
      </w:pPr>
      <w:r>
        <w:t>The refactored resume addressed most of the improvements we previously mentioned. A few things to call out with this improved resume are:</w:t>
      </w:r>
    </w:p>
    <w:p>
      <w:pPr>
        <w:pStyle w:val="ListBullet"/>
      </w:pPr>
      <w:r>
        <w:t>Tailored for the position the person is applying for. For example, the position mentioned languages like C++, Java, PHP, JavaScript etc. As the person is hands-on with PHP and JavaScript, the resume lists these first.</w:t>
      </w:r>
    </w:p>
    <w:p>
      <w:pPr>
        <w:pStyle w:val="ListBullet"/>
      </w:pPr>
      <w:r>
        <w:t>Impact and what this person actively did comes across more clearly. The updated resume uses active language and showcases specific examples of impact. Note how this is exactly the same person, talking about exactly the same work they have done. In the updated version, however, they have gone deeper to express how their work was important beyond just coding.</w:t>
      </w:r>
    </w:p>
    <w:p>
      <w:pPr>
        <w:pStyle w:val="ListBullet"/>
      </w:pPr>
      <w:r>
        <w:t>More concise wording, with just as much details. The two resumes convey roughly the same amount of information. However, in the second one, much of the irrelevant or repetitive information has been cut.</w:t>
      </w:r>
    </w:p>
    <w:p>
      <w:pPr>
        <w:pStyle w:val="ListBullet"/>
      </w:pPr>
      <w:r>
        <w:t>More deliberate guiding of the reader’s focus.In the original resume, links were scattered. Take the technical blogging section: in the original resume, this was just a link to the Dev.to page of this engineer. Now, instead of linking to a blog, this person calls out two articles they’d like the hiring manager to glance at. This is a much more focused approach.</w:t>
      </w:r>
    </w:p>
    <w:p>
      <w:pPr>
        <w:spacing w:after="160" w:line="276" w:lineRule="auto"/>
      </w:pPr>
      <w:r>
        <w:t>Ways this resume could be made even better:</w:t>
      </w:r>
    </w:p>
    <w:p>
      <w:pPr>
        <w:pStyle w:val="ListBullet"/>
      </w:pPr>
      <w:r>
        <w:t>A short summary sectionis something I’d consider adding, especially if there’s information this candidate can reflect on for the job description. For example, the job description says:“We strongly encourage candidates who are members of historically underrepresented groups and have non-traditional career paths to apply, including, but not limited to candidates from non-tech industries, candidates without Computer Science degrees who are self-taught, candidates starting second careers to apply.”If some of this applies to the candidate, I’d encourage them to reflect on this in this section.</w:t>
      </w:r>
    </w:p>
    <w:p>
      <w:pPr>
        <w:pStyle w:val="ListBullet"/>
      </w:pPr>
      <w:r>
        <w:t>Tailor the resume to other positions, over using this one as a “one-size-fits-all” one.</w:t>
      </w:r>
    </w:p>
    <w:p>
      <w:pPr>
        <w:pStyle w:val="Heading2"/>
        <w:spacing w:before="320" w:after="120"/>
      </w:pPr>
      <w:r>
        <w:t>Machine Learning Engineer with 5 Years Experience</w:t>
      </w:r>
    </w:p>
    <w:p>
      <w:pPr>
        <w:spacing w:after="160" w:line="276" w:lineRule="auto"/>
      </w:pPr>
      <w:r>
        <w:t>This resume is from a software engineer in Europe who specialized in machine learning. They were applying to companies but rarely heard back. Their original resume was a 3-pager one.</w:t>
      </w:r>
    </w:p>
    <w:p>
      <w:pPr>
        <w:spacing w:after="160" w:line="276" w:lineRule="auto"/>
      </w:pPr>
      <w:r>
        <w:t>After refactoring the resume to a 1-pager one below, they saw a lot more leads, including from companies that they did not hear back from before. The person ended up landing a job at one of the companies they were targeting.</w:t>
      </w:r>
    </w:p>
    <w:p>
      <w:pPr>
        <w:spacing w:after="160" w:line="276" w:lineRule="auto"/>
      </w:pPr>
      <w:r>
        <w:t>The original resume</w:t>
      </w:r>
    </w:p>
    <w:p>
      <w:pPr>
        <w:spacing w:after="160" w:line="276" w:lineRule="auto"/>
      </w:pPr>
      <w:r>
        <w:t>Analysis of the resume</w:t>
      </w:r>
    </w:p>
    <w:p>
      <w:pPr>
        <w:spacing w:after="160" w:line="276" w:lineRule="auto"/>
      </w:pPr>
      <w:r>
        <w:t>The resume is an instant turn-off. The template is unnecessarily hard to read. The first page feels like it was written just to have buzzwords on it. Also, it immediately tells the story of someone who is either not a good developer or just overly modest. Why would the resume start with this person rating themselves as 4/5 on Python, 3/5 on Javascript?</w:t>
      </w:r>
    </w:p>
    <w:p>
      <w:pPr>
        <w:spacing w:after="160" w:line="276" w:lineRule="auto"/>
      </w:pPr>
      <w:r>
        <w:t>The good</w:t>
      </w:r>
    </w:p>
    <w:p>
      <w:pPr>
        <w:pStyle w:val="ListBullet"/>
      </w:pPr>
      <w:r>
        <w:t>The second and third pageshows depth in experience. Unfortunately, most recruiters and hiring managers likely never got here, and moved this resume to the “reject” pile after scanning the first page.</w:t>
      </w:r>
    </w:p>
    <w:p>
      <w:pPr>
        <w:spacing w:after="160" w:line="276" w:lineRule="auto"/>
      </w:pPr>
      <w:r>
        <w:t>Improvement areas</w:t>
      </w:r>
    </w:p>
    <w:p>
      <w:pPr>
        <w:pStyle w:val="ListBullet"/>
      </w:pPr>
      <w:r>
        <w:t>Use an easy to read template.The current template makes it hard to scan the resume contents. The black headers draw attention needlessly.</w:t>
      </w:r>
    </w:p>
    <w:p>
      <w:pPr>
        <w:pStyle w:val="ListBullet"/>
      </w:pPr>
      <w:r>
        <w:t>Do not use the skills self-rating. As discussed in theUnnecessary Details section, self-rating skills proficiency can only work against you on a resume. This can be seen here, in action. As a hiring manager, I could assume this person is not a good developer, based on their own rating. If they rate their Javascript as 3/5, some hiring managers could assume they are not quite proficient—which is not at all what this person wanted to convey.</w:t>
      </w:r>
    </w:p>
    <w:p>
      <w:pPr>
        <w:pStyle w:val="ListBullet"/>
      </w:pPr>
      <w:r>
        <w:t>Talk about impact and results, not what you were told to do. In a new field like machine learning, most companies will look for people who take the initiative and get results.</w:t>
      </w:r>
    </w:p>
    <w:p>
      <w:pPr>
        <w:pStyle w:val="ListBullet"/>
      </w:pPr>
      <w:r>
        <w:t>Convey the right type of information on the first page.This person has a lot to build on: so do this. They should showcase the impactful work they've done, and their skills.</w:t>
      </w:r>
    </w:p>
    <w:p>
      <w:pPr>
        <w:pStyle w:val="ListBullet"/>
      </w:pPr>
      <w:r>
        <w:t>Talk more about themselves, not their companies.For every position listed, this person writes nearly as much about the company as they do for their achievements. Drop the part on the company: they should focus on their results.</w:t>
      </w:r>
    </w:p>
    <w:p>
      <w:pPr>
        <w:pStyle w:val="ListBullet"/>
      </w:pPr>
      <w:r>
        <w:t>Use bullet pointsfor easier reading. Much of the resume has paragraphs that list different pieces of information. For example, the first sentence talks about the company and the second one about their achievements. After reading the first sentence, the person scanning the resume would skip to the next paragraph, assuming that a paragraph talks about the same topic.</w:t>
      </w:r>
    </w:p>
    <w:p>
      <w:pPr>
        <w:spacing w:after="160" w:line="276" w:lineRule="auto"/>
      </w:pPr>
      <w:r>
        <w:t>The refactored resume</w:t>
      </w:r>
    </w:p>
    <w:p>
      <w:pPr>
        <w:spacing w:after="160" w:line="276" w:lineRule="auto"/>
      </w:pPr>
      <w:r>
        <w:t>Analysis of the refactored resume</w:t>
      </w:r>
    </w:p>
    <w:p>
      <w:pPr>
        <w:spacing w:after="160" w:line="276" w:lineRule="auto"/>
      </w:pPr>
      <w:r>
        <w:t>The difference between the original and the refactored resume is striking. The resume is down to one page, is a lot easier to read and conveys the applicant's experience much better. The person applied much of the advice in this book.</w:t>
      </w:r>
    </w:p>
    <w:p>
      <w:pPr>
        <w:spacing w:after="160" w:line="276" w:lineRule="auto"/>
      </w:pPr>
      <w:r>
        <w:t>They also saw a lot more leads, including from companies that they did not hear back from before. The person ended up landing a job at one of these companies.</w:t>
      </w:r>
    </w:p>
    <w:p>
      <w:pPr>
        <w:spacing w:after="160" w:line="276" w:lineRule="auto"/>
      </w:pPr>
      <w:r>
        <w:t>Still, there are a few further areas I’d suggest looking at:</w:t>
      </w:r>
    </w:p>
    <w:p>
      <w:pPr>
        <w:pStyle w:val="ListBullet"/>
      </w:pPr>
      <w:r>
        <w:t>Mention specific technologiesthey worked with, in the work experience. E.g. instead of"Created a full-stack web application for internal stakeholders", they could say"Created a full-stack web application for internal stakeholders using Vue,js Django, deploying it on AWS."</w:t>
      </w:r>
    </w:p>
    <w:p>
      <w:pPr>
        <w:pStyle w:val="ListBullet"/>
      </w:pPr>
      <w:r>
        <w:t>Use numberswhen describing the work experience. E.g. instead of"Created a full-stack web application for internal stakeholders", list specifics like"Designed, implemented and deployed 4 microservices for the main product. These services serve 100 RPS."</w:t>
      </w:r>
    </w:p>
    <w:p>
      <w:pPr>
        <w:pStyle w:val="Heading2"/>
        <w:spacing w:before="320" w:after="120"/>
      </w:pPr>
      <w:r>
        <w:t>Backend Developer with 6 Years Experience</w:t>
      </w:r>
    </w:p>
    <w:p>
      <w:pPr>
        <w:spacing w:after="160" w:line="276" w:lineRule="auto"/>
      </w:pPr>
      <w:r>
        <w:t>This example is from a backend engineer who spent a few years working at a company building payroll software. They originally intended to use their resume to apply to similar, but larger companies.</w:t>
      </w:r>
    </w:p>
    <w:p>
      <w:pPr>
        <w:spacing w:after="160" w:line="276" w:lineRule="auto"/>
      </w:pPr>
      <w:r>
        <w:t>With their original resume, they were seeing far less response than they were hoping for. With the improvements, they noticed a considerably higher rate of callbacks, and ended up accepting an offer for a local startup for a senior engineer position.</w:t>
      </w:r>
    </w:p>
    <w:p>
      <w:pPr>
        <w:spacing w:after="160" w:line="276" w:lineRule="auto"/>
      </w:pPr>
      <w:r>
        <w:t>The original resume</w:t>
      </w:r>
    </w:p>
    <w:p>
      <w:pPr>
        <w:spacing w:after="160" w:line="276" w:lineRule="auto"/>
      </w:pPr>
      <w:r>
        <w:t>Analysis of the resume</w:t>
      </w:r>
    </w:p>
    <w:p>
      <w:pPr>
        <w:spacing w:after="160" w:line="276" w:lineRule="auto"/>
      </w:pPr>
      <w:r>
        <w:t>This resume is a decent one to start with—however, it can be further improved.</w:t>
      </w:r>
    </w:p>
    <w:p>
      <w:pPr>
        <w:spacing w:after="160" w:line="276" w:lineRule="auto"/>
      </w:pPr>
      <w:r>
        <w:t>The good</w:t>
      </w:r>
    </w:p>
    <w:p>
      <w:pPr>
        <w:pStyle w:val="ListBullet"/>
      </w:pPr>
      <w:r>
        <w:t>Technical skills on the top. This person was aiming to apply for companies that hired for specific tech stacks. In this case, starting with relevant technologies is a good strategy.</w:t>
      </w:r>
    </w:p>
    <w:p>
      <w:pPr>
        <w:pStyle w:val="ListBullet"/>
      </w:pPr>
      <w:r>
        <w:t>A one-page resume. This person had around five-six years’ experience, and they managed to fit the key parts onto one page.</w:t>
      </w:r>
    </w:p>
    <w:p>
      <w:pPr>
        <w:pStyle w:val="ListBullet"/>
      </w:pPr>
      <w:r>
        <w:t>Mentioning results and numbers. The resume had specifics, like the percentage of reducing the client ticket support rate or performance improvements.</w:t>
      </w:r>
    </w:p>
    <w:p>
      <w:pPr>
        <w:pStyle w:val="ListBullet"/>
      </w:pPr>
      <w:r>
        <w:t>Good amount of personal details. This resume doesn’t share too many unnecessary personal details.</w:t>
      </w:r>
    </w:p>
    <w:p>
      <w:pPr>
        <w:pStyle w:val="ListBullet"/>
      </w:pPr>
      <w:r>
        <w:t>A decent template and usage of bullet points. The template helps with good usage of space, and bullet points make it easy to read the statements.</w:t>
      </w:r>
    </w:p>
    <w:p>
      <w:pPr>
        <w:spacing w:after="160" w:line="276" w:lineRule="auto"/>
      </w:pPr>
      <w:r>
        <w:t>Improvement areas</w:t>
      </w:r>
    </w:p>
    <w:p>
      <w:pPr>
        <w:pStyle w:val="ListBullet"/>
      </w:pPr>
      <w:r>
        <w:t>Missing locationon the resume. When no address is listed, recruiters might assume the person is out of the country. This was not the case with this person; they were based in Vancouver, Canada. So why not list it?</w:t>
      </w:r>
    </w:p>
    <w:p>
      <w:pPr>
        <w:pStyle w:val="ListBullet"/>
      </w:pPr>
      <w:r>
        <w:t>Technologies dumped one after the other.While it’s good to list all technologies this person is proficient with, the formatting and the order could be better. Focus on languages and frameworks that are needed for the position, or that this person wants to call out specifically.</w:t>
      </w:r>
    </w:p>
    <w:p>
      <w:pPr>
        <w:pStyle w:val="ListBullet"/>
      </w:pPr>
      <w:r>
        <w:t>Too much bolding.Much of the bolding is distracting, and some of it makes little sense. Why are all the technical skills in bold? Why are some of the results bolded out? Why are“W4 forms”bolded? Though the person writing the resume probably wanted to be helpful, they draw attention to the wrong areas.</w:t>
      </w:r>
    </w:p>
    <w:p>
      <w:pPr>
        <w:pStyle w:val="ListBullet"/>
      </w:pPr>
      <w:r>
        <w:t>Could use more specifics. Though there are specifics for some bullet points, others could use more details. Take the statement“Created troubleshooting tools that improved support team’s efficiency by more than 30%”. What languages or frameworks did this person use for the tools? Did they come up with an idea? Did they lead a team? How many customers used the tools?</w:t>
      </w:r>
    </w:p>
    <w:p>
      <w:pPr>
        <w:pStyle w:val="ListBullet"/>
      </w:pPr>
      <w:r>
        <w:t>Grammar. Some of the sentences don’t read naturally: using a grammar checker would have surfaced these. Taking the previous example:“Created troubleshooting tools that improvedthesupport team’s efficiency by more than 30%”.</w:t>
      </w:r>
    </w:p>
    <w:p>
      <w:pPr>
        <w:pStyle w:val="ListBullet"/>
      </w:pPr>
      <w:r>
        <w:t>Education dates are missing. As a hiring manager and a recruiter, not seeing education dates is confusing. Did the person graduate? If so, why not add the dates? If they did not, why don’t they mention that they dropped out?</w:t>
      </w:r>
    </w:p>
    <w:p>
      <w:pPr>
        <w:pStyle w:val="ListBullet"/>
      </w:pPr>
      <w:r>
        <w:t>Dates could be better placed.Moving the dates to the right side would make them much easier to scan on the first glance.</w:t>
      </w:r>
    </w:p>
    <w:p>
      <w:pPr>
        <w:pStyle w:val="ListBullet"/>
      </w:pPr>
      <w:r>
        <w:t>Docx format.The original resume was a docx. Using PDFs is a much better choice.</w:t>
      </w:r>
    </w:p>
    <w:p>
      <w:pPr>
        <w:spacing w:after="160" w:line="276" w:lineRule="auto"/>
      </w:pPr>
      <w:r>
        <w:t>The refactored resume</w:t>
      </w:r>
    </w:p>
    <w:p>
      <w:pPr>
        <w:spacing w:after="160" w:line="276" w:lineRule="auto"/>
      </w:pPr>
      <w:r>
        <w:t>Analysis of the refactored resume</w:t>
      </w:r>
    </w:p>
    <w:p>
      <w:pPr>
        <w:spacing w:after="160" w:line="276" w:lineRule="auto"/>
      </w:pPr>
      <w:r>
        <w:t>The refactored resume addressed all the above improvement areas, and the person ended up with more calls and an offer with a local startup. The main improvements from the original resume were:</w:t>
      </w:r>
    </w:p>
    <w:p>
      <w:pPr>
        <w:pStyle w:val="ListBullet"/>
      </w:pPr>
      <w:r>
        <w:t>Mentioning their locationas Vancouver, Canada and not omitting it, like before.</w:t>
      </w:r>
    </w:p>
    <w:p>
      <w:pPr>
        <w:pStyle w:val="ListBullet"/>
      </w:pPr>
      <w:r>
        <w:t>Languages and technologies listed more strategicallyand tailored for the job they are applying for. This person was going after mostly Java-based positions. They listed programming languages first, then the technologies relevant for the job that they were proficient in.</w:t>
      </w:r>
    </w:p>
    <w:p>
      <w:pPr>
        <w:pStyle w:val="ListBullet"/>
      </w:pPr>
      <w:r>
        <w:t>An easier to scan templatewith dates and positions standing out.</w:t>
      </w:r>
    </w:p>
    <w:p>
      <w:pPr>
        <w:pStyle w:val="ListBullet"/>
      </w:pPr>
      <w:r>
        <w:t>Starting with the impact of their workin their work experiences, instead of burying this information deeper.</w:t>
      </w:r>
    </w:p>
    <w:p>
      <w:pPr>
        <w:pStyle w:val="ListBullet"/>
      </w:pPr>
      <w:r>
        <w:t>Giving more specificson their work experience. For example, they mentioned leading a small team, which they previously left off.</w:t>
      </w:r>
    </w:p>
    <w:p>
      <w:pPr>
        <w:pStyle w:val="ListBullet"/>
      </w:pPr>
      <w:r>
        <w:t>Dropping months from older dates—from four or more years back. It makes the dates easier to scan. This person didn’t have a gap in their employment since 2016, and this can make scanning their resume a bit easier.</w:t>
      </w:r>
    </w:p>
    <w:p>
      <w:pPr>
        <w:pStyle w:val="ListBullet"/>
      </w:pPr>
      <w:r>
        <w:t>Adding education datesto add more context on how long they have been doing software development.</w:t>
      </w:r>
    </w:p>
    <w:p>
      <w:pPr>
        <w:pStyle w:val="Heading2"/>
        <w:spacing w:before="320" w:after="120"/>
      </w:pPr>
      <w:r>
        <w:t>Remote Software Engineer With 8 Years Experience</w:t>
      </w:r>
    </w:p>
    <w:p>
      <w:pPr>
        <w:spacing w:after="160" w:line="276" w:lineRule="auto"/>
      </w:pPr>
      <w:r>
        <w:t>The below resume is a 2-page CV for a senior software engineer based in Europe. This person was primarily targeting remote positions.</w:t>
      </w:r>
    </w:p>
    <w:p>
      <w:pPr>
        <w:spacing w:after="160" w:line="276" w:lineRule="auto"/>
      </w:pPr>
      <w:r>
        <w:t>The candidate behind this resume struggled to get responses from international companies, even though they were a senior candidate. Following the refactor, their response rate increased dramatically, and they ended up choosing one of the multiple offers they secured.</w:t>
      </w:r>
    </w:p>
    <w:p>
      <w:pPr>
        <w:spacing w:after="160" w:line="276" w:lineRule="auto"/>
      </w:pPr>
      <w:r>
        <w:t>The original resume</w:t>
      </w:r>
    </w:p>
    <w:p>
      <w:pPr>
        <w:spacing w:after="160" w:line="276" w:lineRule="auto"/>
      </w:pPr>
      <w:r>
        <w:t>Analysis of the resume</w:t>
      </w:r>
    </w:p>
    <w:p>
      <w:pPr>
        <w:spacing w:after="160" w:line="276" w:lineRule="auto"/>
      </w:pPr>
      <w:r>
        <w:t>I was not surprised to see that this person barely received calls from recruiters. This resume did an excellent job in breaking several unwritten CV "rules" and downplaying the candidate's experience.</w:t>
      </w:r>
    </w:p>
    <w:p>
      <w:pPr>
        <w:spacing w:after="160" w:line="276" w:lineRule="auto"/>
      </w:pPr>
      <w:r>
        <w:t>The good</w:t>
      </w:r>
    </w:p>
    <w:p>
      <w:pPr>
        <w:pStyle w:val="ListBullet"/>
      </w:pPr>
      <w:r>
        <w:t>Not much good to sayabout this resume, beyond the fact that the person behind the resume has alotof experience to build on. Let’s jump instead to the biggest improvement areas.</w:t>
      </w:r>
    </w:p>
    <w:p>
      <w:pPr>
        <w:spacing w:after="160" w:line="276" w:lineRule="auto"/>
      </w:pPr>
      <w:r>
        <w:t>Improvement areas</w:t>
      </w:r>
    </w:p>
    <w:p>
      <w:pPr>
        <w:pStyle w:val="ListBullet"/>
      </w:pPr>
      <w:r>
        <w:t>Confusing layoutthat starts with education. Most recruiters would stop reading after the first page - however, the second page contains most of their “proper” experience.</w:t>
      </w:r>
    </w:p>
    <w:p>
      <w:pPr>
        <w:pStyle w:val="ListBullet"/>
      </w:pPr>
      <w:r>
        <w:t>Photothat introduces bias. Just remove it.</w:t>
      </w:r>
    </w:p>
    <w:p>
      <w:pPr>
        <w:pStyle w:val="ListBullet"/>
      </w:pPr>
      <w:r>
        <w:t>Irrelevant skills listed. Leadership? Cat-B driving license for a remote developer job? Remove these.</w:t>
      </w:r>
    </w:p>
    <w:p>
      <w:pPr>
        <w:pStyle w:val="ListBullet"/>
      </w:pPr>
      <w:r>
        <w:t>Skills with 1-5 pointsmake it seem like this person is a poor engineer. They rate themselves 4 stars at most, and one star on Node.JS. Talking to this person, they were an expert or proficient on most technologies. I advised them to remove the rating altogether.</w:t>
      </w:r>
    </w:p>
    <w:p>
      <w:pPr>
        <w:pStyle w:val="ListBullet"/>
      </w:pPr>
      <w:r>
        <w:t>Reverse chronological work experience. On the first page, the oldest experience is listed first. This is both confusing and shows this person is unaware of resume basics.</w:t>
      </w:r>
    </w:p>
    <w:p>
      <w:pPr>
        <w:pStyle w:val="ListBullet"/>
      </w:pPr>
      <w:r>
        <w:t>Only talking about “what” they did, not the results.The resume does not use active language, and does not do a good job describing the results this person delivered.</w:t>
      </w:r>
    </w:p>
    <w:p>
      <w:pPr>
        <w:spacing w:after="160" w:line="276" w:lineRule="auto"/>
      </w:pPr>
      <w:r>
        <w:t>The refactored resume</w:t>
      </w:r>
    </w:p>
    <w:p>
      <w:pPr>
        <w:spacing w:after="160" w:line="276" w:lineRule="auto"/>
      </w:pPr>
      <w:r>
        <w:t>Analysis of the refactored resume</w:t>
      </w:r>
    </w:p>
    <w:p>
      <w:pPr>
        <w:spacing w:after="160" w:line="276" w:lineRule="auto"/>
      </w:pPr>
      <w:r>
        <w:t>The refactored resume performed far better. This person heard back from companies who ignored their previous resume. They did well on multiple interviews and had several offers to choose from in a matter of weeks.</w:t>
      </w:r>
    </w:p>
    <w:p>
      <w:pPr>
        <w:spacing w:after="160" w:line="276" w:lineRule="auto"/>
      </w:pPr>
      <w:r>
        <w:t>There’s always room for improvement, though, and I would still suggest the following changes to make this CV even stronger:</w:t>
      </w:r>
    </w:p>
    <w:p>
      <w:pPr>
        <w:pStyle w:val="ListBullet"/>
      </w:pPr>
      <w:r>
        <w:t>More consistent formattingas a whole. The spacing and bullet points have a strange layout.</w:t>
      </w:r>
    </w:p>
    <w:p>
      <w:pPr>
        <w:pStyle w:val="ListBullet"/>
      </w:pPr>
      <w:r>
        <w:t>Date formattingcould be cleaner. Using seasons is fine for e.g. internships (“summer 2011), but instead of “2019 summer - 2020 spring”, “Jun 2019 - Mar 2020” reads more clear.</w:t>
      </w:r>
    </w:p>
    <w:p>
      <w:pPr>
        <w:pStyle w:val="ListBullet"/>
      </w:pPr>
      <w:r>
        <w:t>Use active language. Instead of “Creating backend microservices…”, say “Created backend microservices…”.</w:t>
      </w:r>
    </w:p>
    <w:p>
      <w:pPr>
        <w:pStyle w:val="ListBullet"/>
      </w:pPr>
      <w:r>
        <w:t>No need to repeat the headeron the second page - it just wastes space.</w:t>
      </w:r>
    </w:p>
    <w:p>
      <w:pPr>
        <w:pStyle w:val="ListBullet"/>
      </w:pPr>
      <w:r>
        <w:t>Education: move it further down. With a degree almost 10 years ago, this is far less relevant than their work experience.</w:t>
      </w:r>
    </w:p>
    <w:p>
      <w:pPr>
        <w:pStyle w:val="ListBullet"/>
      </w:pPr>
      <w:r>
        <w:t>Consider using a better template or a resume template servicelike Standard Resume for a more professional layout. This person went alone with the template, customizing it themselves. It still feels very DIY, and resume layout is not their strength.</w:t>
      </w:r>
    </w:p>
    <w:p>
      <w:pPr>
        <w:pStyle w:val="Heading2"/>
        <w:spacing w:before="320" w:after="120"/>
      </w:pPr>
      <w:r>
        <w:t>SRE Engineer with 20 Years Experience</w:t>
      </w:r>
    </w:p>
    <w:p>
      <w:pPr>
        <w:spacing w:after="160" w:line="276" w:lineRule="auto"/>
      </w:pPr>
      <w:r>
        <w:t>The resume is from a systems admin working in a high performance computing environment, who holds a PhD. They have been happily employed for over 10 years at their current workplace. Their original resume was just adding details of the last 10 years’ employment to the same resume they used when applying in 2010.</w:t>
      </w:r>
    </w:p>
    <w:p>
      <w:pPr>
        <w:spacing w:after="160" w:line="276" w:lineRule="auto"/>
      </w:pPr>
      <w:r>
        <w:t>Following the refactor, this person saw a good amount of interest. They ended up getting and accepting an SRE offer - exactly the position they were after.</w:t>
      </w:r>
    </w:p>
    <w:p>
      <w:pPr>
        <w:spacing w:after="160" w:line="276" w:lineRule="auto"/>
      </w:pPr>
      <w:r>
        <w:t>The original resume</w:t>
      </w:r>
    </w:p>
    <w:p>
      <w:pPr>
        <w:spacing w:after="160" w:line="276" w:lineRule="auto"/>
      </w:pPr>
      <w:r>
        <w:t>Analysis of the resume</w:t>
      </w:r>
    </w:p>
    <w:p>
      <w:pPr>
        <w:spacing w:after="160" w:line="276" w:lineRule="auto"/>
      </w:pPr>
      <w:r>
        <w:t>This resume feels dated just by glancing at the template. Unfortunately, subconscious biases can be a thing in tech, and some hiring managers might wonder if this is a person who would keep up with technology. Having interacted with the person, I can tell you they are - but their resume does not indicate this.</w:t>
      </w:r>
    </w:p>
    <w:p>
      <w:pPr>
        <w:spacing w:after="160" w:line="276" w:lineRule="auto"/>
      </w:pPr>
      <w:r>
        <w:t>The good</w:t>
      </w:r>
    </w:p>
    <w:p>
      <w:pPr>
        <w:pStyle w:val="ListBullet"/>
      </w:pPr>
      <w:r>
        <w:t>A very experienced candidate. With a PhD and close to 20 years of professional experience, this candidate has a lot of things to bring to the table.</w:t>
      </w:r>
    </w:p>
    <w:p>
      <w:pPr>
        <w:pStyle w:val="ListBullet"/>
      </w:pPr>
      <w:r>
        <w:t>Lots of relevant technologies. HAProxy, Prometheus, ELK and other technologies they’ve listed are considered close to cutting edge in 2020. This person clearly keeps up to date or works at a place that moves with the industry.</w:t>
      </w:r>
    </w:p>
    <w:p>
      <w:pPr>
        <w:spacing w:after="160" w:line="276" w:lineRule="auto"/>
      </w:pPr>
      <w:r>
        <w:t>Improvement areas</w:t>
      </w:r>
    </w:p>
    <w:p>
      <w:pPr>
        <w:pStyle w:val="ListBullet"/>
      </w:pPr>
      <w:r>
        <w:t>Too long of an introwith too few specifics. Trim the introduction, and talk about results.</w:t>
      </w:r>
    </w:p>
    <w:p>
      <w:pPr>
        <w:pStyle w:val="ListBullet"/>
      </w:pPr>
      <w:r>
        <w:t>Irrelevant key skillslisted on the first page.“Excellent interpersonal skills”misses specifics, and“Training course design”is not a skill that is relevant for the positions this person is applying for.</w:t>
      </w:r>
    </w:p>
    <w:p>
      <w:pPr>
        <w:pStyle w:val="ListBullet"/>
      </w:pPr>
      <w:r>
        <w:t>Ten years in a job with no career advancement. This person had been employed in the same place since 2010. Were they promoted? Or are they the most senior person already? The resume doesn't help answer this question. It should!</w:t>
      </w:r>
    </w:p>
    <w:p>
      <w:pPr>
        <w:pStyle w:val="ListBullet"/>
      </w:pPr>
      <w:r>
        <w:t>Irrelevant older positionslisted. Senior training consultant 2004-2008 doesn’t add much to the resume, nor does the first few systems admin positions. The resume would read stronger if it emitted those: especially that this person is looking to apply for SRE positions.</w:t>
      </w:r>
    </w:p>
    <w:p>
      <w:pPr>
        <w:pStyle w:val="ListBullet"/>
      </w:pPr>
      <w:r>
        <w:t>Missing results of the work.For an experienced candidate, it’s expected they bring results to the table. The resume doesn’t showcase these.</w:t>
      </w:r>
    </w:p>
    <w:p>
      <w:pPr>
        <w:pStyle w:val="ListBullet"/>
      </w:pPr>
      <w:r>
        <w:t>Clichesin some of the descriptions like “excellent interpersonal skills”, “excellent communication”. Remove these, or replace them with specifics.</w:t>
      </w:r>
    </w:p>
    <w:p>
      <w:pPr>
        <w:spacing w:after="160" w:line="276" w:lineRule="auto"/>
      </w:pPr>
      <w:r>
        <w:t>The refactored resume</w:t>
      </w:r>
    </w:p>
    <w:p>
      <w:pPr>
        <w:spacing w:after="160" w:line="276" w:lineRule="auto"/>
      </w:pPr>
      <w:r>
        <w:t>Analysis of the refactored resume</w:t>
      </w:r>
    </w:p>
    <w:p>
      <w:pPr>
        <w:spacing w:after="160" w:line="276" w:lineRule="auto"/>
      </w:pPr>
      <w:r>
        <w:t>The refactored resume addressed all the above improvement areas:</w:t>
      </w:r>
    </w:p>
    <w:p>
      <w:pPr>
        <w:pStyle w:val="ListBullet"/>
      </w:pPr>
      <w:r>
        <w:t>An easier to read templatethan before that also feels more modern.</w:t>
      </w:r>
    </w:p>
    <w:p>
      <w:pPr>
        <w:pStyle w:val="ListBullet"/>
      </w:pPr>
      <w:r>
        <w:t>Technologies and languagesjump out when starting to read the resume. It’s clear that this person has experience with many of the latest distributed computing technologies.</w:t>
      </w:r>
    </w:p>
    <w:p>
      <w:pPr>
        <w:pStyle w:val="ListBullet"/>
      </w:pPr>
      <w:r>
        <w:t>Using active languagewhen describing their work experience.</w:t>
      </w:r>
    </w:p>
    <w:p>
      <w:pPr>
        <w:pStyle w:val="ListBullet"/>
      </w:pPr>
      <w:r>
        <w:t>The impact and resultscome across far better in the work experience section. The language used is active, and there are lots of specifics.</w:t>
      </w:r>
    </w:p>
    <w:p>
      <w:pPr>
        <w:pStyle w:val="ListBullet"/>
      </w:pPr>
      <w:r>
        <w:t>Promotion is called outin their current position. Instead of 10 years and no promotion, the story is more clear: promotion after 2 years, and they are now leading the HPC team, likely being the most senior HPC administrator.</w:t>
      </w:r>
    </w:p>
    <w:p>
      <w:pPr>
        <w:pStyle w:val="ListBullet"/>
      </w:pPr>
      <w:r>
        <w:t>Cutting out older positionsthat don’t add in helping with the job search. The resume is cleaner and more focused. And as a hiring manager, I wouldn’t really care what this person worked on before their MsC, as in the decade since then, they’ve shown solid results.</w:t>
      </w:r>
    </w:p>
    <w:p>
      <w:pPr>
        <w:pStyle w:val="ListBullet"/>
      </w:pPr>
      <w:r>
        <w:t>Projects, teaching and training add to the resume. The projects linked are solid, with the GitHub repos linked in the resume. Both conference talks and teaching at the university close off this strong resume nicely.</w:t>
      </w:r>
    </w:p>
    <w:p>
      <w:pPr>
        <w:spacing w:after="160" w:line="276" w:lineRule="auto"/>
      </w:pPr>
      <w:r>
        <w:t>As an interesting point, even the refactored resume is two pages. This works for two reasons. First, this person is applying in the UK, for more mature organizations, where the one-page resume is not that common. Second, they have enough meaningful experience to fill the pages up with Ten years of work experience does warrant a full page.</w:t>
      </w:r>
    </w:p>
    <w:p>
      <w:pPr>
        <w:spacing w:after="160" w:line="276" w:lineRule="auto"/>
      </w:pPr>
      <w:r>
        <w:t>In the end, the refactor most likely helped this person stand out from the crowd, telling a much stronger story than the original resume did.</w:t>
      </w:r>
    </w:p>
    <w:p>
      <w:pPr>
        <w:pStyle w:val="Heading2"/>
        <w:spacing w:before="320" w:after="120"/>
      </w:pPr>
      <w:r>
        <w:t>Other Real Resume Examples</w:t>
      </w:r>
    </w:p>
    <w:p>
      <w:pPr>
        <w:spacing w:after="160" w:line="276" w:lineRule="auto"/>
      </w:pPr>
      <w:r>
        <w:t>Standard Resumeshares real software engineering and engineering manager resumes that you can browse for inspiration on the content, and templates that you can use with the service.</w:t>
      </w:r>
    </w:p>
    <w:p>
      <w:pPr>
        <w:pStyle w:val="ListBullet"/>
      </w:pPr>
      <w:r>
        <w:t>Software Engineer(Jeff Leu, eBay) andother software engineer resumes</w:t>
      </w:r>
    </w:p>
    <w:p>
      <w:pPr>
        <w:pStyle w:val="ListBullet"/>
      </w:pPr>
      <w:r>
        <w:t>Web Developer(Cameron Wardzala) andother web developer resumes</w:t>
      </w:r>
    </w:p>
    <w:p>
      <w:pPr>
        <w:pStyle w:val="ListBullet"/>
      </w:pPr>
      <w:r>
        <w:t>iOS Developer(Zac West, Dropbox) andother iOS developer resumes</w:t>
      </w:r>
    </w:p>
    <w:p>
      <w:pPr>
        <w:pStyle w:val="ListBullet"/>
      </w:pPr>
      <w:r>
        <w:t>Frontend Engineer(Heather Vandervecht) andother frontend engineer resumes</w:t>
      </w:r>
    </w:p>
    <w:p>
      <w:pPr>
        <w:pStyle w:val="ListBullet"/>
      </w:pPr>
      <w:r>
        <w:t>Data Scientist(Philip Sanoudes, Square) andother data scientist resumes</w:t>
      </w:r>
    </w:p>
    <w:p>
      <w:pPr>
        <w:pStyle w:val="ListBullet"/>
      </w:pPr>
      <w:r>
        <w:t>Engineering Manager(Mike Douglas) andother engineering manager resumes</w:t>
      </w:r>
    </w:p>
    <w:p>
      <w:r>
        <w:br w:type="page"/>
      </w:r>
    </w:p>
    <w:p>
      <w:pPr>
        <w:pStyle w:val="Heading1"/>
        <w:spacing w:before="480" w:after="280"/>
      </w:pPr>
      <w:r>
        <w:rPr>
          <w:b/>
          <w:color w:val="008A60"/>
          <w:sz w:val="28"/>
        </w:rPr>
        <w:t>Chapter 18</w:t>
        <w:br/>
      </w:r>
      <w:r>
        <w:rPr>
          <w:b/>
          <w:color w:val="0F172A"/>
          <w:sz w:val="40"/>
        </w:rPr>
        <w:t>Chapter 13: Advice for Hiring Managers on Running a Good Screening Process</w:t>
      </w:r>
    </w:p>
    <w:p>
      <w:pPr>
        <w:spacing w:after="160" w:line="276" w:lineRule="auto"/>
      </w:pPr>
      <w:r>
        <w:t>This chapter is for all fellow current or future hiring managers. I realize most people reading the book are not hiring managers, but one day you might become a lead or a manager, and have a say, or design a hiring process. By that time, you might have forgotten how difficult it was to put your foot in the door, and how much depended on having a really strong resume.</w:t>
      </w:r>
    </w:p>
    <w:p>
      <w:pPr>
        <w:spacing w:after="160" w:line="276" w:lineRule="auto"/>
      </w:pPr>
      <w:r>
        <w:t>As a hiring manager, invest time and energy to create a better and more fair screening process.I’ve seen many hiring managers assume they have little to do with how resumes are screened. Many of them were often unaware of how recruiters and sourcers filtered the incoming resumes, and how they ended up rejecting very promising candidates before even a recruiter call—because they had no support from the hiring manager. Don’t be this person. Here are a few things you can—and should—do for a better recruitment process.</w:t>
      </w:r>
    </w:p>
    <w:p>
      <w:pPr>
        <w:pStyle w:val="Heading2"/>
        <w:spacing w:before="320" w:after="120"/>
      </w:pPr>
      <w:r>
        <w:t>Know that your screening process is broken</w:t>
      </w:r>
    </w:p>
    <w:p>
      <w:pPr>
        <w:spacing w:after="160" w:line="276" w:lineRule="auto"/>
      </w:pPr>
      <w:r>
        <w:t>People who read this book and apply the advice to their resume will likely fare better in their job search process, and progress through more resume screens. You might end up hiring one of these people, who turn out to be a great hire. And you would have missed out on them if they had a poor resume that you or your recruiter would have rejected.</w:t>
      </w:r>
    </w:p>
    <w:p>
      <w:pPr>
        <w:spacing w:after="160" w:line="276" w:lineRule="auto"/>
      </w:pPr>
      <w:r>
        <w:t>In the bookSmart and Gets Things Done, Joel Spolsky says the same:“The standard job application, a cover letter and a resume, is a phenomenally weak way to introduce a candidate. It gives you only the faintest clue as to the quality of an applicant. Sometimes, though a resume gives pretty strong negative clues as to the quality of an applicant (...) Other than that, though, it can be extremely hard to tell much about a candidate from a resume.”</w:t>
      </w:r>
    </w:p>
    <w:p>
      <w:pPr>
        <w:spacing w:after="160" w:line="276" w:lineRule="auto"/>
      </w:pPr>
      <w:r>
        <w:t>As long as you have resume screening in place, you will always reject good people with poor resumes.This is a fact that you won’t be able to change—unless you relax, or drop the resume screening requirement.</w:t>
      </w:r>
    </w:p>
    <w:p>
      <w:pPr>
        <w:spacing w:after="160" w:line="276" w:lineRule="auto"/>
      </w:pPr>
      <w:r>
        <w:t>However, the resume filter has a good reason to be in place: it reduces the number of applicants, filtering out people who are likely not a fit. As you are doing resume screening, make conscious choices on whether the resume is in the “Yes”, “Maybe” or “No” piles. Following this approach, you can avoid early rejection. AsJohanna Rothmanexplains in the bookHiring Geeks That Fit:</w:t>
      </w:r>
    </w:p>
    <w:p>
      <w:pPr>
        <w:spacing w:after="160" w:line="276" w:lineRule="auto"/>
      </w:pPr>
      <w:r>
        <w:t>“Because I deal primarily with hiring technical people who may not know how to best present themselves in a resume, I read resumes with an eye to giving each person a benefit of the doubt—which leads to the Maybe pile. I re-read the Maybe resumes after I’ve phone-screened the Yes candidates but still have not filled the opening, to see if I’ve missed a diamond in the rough.”</w:t>
      </w:r>
    </w:p>
    <w:p>
      <w:pPr>
        <w:spacing w:after="160" w:line="276" w:lineRule="auto"/>
      </w:pPr>
      <w:r>
        <w:t>This observation is what is fueling several startups to switch from a resume-based first screen to an assessment-based first screen. Triplebyte, Hackerrank andWovenare good examples of each, and you should consider if you want to invest in a similar approach.</w:t>
      </w:r>
    </w:p>
    <w:p>
      <w:pPr>
        <w:spacing w:after="160" w:line="276" w:lineRule="auto"/>
      </w:pPr>
      <w:r>
        <w:t>Solutions to reduce false negative screens in your hiring pipelinelikeWovenoffer to take all your rejected resume screens and assess them with an hour-long, hands-on exercise. They find people you would have rejected, and who have applied for your position. Companies like Woven are proof that resume screening is broken, and they offer a pragmatic, hybrid approach. They find the “hidden gems” who are not represented fairly by their resumes, and claim to finda third of hiresmade this way—who otherwise would have been rejected. You progress with people with strong resumes, while Woven looks much closer at people who would have been rejected, spending more time and effort, but resulting in rejecting fewer people who would thrive in your team.</w:t>
      </w:r>
    </w:p>
    <w:p>
      <w:pPr>
        <w:spacing w:after="160" w:line="276" w:lineRule="auto"/>
      </w:pPr>
      <w:r>
        <w:t>Engineer job search platformslikeTriplebyte(acquired by Karat) attract developers with the promise that if they pass the assessment done by the platform, they will go directly to onsites for various companies. Triplebyte focuses little on the resume, and gathers signals from assessments tailored for specific domains and technologies. Partnering with Triplebyte or a similar company means you could get access to talent who either would have not applied to you, or you might have rejected them at the resume screen.</w:t>
      </w:r>
    </w:p>
    <w:p>
      <w:pPr>
        <w:spacing w:after="160" w:line="276" w:lineRule="auto"/>
      </w:pPr>
      <w:r>
        <w:t>Coding challenge platformslikeHackerrankoffer coding challenges that you can configure as your primary screening method—often replacing resume screening. When using Hackerrank, I suggest taking care in setting up exercises that mimic the type of skills you’ll need to use day-to-day.Don’t go overboard with algorithmsthat people won’t ever need to use. Consider investing engineering time, both to build the challenges and to evaluate them. If you take one off the shelf, and have your recruitment team evaluate it based on the automated score that Hackerrank gives, you might miss out on people who wrote good code, but missed one small edge case.</w:t>
      </w:r>
    </w:p>
    <w:p>
      <w:pPr>
        <w:spacing w:after="160" w:line="276" w:lineRule="auto"/>
      </w:pPr>
      <w:r>
        <w:t>Even when you don’t have additional budget to invest, you still should aim to minimize rejecting otherwise great applicants purely based on their resume. A few things that you can implement to help with this are the following.</w:t>
      </w:r>
    </w:p>
    <w:p>
      <w:pPr>
        <w:pStyle w:val="ListBullet"/>
      </w:pPr>
      <w:r>
        <w:t>Involve at least one other person in screening resumes, and screen the same set of resumes independently. What is the overlap between your and the other person’s “Yes” pile? This exercise can be useful both to calibrate expectations, as well as to reduce bias.</w:t>
      </w:r>
    </w:p>
    <w:p>
      <w:pPr>
        <w:pStyle w:val="ListBullet"/>
      </w:pPr>
      <w:r>
        <w:t>Budget dedicated time for hiring—either for you or for someone else**.** When you don’t have dedicated time for hiring activities, you’ll be rushed and have poor results. Have dedicated time from resume reviews, to building the interview loop, all the way to preparing for interviews. If you don’t have this time, delegate the process to someone who does have it.</w:t>
      </w:r>
    </w:p>
    <w:p>
      <w:pPr>
        <w:pStyle w:val="ListBullet"/>
      </w:pPr>
      <w:r>
        <w:t>Adjust the time allocated for hiring relative to the number and importance of open roles.You’ll want to spend far more time with hiring when you are about to double the team than when hiring one junior developer. Be mindful of creating the attention the hiring process should have—including screening of resumes.</w:t>
      </w:r>
    </w:p>
    <w:p>
      <w:pPr>
        <w:pStyle w:val="ListBullet"/>
      </w:pPr>
      <w:r>
        <w:t>Be aware of your cultural biases. You will most likely have aself-selection bias, subconsciously favoring people who are similar to yourself. Acknowledge this bias, and aim to select profiles that don’t resemble your background and experience.</w:t>
      </w:r>
    </w:p>
    <w:p>
      <w:pPr>
        <w:spacing w:after="160" w:line="276" w:lineRule="auto"/>
      </w:pPr>
      <w:r>
        <w:t>Consider implementing the advice in the rest of the chapter for an even better recruitment process, starting with partnering with your recruitment function.</w:t>
      </w:r>
    </w:p>
    <w:p>
      <w:pPr>
        <w:pStyle w:val="Heading2"/>
        <w:spacing w:before="320" w:after="120"/>
      </w:pPr>
      <w:r>
        <w:t>Treat recruitment as a partner function</w:t>
      </w:r>
    </w:p>
    <w:p>
      <w:pPr>
        <w:spacing w:after="160" w:line="276" w:lineRule="auto"/>
      </w:pPr>
      <w:r>
        <w:t>Build a strong relationshipwith recruiters, sourcers and inbound sourcers and treat them as true partners from when you start hiring. Sit with them, and understand how they move candidates between stages. Explain what types of traits you are looking for in your team, and what makes people successful. Have regular check-ins with this group, where you both share details.</w:t>
      </w:r>
    </w:p>
    <w:p>
      <w:pPr>
        <w:spacing w:after="160" w:line="276" w:lineRule="auto"/>
      </w:pPr>
      <w:r>
        <w:t>If you don’t reach out proactively, your HR or recruitment function might assume you’re not interested in their work. I’ve often seen hiring managers assuming they are not welcome to help. Whenever I see hiring managers and HR/recruitment work in silos, it’s a huge missed opportunity for making the recruitment process better.</w:t>
      </w:r>
    </w:p>
    <w:p>
      <w:pPr>
        <w:spacing w:after="160" w:line="276" w:lineRule="auto"/>
      </w:pPr>
      <w:r>
        <w:t>Be curious: talk about sourcing strategies, key signals your recruitment team looks for, as well on the diversity of traits people on your team have. The more your recruitment team and you have mutual understanding of how you each work, the better your results will be.</w:t>
      </w:r>
    </w:p>
    <w:p>
      <w:pPr>
        <w:spacing w:after="160" w:line="276" w:lineRule="auto"/>
      </w:pPr>
      <w:r>
        <w:t>Empower recruiters and sourcers toexperiment with bringing promising people to technical interviews. Over time, recruiters and sourcers learn the type of people who make it to an onsite and get an offer, and ones that don’t. Recruiters try to not waste engineering resources for candidates who don’t meet all requirements set by the hiring manager. Don’t be the hiring manager who does not negotiate on having 5 years’ Java experience and 2 years’ JavaScript. Come up with sensible guidelines, but also encourage your recruitment team to take the initiative, and champion people they feel stand out for one reason or another.</w:t>
      </w:r>
    </w:p>
    <w:p>
      <w:pPr>
        <w:spacing w:after="160" w:line="276" w:lineRule="auto"/>
      </w:pPr>
      <w:r>
        <w:t>Make yourself available to review resumes. Some of the best hiring managers I know get their hands dirty and review resumes together with their recruitment team. Hiring managers can often read more into resumes that aren’t written that well, but for example, have good code or challenging projects linked. Try to be this hiring manager. Even if you don’t do it full-time, take the time to look through some of the rejected resumes, and see if there are people worth investing in moving to the next round.</w:t>
      </w:r>
    </w:p>
    <w:p>
      <w:pPr>
        <w:pStyle w:val="Heading2"/>
        <w:spacing w:before="320" w:after="120"/>
      </w:pPr>
      <w:r>
        <w:t>Write a good job description</w:t>
      </w:r>
    </w:p>
    <w:p>
      <w:pPr>
        <w:spacing w:after="160" w:line="276" w:lineRule="auto"/>
      </w:pPr>
      <w:r>
        <w:t>Be involvedin writing and iterating on the job description. Some hiring managers end up copy-pasting existing job descriptions and calling it a day. This will be a poor experience for candidates, recruiters and interviewers.</w:t>
      </w:r>
    </w:p>
    <w:p>
      <w:pPr>
        <w:spacing w:after="160" w:line="276" w:lineRule="auto"/>
      </w:pPr>
      <w:r>
        <w:t>Challenge yourself on what isreallyneeded for the job.Before writing the job description, sit with your recruiters and hash out what you arereallylooking for. What would this person do in their first month, and their first year? What skills and experience are absolutely non-negotiable, and what can they pick up on the job?</w:t>
      </w:r>
    </w:p>
    <w:p>
      <w:pPr>
        <w:spacing w:after="160" w:line="276" w:lineRule="auto"/>
      </w:pPr>
      <w:r>
        <w:t>For example, if you’re looking to hire for a tech lead on the ads team where the team uses Node.js, having led a small team in some capacity is probably a must-have, but having worked in the ads industry is probably not. And the language or framework might be negotiable, when talking about someone who is a fast learner, has backend experience and is motivated in picking up Node.js. By removing this constraint, you’ll also have a larger pool of qualified candidates to work with. This is the reason most of the big tech companies don’t specify a specific language: hiring someone who has done similar work on a different stack can work just as well as hiring someone with deep domain expertise.</w:t>
      </w:r>
    </w:p>
    <w:p>
      <w:pPr>
        <w:spacing w:after="160" w:line="276" w:lineRule="auto"/>
      </w:pPr>
      <w:r>
        <w:t>Avoid bias and gendered phrasing in the job advert.If you have job descriptions with masculine wording, then you’ll have fewer female applicants, many of them being turned away just by the language. Aim to write inclusive and welcoming job adverts that use de-biased language. Accenture in the UK changed their job descriptions to be more inclusive, and saw an increase of female applicants from 34% to 50%, according to theHR Magazine article on de-biasing language in job adverts.</w:t>
      </w:r>
    </w:p>
    <w:p>
      <w:pPr>
        <w:spacing w:after="160" w:line="276" w:lineRule="auto"/>
      </w:pPr>
      <w:r>
        <w:t>You can use tools like theGender decoder for job adsby Kat Matfield and get inspired by well-written advertisements like theEngineering manager opening at Honeycomb.io.</w:t>
      </w:r>
    </w:p>
    <w:p>
      <w:pPr>
        <w:pStyle w:val="Heading2"/>
        <w:spacing w:before="320" w:after="120"/>
      </w:pPr>
      <w:r>
        <w:t>Have a feedback loop</w:t>
      </w:r>
    </w:p>
    <w:p>
      <w:pPr>
        <w:spacing w:after="160" w:line="276" w:lineRule="auto"/>
      </w:pPr>
      <w:r>
        <w:t>Monitor your hiring pipeline—and look behind the numbers.What percentage of people are progressing through the various stages? How is this number changing over time? Once you have the numbers, don’t fully rely on just these; keep your ears on the ground to see how hiring is progressing on a case-by-case basis as well.</w:t>
      </w:r>
    </w:p>
    <w:p>
      <w:pPr>
        <w:spacing w:after="160" w:line="276" w:lineRule="auto"/>
      </w:pPr>
      <w:r>
        <w:t>Monitor how diverse your recruitment and your hiring pipeline is.Diverse teams have proven to deliver better results. As a hiring manager, your goal should be to hire in a diverse way. But are you getting a variety of people to apply? Do they make it through the resume screen? If you don’t have data on this, you won’t be able to act on it. So get involved in getting this data and pairing with your recruitment team.</w:t>
      </w:r>
    </w:p>
    <w:p>
      <w:pPr>
        <w:spacing w:after="160" w:line="276" w:lineRule="auto"/>
      </w:pPr>
      <w:r>
        <w:t>Have retrospectives on how things are going.Assuming you are regularly talking with recruiters and sourcers, reflect on what each group is seeing. How is the response rate from sourcers? How have referrals been faring? What types of inbound applications are coming your way? What candidates are recruiters most excited about? How have the interviews gone, and is there any feedback that stands out? The more, and the more openly, you talk, the more you’ll spot problem areas that you can decide to address.</w:t>
      </w:r>
    </w:p>
    <w:p>
      <w:pPr>
        <w:spacing w:after="160" w:line="276" w:lineRule="auto"/>
      </w:pPr>
      <w:r>
        <w:t>Short, informal retrospectives after successful and failed onsites are also a good idea. These are both great learning opportunities. When you hired, ask yourself how you could expand your funnel to have more people with similar characteristics apply? When a person doesn’t get an offer, reflect on whether there is anything that could have predicted this earlier. Did this person not get an offer due to not meeting an unwritten requirement? Should you make that part of the job description? Or was it a really close call, and should you encourage looking for more of this, and similar profiles?</w:t>
      </w:r>
    </w:p>
    <w:p>
      <w:pPr>
        <w:spacing w:after="160" w:line="276" w:lineRule="auto"/>
      </w:pPr>
      <w:r>
        <w:t>Have a clear policy on providing feedback at different stages of the process. What happens when someone is rejected at the resume stage? What about when it’s after the technical phone screen? Confirm what the process for feedback is with your recruitment team. You’ll want a policy that is sensible, and takes any legal and company constraints into account. While it would be amazing to give honest feedback on every single resume, as hiring managers, we know that this is not feasible for many reasons—legal and the resources needed being some of them. Still, you’ll want to ensure that candidates have a consistent experience, and you should also be clear when you encourage certain people to re-apply after a given time.</w:t>
      </w:r>
    </w:p>
    <w:p>
      <w:pPr>
        <w:pStyle w:val="Heading2"/>
        <w:spacing w:before="320" w:after="120"/>
      </w:pPr>
      <w:r>
        <w:t>Learn how others do it</w:t>
      </w:r>
    </w:p>
    <w:p>
      <w:pPr>
        <w:spacing w:after="160" w:line="276" w:lineRule="auto"/>
      </w:pPr>
      <w:r>
        <w:t>This book is not about how to hire developers well, but several books cover this in detail. I recommend the following reading:</w:t>
      </w:r>
    </w:p>
    <w:p>
      <w:pPr>
        <w:pStyle w:val="ListBullet"/>
      </w:pPr>
      <w:r>
        <w:t>Smart and Gets Things Doneby Joel Spolsky is a concise, opinionated and good guide on how to hire good developers. Though it was written in 2007, there are not many things that are dated about the book’s contents.</w:t>
      </w:r>
    </w:p>
    <w:p>
      <w:pPr>
        <w:pStyle w:val="ListBullet"/>
      </w:pPr>
      <w:r>
        <w:t>Hiring Geeks that Fitby Joanna Rothman. A must-read if you’re hiring for the first time, or if you don’t yet have an organized hiring strategy. The book guides you through defining a hiring strategy, analyzing the job and planning and executing all parts of the process. It ends with reference checks, making an offer and creating a great first day for the newly hired person.</w:t>
      </w:r>
    </w:p>
    <w:p>
      <w:r>
        <w:br w:type="page"/>
      </w:r>
    </w:p>
    <w:p>
      <w:pPr>
        <w:pStyle w:val="Heading1"/>
        <w:spacing w:before="480" w:after="280"/>
      </w:pPr>
      <w:r>
        <w:rPr>
          <w:b/>
          <w:color w:val="008A60"/>
          <w:sz w:val="28"/>
        </w:rPr>
        <w:t>Chapter 19</w:t>
        <w:br/>
      </w:r>
      <w:r>
        <w:rPr>
          <w:b/>
          <w:color w:val="0F172A"/>
          <w:sz w:val="40"/>
        </w:rPr>
        <w:t>Conclusion</w:t>
      </w:r>
    </w:p>
    <w:p>
      <w:pPr>
        <w:spacing w:after="160" w:line="276" w:lineRule="auto"/>
      </w:pPr>
      <w:r>
        <w:t>This is it: we’ve finished with all the advice I had to share on crafting a tech resume that represents you fairly. We went from looking “behind the scenes” at the hiring pipeline, then resume basics, structure, mistakes to avoid, and exercises to polish your resume. We analyzed characteristics of a good resume template and looked at “before” and “after” examples for resumes that did better after they were refactored.</w:t>
      </w:r>
    </w:p>
    <w:p>
      <w:pPr>
        <w:spacing w:after="160" w:line="276" w:lineRule="auto"/>
      </w:pPr>
      <w:r>
        <w:t>The resume screen is the very first step in an otherwise long hiring process. I hope this book and its advice will serve you well in clearing this first step at more places than you did before.</w:t>
      </w:r>
    </w:p>
    <w:p>
      <w:pPr>
        <w:spacing w:after="160" w:line="276" w:lineRule="auto"/>
      </w:pPr>
      <w:r>
        <w:t>If you have success stories to share after updating your resume, or have other feedback, I’d love to hear from you athello@thetechresume.com.</w:t>
      </w:r>
    </w:p>
    <w:p>
      <w:pPr>
        <w:spacing w:after="160" w:line="276" w:lineRule="auto"/>
      </w:pPr>
      <w:r>
        <w:t>All the best on your journey!</w:t>
      </w:r>
    </w:p>
    <w:p>
      <w:r>
        <w:br w:type="page"/>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